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22BC0A59" w:rsidR="00F4085D" w:rsidRPr="00597958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597958">
        <w:rPr>
          <w:b/>
          <w:bCs/>
          <w:sz w:val="40"/>
          <w:szCs w:val="40"/>
        </w:rPr>
        <w:t xml:space="preserve">RCPI </w:t>
      </w:r>
      <w:r w:rsidR="007C0991" w:rsidRPr="00597958">
        <w:rPr>
          <w:b/>
          <w:bCs/>
          <w:sz w:val="40"/>
          <w:szCs w:val="40"/>
        </w:rPr>
        <w:t xml:space="preserve">Higher Specialist </w:t>
      </w:r>
      <w:r w:rsidR="002D7D98" w:rsidRPr="00597958">
        <w:rPr>
          <w:b/>
          <w:bCs/>
          <w:sz w:val="40"/>
          <w:szCs w:val="40"/>
        </w:rPr>
        <w:t>Training</w:t>
      </w:r>
      <w:r w:rsidR="007C0991" w:rsidRPr="00597958">
        <w:rPr>
          <w:b/>
          <w:bCs/>
          <w:sz w:val="40"/>
          <w:szCs w:val="40"/>
        </w:rPr>
        <w:t>:</w:t>
      </w:r>
      <w:r w:rsidR="00F4085D" w:rsidRPr="00597958">
        <w:rPr>
          <w:b/>
          <w:bCs/>
          <w:sz w:val="40"/>
          <w:szCs w:val="40"/>
        </w:rPr>
        <w:t xml:space="preserve"> </w:t>
      </w:r>
      <w:r w:rsidR="00846BF0">
        <w:rPr>
          <w:b/>
          <w:bCs/>
          <w:sz w:val="40"/>
          <w:szCs w:val="40"/>
        </w:rPr>
        <w:t>Cardiology</w:t>
      </w:r>
    </w:p>
    <w:p w14:paraId="609CAFC3" w14:textId="0E8919FD" w:rsidR="007C0991" w:rsidRPr="00597958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597958">
        <w:rPr>
          <w:b/>
          <w:bCs/>
          <w:sz w:val="48"/>
          <w:szCs w:val="48"/>
        </w:rPr>
        <w:t>Curriculum Vitae</w:t>
      </w:r>
    </w:p>
    <w:p w14:paraId="4C95BCCC" w14:textId="77777777" w:rsidR="007C0991" w:rsidRPr="007C0991" w:rsidRDefault="007C0991" w:rsidP="007C0991"/>
    <w:p w14:paraId="6E5B97C0" w14:textId="59A16C94" w:rsidR="00214ECC" w:rsidRPr="00F4085D" w:rsidRDefault="003729FB" w:rsidP="001C17E4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</w:tcPr>
              <w:p w14:paraId="3B7B6D19" w14:textId="14E466E6" w:rsidR="009E4AEB" w:rsidRDefault="001C17E4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</w:tcPr>
              <w:p w14:paraId="2A4369CD" w14:textId="4DD25E0D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36E9348D" w14:textId="77777777" w:rsidTr="001C17E4">
        <w:tc>
          <w:tcPr>
            <w:tcW w:w="1886" w:type="pct"/>
          </w:tcPr>
          <w:p w14:paraId="66F58537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tc>
          <w:tcPr>
            <w:tcW w:w="3114" w:type="pct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26432B61" w14:textId="09D5BCC7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AEED4" w14:textId="07A4BC3E" w:rsidR="004D6768" w:rsidRPr="004D6768" w:rsidRDefault="004D6768" w:rsidP="004D6768">
            <w:pPr>
              <w:tabs>
                <w:tab w:val="left" w:pos="1640"/>
              </w:tabs>
            </w:pPr>
          </w:p>
        </w:tc>
      </w:tr>
      <w:tr w:rsidR="009E4AEB" w14:paraId="452C156E" w14:textId="77777777" w:rsidTr="001C17E4">
        <w:tc>
          <w:tcPr>
            <w:tcW w:w="1886" w:type="pct"/>
          </w:tcPr>
          <w:p w14:paraId="65480A4E" w14:textId="24C98232" w:rsidR="009E4AEB" w:rsidRPr="00597958" w:rsidRDefault="00846BF0" w:rsidP="009E4AE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Current </w:t>
            </w:r>
            <w:r w:rsidR="009E4AEB" w:rsidRPr="00597958">
              <w:rPr>
                <w:b/>
                <w:bCs/>
              </w:rPr>
              <w:t>Post:</w:t>
            </w:r>
          </w:p>
          <w:p w14:paraId="2B91D0AD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</w:tcPr>
              <w:p w14:paraId="13FF5351" w14:textId="76ACC4B8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55309A5" w14:textId="417B04D7" w:rsidR="009E4AEB" w:rsidRDefault="009E4AEB" w:rsidP="3FE541D5"/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447BA1E7">
                <wp:simplePos x="0" y="0"/>
                <wp:positionH relativeFrom="margin">
                  <wp:align>right</wp:align>
                </wp:positionH>
                <wp:positionV relativeFrom="paragraph">
                  <wp:posOffset>1898097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1E6C5670" w:rsidR="002931FF" w:rsidRPr="003B26DE" w:rsidRDefault="003B26DE" w:rsidP="003B26D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49.4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AH4S4O&#10;3QAAAAgBAAAPAAAAAAAAAAAAAAAAAGgEAABkcnMvZG93bnJldi54bWxQSwUGAAAAAAQABADzAAAA&#10;cgUAAAAA&#10;">
                <v:textbox style="mso-fit-shape-to-text:t">
                  <w:txbxContent>
                    <w:p w14:paraId="0B7A552B" w14:textId="1E6C5670" w:rsidR="002931FF" w:rsidRPr="003B26DE" w:rsidRDefault="003B26DE" w:rsidP="003B26DE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63F6142D" w14:textId="77777777" w:rsidR="00846BF0" w:rsidRPr="00846BF0" w:rsidRDefault="00846BF0" w:rsidP="00846BF0">
      <w:pPr>
        <w:pStyle w:val="Heading1"/>
      </w:pPr>
      <w:r w:rsidRPr="00846BF0">
        <w:lastRenderedPageBreak/>
        <w:t>Career Objective / Personal Statement</w:t>
      </w:r>
    </w:p>
    <w:p w14:paraId="7270FBE1" w14:textId="77777777" w:rsidR="00846BF0" w:rsidRDefault="00846BF0" w:rsidP="00846BF0">
      <w:pPr>
        <w:rPr>
          <w:b/>
          <w:bCs/>
        </w:rPr>
      </w:pPr>
      <w:r w:rsidRPr="00846BF0">
        <w:rPr>
          <w:b/>
          <w:bCs/>
        </w:rPr>
        <w:t>Brief statement (250 words) outlining your motivation for a career in medicine, chosen specialty, and career goals within the HSE.</w:t>
      </w:r>
    </w:p>
    <w:sdt>
      <w:sdtPr>
        <w:rPr>
          <w:b/>
          <w:bCs/>
        </w:rPr>
        <w:id w:val="-1539039204"/>
        <w:placeholder>
          <w:docPart w:val="C2AE718F29D543A9A17E24959BBA00FE"/>
        </w:placeholder>
        <w:showingPlcHdr/>
      </w:sdtPr>
      <w:sdtContent>
        <w:p w14:paraId="21497E6C" w14:textId="31D80EF5" w:rsidR="00846BF0" w:rsidRPr="00846BF0" w:rsidRDefault="00846BF0" w:rsidP="00846BF0">
          <w:pPr>
            <w:rPr>
              <w:b/>
              <w:bCs/>
            </w:rPr>
          </w:pPr>
          <w:r w:rsidRPr="00F10F93">
            <w:rPr>
              <w:rStyle w:val="PlaceholderText"/>
            </w:rPr>
            <w:t>Click or tap here to enter text.</w:t>
          </w:r>
        </w:p>
      </w:sdtContent>
    </w:sdt>
    <w:p w14:paraId="18146BAE" w14:textId="77777777" w:rsidR="00846BF0" w:rsidRDefault="00846BF0" w:rsidP="00846BF0"/>
    <w:p w14:paraId="73ED809F" w14:textId="619479E0" w:rsidR="00214ECC" w:rsidRDefault="003729FB" w:rsidP="001C17E4">
      <w:pPr>
        <w:pStyle w:val="Heading1"/>
      </w:pPr>
      <w:r>
        <w:t>Commitment to Specialty &amp; Career Motivation</w:t>
      </w:r>
    </w:p>
    <w:p w14:paraId="3808862C" w14:textId="77777777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Why are you interested in this specialty?</w:t>
      </w:r>
      <w:r w:rsidR="002D7D98" w:rsidRPr="00597958">
        <w:rPr>
          <w:b/>
          <w:bCs/>
        </w:rPr>
        <w:t xml:space="preserve"> (200 words)</w:t>
      </w:r>
    </w:p>
    <w:p w14:paraId="63A91466" w14:textId="26842EEA" w:rsidR="00214ECC" w:rsidRDefault="00000000" w:rsidP="00597958">
      <w:sdt>
        <w:sdtPr>
          <w:id w:val="-1365520692"/>
          <w:placeholder>
            <w:docPart w:val="767E5F504CE04A3283DBB5C362BF53DD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6B918E70" w14:textId="4FEC28B6" w:rsidR="00846BF0" w:rsidRDefault="00846BF0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experiences have influenced your decision to pursue this area? (200 words)</w:t>
      </w:r>
    </w:p>
    <w:sdt>
      <w:sdtPr>
        <w:id w:val="407199932"/>
        <w:placeholder>
          <w:docPart w:val="F355F48608D144A48EEAD6924FFD0D7E"/>
        </w:placeholder>
        <w:showingPlcHdr/>
      </w:sdtPr>
      <w:sdtContent>
        <w:p w14:paraId="471A4DB6" w14:textId="3655BCCF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51C12F35" w14:textId="470024D3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What steps have you taken to build your career in this specialty? (e.g., rotations, audits,</w:t>
      </w:r>
      <w:r>
        <w:t xml:space="preserve"> </w:t>
      </w:r>
      <w:r w:rsidRPr="00597958">
        <w:rPr>
          <w:b/>
          <w:bCs/>
        </w:rPr>
        <w:t>courses, research)</w:t>
      </w:r>
      <w:r w:rsidR="002D7D98" w:rsidRPr="00597958">
        <w:rPr>
          <w:b/>
          <w:bCs/>
        </w:rPr>
        <w:t xml:space="preserve"> (200 words)</w:t>
      </w:r>
    </w:p>
    <w:p w14:paraId="3E3713EA" w14:textId="000B6F80" w:rsidR="009E4AEB" w:rsidRDefault="00000000" w:rsidP="00597958">
      <w:sdt>
        <w:sdtPr>
          <w:id w:val="-462970739"/>
          <w:placeholder>
            <w:docPart w:val="15FA136DFCC9400EA3643631FD9D49AC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6D446B95" w14:textId="156007D2" w:rsidR="007C3707" w:rsidRDefault="00846BF0" w:rsidP="00846BF0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are your short- and long-term career goals in this field? (200 words)</w:t>
      </w:r>
    </w:p>
    <w:sdt>
      <w:sdtPr>
        <w:id w:val="-1794284309"/>
        <w:placeholder>
          <w:docPart w:val="619986A706C241EEB358AA78A64A02CB"/>
        </w:placeholder>
        <w:showingPlcHdr/>
      </w:sdtPr>
      <w:sdtContent>
        <w:p w14:paraId="1218BEFA" w14:textId="77EB5171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448A1778" w14:textId="77777777" w:rsidR="003B26DE" w:rsidRDefault="003B26D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0248F921" w:rsidR="002D7D98" w:rsidRDefault="003729FB" w:rsidP="001C17E4">
      <w:pPr>
        <w:pStyle w:val="Heading1"/>
      </w:pPr>
      <w:r>
        <w:lastRenderedPageBreak/>
        <w:t>Medical Education &amp; Qualifications</w:t>
      </w:r>
      <w:r w:rsidR="002D7D98">
        <w:t xml:space="preserve"> – Including Memberships</w:t>
      </w:r>
      <w:r w:rsidR="00C7253B">
        <w:t xml:space="preserve"> and Courses</w:t>
      </w:r>
    </w:p>
    <w:p w14:paraId="71241A66" w14:textId="68A2E640" w:rsidR="00214ECC" w:rsidRDefault="003729FB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F4085D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B16633" w:rsidRPr="00F4085D">
              <w:rPr>
                <w:b/>
                <w:bCs/>
              </w:rPr>
              <w:t xml:space="preserve"> </w:t>
            </w:r>
            <w:r w:rsidR="00F4085D" w:rsidRPr="00F4085D">
              <w:rPr>
                <w:b/>
                <w:bCs/>
              </w:rPr>
              <w:t>A</w:t>
            </w:r>
            <w:r w:rsidR="00B16633" w:rsidRPr="00F4085D">
              <w:rPr>
                <w:b/>
                <w:bCs/>
              </w:rPr>
              <w:t>ttached</w:t>
            </w:r>
          </w:p>
        </w:tc>
      </w:tr>
      <w:tr w:rsidR="002D7D98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Content>
            <w:tc>
              <w:tcPr>
                <w:tcW w:w="966" w:type="pct"/>
              </w:tcPr>
              <w:p w14:paraId="407904E6" w14:textId="7D7C9955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Content>
            <w:tc>
              <w:tcPr>
                <w:tcW w:w="959" w:type="pct"/>
              </w:tcPr>
              <w:p w14:paraId="7DBDB907" w14:textId="4C9AC59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Content>
            <w:tc>
              <w:tcPr>
                <w:tcW w:w="980" w:type="pct"/>
              </w:tcPr>
              <w:p w14:paraId="72703AB3" w14:textId="6E71EC0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Content>
            <w:tc>
              <w:tcPr>
                <w:tcW w:w="976" w:type="pct"/>
              </w:tcPr>
              <w:p w14:paraId="5688DA4A" w14:textId="6DDA52B4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Content>
            <w:tc>
              <w:tcPr>
                <w:tcW w:w="966" w:type="pct"/>
              </w:tcPr>
              <w:p w14:paraId="62C3AD32" w14:textId="6638C231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Content>
            <w:tc>
              <w:tcPr>
                <w:tcW w:w="959" w:type="pct"/>
              </w:tcPr>
              <w:p w14:paraId="07D82FA8" w14:textId="5BFD216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Content>
            <w:tc>
              <w:tcPr>
                <w:tcW w:w="980" w:type="pct"/>
              </w:tcPr>
              <w:p w14:paraId="0BA9075E" w14:textId="162F6E1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Content>
            <w:tc>
              <w:tcPr>
                <w:tcW w:w="976" w:type="pct"/>
              </w:tcPr>
              <w:p w14:paraId="6E8C51A0" w14:textId="061DBBD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Content>
            <w:tc>
              <w:tcPr>
                <w:tcW w:w="966" w:type="pct"/>
              </w:tcPr>
              <w:p w14:paraId="0E5CF259" w14:textId="2F2E8C43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Content>
            <w:tc>
              <w:tcPr>
                <w:tcW w:w="959" w:type="pct"/>
              </w:tcPr>
              <w:p w14:paraId="1EC9F948" w14:textId="05AC5BB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Content>
            <w:tc>
              <w:tcPr>
                <w:tcW w:w="980" w:type="pct"/>
              </w:tcPr>
              <w:p w14:paraId="456CF46E" w14:textId="0F54226E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Content>
            <w:tc>
              <w:tcPr>
                <w:tcW w:w="976" w:type="pct"/>
              </w:tcPr>
              <w:p w14:paraId="7FE9FF6A" w14:textId="3A9642D9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Content>
              <w:tr w:rsidR="002D7D98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31EEC6B0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10A0B363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33D9C3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57818F0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Content>
              <w:tr w:rsidR="00C95D05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2DCA766C" w14:textId="77777777" w:rsidR="00846BF0" w:rsidRDefault="00846BF0" w:rsidP="00846BF0"/>
    <w:p w14:paraId="45EC413B" w14:textId="77777777" w:rsidR="00846BF0" w:rsidRDefault="00846BF0" w:rsidP="00846BF0"/>
    <w:p w14:paraId="75B4FEB0" w14:textId="541B1391" w:rsidR="3FE541D5" w:rsidRDefault="002D7D98" w:rsidP="001C17E4">
      <w:pPr>
        <w:pStyle w:val="Heading1"/>
      </w:pPr>
      <w:r>
        <w:t>Current Professional Registrations</w:t>
      </w:r>
      <w:r w:rsidR="00F4085D">
        <w:t xml:space="preserve"> </w:t>
      </w:r>
      <w:r w:rsidR="2D96377B">
        <w:t xml:space="preserve">(IMC, GMC, </w:t>
      </w:r>
      <w:proofErr w:type="spellStart"/>
      <w:r w:rsidR="2D96377B">
        <w:t>etc</w:t>
      </w:r>
      <w:proofErr w:type="spellEnd"/>
      <w:r w:rsidR="2D96377B"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F4085D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F4085D" w:rsidRPr="00F4085D">
              <w:rPr>
                <w:b/>
                <w:bCs/>
              </w:rPr>
              <w:t xml:space="preserve"> Attached</w:t>
            </w:r>
          </w:p>
        </w:tc>
      </w:tr>
      <w:tr w:rsidR="002D7D98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Default="001B2E81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Default="001B2E81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B1663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11473093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4EBC7E53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236C19EF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08FFE0E8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1E7F1B52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1999A3AE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7E43ED6A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4050B2EF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Default="00B16633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05C25C2D" w:rsidR="00B16633" w:rsidRDefault="0045560B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0D998394" w:rsidR="00B16633" w:rsidRDefault="0045560B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68A400E9" w:rsidR="00B16633" w:rsidRDefault="0045560B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0E607325" w:rsidR="00B16633" w:rsidRDefault="0045560B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Default="001B2E81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Default="001B2E81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14AD253B" w14:textId="77777777" w:rsidR="00214ECC" w:rsidRDefault="003729FB" w:rsidP="001C17E4">
      <w:pPr>
        <w:pStyle w:val="Heading1"/>
      </w:pPr>
      <w:r>
        <w:lastRenderedPageBreak/>
        <w:t>Clinical Employment History</w:t>
      </w:r>
    </w:p>
    <w:p w14:paraId="5179FB9C" w14:textId="77777777" w:rsidR="00214ECC" w:rsidRDefault="003729FB">
      <w:r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14:paraId="2D16504D" w14:textId="77777777" w:rsidTr="00E70F08">
        <w:tc>
          <w:tcPr>
            <w:tcW w:w="9350" w:type="dxa"/>
            <w:gridSpan w:val="2"/>
          </w:tcPr>
          <w:p w14:paraId="57CB4B58" w14:textId="1AB17230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14:paraId="20EAB3EC" w14:textId="77777777" w:rsidTr="002E140B">
        <w:tc>
          <w:tcPr>
            <w:tcW w:w="2547" w:type="dxa"/>
          </w:tcPr>
          <w:p w14:paraId="4C1371F0" w14:textId="773A0F9E" w:rsidR="00597958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1DAEE8EA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09CE63E9" w14:textId="77777777" w:rsidTr="002E140B">
        <w:tc>
          <w:tcPr>
            <w:tcW w:w="2547" w:type="dxa"/>
          </w:tcPr>
          <w:p w14:paraId="67052997" w14:textId="449E67BD" w:rsidR="00597958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208FC157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423BA94B" w14:textId="77777777" w:rsidTr="002E140B">
        <w:tc>
          <w:tcPr>
            <w:tcW w:w="2547" w:type="dxa"/>
          </w:tcPr>
          <w:p w14:paraId="4DDB93B2" w14:textId="7F833D2D" w:rsidR="00597958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Content>
            <w:tc>
              <w:tcPr>
                <w:tcW w:w="6803" w:type="dxa"/>
              </w:tcPr>
              <w:p w14:paraId="7BBDFA63" w14:textId="4FCAA322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14:paraId="6A2FA343" w14:textId="77777777" w:rsidTr="002E140B">
        <w:tc>
          <w:tcPr>
            <w:tcW w:w="2547" w:type="dxa"/>
          </w:tcPr>
          <w:p w14:paraId="05DA6982" w14:textId="689D0E30" w:rsidR="00597958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Content>
            <w:tc>
              <w:tcPr>
                <w:tcW w:w="6803" w:type="dxa"/>
              </w:tcPr>
              <w:p w14:paraId="270E49BD" w14:textId="7ED909CB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Content>
            <w:tc>
              <w:tcPr>
                <w:tcW w:w="6803" w:type="dxa"/>
              </w:tcPr>
              <w:p w14:paraId="54041384" w14:textId="42470ED5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63BF9A7B" w:rsidR="002E140B" w:rsidRDefault="002E140B" w:rsidP="002E140B"/>
        </w:tc>
      </w:tr>
      <w:tr w:rsidR="002E140B" w14:paraId="11904FE7" w14:textId="77777777" w:rsidTr="00E70F08">
        <w:tc>
          <w:tcPr>
            <w:tcW w:w="9350" w:type="dxa"/>
            <w:gridSpan w:val="2"/>
          </w:tcPr>
          <w:p w14:paraId="17040DC0" w14:textId="139C208D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14:paraId="0D159708" w14:textId="77777777" w:rsidTr="002E140B">
        <w:tc>
          <w:tcPr>
            <w:tcW w:w="2547" w:type="dxa"/>
          </w:tcPr>
          <w:p w14:paraId="6855F987" w14:textId="77777777" w:rsidR="002E140B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5529B1E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3FF24D13" w14:textId="77777777" w:rsidTr="002E140B">
        <w:tc>
          <w:tcPr>
            <w:tcW w:w="2547" w:type="dxa"/>
          </w:tcPr>
          <w:p w14:paraId="104FCC2D" w14:textId="77777777" w:rsidR="002E140B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0588BA6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15579743" w14:textId="77777777" w:rsidTr="002E140B">
        <w:tc>
          <w:tcPr>
            <w:tcW w:w="2547" w:type="dxa"/>
          </w:tcPr>
          <w:p w14:paraId="4D83AFB6" w14:textId="77777777" w:rsidR="002E140B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Content>
            <w:tc>
              <w:tcPr>
                <w:tcW w:w="6803" w:type="dxa"/>
              </w:tcPr>
              <w:p w14:paraId="4FF8C2D7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48B155F2" w14:textId="77777777" w:rsidTr="002E140B">
        <w:tc>
          <w:tcPr>
            <w:tcW w:w="2547" w:type="dxa"/>
          </w:tcPr>
          <w:p w14:paraId="5C52A10E" w14:textId="77777777" w:rsidR="002E140B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Content>
            <w:tc>
              <w:tcPr>
                <w:tcW w:w="6803" w:type="dxa"/>
              </w:tcPr>
              <w:p w14:paraId="68F98D5F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Content>
            <w:tc>
              <w:tcPr>
                <w:tcW w:w="6803" w:type="dxa"/>
              </w:tcPr>
              <w:p w14:paraId="2EFBB2EB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56DDBCAD" w:rsidR="002E140B" w:rsidRDefault="002E140B" w:rsidP="002E140B"/>
        </w:tc>
      </w:tr>
      <w:tr w:rsidR="003B26DE" w14:paraId="29811970" w14:textId="77777777" w:rsidTr="00E70F08">
        <w:tc>
          <w:tcPr>
            <w:tcW w:w="9350" w:type="dxa"/>
            <w:gridSpan w:val="2"/>
          </w:tcPr>
          <w:p w14:paraId="51439A3E" w14:textId="154634FF" w:rsidR="003B26DE" w:rsidRDefault="003B26D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1608309008"/>
                <w:placeholder>
                  <w:docPart w:val="A2698321A51C4D75AD58054348C12C3A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510B2BBB" w14:textId="77777777" w:rsidTr="002E140B">
        <w:tc>
          <w:tcPr>
            <w:tcW w:w="2547" w:type="dxa"/>
          </w:tcPr>
          <w:p w14:paraId="58B99A27" w14:textId="77777777" w:rsidR="003B26DE" w:rsidRDefault="003B26D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1730763433"/>
            <w:placeholder>
              <w:docPart w:val="D7173E37A8CC42958F596D7E4F182CC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35BBA69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0C3D8DAA" w14:textId="77777777" w:rsidTr="002E140B">
        <w:tc>
          <w:tcPr>
            <w:tcW w:w="2547" w:type="dxa"/>
          </w:tcPr>
          <w:p w14:paraId="349979C1" w14:textId="77777777" w:rsidR="003B26DE" w:rsidRDefault="003B26D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536535339"/>
            <w:placeholder>
              <w:docPart w:val="10F53B8B7E0247EF97BF9EDCEFA860E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EE0AC43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22ED0B5C" w14:textId="77777777" w:rsidTr="002E140B">
        <w:tc>
          <w:tcPr>
            <w:tcW w:w="2547" w:type="dxa"/>
          </w:tcPr>
          <w:p w14:paraId="30706808" w14:textId="77777777" w:rsidR="003B26DE" w:rsidRDefault="003B26D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224690168"/>
            <w:placeholder>
              <w:docPart w:val="CBD982DD81904E84AAE76F6DAFC7ADE0"/>
            </w:placeholder>
            <w:showingPlcHdr/>
          </w:sdtPr>
          <w:sdtContent>
            <w:tc>
              <w:tcPr>
                <w:tcW w:w="6803" w:type="dxa"/>
              </w:tcPr>
              <w:p w14:paraId="6353DA5D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2DCF062" w14:textId="77777777" w:rsidTr="002E140B">
        <w:tc>
          <w:tcPr>
            <w:tcW w:w="2547" w:type="dxa"/>
          </w:tcPr>
          <w:p w14:paraId="7AD99FA3" w14:textId="77777777" w:rsidR="003B26DE" w:rsidRDefault="003B26D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548500921"/>
            <w:placeholder>
              <w:docPart w:val="390EE82AF8A648ADB30341964727E31F"/>
            </w:placeholder>
            <w:showingPlcHdr/>
          </w:sdtPr>
          <w:sdtContent>
            <w:tc>
              <w:tcPr>
                <w:tcW w:w="6803" w:type="dxa"/>
              </w:tcPr>
              <w:p w14:paraId="09CE1A8B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55DB8B82" w14:textId="77777777" w:rsidTr="002E140B">
        <w:tc>
          <w:tcPr>
            <w:tcW w:w="2547" w:type="dxa"/>
            <w:vAlign w:val="center"/>
          </w:tcPr>
          <w:p w14:paraId="30FEA7AF" w14:textId="77777777" w:rsidR="003B26DE" w:rsidRDefault="003B26DE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752195572"/>
            <w:placeholder>
              <w:docPart w:val="B0A7918792F74AF7B0392C104CD435BB"/>
            </w:placeholder>
            <w:showingPlcHdr/>
          </w:sdtPr>
          <w:sdtContent>
            <w:tc>
              <w:tcPr>
                <w:tcW w:w="6803" w:type="dxa"/>
              </w:tcPr>
              <w:p w14:paraId="3473B460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7E7EADCA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283E2C0" w14:textId="77777777" w:rsidR="003B26DE" w:rsidRDefault="003B26DE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557692111"/>
            <w:placeholder>
              <w:docPart w:val="5F55B9AB92A24257B48EAB5AEBE4FCAB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789EC87F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E0F0BD8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DE0FBF" w14:textId="44769BDD" w:rsidR="003B26DE" w:rsidRDefault="003B26DE" w:rsidP="002E140B"/>
        </w:tc>
      </w:tr>
      <w:tr w:rsidR="003B26DE" w14:paraId="11636EF5" w14:textId="77777777" w:rsidTr="00E70F08">
        <w:tc>
          <w:tcPr>
            <w:tcW w:w="9350" w:type="dxa"/>
            <w:gridSpan w:val="2"/>
          </w:tcPr>
          <w:p w14:paraId="3C93E921" w14:textId="3E66F578" w:rsidR="003B26DE" w:rsidRDefault="003B26D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470202978"/>
                <w:placeholder>
                  <w:docPart w:val="86AEF3528D414F839952F297F3855BB7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798C3AAB" w14:textId="77777777" w:rsidTr="002E140B">
        <w:tc>
          <w:tcPr>
            <w:tcW w:w="2547" w:type="dxa"/>
          </w:tcPr>
          <w:p w14:paraId="2EA469EC" w14:textId="77777777" w:rsidR="003B26DE" w:rsidRDefault="003B26D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1135475215"/>
            <w:placeholder>
              <w:docPart w:val="662301B0DFCC445C9DB687BAA6A998E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480500F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219BD2DA" w14:textId="77777777" w:rsidTr="002E140B">
        <w:tc>
          <w:tcPr>
            <w:tcW w:w="2547" w:type="dxa"/>
          </w:tcPr>
          <w:p w14:paraId="13B3AFA1" w14:textId="77777777" w:rsidR="003B26DE" w:rsidRDefault="003B26D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684556552"/>
            <w:placeholder>
              <w:docPart w:val="7591FE166A694A9AB66A9BF1863FF91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F65708D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0DE34284" w14:textId="77777777" w:rsidTr="002E140B">
        <w:tc>
          <w:tcPr>
            <w:tcW w:w="2547" w:type="dxa"/>
          </w:tcPr>
          <w:p w14:paraId="71F4B1F6" w14:textId="77777777" w:rsidR="003B26DE" w:rsidRDefault="003B26D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977863987"/>
            <w:placeholder>
              <w:docPart w:val="C143B5AD3CF3465B978C857418C01691"/>
            </w:placeholder>
            <w:showingPlcHdr/>
          </w:sdtPr>
          <w:sdtContent>
            <w:tc>
              <w:tcPr>
                <w:tcW w:w="6803" w:type="dxa"/>
              </w:tcPr>
              <w:p w14:paraId="535C101E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71C3750A" w14:textId="77777777" w:rsidTr="002E140B">
        <w:tc>
          <w:tcPr>
            <w:tcW w:w="2547" w:type="dxa"/>
          </w:tcPr>
          <w:p w14:paraId="627B7FD8" w14:textId="77777777" w:rsidR="003B26DE" w:rsidRDefault="003B26D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915830303"/>
            <w:placeholder>
              <w:docPart w:val="B3A9702833664964A0CC9821EEBA269A"/>
            </w:placeholder>
            <w:showingPlcHdr/>
          </w:sdtPr>
          <w:sdtContent>
            <w:tc>
              <w:tcPr>
                <w:tcW w:w="6803" w:type="dxa"/>
              </w:tcPr>
              <w:p w14:paraId="36E45CA8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231A7C8" w14:textId="77777777" w:rsidTr="002E140B">
        <w:tc>
          <w:tcPr>
            <w:tcW w:w="2547" w:type="dxa"/>
            <w:vAlign w:val="center"/>
          </w:tcPr>
          <w:p w14:paraId="726E02EE" w14:textId="77777777" w:rsidR="003B26DE" w:rsidRDefault="003B26DE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453722637"/>
            <w:placeholder>
              <w:docPart w:val="2E95C93E7B8840B1AF96EE296C3462D7"/>
            </w:placeholder>
            <w:showingPlcHdr/>
          </w:sdtPr>
          <w:sdtContent>
            <w:tc>
              <w:tcPr>
                <w:tcW w:w="6803" w:type="dxa"/>
              </w:tcPr>
              <w:p w14:paraId="01735FDF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74182849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05FE7F39" w14:textId="77777777" w:rsidR="003B26DE" w:rsidRDefault="003B26DE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2092151678"/>
            <w:placeholder>
              <w:docPart w:val="0BB22DBA65F44FF8864558D11BE199D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F636B4D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520624E4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CE6504" w14:textId="2B5030A5" w:rsidR="003B26DE" w:rsidRDefault="003B26DE" w:rsidP="002E140B"/>
        </w:tc>
      </w:tr>
      <w:tr w:rsidR="003B26DE" w14:paraId="0A8C39C7" w14:textId="77777777" w:rsidTr="00E70F08">
        <w:tc>
          <w:tcPr>
            <w:tcW w:w="9350" w:type="dxa"/>
            <w:gridSpan w:val="2"/>
          </w:tcPr>
          <w:p w14:paraId="11FF4F27" w14:textId="64DE9E3F" w:rsidR="003B26DE" w:rsidRDefault="003B26D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144718186"/>
                <w:placeholder>
                  <w:docPart w:val="CD58DF7ED83A450D84FB7C6991FF8B6E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2379FFA5" w14:textId="77777777" w:rsidTr="002E140B">
        <w:tc>
          <w:tcPr>
            <w:tcW w:w="2547" w:type="dxa"/>
          </w:tcPr>
          <w:p w14:paraId="40913A05" w14:textId="77777777" w:rsidR="003B26DE" w:rsidRDefault="003B26D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57870155"/>
            <w:placeholder>
              <w:docPart w:val="10023A29D74B4AA6BA013164CF3D965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1E6BAA89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6DDF6C51" w14:textId="77777777" w:rsidTr="002E140B">
        <w:tc>
          <w:tcPr>
            <w:tcW w:w="2547" w:type="dxa"/>
          </w:tcPr>
          <w:p w14:paraId="1A51276C" w14:textId="77777777" w:rsidR="003B26DE" w:rsidRDefault="003B26D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1339921815"/>
            <w:placeholder>
              <w:docPart w:val="E7624C9E7D6F4280AF94DC0390A817B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366222D7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68D5D836" w14:textId="77777777" w:rsidTr="002E140B">
        <w:tc>
          <w:tcPr>
            <w:tcW w:w="2547" w:type="dxa"/>
          </w:tcPr>
          <w:p w14:paraId="2F4B53F1" w14:textId="77777777" w:rsidR="003B26DE" w:rsidRDefault="003B26D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1517067398"/>
            <w:placeholder>
              <w:docPart w:val="FDE9F96E6755417692BBC7FC6C040507"/>
            </w:placeholder>
            <w:showingPlcHdr/>
          </w:sdtPr>
          <w:sdtContent>
            <w:tc>
              <w:tcPr>
                <w:tcW w:w="6803" w:type="dxa"/>
              </w:tcPr>
              <w:p w14:paraId="77E00968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25A89EF4" w14:textId="77777777" w:rsidTr="002E140B">
        <w:tc>
          <w:tcPr>
            <w:tcW w:w="2547" w:type="dxa"/>
          </w:tcPr>
          <w:p w14:paraId="6ED46C27" w14:textId="77777777" w:rsidR="003B26DE" w:rsidRDefault="003B26D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537573842"/>
            <w:placeholder>
              <w:docPart w:val="9299AA1EA1E548D99DC6057FC03BAB36"/>
            </w:placeholder>
            <w:showingPlcHdr/>
          </w:sdtPr>
          <w:sdtContent>
            <w:tc>
              <w:tcPr>
                <w:tcW w:w="6803" w:type="dxa"/>
              </w:tcPr>
              <w:p w14:paraId="6645FA85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0CF38B5D" w14:textId="77777777" w:rsidTr="002E140B">
        <w:tc>
          <w:tcPr>
            <w:tcW w:w="2547" w:type="dxa"/>
            <w:vAlign w:val="center"/>
          </w:tcPr>
          <w:p w14:paraId="50E6B9ED" w14:textId="77777777" w:rsidR="003B26DE" w:rsidRDefault="003B26DE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594743685"/>
            <w:placeholder>
              <w:docPart w:val="52085D9289864C04A2027F7206115A59"/>
            </w:placeholder>
            <w:showingPlcHdr/>
          </w:sdtPr>
          <w:sdtContent>
            <w:tc>
              <w:tcPr>
                <w:tcW w:w="6803" w:type="dxa"/>
              </w:tcPr>
              <w:p w14:paraId="3E779748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1282A03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63618F8" w14:textId="77777777" w:rsidR="003B26DE" w:rsidRDefault="003B26DE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528494618"/>
            <w:placeholder>
              <w:docPart w:val="D1603E881EBC4825BB3ACB0E37AC40CB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1468C60D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2D3BE6C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482582" w14:textId="3C3553DA" w:rsidR="003B26DE" w:rsidRDefault="003B26DE" w:rsidP="002E140B"/>
        </w:tc>
      </w:tr>
      <w:tr w:rsidR="003B26DE" w14:paraId="2A801772" w14:textId="77777777" w:rsidTr="00E70F08">
        <w:tc>
          <w:tcPr>
            <w:tcW w:w="9350" w:type="dxa"/>
            <w:gridSpan w:val="2"/>
          </w:tcPr>
          <w:p w14:paraId="0E0D2CE5" w14:textId="05D3CCC7" w:rsidR="003B26DE" w:rsidRDefault="003B26D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894237419"/>
                <w:placeholder>
                  <w:docPart w:val="DB7F4467103045A8A8ED1D95197E8A6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26C31495" w14:textId="77777777" w:rsidTr="002E140B">
        <w:tc>
          <w:tcPr>
            <w:tcW w:w="2547" w:type="dxa"/>
          </w:tcPr>
          <w:p w14:paraId="0F104A7B" w14:textId="77777777" w:rsidR="003B26DE" w:rsidRDefault="003B26D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2016106109"/>
            <w:placeholder>
              <w:docPart w:val="21F4A8E63CDF4A89ADF859DB3FD8901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F0610E5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185937E7" w14:textId="77777777" w:rsidTr="002E140B">
        <w:tc>
          <w:tcPr>
            <w:tcW w:w="2547" w:type="dxa"/>
          </w:tcPr>
          <w:p w14:paraId="24F9677B" w14:textId="77777777" w:rsidR="003B26DE" w:rsidRDefault="003B26D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508870805"/>
            <w:placeholder>
              <w:docPart w:val="EAE1A41B0864477A88F09CED7928239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0F039AE0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1EA000B3" w14:textId="77777777" w:rsidTr="002E140B">
        <w:tc>
          <w:tcPr>
            <w:tcW w:w="2547" w:type="dxa"/>
          </w:tcPr>
          <w:p w14:paraId="31C2590F" w14:textId="77777777" w:rsidR="003B26DE" w:rsidRDefault="003B26D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718508982"/>
            <w:placeholder>
              <w:docPart w:val="ABB35B118A6C40A38A4890187954A6FF"/>
            </w:placeholder>
            <w:showingPlcHdr/>
          </w:sdtPr>
          <w:sdtContent>
            <w:tc>
              <w:tcPr>
                <w:tcW w:w="6803" w:type="dxa"/>
              </w:tcPr>
              <w:p w14:paraId="07DF5A83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7B7F05B2" w14:textId="77777777" w:rsidTr="002E140B">
        <w:tc>
          <w:tcPr>
            <w:tcW w:w="2547" w:type="dxa"/>
          </w:tcPr>
          <w:p w14:paraId="7B4793D6" w14:textId="77777777" w:rsidR="003B26DE" w:rsidRDefault="003B26D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311247240"/>
            <w:placeholder>
              <w:docPart w:val="C9F357CE5A39445AABCC2993DA99FA9A"/>
            </w:placeholder>
            <w:showingPlcHdr/>
          </w:sdtPr>
          <w:sdtContent>
            <w:tc>
              <w:tcPr>
                <w:tcW w:w="6803" w:type="dxa"/>
              </w:tcPr>
              <w:p w14:paraId="03FF7D85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09287B86" w14:textId="77777777" w:rsidTr="002E140B">
        <w:tc>
          <w:tcPr>
            <w:tcW w:w="2547" w:type="dxa"/>
            <w:vAlign w:val="center"/>
          </w:tcPr>
          <w:p w14:paraId="530A6836" w14:textId="77777777" w:rsidR="003B26DE" w:rsidRDefault="003B26DE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393554179"/>
            <w:placeholder>
              <w:docPart w:val="7562C11562FC4E5BA508CB01C9CA8EC9"/>
            </w:placeholder>
            <w:showingPlcHdr/>
          </w:sdtPr>
          <w:sdtContent>
            <w:tc>
              <w:tcPr>
                <w:tcW w:w="6803" w:type="dxa"/>
              </w:tcPr>
              <w:p w14:paraId="514CC4D8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2F35AA4E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1176A1E" w14:textId="77777777" w:rsidR="003B26DE" w:rsidRDefault="003B26DE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168404944"/>
            <w:placeholder>
              <w:docPart w:val="4253926DCBD04608848E5CD49F91381D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2A4EE1B5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1D1B4C27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D34C1A" w14:textId="2329EE8E" w:rsidR="003B26DE" w:rsidRDefault="003B26DE" w:rsidP="002E140B"/>
        </w:tc>
      </w:tr>
    </w:tbl>
    <w:p w14:paraId="331865AA" w14:textId="77777777" w:rsidR="003B26DE" w:rsidRDefault="003B26DE">
      <w:pPr>
        <w:pStyle w:val="Heading1"/>
      </w:pPr>
    </w:p>
    <w:p w14:paraId="20EF97BA" w14:textId="77777777" w:rsidR="003B26DE" w:rsidRDefault="003B26D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4A00EF77" w:rsidR="00214ECC" w:rsidRDefault="007C3707">
      <w:pPr>
        <w:pStyle w:val="Heading1"/>
      </w:pPr>
      <w:r>
        <w:lastRenderedPageBreak/>
        <w:t>A</w:t>
      </w:r>
      <w:r w:rsidR="003729FB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14:paraId="1AC9EFE7" w14:textId="77777777" w:rsidTr="0019370D">
        <w:tc>
          <w:tcPr>
            <w:tcW w:w="9350" w:type="dxa"/>
            <w:gridSpan w:val="2"/>
          </w:tcPr>
          <w:p w14:paraId="4B30661B" w14:textId="0BD9ED4B" w:rsidR="008525FA" w:rsidRDefault="008525FA" w:rsidP="002D7D98">
            <w:r w:rsidRPr="00F4085D">
              <w:rPr>
                <w:b/>
                <w:bCs/>
              </w:rPr>
              <w:t>Project Title</w:t>
            </w:r>
            <w:r w:rsidR="00CD745A"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Content>
                <w:r w:rsidR="00CD745A"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Default="00CD745A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Content>
            <w:tc>
              <w:tcPr>
                <w:tcW w:w="6520" w:type="dxa"/>
              </w:tcPr>
              <w:p w14:paraId="745FB9AC" w14:textId="2D45EB7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Default="00CD745A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Default="00CD745A" w:rsidP="002D7D98">
            <w:r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D02023" w14:textId="60E95C39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7FE0445" w14:textId="66AEC1FD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53A3E46" w14:textId="77777777" w:rsidR="008525FA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Content>
            <w:tc>
              <w:tcPr>
                <w:tcW w:w="6520" w:type="dxa"/>
              </w:tcPr>
              <w:p w14:paraId="4673DCAB" w14:textId="7BD4129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E70E9ED" w14:textId="77777777" w:rsidR="008525FA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Content>
            <w:tc>
              <w:tcPr>
                <w:tcW w:w="6520" w:type="dxa"/>
              </w:tcPr>
              <w:p w14:paraId="3CCAF454" w14:textId="4840209E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Default="00CD745A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Content>
            <w:tc>
              <w:tcPr>
                <w:tcW w:w="6520" w:type="dxa"/>
              </w:tcPr>
              <w:p w14:paraId="491EB2BF" w14:textId="28F05A7B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Default="00CD745A" w:rsidP="002D7D98">
            <w:r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2B8086D9" w:rsidR="00CD745A" w:rsidRDefault="00CD745A" w:rsidP="002D7D98"/>
        </w:tc>
      </w:tr>
      <w:tr w:rsidR="002931FF" w14:paraId="3014636D" w14:textId="77777777" w:rsidTr="0019370D">
        <w:tc>
          <w:tcPr>
            <w:tcW w:w="9350" w:type="dxa"/>
            <w:gridSpan w:val="2"/>
          </w:tcPr>
          <w:p w14:paraId="3216CF1D" w14:textId="1DE606A3" w:rsidR="002931FF" w:rsidRDefault="002931FF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74721409"/>
                <w:placeholder>
                  <w:docPart w:val="982533AA1A67444FAB6AD764FF1EF88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931FF" w14:paraId="6E261133" w14:textId="77777777" w:rsidTr="00A0792E">
        <w:tc>
          <w:tcPr>
            <w:tcW w:w="2830" w:type="dxa"/>
            <w:vAlign w:val="center"/>
          </w:tcPr>
          <w:p w14:paraId="193728E9" w14:textId="77777777" w:rsidR="002931FF" w:rsidRDefault="002931FF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11206397"/>
            <w:placeholder>
              <w:docPart w:val="A8251704D7154EB4AAFD40739CBF3232"/>
            </w:placeholder>
            <w:showingPlcHdr/>
          </w:sdtPr>
          <w:sdtContent>
            <w:tc>
              <w:tcPr>
                <w:tcW w:w="6520" w:type="dxa"/>
              </w:tcPr>
              <w:p w14:paraId="74294417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77831E41" w14:textId="77777777" w:rsidTr="00A0792E">
        <w:tc>
          <w:tcPr>
            <w:tcW w:w="2830" w:type="dxa"/>
            <w:vAlign w:val="center"/>
          </w:tcPr>
          <w:p w14:paraId="456ED2A1" w14:textId="77777777" w:rsidR="002931FF" w:rsidRDefault="002931FF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7934321" w14:textId="77777777" w:rsidR="002931FF" w:rsidRDefault="002931FF" w:rsidP="002D7D98">
            <w:r>
              <w:t xml:space="preserve">Yes </w:t>
            </w:r>
            <w:sdt>
              <w:sdtPr>
                <w:id w:val="-104052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7765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9843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7A824D50" w14:textId="77777777" w:rsidTr="00A0792E">
        <w:tc>
          <w:tcPr>
            <w:tcW w:w="2830" w:type="dxa"/>
            <w:vAlign w:val="center"/>
          </w:tcPr>
          <w:p w14:paraId="7C2C9893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197582324"/>
            <w:placeholder>
              <w:docPart w:val="092F71A98DCB432994A49CF6A2418B1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5E62E12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220D0D2D" w14:textId="77777777" w:rsidTr="00A0792E">
        <w:tc>
          <w:tcPr>
            <w:tcW w:w="2830" w:type="dxa"/>
            <w:vAlign w:val="center"/>
          </w:tcPr>
          <w:p w14:paraId="73DD0207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815936946"/>
            <w:placeholder>
              <w:docPart w:val="FF714C39671F4059B6173089394CD3E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0A3AC13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4766F2A8" w14:textId="77777777" w:rsidTr="00A0792E">
        <w:tc>
          <w:tcPr>
            <w:tcW w:w="2830" w:type="dxa"/>
            <w:vAlign w:val="center"/>
          </w:tcPr>
          <w:p w14:paraId="69BF3AA2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8394289" w14:textId="77777777" w:rsidR="002931FF" w:rsidRDefault="002931FF" w:rsidP="00CD745A"/>
        </w:tc>
        <w:sdt>
          <w:sdtPr>
            <w:id w:val="-347414704"/>
            <w:placeholder>
              <w:docPart w:val="28589E92AA8443098EDE0E709D3F9809"/>
            </w:placeholder>
            <w:showingPlcHdr/>
          </w:sdtPr>
          <w:sdtContent>
            <w:tc>
              <w:tcPr>
                <w:tcW w:w="6520" w:type="dxa"/>
              </w:tcPr>
              <w:p w14:paraId="77BA76A8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BB1FDDC" w14:textId="77777777" w:rsidTr="00A0792E">
        <w:tc>
          <w:tcPr>
            <w:tcW w:w="2830" w:type="dxa"/>
            <w:vAlign w:val="center"/>
          </w:tcPr>
          <w:p w14:paraId="5377F8F6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3C96DEB8" w14:textId="77777777" w:rsidR="002931FF" w:rsidRDefault="002931FF" w:rsidP="00CD745A"/>
        </w:tc>
        <w:sdt>
          <w:sdtPr>
            <w:id w:val="1700431310"/>
            <w:placeholder>
              <w:docPart w:val="7B8873B5DDFA49E29AD3D86C96355BEA"/>
            </w:placeholder>
            <w:showingPlcHdr/>
          </w:sdtPr>
          <w:sdtContent>
            <w:tc>
              <w:tcPr>
                <w:tcW w:w="6520" w:type="dxa"/>
              </w:tcPr>
              <w:p w14:paraId="02EAFB2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E4CEAFE" w14:textId="77777777" w:rsidTr="00A0792E">
        <w:tc>
          <w:tcPr>
            <w:tcW w:w="2830" w:type="dxa"/>
            <w:vAlign w:val="center"/>
          </w:tcPr>
          <w:p w14:paraId="4664899C" w14:textId="77777777" w:rsidR="002931FF" w:rsidRDefault="002931FF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829975207"/>
            <w:placeholder>
              <w:docPart w:val="7D53A91E55554B1E87906AAB7E66728B"/>
            </w:placeholder>
            <w:showingPlcHdr/>
          </w:sdtPr>
          <w:sdtContent>
            <w:tc>
              <w:tcPr>
                <w:tcW w:w="6520" w:type="dxa"/>
              </w:tcPr>
              <w:p w14:paraId="1A00085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10142A32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7DFCFA4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02D975A" w14:textId="77777777" w:rsidR="002931FF" w:rsidRDefault="002931FF" w:rsidP="002D7D98">
            <w:r>
              <w:t xml:space="preserve">Yes </w:t>
            </w:r>
            <w:sdt>
              <w:sdtPr>
                <w:id w:val="214462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0650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49840D2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3731D" w14:textId="14911BD9" w:rsidR="002931FF" w:rsidRDefault="002931FF" w:rsidP="002D7D98"/>
        </w:tc>
      </w:tr>
      <w:tr w:rsidR="003B26DE" w14:paraId="101E15C2" w14:textId="77777777" w:rsidTr="0019370D">
        <w:tc>
          <w:tcPr>
            <w:tcW w:w="9350" w:type="dxa"/>
            <w:gridSpan w:val="2"/>
          </w:tcPr>
          <w:p w14:paraId="6154DFE4" w14:textId="3742FE5A" w:rsidR="003B26DE" w:rsidRDefault="003B26DE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572927510"/>
                <w:placeholder>
                  <w:docPart w:val="D52B2B88AB08438DA817370CB31CEF12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5EBCE022" w14:textId="77777777" w:rsidTr="00A0792E">
        <w:tc>
          <w:tcPr>
            <w:tcW w:w="2830" w:type="dxa"/>
            <w:vAlign w:val="center"/>
          </w:tcPr>
          <w:p w14:paraId="6D35647A" w14:textId="77777777" w:rsidR="003B26DE" w:rsidRDefault="003B26DE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720134967"/>
            <w:placeholder>
              <w:docPart w:val="5C61D06BF7884102A199EBF5DEEE9CA9"/>
            </w:placeholder>
            <w:showingPlcHdr/>
          </w:sdtPr>
          <w:sdtContent>
            <w:tc>
              <w:tcPr>
                <w:tcW w:w="6520" w:type="dxa"/>
              </w:tcPr>
              <w:p w14:paraId="345C9495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B5D252F" w14:textId="77777777" w:rsidTr="00A0792E">
        <w:tc>
          <w:tcPr>
            <w:tcW w:w="2830" w:type="dxa"/>
            <w:vAlign w:val="center"/>
          </w:tcPr>
          <w:p w14:paraId="0EEF678C" w14:textId="77777777" w:rsidR="003B26DE" w:rsidRDefault="003B26DE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1642E9E" w14:textId="77777777" w:rsidR="003B26DE" w:rsidRDefault="003B26DE" w:rsidP="002D7D98">
            <w:r>
              <w:t xml:space="preserve">Yes </w:t>
            </w:r>
            <w:sdt>
              <w:sdtPr>
                <w:id w:val="925078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396971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813094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596D84B4" w14:textId="77777777" w:rsidTr="00A0792E">
        <w:tc>
          <w:tcPr>
            <w:tcW w:w="2830" w:type="dxa"/>
            <w:vAlign w:val="center"/>
          </w:tcPr>
          <w:p w14:paraId="4F686858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876274768"/>
            <w:placeholder>
              <w:docPart w:val="85FC5EC80FDF403EBF0FAB4C71EF3BC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377E3DD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4FA20B83" w14:textId="77777777" w:rsidTr="00A0792E">
        <w:tc>
          <w:tcPr>
            <w:tcW w:w="2830" w:type="dxa"/>
            <w:vAlign w:val="center"/>
          </w:tcPr>
          <w:p w14:paraId="5988CB20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213077895"/>
            <w:placeholder>
              <w:docPart w:val="ED17080EF5BC4CE890C82F543C62E78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FE56D61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1538C53F" w14:textId="77777777" w:rsidTr="00A0792E">
        <w:tc>
          <w:tcPr>
            <w:tcW w:w="2830" w:type="dxa"/>
            <w:vAlign w:val="center"/>
          </w:tcPr>
          <w:p w14:paraId="16A08260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6B651ED" w14:textId="77777777" w:rsidR="003B26DE" w:rsidRDefault="003B26DE" w:rsidP="00CD745A"/>
        </w:tc>
        <w:sdt>
          <w:sdtPr>
            <w:id w:val="-1543133217"/>
            <w:placeholder>
              <w:docPart w:val="A7371C9749654B99B4D602E5A299EF7B"/>
            </w:placeholder>
            <w:showingPlcHdr/>
          </w:sdtPr>
          <w:sdtContent>
            <w:tc>
              <w:tcPr>
                <w:tcW w:w="6520" w:type="dxa"/>
              </w:tcPr>
              <w:p w14:paraId="3B71BBA7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245FC448" w14:textId="77777777" w:rsidTr="00A0792E">
        <w:tc>
          <w:tcPr>
            <w:tcW w:w="2830" w:type="dxa"/>
            <w:vAlign w:val="center"/>
          </w:tcPr>
          <w:p w14:paraId="3DF3B19E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What was the measurable impact?</w:t>
            </w:r>
          </w:p>
          <w:p w14:paraId="48F1C8EC" w14:textId="77777777" w:rsidR="003B26DE" w:rsidRDefault="003B26DE" w:rsidP="00CD745A"/>
        </w:tc>
        <w:sdt>
          <w:sdtPr>
            <w:id w:val="1737735657"/>
            <w:placeholder>
              <w:docPart w:val="33B63D1F50484585A6AB3692A5DC55C2"/>
            </w:placeholder>
            <w:showingPlcHdr/>
          </w:sdtPr>
          <w:sdtContent>
            <w:tc>
              <w:tcPr>
                <w:tcW w:w="6520" w:type="dxa"/>
              </w:tcPr>
              <w:p w14:paraId="7EB5ED5B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3CB9A62" w14:textId="77777777" w:rsidTr="00A0792E">
        <w:tc>
          <w:tcPr>
            <w:tcW w:w="2830" w:type="dxa"/>
            <w:vAlign w:val="center"/>
          </w:tcPr>
          <w:p w14:paraId="08F9BA54" w14:textId="77777777" w:rsidR="003B26DE" w:rsidRDefault="003B26DE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95865468"/>
            <w:placeholder>
              <w:docPart w:val="4D272ACB934C46939416A934EC1FF53A"/>
            </w:placeholder>
            <w:showingPlcHdr/>
          </w:sdtPr>
          <w:sdtContent>
            <w:tc>
              <w:tcPr>
                <w:tcW w:w="6520" w:type="dxa"/>
              </w:tcPr>
              <w:p w14:paraId="6F6DD685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25B11B05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14EE9B5D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0CAF8A2" w14:textId="77777777" w:rsidR="003B26DE" w:rsidRDefault="003B26DE" w:rsidP="002D7D98">
            <w:r>
              <w:t xml:space="preserve">Yes </w:t>
            </w:r>
            <w:sdt>
              <w:sdtPr>
                <w:id w:val="1391385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2040202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70F7F024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666330" w14:textId="276A621F" w:rsidR="003B26DE" w:rsidRDefault="003B26DE" w:rsidP="002D7D98"/>
        </w:tc>
      </w:tr>
      <w:tr w:rsidR="003B26DE" w14:paraId="66471F3D" w14:textId="77777777" w:rsidTr="0019370D">
        <w:tc>
          <w:tcPr>
            <w:tcW w:w="9350" w:type="dxa"/>
            <w:gridSpan w:val="2"/>
          </w:tcPr>
          <w:p w14:paraId="16B9859A" w14:textId="29D61099" w:rsidR="003B26DE" w:rsidRDefault="003B26DE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627506471"/>
                <w:placeholder>
                  <w:docPart w:val="738235CE12E244709EA784C996A0709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3DC99829" w14:textId="77777777" w:rsidTr="00A0792E">
        <w:tc>
          <w:tcPr>
            <w:tcW w:w="2830" w:type="dxa"/>
            <w:vAlign w:val="center"/>
          </w:tcPr>
          <w:p w14:paraId="51864D23" w14:textId="77777777" w:rsidR="003B26DE" w:rsidRDefault="003B26DE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659811131"/>
            <w:placeholder>
              <w:docPart w:val="7B86DCBD69E849549CE46A3AF209DD27"/>
            </w:placeholder>
            <w:showingPlcHdr/>
          </w:sdtPr>
          <w:sdtContent>
            <w:tc>
              <w:tcPr>
                <w:tcW w:w="6520" w:type="dxa"/>
              </w:tcPr>
              <w:p w14:paraId="284A19B9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D1878EC" w14:textId="77777777" w:rsidTr="00A0792E">
        <w:tc>
          <w:tcPr>
            <w:tcW w:w="2830" w:type="dxa"/>
            <w:vAlign w:val="center"/>
          </w:tcPr>
          <w:p w14:paraId="79DF4172" w14:textId="77777777" w:rsidR="003B26DE" w:rsidRDefault="003B26DE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04DEA97B" w14:textId="77777777" w:rsidR="003B26DE" w:rsidRDefault="003B26DE" w:rsidP="002D7D98">
            <w:r>
              <w:t xml:space="preserve">Yes </w:t>
            </w:r>
            <w:sdt>
              <w:sdtPr>
                <w:id w:val="-1757346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17565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70630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016760E1" w14:textId="77777777" w:rsidTr="00A0792E">
        <w:tc>
          <w:tcPr>
            <w:tcW w:w="2830" w:type="dxa"/>
            <w:vAlign w:val="center"/>
          </w:tcPr>
          <w:p w14:paraId="5EE3DA23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874613690"/>
            <w:placeholder>
              <w:docPart w:val="E3A371DB9C7A4B9D92A9C70D3AEDDFC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63459D6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4BEFF971" w14:textId="77777777" w:rsidTr="00A0792E">
        <w:tc>
          <w:tcPr>
            <w:tcW w:w="2830" w:type="dxa"/>
            <w:vAlign w:val="center"/>
          </w:tcPr>
          <w:p w14:paraId="75FC4E0F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4118506"/>
            <w:placeholder>
              <w:docPart w:val="D2009B2FA8E044C8A7FC2D1BE80A1F3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B4B89BD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5B487596" w14:textId="77777777" w:rsidTr="00A0792E">
        <w:tc>
          <w:tcPr>
            <w:tcW w:w="2830" w:type="dxa"/>
            <w:vAlign w:val="center"/>
          </w:tcPr>
          <w:p w14:paraId="50413F8A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722F62A7" w14:textId="77777777" w:rsidR="003B26DE" w:rsidRDefault="003B26DE" w:rsidP="00CD745A"/>
        </w:tc>
        <w:sdt>
          <w:sdtPr>
            <w:id w:val="609323805"/>
            <w:placeholder>
              <w:docPart w:val="28442E971FB947CD9F729CE87C634A7E"/>
            </w:placeholder>
            <w:showingPlcHdr/>
          </w:sdtPr>
          <w:sdtContent>
            <w:tc>
              <w:tcPr>
                <w:tcW w:w="6520" w:type="dxa"/>
              </w:tcPr>
              <w:p w14:paraId="1EE8927D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015D50CA" w14:textId="77777777" w:rsidTr="00A0792E">
        <w:tc>
          <w:tcPr>
            <w:tcW w:w="2830" w:type="dxa"/>
            <w:vAlign w:val="center"/>
          </w:tcPr>
          <w:p w14:paraId="05D3F3D5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F3DDAEB" w14:textId="77777777" w:rsidR="003B26DE" w:rsidRDefault="003B26DE" w:rsidP="00CD745A"/>
        </w:tc>
        <w:sdt>
          <w:sdtPr>
            <w:id w:val="794018731"/>
            <w:placeholder>
              <w:docPart w:val="D76472EA92AC4ED0858A934B2924A7BD"/>
            </w:placeholder>
            <w:showingPlcHdr/>
          </w:sdtPr>
          <w:sdtContent>
            <w:tc>
              <w:tcPr>
                <w:tcW w:w="6520" w:type="dxa"/>
              </w:tcPr>
              <w:p w14:paraId="7304271C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0844E1D8" w14:textId="77777777" w:rsidTr="00A0792E">
        <w:tc>
          <w:tcPr>
            <w:tcW w:w="2830" w:type="dxa"/>
            <w:vAlign w:val="center"/>
          </w:tcPr>
          <w:p w14:paraId="73F11358" w14:textId="77777777" w:rsidR="003B26DE" w:rsidRDefault="003B26DE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569196666"/>
            <w:placeholder>
              <w:docPart w:val="6AA2F104C18744BAB0FD3AEDCECFCEAE"/>
            </w:placeholder>
            <w:showingPlcHdr/>
          </w:sdtPr>
          <w:sdtContent>
            <w:tc>
              <w:tcPr>
                <w:tcW w:w="6520" w:type="dxa"/>
              </w:tcPr>
              <w:p w14:paraId="02801F7E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2ED1AB17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598D05F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27EA01F" w14:textId="77777777" w:rsidR="003B26DE" w:rsidRDefault="003B26DE" w:rsidP="002D7D98">
            <w:r>
              <w:t xml:space="preserve">Yes </w:t>
            </w:r>
            <w:sdt>
              <w:sdtPr>
                <w:id w:val="-44314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1275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7D48D8CA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9D656D" w14:textId="07AD9913" w:rsidR="003B26DE" w:rsidRDefault="003B26DE" w:rsidP="002D7D98"/>
        </w:tc>
      </w:tr>
      <w:tr w:rsidR="003B26DE" w14:paraId="5D7FA1C4" w14:textId="77777777" w:rsidTr="0019370D">
        <w:tc>
          <w:tcPr>
            <w:tcW w:w="9350" w:type="dxa"/>
            <w:gridSpan w:val="2"/>
          </w:tcPr>
          <w:p w14:paraId="1C1B4701" w14:textId="1D90FE9A" w:rsidR="003B26DE" w:rsidRDefault="003B26DE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060012306"/>
                <w:placeholder>
                  <w:docPart w:val="4A8C15C5743A4A19A1292B63727AFDFE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4C6F937C" w14:textId="77777777" w:rsidTr="00A0792E">
        <w:tc>
          <w:tcPr>
            <w:tcW w:w="2830" w:type="dxa"/>
            <w:vAlign w:val="center"/>
          </w:tcPr>
          <w:p w14:paraId="046DC315" w14:textId="77777777" w:rsidR="003B26DE" w:rsidRDefault="003B26DE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64244530"/>
            <w:placeholder>
              <w:docPart w:val="4F38482CD5A9414B996E90731F75DED2"/>
            </w:placeholder>
            <w:showingPlcHdr/>
          </w:sdtPr>
          <w:sdtContent>
            <w:tc>
              <w:tcPr>
                <w:tcW w:w="6520" w:type="dxa"/>
              </w:tcPr>
              <w:p w14:paraId="01E1BF2B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80B8335" w14:textId="77777777" w:rsidTr="00A0792E">
        <w:tc>
          <w:tcPr>
            <w:tcW w:w="2830" w:type="dxa"/>
            <w:vAlign w:val="center"/>
          </w:tcPr>
          <w:p w14:paraId="6F79E519" w14:textId="77777777" w:rsidR="003B26DE" w:rsidRDefault="003B26DE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3256D3E3" w14:textId="77777777" w:rsidR="003B26DE" w:rsidRDefault="003B26DE" w:rsidP="002D7D98">
            <w:r>
              <w:t xml:space="preserve">Yes </w:t>
            </w:r>
            <w:sdt>
              <w:sdtPr>
                <w:id w:val="726887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41146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99183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697D0085" w14:textId="77777777" w:rsidTr="00A0792E">
        <w:tc>
          <w:tcPr>
            <w:tcW w:w="2830" w:type="dxa"/>
            <w:vAlign w:val="center"/>
          </w:tcPr>
          <w:p w14:paraId="7CB556A0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701546976"/>
            <w:placeholder>
              <w:docPart w:val="6246EFFADF374928BF6579BE00EEE5B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3C9382D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07CFB8D2" w14:textId="77777777" w:rsidTr="00A0792E">
        <w:tc>
          <w:tcPr>
            <w:tcW w:w="2830" w:type="dxa"/>
            <w:vAlign w:val="center"/>
          </w:tcPr>
          <w:p w14:paraId="7B89D6EA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382132769"/>
            <w:placeholder>
              <w:docPart w:val="612FA868D2FE478F9D630C53CCCFAB8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206BEB9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4C951A27" w14:textId="77777777" w:rsidTr="00A0792E">
        <w:tc>
          <w:tcPr>
            <w:tcW w:w="2830" w:type="dxa"/>
            <w:vAlign w:val="center"/>
          </w:tcPr>
          <w:p w14:paraId="46F1FC46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4C67D4CF" w14:textId="77777777" w:rsidR="003B26DE" w:rsidRDefault="003B26DE" w:rsidP="00CD745A"/>
        </w:tc>
        <w:sdt>
          <w:sdtPr>
            <w:id w:val="-700242699"/>
            <w:placeholder>
              <w:docPart w:val="5622648FB8DA43D28D2648E54ECED366"/>
            </w:placeholder>
            <w:showingPlcHdr/>
          </w:sdtPr>
          <w:sdtContent>
            <w:tc>
              <w:tcPr>
                <w:tcW w:w="6520" w:type="dxa"/>
              </w:tcPr>
              <w:p w14:paraId="465BD8B3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ED46C2C" w14:textId="77777777" w:rsidTr="00A0792E">
        <w:tc>
          <w:tcPr>
            <w:tcW w:w="2830" w:type="dxa"/>
            <w:vAlign w:val="center"/>
          </w:tcPr>
          <w:p w14:paraId="0F191CD1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51733ED0" w14:textId="77777777" w:rsidR="003B26DE" w:rsidRDefault="003B26DE" w:rsidP="00CD745A"/>
        </w:tc>
        <w:sdt>
          <w:sdtPr>
            <w:id w:val="539177532"/>
            <w:placeholder>
              <w:docPart w:val="2CD2776494554177B7AFBC5C6AF58E3D"/>
            </w:placeholder>
            <w:showingPlcHdr/>
          </w:sdtPr>
          <w:sdtContent>
            <w:tc>
              <w:tcPr>
                <w:tcW w:w="6520" w:type="dxa"/>
              </w:tcPr>
              <w:p w14:paraId="4D3D96F1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37CB1D9D" w14:textId="77777777" w:rsidTr="00A0792E">
        <w:tc>
          <w:tcPr>
            <w:tcW w:w="2830" w:type="dxa"/>
            <w:vAlign w:val="center"/>
          </w:tcPr>
          <w:p w14:paraId="4646BEE8" w14:textId="77777777" w:rsidR="003B26DE" w:rsidRDefault="003B26DE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1958521829"/>
            <w:placeholder>
              <w:docPart w:val="8CCAEB083088458EA2656F911A03EABD"/>
            </w:placeholder>
            <w:showingPlcHdr/>
          </w:sdtPr>
          <w:sdtContent>
            <w:tc>
              <w:tcPr>
                <w:tcW w:w="6520" w:type="dxa"/>
              </w:tcPr>
              <w:p w14:paraId="2316ABD7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07EF6C0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63BE6F5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317ED17" w14:textId="77777777" w:rsidR="003B26DE" w:rsidRDefault="003B26DE" w:rsidP="002D7D98">
            <w:r>
              <w:t xml:space="preserve">Yes </w:t>
            </w:r>
            <w:sdt>
              <w:sdtPr>
                <w:id w:val="-945145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489690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7BD68F2E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0F9512" w14:textId="23EB1038" w:rsidR="003B26DE" w:rsidRDefault="003B26DE" w:rsidP="002D7D98"/>
        </w:tc>
      </w:tr>
    </w:tbl>
    <w:p w14:paraId="6670EE57" w14:textId="77777777" w:rsidR="003B26DE" w:rsidRDefault="003B26DE">
      <w:pPr>
        <w:pStyle w:val="Heading1"/>
      </w:pPr>
    </w:p>
    <w:p w14:paraId="2EABD8A7" w14:textId="77777777" w:rsidR="003B26DE" w:rsidRDefault="003B26D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15746DFA" w:rsidR="00214ECC" w:rsidRDefault="003729FB">
      <w:pPr>
        <w:pStyle w:val="Heading1"/>
      </w:pPr>
      <w:r>
        <w:lastRenderedPageBreak/>
        <w:t>Research &amp; Publications</w:t>
      </w:r>
    </w:p>
    <w:p w14:paraId="0987AE42" w14:textId="3FC96AF3" w:rsidR="00C7253B" w:rsidRDefault="00C7253B" w:rsidP="00C7253B">
      <w:r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14:paraId="6F75DC21" w14:textId="77777777" w:rsidTr="00695860">
        <w:tc>
          <w:tcPr>
            <w:tcW w:w="9350" w:type="dxa"/>
            <w:gridSpan w:val="2"/>
          </w:tcPr>
          <w:p w14:paraId="59BAD478" w14:textId="7A22C06D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769739CE" w14:textId="77777777" w:rsidTr="00CD745A">
        <w:tc>
          <w:tcPr>
            <w:tcW w:w="2723" w:type="dxa"/>
            <w:vAlign w:val="center"/>
          </w:tcPr>
          <w:p w14:paraId="178AC458" w14:textId="56A0B311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Content>
            <w:tc>
              <w:tcPr>
                <w:tcW w:w="6627" w:type="dxa"/>
              </w:tcPr>
              <w:p w14:paraId="419B1C3D" w14:textId="3D84B99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15DA0842" w14:textId="77777777" w:rsidTr="00CD745A">
        <w:tc>
          <w:tcPr>
            <w:tcW w:w="2723" w:type="dxa"/>
            <w:vAlign w:val="center"/>
          </w:tcPr>
          <w:p w14:paraId="22919863" w14:textId="26D703DD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Content>
            <w:tc>
              <w:tcPr>
                <w:tcW w:w="6627" w:type="dxa"/>
              </w:tcPr>
              <w:p w14:paraId="468FCDE1" w14:textId="3348A05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5D715A34" w14:textId="77777777" w:rsidTr="00CD745A">
        <w:tc>
          <w:tcPr>
            <w:tcW w:w="2723" w:type="dxa"/>
            <w:vAlign w:val="center"/>
          </w:tcPr>
          <w:p w14:paraId="1275C95C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687B8572" w14:textId="77777777" w:rsidR="00CD745A" w:rsidRDefault="00CD745A" w:rsidP="00CD745A"/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Content>
            <w:tc>
              <w:tcPr>
                <w:tcW w:w="6627" w:type="dxa"/>
              </w:tcPr>
              <w:p w14:paraId="65BB4C77" w14:textId="59DC1FA6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7E170BE8" w14:textId="77777777" w:rsidTr="00CD745A">
        <w:tc>
          <w:tcPr>
            <w:tcW w:w="2723" w:type="dxa"/>
            <w:vAlign w:val="center"/>
          </w:tcPr>
          <w:p w14:paraId="609E6916" w14:textId="6B8BFF7A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83255EC" w14:textId="595583B5" w:rsidR="00CD745A" w:rsidRDefault="00CD745A" w:rsidP="00C7253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Default="00CD745A" w:rsidP="00CD745A">
            <w:r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Default="00CD745A" w:rsidP="00CD745A">
            <w:r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0CFC388F" w:rsidR="00CD745A" w:rsidRDefault="00CD745A" w:rsidP="00CD745A"/>
        </w:tc>
      </w:tr>
      <w:tr w:rsidR="00CD745A" w14:paraId="2CAAEA55" w14:textId="77777777" w:rsidTr="00695860">
        <w:tc>
          <w:tcPr>
            <w:tcW w:w="9350" w:type="dxa"/>
            <w:gridSpan w:val="2"/>
          </w:tcPr>
          <w:p w14:paraId="0912AE07" w14:textId="52BA6C09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134250045"/>
                <w:placeholder>
                  <w:docPart w:val="26164AFE8C004731B39F8D42AA79484B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45561211" w14:textId="77777777" w:rsidTr="00CD745A">
        <w:tc>
          <w:tcPr>
            <w:tcW w:w="2723" w:type="dxa"/>
            <w:vAlign w:val="center"/>
          </w:tcPr>
          <w:p w14:paraId="33EC83AA" w14:textId="77777777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039898715"/>
            <w:placeholder>
              <w:docPart w:val="143E6DFAA3A744858DA27EA69CF186A8"/>
            </w:placeholder>
            <w:showingPlcHdr/>
          </w:sdtPr>
          <w:sdtContent>
            <w:tc>
              <w:tcPr>
                <w:tcW w:w="6627" w:type="dxa"/>
              </w:tcPr>
              <w:p w14:paraId="1383E0DC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C5D06A4" w14:textId="77777777" w:rsidTr="00CD745A">
        <w:tc>
          <w:tcPr>
            <w:tcW w:w="2723" w:type="dxa"/>
            <w:vAlign w:val="center"/>
          </w:tcPr>
          <w:p w14:paraId="11FFEE38" w14:textId="77777777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849295955"/>
            <w:placeholder>
              <w:docPart w:val="FB7E9068020A4D09974EA1EB0D07EBE0"/>
            </w:placeholder>
            <w:showingPlcHdr/>
          </w:sdtPr>
          <w:sdtContent>
            <w:tc>
              <w:tcPr>
                <w:tcW w:w="6627" w:type="dxa"/>
              </w:tcPr>
              <w:p w14:paraId="22629E3B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8F6B4EE" w14:textId="77777777" w:rsidTr="00CD745A">
        <w:tc>
          <w:tcPr>
            <w:tcW w:w="2723" w:type="dxa"/>
            <w:vAlign w:val="center"/>
          </w:tcPr>
          <w:p w14:paraId="57D486D0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0F44AD1C" w14:textId="77777777" w:rsidR="00CD745A" w:rsidRDefault="00CD745A" w:rsidP="00CD745A"/>
        </w:tc>
        <w:sdt>
          <w:sdtPr>
            <w:id w:val="666522276"/>
            <w:placeholder>
              <w:docPart w:val="B9DD229517514DD3BA30880642405144"/>
            </w:placeholder>
            <w:showingPlcHdr/>
          </w:sdtPr>
          <w:sdtContent>
            <w:tc>
              <w:tcPr>
                <w:tcW w:w="6627" w:type="dxa"/>
              </w:tcPr>
              <w:p w14:paraId="58B1D2F4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4929BB4B" w14:textId="77777777" w:rsidTr="00CD745A">
        <w:tc>
          <w:tcPr>
            <w:tcW w:w="2723" w:type="dxa"/>
            <w:vAlign w:val="center"/>
          </w:tcPr>
          <w:p w14:paraId="6B87E394" w14:textId="77777777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039040763"/>
            <w:placeholder>
              <w:docPart w:val="4B4DB9EE858049CCB9AFBB15E50951B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7328BCA" w14:textId="77777777" w:rsidR="00CD745A" w:rsidRDefault="00CD745A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5C3E6963" w14:textId="77777777" w:rsidTr="00CD745A">
        <w:tc>
          <w:tcPr>
            <w:tcW w:w="2723" w:type="dxa"/>
            <w:vAlign w:val="center"/>
          </w:tcPr>
          <w:p w14:paraId="61031033" w14:textId="77777777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D915A34" w14:textId="77777777" w:rsidR="00CD745A" w:rsidRDefault="00CD745A" w:rsidP="00CD745A">
            <w:r>
              <w:t xml:space="preserve">Complete  </w:t>
            </w:r>
            <w:sdt>
              <w:sdtPr>
                <w:id w:val="75818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07597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4C8207B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615DD567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7D0B379" w14:textId="77777777" w:rsidR="00CD745A" w:rsidRDefault="00CD745A" w:rsidP="00CD745A">
            <w:r>
              <w:t xml:space="preserve">Yes </w:t>
            </w:r>
            <w:sdt>
              <w:sdtPr>
                <w:id w:val="13854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664535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1EB756F8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6FD53F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54A7D4" w14:textId="2F4A5C0F" w:rsidR="00CD745A" w:rsidRDefault="00CD745A" w:rsidP="00CD745A"/>
        </w:tc>
      </w:tr>
      <w:tr w:rsidR="003B26DE" w14:paraId="5322EB3E" w14:textId="77777777" w:rsidTr="00695860">
        <w:tc>
          <w:tcPr>
            <w:tcW w:w="9350" w:type="dxa"/>
            <w:gridSpan w:val="2"/>
          </w:tcPr>
          <w:p w14:paraId="48ADEB26" w14:textId="780482A9" w:rsidR="003B26DE" w:rsidRDefault="003B26DE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717235152"/>
                <w:placeholder>
                  <w:docPart w:val="9092E21455F04D088E08A3B3329A966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798E3A84" w14:textId="77777777" w:rsidTr="00CD745A">
        <w:tc>
          <w:tcPr>
            <w:tcW w:w="2723" w:type="dxa"/>
            <w:vAlign w:val="center"/>
          </w:tcPr>
          <w:p w14:paraId="7DA78C93" w14:textId="77777777" w:rsidR="003B26DE" w:rsidRDefault="003B26DE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449459092"/>
            <w:placeholder>
              <w:docPart w:val="FAE38B133153430C97C5D902CB8CC0D7"/>
            </w:placeholder>
            <w:showingPlcHdr/>
          </w:sdtPr>
          <w:sdtContent>
            <w:tc>
              <w:tcPr>
                <w:tcW w:w="6627" w:type="dxa"/>
              </w:tcPr>
              <w:p w14:paraId="1FC8E88D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88D53CC" w14:textId="77777777" w:rsidTr="00CD745A">
        <w:tc>
          <w:tcPr>
            <w:tcW w:w="2723" w:type="dxa"/>
            <w:vAlign w:val="center"/>
          </w:tcPr>
          <w:p w14:paraId="6067DD3A" w14:textId="77777777" w:rsidR="003B26DE" w:rsidRDefault="003B26DE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953669340"/>
            <w:placeholder>
              <w:docPart w:val="96A1663A02624CA69D0A59601A594735"/>
            </w:placeholder>
            <w:showingPlcHdr/>
          </w:sdtPr>
          <w:sdtContent>
            <w:tc>
              <w:tcPr>
                <w:tcW w:w="6627" w:type="dxa"/>
              </w:tcPr>
              <w:p w14:paraId="0B9EDCE7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4529C7C" w14:textId="77777777" w:rsidTr="00CD745A">
        <w:tc>
          <w:tcPr>
            <w:tcW w:w="2723" w:type="dxa"/>
            <w:vAlign w:val="center"/>
          </w:tcPr>
          <w:p w14:paraId="10D496B3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46A5FF7C" w14:textId="77777777" w:rsidR="003B26DE" w:rsidRDefault="003B26DE" w:rsidP="00CD745A"/>
        </w:tc>
        <w:sdt>
          <w:sdtPr>
            <w:id w:val="760810036"/>
            <w:placeholder>
              <w:docPart w:val="F442007450924436B8759D1E760DA3A4"/>
            </w:placeholder>
            <w:showingPlcHdr/>
          </w:sdtPr>
          <w:sdtContent>
            <w:tc>
              <w:tcPr>
                <w:tcW w:w="6627" w:type="dxa"/>
              </w:tcPr>
              <w:p w14:paraId="69470333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0E4759B4" w14:textId="77777777" w:rsidTr="00CD745A">
        <w:tc>
          <w:tcPr>
            <w:tcW w:w="2723" w:type="dxa"/>
            <w:vAlign w:val="center"/>
          </w:tcPr>
          <w:p w14:paraId="504A1C89" w14:textId="77777777" w:rsidR="003B26DE" w:rsidRDefault="003B26DE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478677018"/>
            <w:placeholder>
              <w:docPart w:val="10D99C5F1B3349CC815CCDBA7B5FFAE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4635854B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3FC94D19" w14:textId="77777777" w:rsidTr="00CD745A">
        <w:tc>
          <w:tcPr>
            <w:tcW w:w="2723" w:type="dxa"/>
            <w:vAlign w:val="center"/>
          </w:tcPr>
          <w:p w14:paraId="6248FE7E" w14:textId="77777777" w:rsidR="003B26DE" w:rsidRDefault="003B26DE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25581924" w14:textId="77777777" w:rsidR="003B26DE" w:rsidRDefault="003B26DE" w:rsidP="00CD745A">
            <w:r>
              <w:t xml:space="preserve">Complete  </w:t>
            </w:r>
            <w:sdt>
              <w:sdtPr>
                <w:id w:val="798338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857077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613BF4BD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89F9BD0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0E294B57" w14:textId="77777777" w:rsidR="003B26DE" w:rsidRDefault="003B26DE" w:rsidP="00CD745A">
            <w:r>
              <w:t xml:space="preserve">Yes </w:t>
            </w:r>
            <w:sdt>
              <w:sdtPr>
                <w:id w:val="137173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615411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1761DC24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28CFF9" w14:textId="77777777" w:rsidR="003B26DE" w:rsidRPr="00F4085D" w:rsidRDefault="003B26DE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BF7114" w14:textId="2516D560" w:rsidR="003B26DE" w:rsidRDefault="003B26DE" w:rsidP="00CD745A"/>
        </w:tc>
      </w:tr>
      <w:tr w:rsidR="003B26DE" w14:paraId="7B8B7BFC" w14:textId="77777777" w:rsidTr="00695860">
        <w:tc>
          <w:tcPr>
            <w:tcW w:w="9350" w:type="dxa"/>
            <w:gridSpan w:val="2"/>
          </w:tcPr>
          <w:p w14:paraId="3CDCBEAB" w14:textId="33A6DF45" w:rsidR="003B26DE" w:rsidRDefault="003B26DE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781543707"/>
                <w:placeholder>
                  <w:docPart w:val="012FF6DAB51343DBAA5BD45A58961EFA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0CD73088" w14:textId="77777777" w:rsidTr="00CD745A">
        <w:tc>
          <w:tcPr>
            <w:tcW w:w="2723" w:type="dxa"/>
            <w:vAlign w:val="center"/>
          </w:tcPr>
          <w:p w14:paraId="312078E5" w14:textId="77777777" w:rsidR="003B26DE" w:rsidRDefault="003B26DE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745559984"/>
            <w:placeholder>
              <w:docPart w:val="80D728F8F3C64C1A9A0B9CE4B3693D67"/>
            </w:placeholder>
            <w:showingPlcHdr/>
          </w:sdtPr>
          <w:sdtContent>
            <w:tc>
              <w:tcPr>
                <w:tcW w:w="6627" w:type="dxa"/>
              </w:tcPr>
              <w:p w14:paraId="45CAB6E4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228D7674" w14:textId="77777777" w:rsidTr="00CD745A">
        <w:tc>
          <w:tcPr>
            <w:tcW w:w="2723" w:type="dxa"/>
            <w:vAlign w:val="center"/>
          </w:tcPr>
          <w:p w14:paraId="366D93DE" w14:textId="77777777" w:rsidR="003B26DE" w:rsidRDefault="003B26DE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477432035"/>
            <w:placeholder>
              <w:docPart w:val="4B5E3C9EBA1940C58DFDEB04568B0CE8"/>
            </w:placeholder>
            <w:showingPlcHdr/>
          </w:sdtPr>
          <w:sdtContent>
            <w:tc>
              <w:tcPr>
                <w:tcW w:w="6627" w:type="dxa"/>
              </w:tcPr>
              <w:p w14:paraId="24CE89E9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21CC135" w14:textId="77777777" w:rsidTr="00CD745A">
        <w:tc>
          <w:tcPr>
            <w:tcW w:w="2723" w:type="dxa"/>
            <w:vAlign w:val="center"/>
          </w:tcPr>
          <w:p w14:paraId="28060C92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0B1CFB02" w14:textId="77777777" w:rsidR="003B26DE" w:rsidRDefault="003B26DE" w:rsidP="00CD745A"/>
        </w:tc>
        <w:sdt>
          <w:sdtPr>
            <w:id w:val="1153957970"/>
            <w:placeholder>
              <w:docPart w:val="B3485E4E56184BF8BE0A530914291585"/>
            </w:placeholder>
            <w:showingPlcHdr/>
          </w:sdtPr>
          <w:sdtContent>
            <w:tc>
              <w:tcPr>
                <w:tcW w:w="6627" w:type="dxa"/>
              </w:tcPr>
              <w:p w14:paraId="71D63784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BB28FFF" w14:textId="77777777" w:rsidTr="00CD745A">
        <w:tc>
          <w:tcPr>
            <w:tcW w:w="2723" w:type="dxa"/>
            <w:vAlign w:val="center"/>
          </w:tcPr>
          <w:p w14:paraId="642CEAA3" w14:textId="77777777" w:rsidR="003B26DE" w:rsidRDefault="003B26DE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2051059246"/>
            <w:placeholder>
              <w:docPart w:val="257ED03E6AB845F0AB1D29F4BB7E35B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2A326DFF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0B4B15CA" w14:textId="77777777" w:rsidTr="00CD745A">
        <w:tc>
          <w:tcPr>
            <w:tcW w:w="2723" w:type="dxa"/>
            <w:vAlign w:val="center"/>
          </w:tcPr>
          <w:p w14:paraId="3C4B2AF7" w14:textId="77777777" w:rsidR="003B26DE" w:rsidRDefault="003B26DE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2ABC0CFD" w14:textId="77777777" w:rsidR="003B26DE" w:rsidRDefault="003B26DE" w:rsidP="00CD745A">
            <w:r>
              <w:t xml:space="preserve">Complete  </w:t>
            </w:r>
            <w:sdt>
              <w:sdtPr>
                <w:id w:val="948127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072496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340D2F62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5A8F8B9F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4FEC372A" w14:textId="77777777" w:rsidR="003B26DE" w:rsidRDefault="003B26DE" w:rsidP="00CD745A">
            <w:r>
              <w:t xml:space="preserve">Yes </w:t>
            </w:r>
            <w:sdt>
              <w:sdtPr>
                <w:id w:val="-135418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474445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5CED4D87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DF965E" w14:textId="77777777" w:rsidR="003B26DE" w:rsidRPr="00F4085D" w:rsidRDefault="003B26DE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989733" w14:textId="7052CD9C" w:rsidR="003B26DE" w:rsidRDefault="003B26DE" w:rsidP="00CD745A"/>
        </w:tc>
      </w:tr>
      <w:tr w:rsidR="003B26DE" w14:paraId="47EA069C" w14:textId="77777777" w:rsidTr="00695860">
        <w:tc>
          <w:tcPr>
            <w:tcW w:w="9350" w:type="dxa"/>
            <w:gridSpan w:val="2"/>
          </w:tcPr>
          <w:p w14:paraId="38E86EA8" w14:textId="54D965E4" w:rsidR="003B26DE" w:rsidRDefault="003B26DE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512194478"/>
                <w:placeholder>
                  <w:docPart w:val="79901C821E824D33BED031547FADA396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17DB1E65" w14:textId="77777777" w:rsidTr="00CD745A">
        <w:tc>
          <w:tcPr>
            <w:tcW w:w="2723" w:type="dxa"/>
            <w:vAlign w:val="center"/>
          </w:tcPr>
          <w:p w14:paraId="780C77DE" w14:textId="77777777" w:rsidR="003B26DE" w:rsidRDefault="003B26DE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318802721"/>
            <w:placeholder>
              <w:docPart w:val="D5E2163B935F4BD6AD81C8F0D2DBDAC2"/>
            </w:placeholder>
            <w:showingPlcHdr/>
          </w:sdtPr>
          <w:sdtContent>
            <w:tc>
              <w:tcPr>
                <w:tcW w:w="6627" w:type="dxa"/>
              </w:tcPr>
              <w:p w14:paraId="115F80C1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6D2CE4E" w14:textId="77777777" w:rsidTr="00CD745A">
        <w:tc>
          <w:tcPr>
            <w:tcW w:w="2723" w:type="dxa"/>
            <w:vAlign w:val="center"/>
          </w:tcPr>
          <w:p w14:paraId="4C29B799" w14:textId="77777777" w:rsidR="003B26DE" w:rsidRDefault="003B26DE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1804997019"/>
            <w:placeholder>
              <w:docPart w:val="F22C0C83F09D403087780EC5752D2C93"/>
            </w:placeholder>
            <w:showingPlcHdr/>
          </w:sdtPr>
          <w:sdtContent>
            <w:tc>
              <w:tcPr>
                <w:tcW w:w="6627" w:type="dxa"/>
              </w:tcPr>
              <w:p w14:paraId="7775372E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372E8F06" w14:textId="77777777" w:rsidTr="00CD745A">
        <w:tc>
          <w:tcPr>
            <w:tcW w:w="2723" w:type="dxa"/>
            <w:vAlign w:val="center"/>
          </w:tcPr>
          <w:p w14:paraId="40416412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27A8E94C" w14:textId="77777777" w:rsidR="003B26DE" w:rsidRDefault="003B26DE" w:rsidP="00CD745A"/>
        </w:tc>
        <w:sdt>
          <w:sdtPr>
            <w:id w:val="-92858126"/>
            <w:placeholder>
              <w:docPart w:val="59E09F653F0A4495B2AFCAA6DFFA6CF7"/>
            </w:placeholder>
            <w:showingPlcHdr/>
          </w:sdtPr>
          <w:sdtContent>
            <w:tc>
              <w:tcPr>
                <w:tcW w:w="6627" w:type="dxa"/>
              </w:tcPr>
              <w:p w14:paraId="160ACB86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3F204AC" w14:textId="77777777" w:rsidTr="00CD745A">
        <w:tc>
          <w:tcPr>
            <w:tcW w:w="2723" w:type="dxa"/>
            <w:vAlign w:val="center"/>
          </w:tcPr>
          <w:p w14:paraId="1031ADA1" w14:textId="77777777" w:rsidR="003B26DE" w:rsidRDefault="003B26DE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429003844"/>
            <w:placeholder>
              <w:docPart w:val="B2CACCF274CE437E9824772C526D598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CDEA1CC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70798B5E" w14:textId="77777777" w:rsidTr="00CD745A">
        <w:tc>
          <w:tcPr>
            <w:tcW w:w="2723" w:type="dxa"/>
            <w:vAlign w:val="center"/>
          </w:tcPr>
          <w:p w14:paraId="56AA1419" w14:textId="77777777" w:rsidR="003B26DE" w:rsidRDefault="003B26DE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55D1E636" w14:textId="77777777" w:rsidR="003B26DE" w:rsidRDefault="003B26DE" w:rsidP="00CD745A">
            <w:r>
              <w:t xml:space="preserve">Complete  </w:t>
            </w:r>
            <w:sdt>
              <w:sdtPr>
                <w:id w:val="951826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62911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09F7D100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01E4889E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3759C56E" w14:textId="77777777" w:rsidR="003B26DE" w:rsidRDefault="003B26DE" w:rsidP="00CD745A">
            <w:r>
              <w:t xml:space="preserve">Yes </w:t>
            </w:r>
            <w:sdt>
              <w:sdtPr>
                <w:id w:val="-756441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01194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09FDB70A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19B4C9" w14:textId="77777777" w:rsidR="003B26DE" w:rsidRPr="00F4085D" w:rsidRDefault="003B26DE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3936F3" w14:textId="6511E248" w:rsidR="003B26DE" w:rsidRDefault="003B26DE" w:rsidP="00CD745A"/>
        </w:tc>
      </w:tr>
    </w:tbl>
    <w:p w14:paraId="217DAF30" w14:textId="77777777" w:rsidR="00CD745A" w:rsidRDefault="00CD745A" w:rsidP="00C7253B"/>
    <w:p w14:paraId="6AB6560D" w14:textId="77777777" w:rsidR="003B26DE" w:rsidRDefault="003B26D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3EC6C668" w:rsidR="00214ECC" w:rsidRDefault="003729FB">
      <w:pPr>
        <w:pStyle w:val="Heading1"/>
      </w:pPr>
      <w:r>
        <w:lastRenderedPageBreak/>
        <w:t>Teaching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14:paraId="66F7ED9E" w14:textId="77777777" w:rsidTr="00A0792E">
        <w:tc>
          <w:tcPr>
            <w:tcW w:w="2689" w:type="dxa"/>
          </w:tcPr>
          <w:p w14:paraId="1ADD563F" w14:textId="0A257E3C" w:rsidR="00E9708F" w:rsidRDefault="00E9708F">
            <w:r w:rsidRPr="00F4085D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Content>
            <w:tc>
              <w:tcPr>
                <w:tcW w:w="6661" w:type="dxa"/>
              </w:tcPr>
              <w:p w14:paraId="38426A61" w14:textId="6DC414F8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740C1B" w14:textId="77777777" w:rsidTr="00A0792E">
        <w:tc>
          <w:tcPr>
            <w:tcW w:w="2689" w:type="dxa"/>
          </w:tcPr>
          <w:p w14:paraId="5063B332" w14:textId="5483306F" w:rsidR="00E9708F" w:rsidRDefault="00E9708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Content>
            <w:tc>
              <w:tcPr>
                <w:tcW w:w="6661" w:type="dxa"/>
              </w:tcPr>
              <w:p w14:paraId="1BDE551D" w14:textId="5EDF4B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66CA38CE" w14:textId="77777777" w:rsidTr="00A0792E">
        <w:tc>
          <w:tcPr>
            <w:tcW w:w="2689" w:type="dxa"/>
          </w:tcPr>
          <w:p w14:paraId="6E014817" w14:textId="4BF4295B" w:rsidR="00E9708F" w:rsidRDefault="00E9708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Content>
            <w:tc>
              <w:tcPr>
                <w:tcW w:w="6661" w:type="dxa"/>
              </w:tcPr>
              <w:p w14:paraId="423783DB" w14:textId="2A8EDBCC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7EA1DB7" w14:textId="77777777" w:rsidTr="00A0792E">
        <w:tc>
          <w:tcPr>
            <w:tcW w:w="2689" w:type="dxa"/>
          </w:tcPr>
          <w:p w14:paraId="287584B0" w14:textId="77777777" w:rsidR="00E9708F" w:rsidRPr="00F4085D" w:rsidRDefault="00E9708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6F22547" w14:textId="77777777" w:rsidR="00E9708F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Content>
            <w:tc>
              <w:tcPr>
                <w:tcW w:w="6661" w:type="dxa"/>
              </w:tcPr>
              <w:p w14:paraId="428D0AF4" w14:textId="14E793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4B70A0A3" w14:textId="77777777" w:rsidTr="00A0792E">
        <w:tc>
          <w:tcPr>
            <w:tcW w:w="2689" w:type="dxa"/>
          </w:tcPr>
          <w:p w14:paraId="2B82BE9D" w14:textId="190108BB" w:rsidR="00E9708F" w:rsidRDefault="00E9708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Default="00E9708F">
            <w:r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605DD3C8" w14:textId="77777777" w:rsidTr="00A0792E">
        <w:tc>
          <w:tcPr>
            <w:tcW w:w="2689" w:type="dxa"/>
          </w:tcPr>
          <w:p w14:paraId="3ACF7AFC" w14:textId="2D9BB58C" w:rsidR="00E9708F" w:rsidRDefault="00E9708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Content>
            <w:tc>
              <w:tcPr>
                <w:tcW w:w="6661" w:type="dxa"/>
              </w:tcPr>
              <w:p w14:paraId="44ADF35B" w14:textId="075D342D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F4085D" w:rsidRDefault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Default="00E9708F">
            <w:r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557267F9" w:rsidR="00E9708F" w:rsidRDefault="00E9708F"/>
        </w:tc>
      </w:tr>
      <w:tr w:rsidR="003B26DE" w14:paraId="78CD210F" w14:textId="77777777" w:rsidTr="00A0792E">
        <w:tc>
          <w:tcPr>
            <w:tcW w:w="2689" w:type="dxa"/>
          </w:tcPr>
          <w:p w14:paraId="63410CA5" w14:textId="559BDE05" w:rsidR="003B26DE" w:rsidRDefault="003B26DE">
            <w:r w:rsidRPr="00F4085D">
              <w:rPr>
                <w:b/>
                <w:bCs/>
              </w:rPr>
              <w:t>Role</w:t>
            </w:r>
          </w:p>
        </w:tc>
        <w:sdt>
          <w:sdtPr>
            <w:id w:val="-823662306"/>
            <w:placeholder>
              <w:docPart w:val="57689B1D169C4BF78CE45050CCD92169"/>
            </w:placeholder>
            <w:showingPlcHdr/>
          </w:sdtPr>
          <w:sdtContent>
            <w:tc>
              <w:tcPr>
                <w:tcW w:w="6661" w:type="dxa"/>
              </w:tcPr>
              <w:p w14:paraId="518F12B2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64A72E0" w14:textId="77777777" w:rsidTr="00A0792E">
        <w:tc>
          <w:tcPr>
            <w:tcW w:w="2689" w:type="dxa"/>
          </w:tcPr>
          <w:p w14:paraId="707A39F4" w14:textId="77777777" w:rsidR="003B26DE" w:rsidRDefault="003B26D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95624915"/>
            <w:placeholder>
              <w:docPart w:val="41C08EB6C73A43A7973935F67C247C4E"/>
            </w:placeholder>
            <w:showingPlcHdr/>
          </w:sdtPr>
          <w:sdtContent>
            <w:tc>
              <w:tcPr>
                <w:tcW w:w="6661" w:type="dxa"/>
              </w:tcPr>
              <w:p w14:paraId="1C0E2913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3F1E7E8D" w14:textId="77777777" w:rsidTr="00A0792E">
        <w:tc>
          <w:tcPr>
            <w:tcW w:w="2689" w:type="dxa"/>
          </w:tcPr>
          <w:p w14:paraId="5125E553" w14:textId="77777777" w:rsidR="003B26DE" w:rsidRDefault="003B26D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898056514"/>
            <w:placeholder>
              <w:docPart w:val="EE1C950F7BE246FEA7F0367998080CAB"/>
            </w:placeholder>
            <w:showingPlcHdr/>
          </w:sdtPr>
          <w:sdtContent>
            <w:tc>
              <w:tcPr>
                <w:tcW w:w="6661" w:type="dxa"/>
              </w:tcPr>
              <w:p w14:paraId="35DB74D9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DC1EBD3" w14:textId="77777777" w:rsidTr="00A0792E">
        <w:tc>
          <w:tcPr>
            <w:tcW w:w="2689" w:type="dxa"/>
          </w:tcPr>
          <w:p w14:paraId="0FE9B946" w14:textId="77777777" w:rsidR="003B26DE" w:rsidRPr="00F4085D" w:rsidRDefault="003B26DE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147561F0" w14:textId="77777777" w:rsidR="003B26DE" w:rsidRDefault="003B26DE"/>
        </w:tc>
        <w:sdt>
          <w:sdtPr>
            <w:id w:val="-742798524"/>
            <w:placeholder>
              <w:docPart w:val="75330C66E3B1482398676EEF445EAEA2"/>
            </w:placeholder>
            <w:showingPlcHdr/>
          </w:sdtPr>
          <w:sdtContent>
            <w:tc>
              <w:tcPr>
                <w:tcW w:w="6661" w:type="dxa"/>
              </w:tcPr>
              <w:p w14:paraId="763AEDCE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3365D2BF" w14:textId="77777777" w:rsidTr="00A0792E">
        <w:tc>
          <w:tcPr>
            <w:tcW w:w="2689" w:type="dxa"/>
          </w:tcPr>
          <w:p w14:paraId="2380DE63" w14:textId="77777777" w:rsidR="003B26DE" w:rsidRDefault="003B26D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1E0428D" w14:textId="77777777" w:rsidR="003B26DE" w:rsidRDefault="003B26DE">
            <w:r>
              <w:t xml:space="preserve">Complete  </w:t>
            </w:r>
            <w:sdt>
              <w:sdtPr>
                <w:id w:val="1517043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8757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5448080B" w14:textId="77777777" w:rsidTr="00A0792E">
        <w:tc>
          <w:tcPr>
            <w:tcW w:w="2689" w:type="dxa"/>
          </w:tcPr>
          <w:p w14:paraId="6452B3B7" w14:textId="77777777" w:rsidR="003B26DE" w:rsidRDefault="003B26D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2035691599"/>
            <w:placeholder>
              <w:docPart w:val="58D5E0E756694791924CB45CABC70625"/>
            </w:placeholder>
            <w:showingPlcHdr/>
          </w:sdtPr>
          <w:sdtContent>
            <w:tc>
              <w:tcPr>
                <w:tcW w:w="6661" w:type="dxa"/>
              </w:tcPr>
              <w:p w14:paraId="53C55483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6153011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A6981C2" w14:textId="77777777" w:rsidR="003B26DE" w:rsidRPr="00F4085D" w:rsidRDefault="003B26D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CA3E1AA" w14:textId="77777777" w:rsidR="003B26DE" w:rsidRDefault="003B26DE">
            <w:r>
              <w:t xml:space="preserve">Yes </w:t>
            </w:r>
            <w:sdt>
              <w:sdtPr>
                <w:id w:val="-1676491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227107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5560B" w14:paraId="6791DE10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2CD270" w14:textId="77777777" w:rsidR="0045560B" w:rsidRDefault="0045560B" w:rsidP="000B319E"/>
        </w:tc>
      </w:tr>
      <w:tr w:rsidR="0045560B" w14:paraId="278CDB1B" w14:textId="77777777" w:rsidTr="000B319E">
        <w:tc>
          <w:tcPr>
            <w:tcW w:w="2689" w:type="dxa"/>
          </w:tcPr>
          <w:p w14:paraId="620101AC" w14:textId="77777777" w:rsidR="0045560B" w:rsidRDefault="0045560B" w:rsidP="000B319E">
            <w:r w:rsidRPr="00F4085D">
              <w:rPr>
                <w:b/>
                <w:bCs/>
              </w:rPr>
              <w:t>Role</w:t>
            </w:r>
          </w:p>
        </w:tc>
        <w:sdt>
          <w:sdtPr>
            <w:id w:val="-998422875"/>
            <w:placeholder>
              <w:docPart w:val="256A8DBABB5141C2B8296EF8664E106E"/>
            </w:placeholder>
            <w:showingPlcHdr/>
          </w:sdtPr>
          <w:sdtContent>
            <w:tc>
              <w:tcPr>
                <w:tcW w:w="6661" w:type="dxa"/>
              </w:tcPr>
              <w:p w14:paraId="5BAA18F8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04BEF39F" w14:textId="77777777" w:rsidTr="000B319E">
        <w:tc>
          <w:tcPr>
            <w:tcW w:w="2689" w:type="dxa"/>
          </w:tcPr>
          <w:p w14:paraId="61BE5BB2" w14:textId="77777777" w:rsidR="0045560B" w:rsidRDefault="0045560B" w:rsidP="000B319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817219910"/>
            <w:placeholder>
              <w:docPart w:val="918844F535144BEB96A9378442666684"/>
            </w:placeholder>
            <w:showingPlcHdr/>
          </w:sdtPr>
          <w:sdtContent>
            <w:tc>
              <w:tcPr>
                <w:tcW w:w="6661" w:type="dxa"/>
              </w:tcPr>
              <w:p w14:paraId="5ED0A10A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7A26D2D6" w14:textId="77777777" w:rsidTr="000B319E">
        <w:tc>
          <w:tcPr>
            <w:tcW w:w="2689" w:type="dxa"/>
          </w:tcPr>
          <w:p w14:paraId="2C94DF53" w14:textId="77777777" w:rsidR="0045560B" w:rsidRDefault="0045560B" w:rsidP="000B319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114559868"/>
            <w:placeholder>
              <w:docPart w:val="66B713BF2D4241D6A8E1392B3D5FA601"/>
            </w:placeholder>
            <w:showingPlcHdr/>
          </w:sdtPr>
          <w:sdtContent>
            <w:tc>
              <w:tcPr>
                <w:tcW w:w="6661" w:type="dxa"/>
              </w:tcPr>
              <w:p w14:paraId="66482E58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4E18DF6B" w14:textId="77777777" w:rsidTr="000B319E">
        <w:tc>
          <w:tcPr>
            <w:tcW w:w="2689" w:type="dxa"/>
          </w:tcPr>
          <w:p w14:paraId="3E735906" w14:textId="77777777" w:rsidR="0045560B" w:rsidRPr="00F4085D" w:rsidRDefault="0045560B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6A2B09A1" w14:textId="77777777" w:rsidR="0045560B" w:rsidRDefault="0045560B" w:rsidP="000B319E"/>
        </w:tc>
        <w:sdt>
          <w:sdtPr>
            <w:id w:val="1413749111"/>
            <w:placeholder>
              <w:docPart w:val="AF87A4EF38A34B518D3CAE060BC7E962"/>
            </w:placeholder>
            <w:showingPlcHdr/>
          </w:sdtPr>
          <w:sdtContent>
            <w:tc>
              <w:tcPr>
                <w:tcW w:w="6661" w:type="dxa"/>
              </w:tcPr>
              <w:p w14:paraId="101D4626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5C5C5CDA" w14:textId="77777777" w:rsidTr="000B319E">
        <w:tc>
          <w:tcPr>
            <w:tcW w:w="2689" w:type="dxa"/>
          </w:tcPr>
          <w:p w14:paraId="2B3FEDE1" w14:textId="77777777" w:rsidR="0045560B" w:rsidRDefault="0045560B" w:rsidP="000B319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4E959AB1" w14:textId="77777777" w:rsidR="0045560B" w:rsidRDefault="0045560B" w:rsidP="000B319E">
            <w:r>
              <w:t xml:space="preserve">Complete  </w:t>
            </w:r>
            <w:sdt>
              <w:sdtPr>
                <w:id w:val="963695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473502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5560B" w14:paraId="7F73C34C" w14:textId="77777777" w:rsidTr="000B319E">
        <w:tc>
          <w:tcPr>
            <w:tcW w:w="2689" w:type="dxa"/>
          </w:tcPr>
          <w:p w14:paraId="5E630E41" w14:textId="77777777" w:rsidR="0045560B" w:rsidRDefault="0045560B" w:rsidP="000B319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351182442"/>
            <w:placeholder>
              <w:docPart w:val="930603E0EBEE402AADE56FD3C1DE3837"/>
            </w:placeholder>
            <w:showingPlcHdr/>
          </w:sdtPr>
          <w:sdtContent>
            <w:tc>
              <w:tcPr>
                <w:tcW w:w="6661" w:type="dxa"/>
              </w:tcPr>
              <w:p w14:paraId="1926C582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50E56397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171827DC" w14:textId="77777777" w:rsidR="0045560B" w:rsidRPr="00F4085D" w:rsidRDefault="0045560B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14BDD01B" w14:textId="77777777" w:rsidR="0045560B" w:rsidRDefault="0045560B" w:rsidP="000B319E">
            <w:r>
              <w:t xml:space="preserve">Yes </w:t>
            </w:r>
            <w:sdt>
              <w:sdtPr>
                <w:id w:val="245705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76164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5560B" w14:paraId="60B2E062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13C680" w14:textId="77777777" w:rsidR="0045560B" w:rsidRDefault="0045560B" w:rsidP="000B319E"/>
        </w:tc>
      </w:tr>
      <w:tr w:rsidR="0045560B" w14:paraId="617D37E3" w14:textId="77777777" w:rsidTr="000B319E">
        <w:tc>
          <w:tcPr>
            <w:tcW w:w="2689" w:type="dxa"/>
          </w:tcPr>
          <w:p w14:paraId="4956FF2B" w14:textId="77777777" w:rsidR="0045560B" w:rsidRDefault="0045560B" w:rsidP="000B319E">
            <w:r w:rsidRPr="00F4085D">
              <w:rPr>
                <w:b/>
                <w:bCs/>
              </w:rPr>
              <w:t>Role</w:t>
            </w:r>
          </w:p>
        </w:tc>
        <w:sdt>
          <w:sdtPr>
            <w:id w:val="-2037033718"/>
            <w:placeholder>
              <w:docPart w:val="260891B7B85B47668EC3E523421546EE"/>
            </w:placeholder>
            <w:showingPlcHdr/>
          </w:sdtPr>
          <w:sdtContent>
            <w:tc>
              <w:tcPr>
                <w:tcW w:w="6661" w:type="dxa"/>
              </w:tcPr>
              <w:p w14:paraId="29880038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75E6D97C" w14:textId="77777777" w:rsidTr="000B319E">
        <w:tc>
          <w:tcPr>
            <w:tcW w:w="2689" w:type="dxa"/>
          </w:tcPr>
          <w:p w14:paraId="1BD5ED9D" w14:textId="77777777" w:rsidR="0045560B" w:rsidRDefault="0045560B" w:rsidP="000B319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080059452"/>
            <w:placeholder>
              <w:docPart w:val="286C3C8A556941EC823B19ED709E5970"/>
            </w:placeholder>
            <w:showingPlcHdr/>
          </w:sdtPr>
          <w:sdtContent>
            <w:tc>
              <w:tcPr>
                <w:tcW w:w="6661" w:type="dxa"/>
              </w:tcPr>
              <w:p w14:paraId="790953F5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53331DBB" w14:textId="77777777" w:rsidTr="000B319E">
        <w:tc>
          <w:tcPr>
            <w:tcW w:w="2689" w:type="dxa"/>
          </w:tcPr>
          <w:p w14:paraId="34325113" w14:textId="77777777" w:rsidR="0045560B" w:rsidRDefault="0045560B" w:rsidP="000B319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650942334"/>
            <w:placeholder>
              <w:docPart w:val="3886F8575A6C48A285F46447290FA9AD"/>
            </w:placeholder>
            <w:showingPlcHdr/>
          </w:sdtPr>
          <w:sdtContent>
            <w:tc>
              <w:tcPr>
                <w:tcW w:w="6661" w:type="dxa"/>
              </w:tcPr>
              <w:p w14:paraId="095D1674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2B7D7782" w14:textId="77777777" w:rsidTr="000B319E">
        <w:tc>
          <w:tcPr>
            <w:tcW w:w="2689" w:type="dxa"/>
          </w:tcPr>
          <w:p w14:paraId="6B08749C" w14:textId="77777777" w:rsidR="0045560B" w:rsidRPr="00F4085D" w:rsidRDefault="0045560B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3E6E712B" w14:textId="77777777" w:rsidR="0045560B" w:rsidRDefault="0045560B" w:rsidP="000B319E"/>
        </w:tc>
        <w:sdt>
          <w:sdtPr>
            <w:id w:val="1699805063"/>
            <w:placeholder>
              <w:docPart w:val="6FB2D3BEF8A74739BAB2A91EC26DEF4C"/>
            </w:placeholder>
            <w:showingPlcHdr/>
          </w:sdtPr>
          <w:sdtContent>
            <w:tc>
              <w:tcPr>
                <w:tcW w:w="6661" w:type="dxa"/>
              </w:tcPr>
              <w:p w14:paraId="2DF85910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2272BBFD" w14:textId="77777777" w:rsidTr="000B319E">
        <w:tc>
          <w:tcPr>
            <w:tcW w:w="2689" w:type="dxa"/>
          </w:tcPr>
          <w:p w14:paraId="075E6EA7" w14:textId="77777777" w:rsidR="0045560B" w:rsidRDefault="0045560B" w:rsidP="000B319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4CC7A787" w14:textId="77777777" w:rsidR="0045560B" w:rsidRDefault="0045560B" w:rsidP="000B319E">
            <w:r>
              <w:t xml:space="preserve">Complete  </w:t>
            </w:r>
            <w:sdt>
              <w:sdtPr>
                <w:id w:val="178068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855316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5560B" w14:paraId="3C194079" w14:textId="77777777" w:rsidTr="000B319E">
        <w:tc>
          <w:tcPr>
            <w:tcW w:w="2689" w:type="dxa"/>
          </w:tcPr>
          <w:p w14:paraId="26A29980" w14:textId="77777777" w:rsidR="0045560B" w:rsidRDefault="0045560B" w:rsidP="000B319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14185844"/>
            <w:placeholder>
              <w:docPart w:val="3906871343D94DE0991C085B4491B0DB"/>
            </w:placeholder>
            <w:showingPlcHdr/>
          </w:sdtPr>
          <w:sdtContent>
            <w:tc>
              <w:tcPr>
                <w:tcW w:w="6661" w:type="dxa"/>
              </w:tcPr>
              <w:p w14:paraId="46E78D01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0D225D4A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2FCB2505" w14:textId="77777777" w:rsidR="0045560B" w:rsidRPr="00F4085D" w:rsidRDefault="0045560B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1F57FA19" w14:textId="77777777" w:rsidR="0045560B" w:rsidRDefault="0045560B" w:rsidP="000B319E">
            <w:r>
              <w:t xml:space="preserve">Yes </w:t>
            </w:r>
            <w:sdt>
              <w:sdtPr>
                <w:id w:val="12790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354808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5560B" w14:paraId="0F1E2CFA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DB24C3" w14:textId="77777777" w:rsidR="0045560B" w:rsidRDefault="0045560B" w:rsidP="000B319E"/>
        </w:tc>
      </w:tr>
      <w:tr w:rsidR="0045560B" w14:paraId="4E703E08" w14:textId="77777777" w:rsidTr="000B319E">
        <w:tc>
          <w:tcPr>
            <w:tcW w:w="2689" w:type="dxa"/>
          </w:tcPr>
          <w:p w14:paraId="13B02806" w14:textId="77777777" w:rsidR="0045560B" w:rsidRDefault="0045560B" w:rsidP="000B319E">
            <w:r w:rsidRPr="00F4085D">
              <w:rPr>
                <w:b/>
                <w:bCs/>
              </w:rPr>
              <w:t>Role</w:t>
            </w:r>
          </w:p>
        </w:tc>
        <w:sdt>
          <w:sdtPr>
            <w:id w:val="1721235803"/>
            <w:placeholder>
              <w:docPart w:val="401DE69719874E7F956BD3811CAF21E9"/>
            </w:placeholder>
            <w:showingPlcHdr/>
          </w:sdtPr>
          <w:sdtContent>
            <w:tc>
              <w:tcPr>
                <w:tcW w:w="6661" w:type="dxa"/>
              </w:tcPr>
              <w:p w14:paraId="67FC204E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48673C36" w14:textId="77777777" w:rsidTr="000B319E">
        <w:tc>
          <w:tcPr>
            <w:tcW w:w="2689" w:type="dxa"/>
          </w:tcPr>
          <w:p w14:paraId="43088FC0" w14:textId="77777777" w:rsidR="0045560B" w:rsidRDefault="0045560B" w:rsidP="000B319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2105023588"/>
            <w:placeholder>
              <w:docPart w:val="1E9F9A794F784A698B987B56D75BA502"/>
            </w:placeholder>
            <w:showingPlcHdr/>
          </w:sdtPr>
          <w:sdtContent>
            <w:tc>
              <w:tcPr>
                <w:tcW w:w="6661" w:type="dxa"/>
              </w:tcPr>
              <w:p w14:paraId="3A7F803B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24E79F93" w14:textId="77777777" w:rsidTr="000B319E">
        <w:tc>
          <w:tcPr>
            <w:tcW w:w="2689" w:type="dxa"/>
          </w:tcPr>
          <w:p w14:paraId="3B7DC938" w14:textId="77777777" w:rsidR="0045560B" w:rsidRDefault="0045560B" w:rsidP="000B319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869954021"/>
            <w:placeholder>
              <w:docPart w:val="EED158A1A0B745BD99A6138D27C9FD1A"/>
            </w:placeholder>
            <w:showingPlcHdr/>
          </w:sdtPr>
          <w:sdtContent>
            <w:tc>
              <w:tcPr>
                <w:tcW w:w="6661" w:type="dxa"/>
              </w:tcPr>
              <w:p w14:paraId="639D4EDF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4A8C70EC" w14:textId="77777777" w:rsidTr="000B319E">
        <w:tc>
          <w:tcPr>
            <w:tcW w:w="2689" w:type="dxa"/>
          </w:tcPr>
          <w:p w14:paraId="64E186B8" w14:textId="77777777" w:rsidR="0045560B" w:rsidRPr="00F4085D" w:rsidRDefault="0045560B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3AFA2326" w14:textId="77777777" w:rsidR="0045560B" w:rsidRDefault="0045560B" w:rsidP="000B319E"/>
        </w:tc>
        <w:sdt>
          <w:sdtPr>
            <w:id w:val="-1136020957"/>
            <w:placeholder>
              <w:docPart w:val="071AED5CDFE84236A17D54CF145F4252"/>
            </w:placeholder>
            <w:showingPlcHdr/>
          </w:sdtPr>
          <w:sdtContent>
            <w:tc>
              <w:tcPr>
                <w:tcW w:w="6661" w:type="dxa"/>
              </w:tcPr>
              <w:p w14:paraId="29234EA2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2994B572" w14:textId="77777777" w:rsidTr="000B319E">
        <w:tc>
          <w:tcPr>
            <w:tcW w:w="2689" w:type="dxa"/>
          </w:tcPr>
          <w:p w14:paraId="08D4DFEF" w14:textId="77777777" w:rsidR="0045560B" w:rsidRDefault="0045560B" w:rsidP="000B319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699F9143" w14:textId="77777777" w:rsidR="0045560B" w:rsidRDefault="0045560B" w:rsidP="000B319E">
            <w:r>
              <w:t xml:space="preserve">Complete  </w:t>
            </w:r>
            <w:sdt>
              <w:sdtPr>
                <w:id w:val="1082102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491992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5560B" w14:paraId="44B1A3A3" w14:textId="77777777" w:rsidTr="000B319E">
        <w:tc>
          <w:tcPr>
            <w:tcW w:w="2689" w:type="dxa"/>
          </w:tcPr>
          <w:p w14:paraId="4901A4CA" w14:textId="77777777" w:rsidR="0045560B" w:rsidRDefault="0045560B" w:rsidP="000B319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273595120"/>
            <w:placeholder>
              <w:docPart w:val="8715B561A15D48B5B28F53530AFF58FD"/>
            </w:placeholder>
            <w:showingPlcHdr/>
          </w:sdtPr>
          <w:sdtContent>
            <w:tc>
              <w:tcPr>
                <w:tcW w:w="6661" w:type="dxa"/>
              </w:tcPr>
              <w:p w14:paraId="5F1BB312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396BE0A5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6DDF85D8" w14:textId="77777777" w:rsidR="0045560B" w:rsidRPr="00F4085D" w:rsidRDefault="0045560B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331EA34F" w14:textId="77777777" w:rsidR="0045560B" w:rsidRDefault="0045560B" w:rsidP="000B319E">
            <w:r>
              <w:t xml:space="preserve">Yes </w:t>
            </w:r>
            <w:sdt>
              <w:sdtPr>
                <w:id w:val="-597101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80753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544F23F3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1D903" w14:textId="340597C3" w:rsidR="003B26DE" w:rsidRDefault="003B26DE"/>
        </w:tc>
      </w:tr>
    </w:tbl>
    <w:p w14:paraId="45A509DC" w14:textId="77777777" w:rsidR="003B26DE" w:rsidRDefault="003B26DE" w:rsidP="00F211F0">
      <w:pPr>
        <w:pStyle w:val="Heading1"/>
      </w:pPr>
    </w:p>
    <w:p w14:paraId="045330EC" w14:textId="77777777" w:rsidR="003B26DE" w:rsidRDefault="003B26D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2EB047D" w14:textId="677811E3" w:rsidR="0075109E" w:rsidRDefault="00F211F0" w:rsidP="00F211F0">
      <w:pPr>
        <w:pStyle w:val="Heading1"/>
      </w:pPr>
      <w:r>
        <w:lastRenderedPageBreak/>
        <w:t>Leadership</w:t>
      </w:r>
      <w:r w:rsidR="0075109E">
        <w:t xml:space="preserve"> </w:t>
      </w:r>
      <w:r w:rsidR="00846BF0">
        <w:t xml:space="preserve">&amp; Management </w:t>
      </w:r>
    </w:p>
    <w:p w14:paraId="73751265" w14:textId="2026DB6F" w:rsidR="00846BF0" w:rsidRDefault="00846BF0" w:rsidP="00846BF0">
      <w:pPr>
        <w:pStyle w:val="ListParagraph"/>
        <w:numPr>
          <w:ilvl w:val="0"/>
          <w:numId w:val="15"/>
        </w:numPr>
        <w:rPr>
          <w:b/>
          <w:bCs/>
        </w:rPr>
      </w:pPr>
      <w:r w:rsidRPr="00846BF0">
        <w:rPr>
          <w:b/>
          <w:bCs/>
        </w:rPr>
        <w:t>Describe a time you demonstrated leadership in a clinical setting.</w:t>
      </w:r>
    </w:p>
    <w:sdt>
      <w:sdtPr>
        <w:rPr>
          <w:b/>
          <w:bCs/>
        </w:rPr>
        <w:id w:val="-19088709"/>
        <w:placeholder>
          <w:docPart w:val="79FA758242A04E0BAFB2B34ABF342537"/>
        </w:placeholder>
        <w:showingPlcHdr/>
      </w:sdtPr>
      <w:sdtContent>
        <w:p w14:paraId="24546A9E" w14:textId="052B22D7" w:rsidR="00846BF0" w:rsidRPr="00846BF0" w:rsidRDefault="00846BF0" w:rsidP="00846BF0">
          <w:pPr>
            <w:rPr>
              <w:b/>
              <w:bCs/>
            </w:rPr>
          </w:pPr>
          <w:r w:rsidRPr="00F10F93">
            <w:rPr>
              <w:rStyle w:val="PlaceholderText"/>
            </w:rPr>
            <w:t>Click or tap here to enter text.</w:t>
          </w:r>
        </w:p>
      </w:sdtContent>
    </w:sdt>
    <w:p w14:paraId="4918C7E8" w14:textId="1927FAA9" w:rsidR="00846BF0" w:rsidRDefault="00846BF0" w:rsidP="00846BF0">
      <w:pPr>
        <w:pStyle w:val="ListParagraph"/>
        <w:numPr>
          <w:ilvl w:val="0"/>
          <w:numId w:val="15"/>
        </w:numPr>
        <w:rPr>
          <w:b/>
          <w:bCs/>
        </w:rPr>
      </w:pPr>
      <w:r w:rsidRPr="00846BF0">
        <w:rPr>
          <w:b/>
          <w:bCs/>
        </w:rPr>
        <w:t>Give an example of how you managed a challenging team situation.</w:t>
      </w:r>
    </w:p>
    <w:sdt>
      <w:sdtPr>
        <w:id w:val="91373648"/>
        <w:placeholder>
          <w:docPart w:val="DC628A8BFCD140BC8EBF2B7C3821D6D3"/>
        </w:placeholder>
        <w:showingPlcHdr/>
      </w:sdtPr>
      <w:sdtContent>
        <w:p w14:paraId="6F367FA0" w14:textId="47477C73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67F131F5" w14:textId="161F3090" w:rsidR="00846BF0" w:rsidRDefault="00846BF0" w:rsidP="00846BF0">
      <w:pPr>
        <w:pStyle w:val="ListParagraph"/>
        <w:numPr>
          <w:ilvl w:val="0"/>
          <w:numId w:val="15"/>
        </w:numPr>
        <w:rPr>
          <w:b/>
          <w:bCs/>
        </w:rPr>
      </w:pPr>
      <w:r w:rsidRPr="00846BF0">
        <w:rPr>
          <w:b/>
          <w:bCs/>
        </w:rPr>
        <w:t>Describe a service improvement you initiated or contributed to.</w:t>
      </w:r>
    </w:p>
    <w:sdt>
      <w:sdtPr>
        <w:rPr>
          <w:b/>
          <w:bCs/>
        </w:rPr>
        <w:id w:val="-1607499760"/>
        <w:placeholder>
          <w:docPart w:val="5899CE006F5B4E00BCF20FCDBEF9EB1C"/>
        </w:placeholder>
        <w:showingPlcHdr/>
      </w:sdtPr>
      <w:sdtContent>
        <w:p w14:paraId="45BBC806" w14:textId="1A553569" w:rsidR="00846BF0" w:rsidRPr="00846BF0" w:rsidRDefault="00846BF0" w:rsidP="00846BF0">
          <w:pPr>
            <w:rPr>
              <w:b/>
              <w:bCs/>
            </w:rPr>
          </w:pPr>
          <w:r w:rsidRPr="00F10F93">
            <w:rPr>
              <w:rStyle w:val="PlaceholderText"/>
            </w:rPr>
            <w:t>Click or tap here to enter text.</w:t>
          </w:r>
        </w:p>
      </w:sdtContent>
    </w:sdt>
    <w:p w14:paraId="71615AFD" w14:textId="0EEFFD93" w:rsidR="00846BF0" w:rsidRDefault="00846BF0" w:rsidP="00846BF0">
      <w:pPr>
        <w:pStyle w:val="ListParagraph"/>
        <w:numPr>
          <w:ilvl w:val="0"/>
          <w:numId w:val="15"/>
        </w:numPr>
        <w:rPr>
          <w:b/>
          <w:bCs/>
        </w:rPr>
      </w:pPr>
      <w:r w:rsidRPr="00846BF0">
        <w:rPr>
          <w:b/>
          <w:bCs/>
        </w:rPr>
        <w:t xml:space="preserve">How do you </w:t>
      </w:r>
      <w:proofErr w:type="spellStart"/>
      <w:r w:rsidRPr="00846BF0">
        <w:rPr>
          <w:b/>
          <w:bCs/>
        </w:rPr>
        <w:t>prioritise</w:t>
      </w:r>
      <w:proofErr w:type="spellEnd"/>
      <w:r w:rsidRPr="00846BF0">
        <w:rPr>
          <w:b/>
          <w:bCs/>
        </w:rPr>
        <w:t xml:space="preserve"> workload in a busy clinical environment?</w:t>
      </w:r>
    </w:p>
    <w:sdt>
      <w:sdtPr>
        <w:id w:val="127982131"/>
        <w:placeholder>
          <w:docPart w:val="7EFD5F509A5C4039A8A0BFF6ED88D723"/>
        </w:placeholder>
        <w:showingPlcHdr/>
      </w:sdtPr>
      <w:sdtContent>
        <w:p w14:paraId="0793EF6B" w14:textId="28971CC5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48964C4F" w14:textId="77777777" w:rsidR="00846BF0" w:rsidRDefault="00846BF0" w:rsidP="00846BF0"/>
    <w:p w14:paraId="3EEC87A8" w14:textId="77777777" w:rsidR="00846BF0" w:rsidRPr="00846BF0" w:rsidRDefault="00846BF0" w:rsidP="00846BF0">
      <w:pPr>
        <w:pStyle w:val="Heading1"/>
      </w:pPr>
      <w:r w:rsidRPr="00846BF0">
        <w:t xml:space="preserve">Communication &amp; Professionalism </w:t>
      </w:r>
    </w:p>
    <w:p w14:paraId="5E6E5C3B" w14:textId="46FAE2BA" w:rsidR="00846BF0" w:rsidRDefault="00846BF0" w:rsidP="00846BF0">
      <w:pPr>
        <w:pStyle w:val="ListParagraph"/>
        <w:numPr>
          <w:ilvl w:val="0"/>
          <w:numId w:val="16"/>
        </w:numPr>
        <w:rPr>
          <w:b/>
          <w:bCs/>
        </w:rPr>
      </w:pPr>
      <w:r w:rsidRPr="00846BF0">
        <w:rPr>
          <w:b/>
          <w:bCs/>
        </w:rPr>
        <w:t>Describe a situation where you had to communicate a difficult message.</w:t>
      </w:r>
    </w:p>
    <w:sdt>
      <w:sdtPr>
        <w:id w:val="-1850940847"/>
        <w:placeholder>
          <w:docPart w:val="1D7F5CACB0C748CDB741774354A1D9C5"/>
        </w:placeholder>
        <w:showingPlcHdr/>
      </w:sdtPr>
      <w:sdtContent>
        <w:p w14:paraId="339998B6" w14:textId="51F6B58A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7182620A" w14:textId="74F07274" w:rsidR="00846BF0" w:rsidRDefault="00846BF0" w:rsidP="00846BF0">
      <w:pPr>
        <w:pStyle w:val="ListParagraph"/>
        <w:numPr>
          <w:ilvl w:val="0"/>
          <w:numId w:val="16"/>
        </w:numPr>
        <w:rPr>
          <w:b/>
          <w:bCs/>
        </w:rPr>
      </w:pPr>
      <w:r w:rsidRPr="00846BF0">
        <w:rPr>
          <w:b/>
          <w:bCs/>
        </w:rPr>
        <w:t>How do you handle conflict with colleagues?</w:t>
      </w:r>
    </w:p>
    <w:sdt>
      <w:sdtPr>
        <w:id w:val="525446687"/>
        <w:placeholder>
          <w:docPart w:val="E79C92847C694A8B88161D76EA6D5982"/>
        </w:placeholder>
        <w:showingPlcHdr/>
      </w:sdtPr>
      <w:sdtContent>
        <w:p w14:paraId="23244BAC" w14:textId="15F612F2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31F81D22" w14:textId="544213F2" w:rsidR="00846BF0" w:rsidRDefault="00846BF0" w:rsidP="00846BF0">
      <w:pPr>
        <w:pStyle w:val="ListParagraph"/>
        <w:numPr>
          <w:ilvl w:val="0"/>
          <w:numId w:val="16"/>
        </w:numPr>
        <w:rPr>
          <w:b/>
          <w:bCs/>
        </w:rPr>
      </w:pPr>
      <w:r w:rsidRPr="00846BF0">
        <w:rPr>
          <w:b/>
          <w:bCs/>
        </w:rPr>
        <w:t>Give an example of maintaining professionalism under pressure.</w:t>
      </w:r>
    </w:p>
    <w:sdt>
      <w:sdtPr>
        <w:id w:val="1838264883"/>
        <w:placeholder>
          <w:docPart w:val="737C0A0C2DFA47E18581FBE4F368B4F1"/>
        </w:placeholder>
        <w:showingPlcHdr/>
      </w:sdtPr>
      <w:sdtContent>
        <w:p w14:paraId="4C95B120" w14:textId="586AD197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6439E625" w14:textId="77777777" w:rsidR="00846BF0" w:rsidRDefault="00846BF0" w:rsidP="00846BF0">
      <w:pPr>
        <w:rPr>
          <w:b/>
          <w:bCs/>
        </w:rPr>
      </w:pPr>
    </w:p>
    <w:p w14:paraId="168272CD" w14:textId="06040B80" w:rsidR="00846BF0" w:rsidRPr="00846BF0" w:rsidRDefault="00846BF0" w:rsidP="00846BF0">
      <w:pPr>
        <w:pStyle w:val="Heading1"/>
      </w:pPr>
      <w:r w:rsidRPr="00846BF0">
        <w:t>Clinical Governance &amp; Patient Safety</w:t>
      </w:r>
    </w:p>
    <w:p w14:paraId="76FB1F97" w14:textId="34F12E03" w:rsidR="00846BF0" w:rsidRDefault="00846BF0" w:rsidP="00846BF0">
      <w:pPr>
        <w:pStyle w:val="ListParagraph"/>
        <w:numPr>
          <w:ilvl w:val="0"/>
          <w:numId w:val="17"/>
        </w:numPr>
        <w:rPr>
          <w:b/>
          <w:bCs/>
        </w:rPr>
      </w:pPr>
      <w:r w:rsidRPr="00846BF0">
        <w:rPr>
          <w:b/>
          <w:bCs/>
        </w:rPr>
        <w:t>Describe your involvement in patient safety initiatives.</w:t>
      </w:r>
    </w:p>
    <w:sdt>
      <w:sdtPr>
        <w:id w:val="330114075"/>
        <w:placeholder>
          <w:docPart w:val="0219F548239F42AE8CC6C7A9DBD7DC81"/>
        </w:placeholder>
        <w:showingPlcHdr/>
      </w:sdtPr>
      <w:sdtContent>
        <w:p w14:paraId="20C7E9E5" w14:textId="38CBDB9D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1AF7D4DA" w14:textId="75201473" w:rsidR="00846BF0" w:rsidRDefault="00846BF0" w:rsidP="00846BF0">
      <w:pPr>
        <w:pStyle w:val="ListParagraph"/>
        <w:numPr>
          <w:ilvl w:val="0"/>
          <w:numId w:val="17"/>
        </w:numPr>
        <w:rPr>
          <w:b/>
          <w:bCs/>
        </w:rPr>
      </w:pPr>
      <w:r w:rsidRPr="00846BF0">
        <w:rPr>
          <w:b/>
          <w:bCs/>
        </w:rPr>
        <w:t>Provide an example of how you identified and addressed a risk.</w:t>
      </w:r>
    </w:p>
    <w:sdt>
      <w:sdtPr>
        <w:id w:val="2034606545"/>
        <w:placeholder>
          <w:docPart w:val="033BF47FF1A742A9BEA24DBA9E950A8C"/>
        </w:placeholder>
        <w:showingPlcHdr/>
      </w:sdtPr>
      <w:sdtContent>
        <w:p w14:paraId="6D81DAD2" w14:textId="19C0AF73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0630B7DA" w14:textId="019B223B" w:rsidR="00846BF0" w:rsidRDefault="00846BF0" w:rsidP="00846BF0">
      <w:pPr>
        <w:pStyle w:val="ListParagraph"/>
        <w:numPr>
          <w:ilvl w:val="0"/>
          <w:numId w:val="17"/>
        </w:numPr>
        <w:rPr>
          <w:b/>
          <w:bCs/>
        </w:rPr>
      </w:pPr>
      <w:r w:rsidRPr="00846BF0">
        <w:rPr>
          <w:b/>
          <w:bCs/>
        </w:rPr>
        <w:t>How do you ensure high standards of clinical care?</w:t>
      </w:r>
    </w:p>
    <w:sdt>
      <w:sdtPr>
        <w:id w:val="-741253119"/>
        <w:placeholder>
          <w:docPart w:val="3DFBEC8B558C4C3D973644DE939831E3"/>
        </w:placeholder>
        <w:showingPlcHdr/>
      </w:sdtPr>
      <w:sdtContent>
        <w:p w14:paraId="3E111BD2" w14:textId="331E489A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6B2C589B" w14:textId="77777777" w:rsidR="00846BF0" w:rsidRPr="00846BF0" w:rsidRDefault="00846BF0" w:rsidP="00846BF0"/>
    <w:p w14:paraId="7C431B1F" w14:textId="77777777" w:rsidR="00F211F0" w:rsidRDefault="00F211F0" w:rsidP="00F211F0"/>
    <w:p w14:paraId="1FC78D44" w14:textId="2D5B2B68" w:rsidR="00214ECC" w:rsidRDefault="00214ECC"/>
    <w:sectPr w:rsidR="00214ECC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2830B" w14:textId="77777777" w:rsidR="00555D87" w:rsidRDefault="00555D87" w:rsidP="001B2E81">
      <w:pPr>
        <w:spacing w:after="0" w:line="240" w:lineRule="auto"/>
      </w:pPr>
      <w:r>
        <w:separator/>
      </w:r>
    </w:p>
  </w:endnote>
  <w:endnote w:type="continuationSeparator" w:id="0">
    <w:p w14:paraId="1611C56D" w14:textId="77777777" w:rsidR="00555D87" w:rsidRDefault="00555D87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DDC43" w14:textId="77777777" w:rsidR="00555D87" w:rsidRDefault="00555D87" w:rsidP="001B2E81">
      <w:pPr>
        <w:spacing w:after="0" w:line="240" w:lineRule="auto"/>
      </w:pPr>
      <w:r>
        <w:separator/>
      </w:r>
    </w:p>
  </w:footnote>
  <w:footnote w:type="continuationSeparator" w:id="0">
    <w:p w14:paraId="17AF8399" w14:textId="77777777" w:rsidR="00555D87" w:rsidRDefault="00555D87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8575" w14:textId="6E68576C" w:rsidR="007C3707" w:rsidRDefault="007C3707">
    <w:pPr>
      <w:pStyle w:val="Header"/>
    </w:pPr>
    <w:r>
      <w:ptab w:relativeTo="margin" w:alignment="right" w:leader="none"/>
    </w:r>
    <w:r>
      <w:t xml:space="preserve">RCPI HST Application CV: </w:t>
    </w:r>
    <w:r w:rsidR="00846BF0">
      <w:t>Cardiology</w:t>
    </w:r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7E0E60C6" w:rsidR="001B2E81" w:rsidRDefault="001C17E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A38EE8" wp14:editId="765CEE2F">
          <wp:simplePos x="0" y="0"/>
          <wp:positionH relativeFrom="column">
            <wp:posOffset>-659757</wp:posOffset>
          </wp:positionH>
          <wp:positionV relativeFrom="paragraph">
            <wp:posOffset>-183290</wp:posOffset>
          </wp:positionV>
          <wp:extent cx="2948800" cy="1041721"/>
          <wp:effectExtent l="0" t="0" r="4445" b="6350"/>
          <wp:wrapTopAndBottom/>
          <wp:docPr id="40411192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4111922" name="Picture 4041119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48800" cy="10417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991F84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2142C"/>
    <w:multiLevelType w:val="hybridMultilevel"/>
    <w:tmpl w:val="27EE41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D03EC6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1F2C7B"/>
    <w:multiLevelType w:val="hybridMultilevel"/>
    <w:tmpl w:val="5CFE18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3"/>
  </w:num>
  <w:num w:numId="14" w16cid:durableId="889731661">
    <w:abstractNumId w:val="14"/>
  </w:num>
  <w:num w:numId="15" w16cid:durableId="1684742980">
    <w:abstractNumId w:val="15"/>
  </w:num>
  <w:num w:numId="16" w16cid:durableId="1393891575">
    <w:abstractNumId w:val="9"/>
  </w:num>
  <w:num w:numId="17" w16cid:durableId="1571112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DFE"/>
    <w:rsid w:val="0006063C"/>
    <w:rsid w:val="00081140"/>
    <w:rsid w:val="000834D5"/>
    <w:rsid w:val="0015074B"/>
    <w:rsid w:val="001B2E81"/>
    <w:rsid w:val="001C17E4"/>
    <w:rsid w:val="00214ECC"/>
    <w:rsid w:val="002319B9"/>
    <w:rsid w:val="002931FF"/>
    <w:rsid w:val="0029639D"/>
    <w:rsid w:val="002D7D98"/>
    <w:rsid w:val="002E140B"/>
    <w:rsid w:val="00326F90"/>
    <w:rsid w:val="003729FB"/>
    <w:rsid w:val="003B26DE"/>
    <w:rsid w:val="0045560B"/>
    <w:rsid w:val="004A41F5"/>
    <w:rsid w:val="004D6768"/>
    <w:rsid w:val="00547911"/>
    <w:rsid w:val="00555D87"/>
    <w:rsid w:val="00597958"/>
    <w:rsid w:val="005A051B"/>
    <w:rsid w:val="006D0099"/>
    <w:rsid w:val="0075109E"/>
    <w:rsid w:val="007C0991"/>
    <w:rsid w:val="007C3707"/>
    <w:rsid w:val="00821B93"/>
    <w:rsid w:val="00846BF0"/>
    <w:rsid w:val="008525FA"/>
    <w:rsid w:val="009A7B67"/>
    <w:rsid w:val="009E4AEB"/>
    <w:rsid w:val="00A0792E"/>
    <w:rsid w:val="00A3281A"/>
    <w:rsid w:val="00A36383"/>
    <w:rsid w:val="00AA1D8D"/>
    <w:rsid w:val="00B16633"/>
    <w:rsid w:val="00B47730"/>
    <w:rsid w:val="00B8038E"/>
    <w:rsid w:val="00BC3393"/>
    <w:rsid w:val="00BD4838"/>
    <w:rsid w:val="00C47B11"/>
    <w:rsid w:val="00C7253B"/>
    <w:rsid w:val="00C95D05"/>
    <w:rsid w:val="00CB0664"/>
    <w:rsid w:val="00CD745A"/>
    <w:rsid w:val="00DA296B"/>
    <w:rsid w:val="00DC2290"/>
    <w:rsid w:val="00E9708F"/>
    <w:rsid w:val="00F211F0"/>
    <w:rsid w:val="00F277ED"/>
    <w:rsid w:val="00F4085D"/>
    <w:rsid w:val="00F54DC5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AE2DB9" w:rsidP="00AE2DB9">
          <w:pPr>
            <w:pStyle w:val="F4D6CB2241074A76A75ACE4A72F3BAC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AE2DB9" w:rsidP="00AE2DB9">
          <w:pPr>
            <w:pStyle w:val="5C6BE9DD57B042A78E73AE6C65AB81E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AE2DB9" w:rsidP="00AE2DB9">
          <w:pPr>
            <w:pStyle w:val="B94FF17A7DD844238942618D220CAEE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AE2DB9" w:rsidP="00AE2DB9">
          <w:pPr>
            <w:pStyle w:val="767E5F504CE04A3283DBB5C362BF53D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AE2DB9" w:rsidP="00AE2DB9">
          <w:pPr>
            <w:pStyle w:val="15FA136DFCC9400EA3643631FD9D49A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AE2DB9" w:rsidP="00AE2DB9">
          <w:pPr>
            <w:pStyle w:val="758EF154077D4EC492E0AA02749775E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AE2DB9" w:rsidP="00AE2DB9">
          <w:pPr>
            <w:pStyle w:val="60444590C5F4414E83C6454885D5753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AE2DB9" w:rsidP="00AE2DB9">
          <w:pPr>
            <w:pStyle w:val="096DC268CB3744C7AF90E558EFABE7F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AE2DB9" w:rsidP="00AE2DB9">
          <w:pPr>
            <w:pStyle w:val="16EE3227410F4460A6706019F08584B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AE2DB9" w:rsidP="00AE2DB9">
          <w:pPr>
            <w:pStyle w:val="35C6ADD19D0A4F7F9AA8A8D4CCB1374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AE2DB9" w:rsidP="00AE2DB9">
          <w:pPr>
            <w:pStyle w:val="0AD4EFDEB46F4DD3B07D7D864B6EAEB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AE2DB9" w:rsidP="00AE2DB9">
          <w:pPr>
            <w:pStyle w:val="C969D259CE28476AA1EB44B74A93B0D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AE2DB9" w:rsidP="00AE2DB9">
          <w:pPr>
            <w:pStyle w:val="4163D3241B974CB9999FF0EC5B4E2B2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AE2DB9" w:rsidP="00AE2DB9">
          <w:pPr>
            <w:pStyle w:val="89495584885745569DDCF4FEC1482D0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AE2DB9" w:rsidP="00AE2DB9">
          <w:pPr>
            <w:pStyle w:val="66C6F6902A3B4D4CA7D745FDDA70B68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AE2DB9" w:rsidP="00AE2DB9">
          <w:pPr>
            <w:pStyle w:val="4CD965A9EE694FECADF2476D720E7B6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AE2DB9" w:rsidP="00AE2DB9">
          <w:pPr>
            <w:pStyle w:val="09E232A6ADC042DB884957F020A929B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AE2DB9" w:rsidP="00AE2DB9">
          <w:pPr>
            <w:pStyle w:val="3DF7FD3C5E5C4C0992D419903A5ACDD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AE2DB9" w:rsidP="00AE2DB9">
          <w:pPr>
            <w:pStyle w:val="657F90F891404138BEF4C8B0986FE70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AE2DB9" w:rsidP="00AE2DB9">
          <w:pPr>
            <w:pStyle w:val="C9113B8A854441D682CE5AC80AFB086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AE2DB9" w:rsidP="00AE2DB9">
          <w:pPr>
            <w:pStyle w:val="E3F5175B57004446843F4F317C13BE7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AE2DB9" w:rsidP="00AE2DB9">
          <w:pPr>
            <w:pStyle w:val="74CADD3637F3476CAEF2795719E307A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AE2DB9" w:rsidP="00AE2DB9">
          <w:pPr>
            <w:pStyle w:val="6E2E25C8BD59485F83A4E1A3EB66C1C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AE2DB9" w:rsidP="00AE2DB9">
          <w:pPr>
            <w:pStyle w:val="CADFFF9D18954E1993F5C0789B03E17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AE2DB9" w:rsidP="00AE2DB9">
          <w:pPr>
            <w:pStyle w:val="872FF4CA11794B8A841DB2220DF10EA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AE2DB9" w:rsidP="00AE2DB9">
          <w:pPr>
            <w:pStyle w:val="4E97BD512F134974B65EC5CE1A1FFA5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AE2DB9" w:rsidP="00AE2DB9">
          <w:pPr>
            <w:pStyle w:val="43C24FC1DD4E4C25906C3761C0E444F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AE2DB9" w:rsidP="00AE2DB9">
          <w:pPr>
            <w:pStyle w:val="6E5B51F8A20C49259CB13015EB12138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AE2DB9" w:rsidP="00AE2DB9">
          <w:pPr>
            <w:pStyle w:val="ACA81B7FEB124004A04A95F11ADBD7A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AE2DB9" w:rsidP="00AE2DB9">
          <w:pPr>
            <w:pStyle w:val="AB27C8C8D90949D99B80C3BCC40C6D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AE2DB9" w:rsidP="00AE2DB9">
          <w:pPr>
            <w:pStyle w:val="BE6BAA36B4CE46CCBA1107A2CA86328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AE2DB9" w:rsidP="00AE2DB9">
          <w:pPr>
            <w:pStyle w:val="98F3A9EE91754E259AFD2F141BD88EC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AE2DB9" w:rsidP="00AE2DB9">
          <w:pPr>
            <w:pStyle w:val="A562792367E244C2B52C13434E400DB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AE2DB9" w:rsidP="00AE2DB9">
          <w:pPr>
            <w:pStyle w:val="7E217E49FF2B4BCCB4F3ACCCBA86205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AE2DB9" w:rsidP="00AE2DB9">
          <w:pPr>
            <w:pStyle w:val="A6B6B6169038418C8F137F03A3BAC3E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AE2DB9" w:rsidP="00AE2DB9">
          <w:pPr>
            <w:pStyle w:val="BA84038C5BAB4BC98BCFD7720888F4E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AE2DB9" w:rsidP="00AE2DB9">
          <w:pPr>
            <w:pStyle w:val="2A85F1BB5E59479D91B2E845B74103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AE2DB9" w:rsidP="00AE2DB9">
          <w:pPr>
            <w:pStyle w:val="734A0FEE22AB4D08A85FAFBB84445CB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AE2DB9" w:rsidP="00AE2DB9">
          <w:pPr>
            <w:pStyle w:val="3AE69983638E496B87E186B118E83D0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AE2DB9" w:rsidP="00AE2DB9">
          <w:pPr>
            <w:pStyle w:val="4E1B8BE8E635423EB269141E9E2912A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AE2DB9" w:rsidP="00AE2DB9">
          <w:pPr>
            <w:pStyle w:val="522C19E6AA2346A4966003129C441C2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AE2DB9" w:rsidP="00AE2DB9">
          <w:pPr>
            <w:pStyle w:val="DC6DBC8E8B3947CB8F9195F36B67D85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AE2DB9" w:rsidP="00AE2DB9">
          <w:pPr>
            <w:pStyle w:val="49487EF4E50B45EF8F8DF0A58099CB0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AE2DB9" w:rsidP="00AE2DB9">
          <w:pPr>
            <w:pStyle w:val="C6C5AA04D5744E5397F5B4C02E599FE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AE2DB9" w:rsidP="00AE2DB9">
          <w:pPr>
            <w:pStyle w:val="657845195F10471BB191FDF6254F450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AE2DB9" w:rsidP="00AE2DB9">
          <w:pPr>
            <w:pStyle w:val="4261ABEBA6024587BD9BFFA89B86CBA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AE2DB9" w:rsidP="00AE2DB9">
          <w:pPr>
            <w:pStyle w:val="ECE4C47E07C843CCA2D7255597D0770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AE2DB9" w:rsidP="00AE2DB9">
          <w:pPr>
            <w:pStyle w:val="9444CF760006459A89EF2B7CE3AFF2D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AE2DB9" w:rsidP="00AE2DB9">
          <w:pPr>
            <w:pStyle w:val="A451D5A1F2414B9AB219F05CFB3EC45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AE2DB9" w:rsidP="00AE2DB9">
          <w:pPr>
            <w:pStyle w:val="E58E1C4CC73644419B96786849CD041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AE2DB9" w:rsidP="00AE2DB9">
          <w:pPr>
            <w:pStyle w:val="CA4E4ABAE5DA465E97A6237A7809538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AE2DB9" w:rsidP="00AE2DB9">
          <w:pPr>
            <w:pStyle w:val="156AE4FD73954CA688AAE317B321396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AE2DB9" w:rsidP="00AE2DB9">
          <w:pPr>
            <w:pStyle w:val="6D5A277E4DAE4119840AF2E2D970FC5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AE2DB9" w:rsidP="00AE2DB9">
          <w:pPr>
            <w:pStyle w:val="586FFECF142C4598987272C037E4807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AE2DB9" w:rsidP="00AE2DB9">
          <w:pPr>
            <w:pStyle w:val="0FB6E5FECABF45829BB384A56029A28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6164AFE8C004731B39F8D42AA794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844EF-ADD6-4262-AAB4-675971BC0AAA}"/>
      </w:docPartPr>
      <w:docPartBody>
        <w:p w:rsidR="004161F5" w:rsidRDefault="00AE2DB9" w:rsidP="00AE2DB9">
          <w:pPr>
            <w:pStyle w:val="26164AFE8C004731B39F8D42AA79484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3E6DFAA3A744858DA27EA69CF18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E8A8C-51C0-4144-89BC-3515CCD83F1A}"/>
      </w:docPartPr>
      <w:docPartBody>
        <w:p w:rsidR="004161F5" w:rsidRDefault="00AE2DB9" w:rsidP="00AE2DB9">
          <w:pPr>
            <w:pStyle w:val="143E6DFAA3A744858DA27EA69CF186A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7E9068020A4D09974EA1EB0D07E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BAB17-855A-4C4D-874A-93CE948C9AA3}"/>
      </w:docPartPr>
      <w:docPartBody>
        <w:p w:rsidR="004161F5" w:rsidRDefault="00AE2DB9" w:rsidP="00AE2DB9">
          <w:pPr>
            <w:pStyle w:val="FB7E9068020A4D09974EA1EB0D07EBE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DD229517514DD3BA30880642405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61FEA-3A97-41F3-97BB-88D258595AF0}"/>
      </w:docPartPr>
      <w:docPartBody>
        <w:p w:rsidR="004161F5" w:rsidRDefault="00AE2DB9" w:rsidP="00AE2DB9">
          <w:pPr>
            <w:pStyle w:val="B9DD229517514DD3BA3088064240514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4DB9EE858049CCB9AFBB15E5095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4E822-6637-475A-9ECE-360D82B14F33}"/>
      </w:docPartPr>
      <w:docPartBody>
        <w:p w:rsidR="004161F5" w:rsidRDefault="00AE2DB9" w:rsidP="00AE2DB9">
          <w:pPr>
            <w:pStyle w:val="4B4DB9EE858049CCB9AFBB15E50951BB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AE2DB9" w:rsidP="00AE2DB9">
          <w:pPr>
            <w:pStyle w:val="7041F98D97294F33B27DB409BE8E34F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AE2DB9" w:rsidP="00AE2DB9">
          <w:pPr>
            <w:pStyle w:val="73AB6D1D873F4738BF61AE697637871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AE2DB9" w:rsidP="00AE2DB9">
          <w:pPr>
            <w:pStyle w:val="520891A0A4C04E9D9F8A8F3644975C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AE2DB9" w:rsidP="00AE2DB9">
          <w:pPr>
            <w:pStyle w:val="C582574595EA444189787F4DFB8EE37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AE2DB9" w:rsidP="00AE2DB9">
          <w:pPr>
            <w:pStyle w:val="55670920D67C4481B676B57D42BEF39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AE2DB9" w:rsidP="00AE2DB9">
          <w:pPr>
            <w:pStyle w:val="1734C0B0E50C4165979C1D1CD6EF511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2533AA1A67444FAB6AD764FF1EF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F7DA-E9F2-4032-A788-B62BA60378EC}"/>
      </w:docPartPr>
      <w:docPartBody>
        <w:p w:rsidR="00667F4B" w:rsidRDefault="00AE2DB9" w:rsidP="00AE2DB9">
          <w:pPr>
            <w:pStyle w:val="982533AA1A67444FAB6AD764FF1EF88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251704D7154EB4AAFD40739CBF3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B767D-4E47-48E7-8104-5FCB54E20DFF}"/>
      </w:docPartPr>
      <w:docPartBody>
        <w:p w:rsidR="00667F4B" w:rsidRDefault="00AE2DB9" w:rsidP="00AE2DB9">
          <w:pPr>
            <w:pStyle w:val="A8251704D7154EB4AAFD40739CBF323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F71A98DCB432994A49CF6A2418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1B163-2111-47F1-BE3E-715B36098DE9}"/>
      </w:docPartPr>
      <w:docPartBody>
        <w:p w:rsidR="00667F4B" w:rsidRDefault="00AE2DB9" w:rsidP="00AE2DB9">
          <w:pPr>
            <w:pStyle w:val="092F71A98DCB432994A49CF6A2418B1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F714C39671F4059B6173089394CD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16FAE-E734-44BE-A31F-E00E026FC3BC}"/>
      </w:docPartPr>
      <w:docPartBody>
        <w:p w:rsidR="00667F4B" w:rsidRDefault="00AE2DB9" w:rsidP="00AE2DB9">
          <w:pPr>
            <w:pStyle w:val="FF714C39671F4059B6173089394CD3E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589E92AA8443098EDE0E709D3F9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60FC3-714F-41B4-9890-9A9052B837B3}"/>
      </w:docPartPr>
      <w:docPartBody>
        <w:p w:rsidR="00667F4B" w:rsidRDefault="00AE2DB9" w:rsidP="00AE2DB9">
          <w:pPr>
            <w:pStyle w:val="28589E92AA8443098EDE0E709D3F980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8873B5DDFA49E29AD3D86C96355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AA905-D309-487F-A1AF-07580395F905}"/>
      </w:docPartPr>
      <w:docPartBody>
        <w:p w:rsidR="00667F4B" w:rsidRDefault="00AE2DB9" w:rsidP="00AE2DB9">
          <w:pPr>
            <w:pStyle w:val="7B8873B5DDFA49E29AD3D86C96355BE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3A91E55554B1E87906AAB7E667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CBF7F-A57D-47C2-BCA3-E8C041F05825}"/>
      </w:docPartPr>
      <w:docPartBody>
        <w:p w:rsidR="00667F4B" w:rsidRDefault="00AE2DB9" w:rsidP="00AE2DB9">
          <w:pPr>
            <w:pStyle w:val="7D53A91E55554B1E87906AAB7E66728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AE2DB9" w:rsidP="00AE2DB9">
          <w:pPr>
            <w:pStyle w:val="A98CC7936C024C2988776FBA2CC670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AE2DB9" w:rsidP="00AE2DB9">
          <w:pPr>
            <w:pStyle w:val="2E9B36F7201C45DF99CA9FA9C42900A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AE2DB9" w:rsidP="00AE2DB9">
          <w:pPr>
            <w:pStyle w:val="09814CF1CD7A47D3BB560F37A96F9D5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AE2DB9" w:rsidP="00AE2DB9">
          <w:pPr>
            <w:pStyle w:val="7793DEAF92564508A217818A964BBBC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AE718F29D543A9A17E24959BBA0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526C1-B3E4-4377-B0F6-CB955B4ED163}"/>
      </w:docPartPr>
      <w:docPartBody>
        <w:p w:rsidR="00000000" w:rsidRDefault="00AE2DB9" w:rsidP="00AE2DB9">
          <w:pPr>
            <w:pStyle w:val="C2AE718F29D543A9A17E24959BBA00FE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55F48608D144A48EEAD6924FFD0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026B2-94B3-4356-9116-409DFE8CBC89}"/>
      </w:docPartPr>
      <w:docPartBody>
        <w:p w:rsidR="00000000" w:rsidRDefault="00AE2DB9" w:rsidP="00AE2DB9">
          <w:pPr>
            <w:pStyle w:val="F355F48608D144A48EEAD6924FFD0D7E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9986A706C241EEB358AA78A64A0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51B21-E7E8-4FE3-92E1-B571BC2C1544}"/>
      </w:docPartPr>
      <w:docPartBody>
        <w:p w:rsidR="00000000" w:rsidRDefault="00AE2DB9" w:rsidP="00AE2DB9">
          <w:pPr>
            <w:pStyle w:val="619986A706C241EEB358AA78A64A02CB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FA758242A04E0BAFB2B34ABF342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AD777-4B57-4B72-B794-0DF8E665DAEC}"/>
      </w:docPartPr>
      <w:docPartBody>
        <w:p w:rsidR="00000000" w:rsidRDefault="00AE2DB9" w:rsidP="00AE2DB9">
          <w:pPr>
            <w:pStyle w:val="79FA758242A04E0BAFB2B34ABF342537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28A8BFCD140BC8EBF2B7C3821D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2A8DDA-3C52-431D-8C4E-9B696DB6C1D2}"/>
      </w:docPartPr>
      <w:docPartBody>
        <w:p w:rsidR="00000000" w:rsidRDefault="00AE2DB9" w:rsidP="00AE2DB9">
          <w:pPr>
            <w:pStyle w:val="DC628A8BFCD140BC8EBF2B7C3821D6D3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99CE006F5B4E00BCF20FCDBEF9EB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55E679-6546-4CDD-94B9-D1466925A85D}"/>
      </w:docPartPr>
      <w:docPartBody>
        <w:p w:rsidR="00000000" w:rsidRDefault="00AE2DB9" w:rsidP="00AE2DB9">
          <w:pPr>
            <w:pStyle w:val="5899CE006F5B4E00BCF20FCDBEF9EB1C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FD5F509A5C4039A8A0BFF6ED88D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3D74D-879B-4FE0-9F87-9AC39CAE7D8D}"/>
      </w:docPartPr>
      <w:docPartBody>
        <w:p w:rsidR="00000000" w:rsidRDefault="00AE2DB9" w:rsidP="00AE2DB9">
          <w:pPr>
            <w:pStyle w:val="7EFD5F509A5C4039A8A0BFF6ED88D723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7F5CACB0C748CDB741774354A1D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0942D-C99A-424B-95FD-CB600A469897}"/>
      </w:docPartPr>
      <w:docPartBody>
        <w:p w:rsidR="00000000" w:rsidRDefault="00AE2DB9" w:rsidP="00AE2DB9">
          <w:pPr>
            <w:pStyle w:val="1D7F5CACB0C748CDB741774354A1D9C5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9C92847C694A8B88161D76EA6D5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CEB789-7A58-4206-825C-1A0819CDFFA3}"/>
      </w:docPartPr>
      <w:docPartBody>
        <w:p w:rsidR="00000000" w:rsidRDefault="00AE2DB9" w:rsidP="00AE2DB9">
          <w:pPr>
            <w:pStyle w:val="E79C92847C694A8B88161D76EA6D5982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7C0A0C2DFA47E18581FBE4F368B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F759D-CE3F-4888-930B-7CAA55D054D4}"/>
      </w:docPartPr>
      <w:docPartBody>
        <w:p w:rsidR="00000000" w:rsidRDefault="00AE2DB9" w:rsidP="00AE2DB9">
          <w:pPr>
            <w:pStyle w:val="737C0A0C2DFA47E18581FBE4F368B4F1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219F548239F42AE8CC6C7A9DBD7D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651D0-F5F9-48FA-BED0-626C043B462B}"/>
      </w:docPartPr>
      <w:docPartBody>
        <w:p w:rsidR="00000000" w:rsidRDefault="00AE2DB9" w:rsidP="00AE2DB9">
          <w:pPr>
            <w:pStyle w:val="0219F548239F42AE8CC6C7A9DBD7DC81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3BF47FF1A742A9BEA24DBA9E950A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1A327-0D99-4EEA-95AB-FA49B9A05758}"/>
      </w:docPartPr>
      <w:docPartBody>
        <w:p w:rsidR="00000000" w:rsidRDefault="00AE2DB9" w:rsidP="00AE2DB9">
          <w:pPr>
            <w:pStyle w:val="033BF47FF1A742A9BEA24DBA9E950A8C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BEC8B558C4C3D973644DE93983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DB2E2F-AFBD-4E8B-AFFC-147266CECFB6}"/>
      </w:docPartPr>
      <w:docPartBody>
        <w:p w:rsidR="00000000" w:rsidRDefault="00AE2DB9" w:rsidP="00AE2DB9">
          <w:pPr>
            <w:pStyle w:val="3DFBEC8B558C4C3D973644DE939831E3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698321A51C4D75AD58054348C12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BB44B0-0D88-4CDF-8299-892C161D2C96}"/>
      </w:docPartPr>
      <w:docPartBody>
        <w:p w:rsidR="00000000" w:rsidRDefault="00AE2DB9" w:rsidP="00AE2DB9">
          <w:pPr>
            <w:pStyle w:val="A2698321A51C4D75AD58054348C12C3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173E37A8CC42958F596D7E4F182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2E6F92-1E6F-4338-AE22-698416DFB19C}"/>
      </w:docPartPr>
      <w:docPartBody>
        <w:p w:rsidR="00000000" w:rsidRDefault="00AE2DB9" w:rsidP="00AE2DB9">
          <w:pPr>
            <w:pStyle w:val="D7173E37A8CC42958F596D7E4F182CC0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10F53B8B7E0247EF97BF9EDCEFA86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DA50E-AC64-4F75-A06F-FC5CE3C5A2AD}"/>
      </w:docPartPr>
      <w:docPartBody>
        <w:p w:rsidR="00000000" w:rsidRDefault="00AE2DB9" w:rsidP="00AE2DB9">
          <w:pPr>
            <w:pStyle w:val="10F53B8B7E0247EF97BF9EDCEFA860E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BD982DD81904E84AAE76F6DAFC7A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DE966-E569-4BEE-A0AC-5AF04C53A715}"/>
      </w:docPartPr>
      <w:docPartBody>
        <w:p w:rsidR="00000000" w:rsidRDefault="00AE2DB9" w:rsidP="00AE2DB9">
          <w:pPr>
            <w:pStyle w:val="CBD982DD81904E84AAE76F6DAFC7ADE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0EE82AF8A648ADB30341964727E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58971-6A30-4242-A31B-7003E6CE353D}"/>
      </w:docPartPr>
      <w:docPartBody>
        <w:p w:rsidR="00000000" w:rsidRDefault="00AE2DB9" w:rsidP="00AE2DB9">
          <w:pPr>
            <w:pStyle w:val="390EE82AF8A648ADB30341964727E31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A7918792F74AF7B0392C104CD43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DDD69-E29B-4114-8BFC-C3F315131A3D}"/>
      </w:docPartPr>
      <w:docPartBody>
        <w:p w:rsidR="00000000" w:rsidRDefault="00AE2DB9" w:rsidP="00AE2DB9">
          <w:pPr>
            <w:pStyle w:val="B0A7918792F74AF7B0392C104CD435B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55B9AB92A24257B48EAB5AEBE4F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878A0-D568-4919-985D-5CC81F34858C}"/>
      </w:docPartPr>
      <w:docPartBody>
        <w:p w:rsidR="00000000" w:rsidRDefault="00AE2DB9" w:rsidP="00AE2DB9">
          <w:pPr>
            <w:pStyle w:val="5F55B9AB92A24257B48EAB5AEBE4FCA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AEF3528D414F839952F297F3855B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A48C4B-D348-4412-87D9-64183C49B6FF}"/>
      </w:docPartPr>
      <w:docPartBody>
        <w:p w:rsidR="00000000" w:rsidRDefault="00AE2DB9" w:rsidP="00AE2DB9">
          <w:pPr>
            <w:pStyle w:val="86AEF3528D414F839952F297F3855BB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2301B0DFCC445C9DB687BAA6A99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6C583-BFBB-4418-8984-5554472725D7}"/>
      </w:docPartPr>
      <w:docPartBody>
        <w:p w:rsidR="00000000" w:rsidRDefault="00AE2DB9" w:rsidP="00AE2DB9">
          <w:pPr>
            <w:pStyle w:val="662301B0DFCC445C9DB687BAA6A998EF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591FE166A694A9AB66A9BF1863FF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A137B-D6D2-4B32-A53B-23FDF0C3C8A3}"/>
      </w:docPartPr>
      <w:docPartBody>
        <w:p w:rsidR="00000000" w:rsidRDefault="00AE2DB9" w:rsidP="00AE2DB9">
          <w:pPr>
            <w:pStyle w:val="7591FE166A694A9AB66A9BF1863FF91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143B5AD3CF3465B978C857418C01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52411-4BFA-47E4-87C7-FFB1277857F8}"/>
      </w:docPartPr>
      <w:docPartBody>
        <w:p w:rsidR="00000000" w:rsidRDefault="00AE2DB9" w:rsidP="00AE2DB9">
          <w:pPr>
            <w:pStyle w:val="C143B5AD3CF3465B978C857418C0169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A9702833664964A0CC9821EEBA2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5B4AE-DF5D-4F4E-8AF2-0F7E4F20FE8B}"/>
      </w:docPartPr>
      <w:docPartBody>
        <w:p w:rsidR="00000000" w:rsidRDefault="00AE2DB9" w:rsidP="00AE2DB9">
          <w:pPr>
            <w:pStyle w:val="B3A9702833664964A0CC9821EEBA269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5C93E7B8840B1AF96EE296C34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4F1F1-5A50-4B45-8EFB-222BA434687C}"/>
      </w:docPartPr>
      <w:docPartBody>
        <w:p w:rsidR="00000000" w:rsidRDefault="00AE2DB9" w:rsidP="00AE2DB9">
          <w:pPr>
            <w:pStyle w:val="2E95C93E7B8840B1AF96EE296C3462D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B22DBA65F44FF8864558D11BE19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A5AB6-0BAC-4A1F-B86B-E70FE182D4AE}"/>
      </w:docPartPr>
      <w:docPartBody>
        <w:p w:rsidR="00000000" w:rsidRDefault="00AE2DB9" w:rsidP="00AE2DB9">
          <w:pPr>
            <w:pStyle w:val="0BB22DBA65F44FF8864558D11BE199D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58DF7ED83A450D84FB7C6991FF8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3BB38-1AE6-44B3-9E67-38EEF317506D}"/>
      </w:docPartPr>
      <w:docPartBody>
        <w:p w:rsidR="00000000" w:rsidRDefault="00AE2DB9" w:rsidP="00AE2DB9">
          <w:pPr>
            <w:pStyle w:val="CD58DF7ED83A450D84FB7C6991FF8B6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023A29D74B4AA6BA013164CF3D9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C4F91-B763-40FE-A683-1C41086503BC}"/>
      </w:docPartPr>
      <w:docPartBody>
        <w:p w:rsidR="00000000" w:rsidRDefault="00AE2DB9" w:rsidP="00AE2DB9">
          <w:pPr>
            <w:pStyle w:val="10023A29D74B4AA6BA013164CF3D965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7624C9E7D6F4280AF94DC0390A81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5C8C2-6399-46E7-B30D-A0D0AADF4C23}"/>
      </w:docPartPr>
      <w:docPartBody>
        <w:p w:rsidR="00000000" w:rsidRDefault="00AE2DB9" w:rsidP="00AE2DB9">
          <w:pPr>
            <w:pStyle w:val="E7624C9E7D6F4280AF94DC0390A817B0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DE9F96E6755417692BBC7FC6C040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76A04-0257-495A-B2EA-CE81CAB05007}"/>
      </w:docPartPr>
      <w:docPartBody>
        <w:p w:rsidR="00000000" w:rsidRDefault="00AE2DB9" w:rsidP="00AE2DB9">
          <w:pPr>
            <w:pStyle w:val="FDE9F96E6755417692BBC7FC6C04050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99AA1EA1E548D99DC6057FC03BA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A15F8-F201-4027-B6A0-C9F9A2720A3B}"/>
      </w:docPartPr>
      <w:docPartBody>
        <w:p w:rsidR="00000000" w:rsidRDefault="00AE2DB9" w:rsidP="00AE2DB9">
          <w:pPr>
            <w:pStyle w:val="9299AA1EA1E548D99DC6057FC03BAB3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5D9289864C04A2027F7206115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2EF1B-3F76-4FE5-B370-527D3B08D0E9}"/>
      </w:docPartPr>
      <w:docPartBody>
        <w:p w:rsidR="00000000" w:rsidRDefault="00AE2DB9" w:rsidP="00AE2DB9">
          <w:pPr>
            <w:pStyle w:val="52085D9289864C04A2027F7206115A5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603E881EBC4825BB3ACB0E37AC4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1CE78-6578-48ED-8D40-784E1E9F6CBF}"/>
      </w:docPartPr>
      <w:docPartBody>
        <w:p w:rsidR="00000000" w:rsidRDefault="00AE2DB9" w:rsidP="00AE2DB9">
          <w:pPr>
            <w:pStyle w:val="D1603E881EBC4825BB3ACB0E37AC40C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7F4467103045A8A8ED1D95197E8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18A564-AE11-4F7D-80E8-49CA38FD3C1E}"/>
      </w:docPartPr>
      <w:docPartBody>
        <w:p w:rsidR="00000000" w:rsidRDefault="00AE2DB9" w:rsidP="00AE2DB9">
          <w:pPr>
            <w:pStyle w:val="DB7F4467103045A8A8ED1D95197E8A6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F4A8E63CDF4A89ADF859DB3FD89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24556-5DE2-4D19-A73F-AAA419F891F6}"/>
      </w:docPartPr>
      <w:docPartBody>
        <w:p w:rsidR="00000000" w:rsidRDefault="00AE2DB9" w:rsidP="00AE2DB9">
          <w:pPr>
            <w:pStyle w:val="21F4A8E63CDF4A89ADF859DB3FD89014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AE1A41B0864477A88F09CED79282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3C682-9A06-4F68-B521-FDBE8394D6C8}"/>
      </w:docPartPr>
      <w:docPartBody>
        <w:p w:rsidR="00000000" w:rsidRDefault="00AE2DB9" w:rsidP="00AE2DB9">
          <w:pPr>
            <w:pStyle w:val="EAE1A41B0864477A88F09CED7928239C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BB35B118A6C40A38A4890187954A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FE75F-561D-4DB9-8B42-2482F72ED75D}"/>
      </w:docPartPr>
      <w:docPartBody>
        <w:p w:rsidR="00000000" w:rsidRDefault="00AE2DB9" w:rsidP="00AE2DB9">
          <w:pPr>
            <w:pStyle w:val="ABB35B118A6C40A38A4890187954A6F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F357CE5A39445AABCC2993DA99F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EEC68-B911-46EE-9089-B398A40DB943}"/>
      </w:docPartPr>
      <w:docPartBody>
        <w:p w:rsidR="00000000" w:rsidRDefault="00AE2DB9" w:rsidP="00AE2DB9">
          <w:pPr>
            <w:pStyle w:val="C9F357CE5A39445AABCC2993DA99FA9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62C11562FC4E5BA508CB01C9CA8E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01A59-A899-4F8D-8C2D-4D45854E54E5}"/>
      </w:docPartPr>
      <w:docPartBody>
        <w:p w:rsidR="00000000" w:rsidRDefault="00AE2DB9" w:rsidP="00AE2DB9">
          <w:pPr>
            <w:pStyle w:val="7562C11562FC4E5BA508CB01C9CA8EC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53926DCBD04608848E5CD49F913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E9EE0-A9D5-423B-B611-4BF15957F68B}"/>
      </w:docPartPr>
      <w:docPartBody>
        <w:p w:rsidR="00000000" w:rsidRDefault="00AE2DB9" w:rsidP="00AE2DB9">
          <w:pPr>
            <w:pStyle w:val="4253926DCBD04608848E5CD49F91381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2B2B88AB08438DA817370CB31CE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C33E0-E50B-4605-B003-30F1399500F1}"/>
      </w:docPartPr>
      <w:docPartBody>
        <w:p w:rsidR="00000000" w:rsidRDefault="00AE2DB9" w:rsidP="00AE2DB9">
          <w:pPr>
            <w:pStyle w:val="D52B2B88AB08438DA817370CB31CEF1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1D06BF7884102A199EBF5DEEE9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038E4-1265-4BDC-AAAC-9741C8DDBF98}"/>
      </w:docPartPr>
      <w:docPartBody>
        <w:p w:rsidR="00000000" w:rsidRDefault="00AE2DB9" w:rsidP="00AE2DB9">
          <w:pPr>
            <w:pStyle w:val="5C61D06BF7884102A199EBF5DEEE9CA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FC5EC80FDF403EBF0FAB4C71EF3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24442-BC26-4B63-8733-7E3A90277FD6}"/>
      </w:docPartPr>
      <w:docPartBody>
        <w:p w:rsidR="00000000" w:rsidRDefault="00AE2DB9" w:rsidP="00AE2DB9">
          <w:pPr>
            <w:pStyle w:val="85FC5EC80FDF403EBF0FAB4C71EF3BC4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D17080EF5BC4CE890C82F543C62E7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85628-CA3F-483E-9994-DEE0D07B17FC}"/>
      </w:docPartPr>
      <w:docPartBody>
        <w:p w:rsidR="00000000" w:rsidRDefault="00AE2DB9" w:rsidP="00AE2DB9">
          <w:pPr>
            <w:pStyle w:val="ED17080EF5BC4CE890C82F543C62E78B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7371C9749654B99B4D602E5A299E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E7747-68D4-4171-9E0A-1222A019CE0B}"/>
      </w:docPartPr>
      <w:docPartBody>
        <w:p w:rsidR="00000000" w:rsidRDefault="00AE2DB9" w:rsidP="00AE2DB9">
          <w:pPr>
            <w:pStyle w:val="A7371C9749654B99B4D602E5A299EF7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B63D1F50484585A6AB3692A5DC5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DFEA5-207A-406A-B482-F53C9CA59365}"/>
      </w:docPartPr>
      <w:docPartBody>
        <w:p w:rsidR="00000000" w:rsidRDefault="00AE2DB9" w:rsidP="00AE2DB9">
          <w:pPr>
            <w:pStyle w:val="33B63D1F50484585A6AB3692A5DC55C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272ACB934C46939416A934EC1FF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1EBFF-6E9D-4BF9-AC4F-AD11D8DBCBB2}"/>
      </w:docPartPr>
      <w:docPartBody>
        <w:p w:rsidR="00000000" w:rsidRDefault="00AE2DB9" w:rsidP="00AE2DB9">
          <w:pPr>
            <w:pStyle w:val="4D272ACB934C46939416A934EC1FF53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8235CE12E244709EA784C996A07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821B7-0234-4CAA-9B61-03DA6CDDA23A}"/>
      </w:docPartPr>
      <w:docPartBody>
        <w:p w:rsidR="00000000" w:rsidRDefault="00AE2DB9" w:rsidP="00AE2DB9">
          <w:pPr>
            <w:pStyle w:val="738235CE12E244709EA784C996A0709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86DCBD69E849549CE46A3AF209D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82828-9350-426B-9754-E137797AD52E}"/>
      </w:docPartPr>
      <w:docPartBody>
        <w:p w:rsidR="00000000" w:rsidRDefault="00AE2DB9" w:rsidP="00AE2DB9">
          <w:pPr>
            <w:pStyle w:val="7B86DCBD69E849549CE46A3AF209DD2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A371DB9C7A4B9D92A9C70D3AEDD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FE5765-A371-4304-B328-BEC06067B6F4}"/>
      </w:docPartPr>
      <w:docPartBody>
        <w:p w:rsidR="00000000" w:rsidRDefault="00AE2DB9" w:rsidP="00AE2DB9">
          <w:pPr>
            <w:pStyle w:val="E3A371DB9C7A4B9D92A9C70D3AEDDFC8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2009B2FA8E044C8A7FC2D1BE80A1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23ABE-6869-48EE-B72D-814127AC93DD}"/>
      </w:docPartPr>
      <w:docPartBody>
        <w:p w:rsidR="00000000" w:rsidRDefault="00AE2DB9" w:rsidP="00AE2DB9">
          <w:pPr>
            <w:pStyle w:val="D2009B2FA8E044C8A7FC2D1BE80A1F37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442E971FB947CD9F729CE87C634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D7E0F-9C72-4FBB-B067-60C43A980EEC}"/>
      </w:docPartPr>
      <w:docPartBody>
        <w:p w:rsidR="00000000" w:rsidRDefault="00AE2DB9" w:rsidP="00AE2DB9">
          <w:pPr>
            <w:pStyle w:val="28442E971FB947CD9F729CE87C634A7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6472EA92AC4ED0858A934B2924A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56D3B-ACB4-4B44-B325-5E49640836E5}"/>
      </w:docPartPr>
      <w:docPartBody>
        <w:p w:rsidR="00000000" w:rsidRDefault="00AE2DB9" w:rsidP="00AE2DB9">
          <w:pPr>
            <w:pStyle w:val="D76472EA92AC4ED0858A934B2924A7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A2F104C18744BAB0FD3AEDCECFC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F630D-B255-427C-95D0-3485551741B1}"/>
      </w:docPartPr>
      <w:docPartBody>
        <w:p w:rsidR="00000000" w:rsidRDefault="00AE2DB9" w:rsidP="00AE2DB9">
          <w:pPr>
            <w:pStyle w:val="6AA2F104C18744BAB0FD3AEDCECFCEA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8C15C5743A4A19A1292B63727AF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D62CE-F47A-4DD9-99F6-22EBFB71F8A3}"/>
      </w:docPartPr>
      <w:docPartBody>
        <w:p w:rsidR="00000000" w:rsidRDefault="00AE2DB9" w:rsidP="00AE2DB9">
          <w:pPr>
            <w:pStyle w:val="4A8C15C5743A4A19A1292B63727AFDF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38482CD5A9414B996E90731F75D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0E342-9E3A-4AB9-9ECF-B17504F5E8BA}"/>
      </w:docPartPr>
      <w:docPartBody>
        <w:p w:rsidR="00000000" w:rsidRDefault="00AE2DB9" w:rsidP="00AE2DB9">
          <w:pPr>
            <w:pStyle w:val="4F38482CD5A9414B996E90731F75DED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46EFFADF374928BF6579BE00EEE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7AA30-E99D-45F5-AF46-A62A82979AEF}"/>
      </w:docPartPr>
      <w:docPartBody>
        <w:p w:rsidR="00000000" w:rsidRDefault="00AE2DB9" w:rsidP="00AE2DB9">
          <w:pPr>
            <w:pStyle w:val="6246EFFADF374928BF6579BE00EEE5BE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12FA868D2FE478F9D630C53CCCFAB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C0D388-D651-4F5B-9064-CD9272F25E97}"/>
      </w:docPartPr>
      <w:docPartBody>
        <w:p w:rsidR="00000000" w:rsidRDefault="00AE2DB9" w:rsidP="00AE2DB9">
          <w:pPr>
            <w:pStyle w:val="612FA868D2FE478F9D630C53CCCFAB80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622648FB8DA43D28D2648E54ECED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703A1-E99B-4738-8E71-D7E8E61A7ABD}"/>
      </w:docPartPr>
      <w:docPartBody>
        <w:p w:rsidR="00000000" w:rsidRDefault="00AE2DB9" w:rsidP="00AE2DB9">
          <w:pPr>
            <w:pStyle w:val="5622648FB8DA43D28D2648E54ECED36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D2776494554177B7AFBC5C6AF58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17A74-C02F-4727-B703-D5A32F29A83D}"/>
      </w:docPartPr>
      <w:docPartBody>
        <w:p w:rsidR="00000000" w:rsidRDefault="00AE2DB9" w:rsidP="00AE2DB9">
          <w:pPr>
            <w:pStyle w:val="2CD2776494554177B7AFBC5C6AF58E3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CAEB083088458EA2656F911A03E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7ECC2-CB2E-451B-AF86-93AA4ECD9B67}"/>
      </w:docPartPr>
      <w:docPartBody>
        <w:p w:rsidR="00000000" w:rsidRDefault="00AE2DB9" w:rsidP="00AE2DB9">
          <w:pPr>
            <w:pStyle w:val="8CCAEB083088458EA2656F911A03EA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92E21455F04D088E08A3B3329A9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59858-48AC-4C9B-8A84-ACCA255AF362}"/>
      </w:docPartPr>
      <w:docPartBody>
        <w:p w:rsidR="00000000" w:rsidRDefault="00AE2DB9" w:rsidP="00AE2DB9">
          <w:pPr>
            <w:pStyle w:val="9092E21455F04D088E08A3B3329A966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E38B133153430C97C5D902CB8CC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00BA4-7298-401D-86CF-38F776348E05}"/>
      </w:docPartPr>
      <w:docPartBody>
        <w:p w:rsidR="00000000" w:rsidRDefault="00AE2DB9" w:rsidP="00AE2DB9">
          <w:pPr>
            <w:pStyle w:val="FAE38B133153430C97C5D902CB8CC0D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A1663A02624CA69D0A59601A594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DCEB8-71C9-48DA-AE17-9A21F673A332}"/>
      </w:docPartPr>
      <w:docPartBody>
        <w:p w:rsidR="00000000" w:rsidRDefault="00AE2DB9" w:rsidP="00AE2DB9">
          <w:pPr>
            <w:pStyle w:val="96A1663A02624CA69D0A59601A59473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42007450924436B8759D1E760DA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8F8D2-D083-44DC-AF5A-D75C73F01A78}"/>
      </w:docPartPr>
      <w:docPartBody>
        <w:p w:rsidR="00000000" w:rsidRDefault="00AE2DB9" w:rsidP="00AE2DB9">
          <w:pPr>
            <w:pStyle w:val="F442007450924436B8759D1E760DA3A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D99C5F1B3349CC815CCDBA7B5FF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1B7EC-6850-4473-8E6B-4CA525E157C6}"/>
      </w:docPartPr>
      <w:docPartBody>
        <w:p w:rsidR="00000000" w:rsidRDefault="00AE2DB9" w:rsidP="00AE2DB9">
          <w:pPr>
            <w:pStyle w:val="10D99C5F1B3349CC815CCDBA7B5FFAE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12FF6DAB51343DBAA5BD45A58961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8548E-1C46-4E02-AB64-FE0F208758F4}"/>
      </w:docPartPr>
      <w:docPartBody>
        <w:p w:rsidR="00000000" w:rsidRDefault="00AE2DB9" w:rsidP="00AE2DB9">
          <w:pPr>
            <w:pStyle w:val="012FF6DAB51343DBAA5BD45A58961EF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D728F8F3C64C1A9A0B9CE4B3693D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0FC-AD2E-4824-B5E9-F8AF644BA44C}"/>
      </w:docPartPr>
      <w:docPartBody>
        <w:p w:rsidR="00000000" w:rsidRDefault="00AE2DB9" w:rsidP="00AE2DB9">
          <w:pPr>
            <w:pStyle w:val="80D728F8F3C64C1A9A0B9CE4B3693D6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5E3C9EBA1940C58DFDEB04568B0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8A75C-3826-40A7-B723-6B4E52ABC608}"/>
      </w:docPartPr>
      <w:docPartBody>
        <w:p w:rsidR="00000000" w:rsidRDefault="00AE2DB9" w:rsidP="00AE2DB9">
          <w:pPr>
            <w:pStyle w:val="4B5E3C9EBA1940C58DFDEB04568B0CE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485E4E56184BF8BE0A530914291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4B57C-D938-402A-B3D8-492E729AEEF4}"/>
      </w:docPartPr>
      <w:docPartBody>
        <w:p w:rsidR="00000000" w:rsidRDefault="00AE2DB9" w:rsidP="00AE2DB9">
          <w:pPr>
            <w:pStyle w:val="B3485E4E56184BF8BE0A53091429158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7ED03E6AB845F0AB1D29F4BB7E3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45FDE-9552-49A7-95F2-353AEE7B41EC}"/>
      </w:docPartPr>
      <w:docPartBody>
        <w:p w:rsidR="00000000" w:rsidRDefault="00AE2DB9" w:rsidP="00AE2DB9">
          <w:pPr>
            <w:pStyle w:val="257ED03E6AB845F0AB1D29F4BB7E35B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9901C821E824D33BED031547FADA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BC79D-27C7-47CD-B58C-935961ACD965}"/>
      </w:docPartPr>
      <w:docPartBody>
        <w:p w:rsidR="00000000" w:rsidRDefault="00AE2DB9" w:rsidP="00AE2DB9">
          <w:pPr>
            <w:pStyle w:val="79901C821E824D33BED031547FADA39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E2163B935F4BD6AD81C8F0D2DBD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26BD5-4A4D-404F-B248-30E46B513245}"/>
      </w:docPartPr>
      <w:docPartBody>
        <w:p w:rsidR="00000000" w:rsidRDefault="00AE2DB9" w:rsidP="00AE2DB9">
          <w:pPr>
            <w:pStyle w:val="D5E2163B935F4BD6AD81C8F0D2DBDAC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2C0C83F09D403087780EC5752D2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F1A7C-5DCD-4CF1-8BE6-C2755F8C855E}"/>
      </w:docPartPr>
      <w:docPartBody>
        <w:p w:rsidR="00000000" w:rsidRDefault="00AE2DB9" w:rsidP="00AE2DB9">
          <w:pPr>
            <w:pStyle w:val="F22C0C83F09D403087780EC5752D2C9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E09F653F0A4495B2AFCAA6DFFA6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90C2F-8F3F-4F9C-907B-DC0EAA0CDD97}"/>
      </w:docPartPr>
      <w:docPartBody>
        <w:p w:rsidR="00000000" w:rsidRDefault="00AE2DB9" w:rsidP="00AE2DB9">
          <w:pPr>
            <w:pStyle w:val="59E09F653F0A4495B2AFCAA6DFFA6CF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CACCF274CE437E9824772C526D5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E6E1F-8FAD-4A81-994C-167D910C6B71}"/>
      </w:docPartPr>
      <w:docPartBody>
        <w:p w:rsidR="00000000" w:rsidRDefault="00AE2DB9" w:rsidP="00AE2DB9">
          <w:pPr>
            <w:pStyle w:val="B2CACCF274CE437E9824772C526D5986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7689B1D169C4BF78CE45050CCD92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40AD6-706F-47EC-BA70-4301B8D9B5FD}"/>
      </w:docPartPr>
      <w:docPartBody>
        <w:p w:rsidR="00000000" w:rsidRDefault="00AE2DB9" w:rsidP="00AE2DB9">
          <w:pPr>
            <w:pStyle w:val="57689B1D169C4BF78CE45050CCD9216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C08EB6C73A43A7973935F67C247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261C07-8039-4EFA-842C-94EB70B77CBD}"/>
      </w:docPartPr>
      <w:docPartBody>
        <w:p w:rsidR="00000000" w:rsidRDefault="00AE2DB9" w:rsidP="00AE2DB9">
          <w:pPr>
            <w:pStyle w:val="41C08EB6C73A43A7973935F67C247C4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1C950F7BE246FEA7F0367998080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270D5-0E31-4CF2-B105-896E1FE55782}"/>
      </w:docPartPr>
      <w:docPartBody>
        <w:p w:rsidR="00000000" w:rsidRDefault="00AE2DB9" w:rsidP="00AE2DB9">
          <w:pPr>
            <w:pStyle w:val="EE1C950F7BE246FEA7F0367998080CA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330C66E3B1482398676EEF445EA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4E9D9-0607-4456-958B-1C5804CAA7FE}"/>
      </w:docPartPr>
      <w:docPartBody>
        <w:p w:rsidR="00000000" w:rsidRDefault="00AE2DB9" w:rsidP="00AE2DB9">
          <w:pPr>
            <w:pStyle w:val="75330C66E3B1482398676EEF445EAEA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D5E0E756694791924CB45CABC70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FF12D-BE8D-4761-8006-02EFE02871BA}"/>
      </w:docPartPr>
      <w:docPartBody>
        <w:p w:rsidR="00000000" w:rsidRDefault="00AE2DB9" w:rsidP="00AE2DB9">
          <w:pPr>
            <w:pStyle w:val="58D5E0E756694791924CB45CABC7062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6A8DBABB5141C2B8296EF8664E1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285F7-CF63-494A-B433-0CF963D543CC}"/>
      </w:docPartPr>
      <w:docPartBody>
        <w:p w:rsidR="00000000" w:rsidRDefault="00AE2DB9" w:rsidP="00AE2DB9">
          <w:pPr>
            <w:pStyle w:val="256A8DBABB5141C2B8296EF8664E106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8844F535144BEB96A9378442666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4405B-B25A-48C8-85DA-CB8A8729D019}"/>
      </w:docPartPr>
      <w:docPartBody>
        <w:p w:rsidR="00000000" w:rsidRDefault="00AE2DB9" w:rsidP="00AE2DB9">
          <w:pPr>
            <w:pStyle w:val="918844F535144BEB96A937844266668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B713BF2D4241D6A8E1392B3D5FA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48EB6-7B02-4017-A486-20B47678AEC3}"/>
      </w:docPartPr>
      <w:docPartBody>
        <w:p w:rsidR="00000000" w:rsidRDefault="00AE2DB9" w:rsidP="00AE2DB9">
          <w:pPr>
            <w:pStyle w:val="66B713BF2D4241D6A8E1392B3D5FA60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87A4EF38A34B518D3CAE060BC7E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EAFE9-AD58-42EE-ADA6-002F2AD6321E}"/>
      </w:docPartPr>
      <w:docPartBody>
        <w:p w:rsidR="00000000" w:rsidRDefault="00AE2DB9" w:rsidP="00AE2DB9">
          <w:pPr>
            <w:pStyle w:val="AF87A4EF38A34B518D3CAE060BC7E96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0603E0EBEE402AADE56FD3C1DE3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6FAC2-A3F7-4940-97E0-9FF14568AD17}"/>
      </w:docPartPr>
      <w:docPartBody>
        <w:p w:rsidR="00000000" w:rsidRDefault="00AE2DB9" w:rsidP="00AE2DB9">
          <w:pPr>
            <w:pStyle w:val="930603E0EBEE402AADE56FD3C1DE383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0891B7B85B47668EC3E52342154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C432E-D1FB-4352-B0DB-36F15D89EA2B}"/>
      </w:docPartPr>
      <w:docPartBody>
        <w:p w:rsidR="00000000" w:rsidRDefault="00AE2DB9" w:rsidP="00AE2DB9">
          <w:pPr>
            <w:pStyle w:val="260891B7B85B47668EC3E523421546E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6C3C8A556941EC823B19ED709E5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B0BD5-CFC2-40D0-B8B9-9370C54DE97C}"/>
      </w:docPartPr>
      <w:docPartBody>
        <w:p w:rsidR="00000000" w:rsidRDefault="00AE2DB9" w:rsidP="00AE2DB9">
          <w:pPr>
            <w:pStyle w:val="286C3C8A556941EC823B19ED709E597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86F8575A6C48A285F46447290FA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6CB34-59B3-4A3C-B548-C50E66744B54}"/>
      </w:docPartPr>
      <w:docPartBody>
        <w:p w:rsidR="00000000" w:rsidRDefault="00AE2DB9" w:rsidP="00AE2DB9">
          <w:pPr>
            <w:pStyle w:val="3886F8575A6C48A285F46447290FA9A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B2D3BEF8A74739BAB2A91EC26DE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E924B-CA67-46AC-BE9B-C442C41A1F4A}"/>
      </w:docPartPr>
      <w:docPartBody>
        <w:p w:rsidR="00000000" w:rsidRDefault="00AE2DB9" w:rsidP="00AE2DB9">
          <w:pPr>
            <w:pStyle w:val="6FB2D3BEF8A74739BAB2A91EC26DEF4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06871343D94DE0991C085B4491B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9C35F-C089-4D4A-9C82-610160A56538}"/>
      </w:docPartPr>
      <w:docPartBody>
        <w:p w:rsidR="00000000" w:rsidRDefault="00AE2DB9" w:rsidP="00AE2DB9">
          <w:pPr>
            <w:pStyle w:val="3906871343D94DE0991C085B4491B0D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1DE69719874E7F956BD3811CAF2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82872-FBD4-4092-A8E7-1DE49EE1722E}"/>
      </w:docPartPr>
      <w:docPartBody>
        <w:p w:rsidR="00000000" w:rsidRDefault="00AE2DB9" w:rsidP="00AE2DB9">
          <w:pPr>
            <w:pStyle w:val="401DE69719874E7F956BD3811CAF21E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9F9A794F784A698B987B56D75BA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6E560-8569-4E37-A451-8E666A716968}"/>
      </w:docPartPr>
      <w:docPartBody>
        <w:p w:rsidR="00000000" w:rsidRDefault="00AE2DB9" w:rsidP="00AE2DB9">
          <w:pPr>
            <w:pStyle w:val="1E9F9A794F784A698B987B56D75BA50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D158A1A0B745BD99A6138D27C9F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767CE-7D91-4C3D-ADF6-2A83321B4492}"/>
      </w:docPartPr>
      <w:docPartBody>
        <w:p w:rsidR="00000000" w:rsidRDefault="00AE2DB9" w:rsidP="00AE2DB9">
          <w:pPr>
            <w:pStyle w:val="EED158A1A0B745BD99A6138D27C9FD1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1AED5CDFE84236A17D54CF145F4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FA97C-B081-4C79-974A-3E4D691198DF}"/>
      </w:docPartPr>
      <w:docPartBody>
        <w:p w:rsidR="00000000" w:rsidRDefault="00AE2DB9" w:rsidP="00AE2DB9">
          <w:pPr>
            <w:pStyle w:val="071AED5CDFE84236A17D54CF145F425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15B561A15D48B5B28F53530AFF5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22FAA-E4AB-4FBB-B1A1-709F9F8DF18B}"/>
      </w:docPartPr>
      <w:docPartBody>
        <w:p w:rsidR="00000000" w:rsidRDefault="00AE2DB9" w:rsidP="00AE2DB9">
          <w:pPr>
            <w:pStyle w:val="8715B561A15D48B5B28F53530AFF58F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4161F5"/>
    <w:rsid w:val="004801B2"/>
    <w:rsid w:val="005A051B"/>
    <w:rsid w:val="006239E1"/>
    <w:rsid w:val="00667F4B"/>
    <w:rsid w:val="006D0099"/>
    <w:rsid w:val="009A5C93"/>
    <w:rsid w:val="00A15147"/>
    <w:rsid w:val="00AE2DB9"/>
    <w:rsid w:val="00B302C0"/>
    <w:rsid w:val="00BC3393"/>
    <w:rsid w:val="00BD0B7C"/>
    <w:rsid w:val="00EE6B93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E2DB9"/>
    <w:rPr>
      <w:color w:val="666666"/>
    </w:rPr>
  </w:style>
  <w:style w:type="paragraph" w:customStyle="1" w:styleId="524B5F7AD198430EA19C48C64EE21FAA">
    <w:name w:val="524B5F7AD198430EA19C48C64EE21FAA"/>
    <w:rsid w:val="00AE2DB9"/>
  </w:style>
  <w:style w:type="paragraph" w:customStyle="1" w:styleId="A2698321A51C4D75AD58054348C12C3A">
    <w:name w:val="A2698321A51C4D75AD58054348C12C3A"/>
    <w:rsid w:val="00AE2DB9"/>
  </w:style>
  <w:style w:type="paragraph" w:customStyle="1" w:styleId="D7173E37A8CC42958F596D7E4F182CC0">
    <w:name w:val="D7173E37A8CC42958F596D7E4F182CC0"/>
    <w:rsid w:val="00AE2DB9"/>
  </w:style>
  <w:style w:type="paragraph" w:customStyle="1" w:styleId="10F53B8B7E0247EF97BF9EDCEFA860ED">
    <w:name w:val="10F53B8B7E0247EF97BF9EDCEFA860ED"/>
    <w:rsid w:val="00AE2DB9"/>
  </w:style>
  <w:style w:type="paragraph" w:customStyle="1" w:styleId="CBD982DD81904E84AAE76F6DAFC7ADE0">
    <w:name w:val="CBD982DD81904E84AAE76F6DAFC7ADE0"/>
    <w:rsid w:val="00AE2DB9"/>
  </w:style>
  <w:style w:type="paragraph" w:customStyle="1" w:styleId="390EE82AF8A648ADB30341964727E31F">
    <w:name w:val="390EE82AF8A648ADB30341964727E31F"/>
    <w:rsid w:val="00AE2DB9"/>
  </w:style>
  <w:style w:type="paragraph" w:customStyle="1" w:styleId="B0A7918792F74AF7B0392C104CD435BB">
    <w:name w:val="B0A7918792F74AF7B0392C104CD435BB"/>
    <w:rsid w:val="00AE2DB9"/>
  </w:style>
  <w:style w:type="paragraph" w:customStyle="1" w:styleId="5F55B9AB92A24257B48EAB5AEBE4FCAB">
    <w:name w:val="5F55B9AB92A24257B48EAB5AEBE4FCAB"/>
    <w:rsid w:val="00AE2DB9"/>
  </w:style>
  <w:style w:type="paragraph" w:customStyle="1" w:styleId="CB0CF9AFEA30407C83BC92BA9B291FBF">
    <w:name w:val="CB0CF9AFEA30407C83BC92BA9B291FBF"/>
    <w:rsid w:val="00AE2DB9"/>
  </w:style>
  <w:style w:type="paragraph" w:customStyle="1" w:styleId="86AEF3528D414F839952F297F3855BB7">
    <w:name w:val="86AEF3528D414F839952F297F3855BB7"/>
    <w:rsid w:val="00AE2DB9"/>
  </w:style>
  <w:style w:type="paragraph" w:customStyle="1" w:styleId="662301B0DFCC445C9DB687BAA6A998EF">
    <w:name w:val="662301B0DFCC445C9DB687BAA6A998EF"/>
    <w:rsid w:val="00AE2DB9"/>
  </w:style>
  <w:style w:type="paragraph" w:customStyle="1" w:styleId="7591FE166A694A9AB66A9BF1863FF919">
    <w:name w:val="7591FE166A694A9AB66A9BF1863FF919"/>
    <w:rsid w:val="00AE2DB9"/>
  </w:style>
  <w:style w:type="paragraph" w:customStyle="1" w:styleId="C143B5AD3CF3465B978C857418C01691">
    <w:name w:val="C143B5AD3CF3465B978C857418C01691"/>
    <w:rsid w:val="00AE2DB9"/>
  </w:style>
  <w:style w:type="paragraph" w:customStyle="1" w:styleId="B3A9702833664964A0CC9821EEBA269A">
    <w:name w:val="B3A9702833664964A0CC9821EEBA269A"/>
    <w:rsid w:val="00AE2DB9"/>
  </w:style>
  <w:style w:type="paragraph" w:customStyle="1" w:styleId="2E95C93E7B8840B1AF96EE296C3462D7">
    <w:name w:val="2E95C93E7B8840B1AF96EE296C3462D7"/>
    <w:rsid w:val="00AE2DB9"/>
  </w:style>
  <w:style w:type="paragraph" w:customStyle="1" w:styleId="0BB22DBA65F44FF8864558D11BE199D9">
    <w:name w:val="0BB22DBA65F44FF8864558D11BE199D9"/>
    <w:rsid w:val="00AE2DB9"/>
  </w:style>
  <w:style w:type="paragraph" w:customStyle="1" w:styleId="DC8046971C8246689E47C3C88B62FAF0">
    <w:name w:val="DC8046971C8246689E47C3C88B62FAF0"/>
    <w:rsid w:val="00AE2DB9"/>
  </w:style>
  <w:style w:type="paragraph" w:customStyle="1" w:styleId="CD58DF7ED83A450D84FB7C6991FF8B6E">
    <w:name w:val="CD58DF7ED83A450D84FB7C6991FF8B6E"/>
    <w:rsid w:val="00AE2DB9"/>
  </w:style>
  <w:style w:type="paragraph" w:customStyle="1" w:styleId="10023A29D74B4AA6BA013164CF3D9653">
    <w:name w:val="10023A29D74B4AA6BA013164CF3D9653"/>
    <w:rsid w:val="00AE2DB9"/>
  </w:style>
  <w:style w:type="paragraph" w:customStyle="1" w:styleId="E7624C9E7D6F4280AF94DC0390A817B0">
    <w:name w:val="E7624C9E7D6F4280AF94DC0390A817B0"/>
    <w:rsid w:val="00AE2DB9"/>
  </w:style>
  <w:style w:type="paragraph" w:customStyle="1" w:styleId="FDE9F96E6755417692BBC7FC6C040507">
    <w:name w:val="FDE9F96E6755417692BBC7FC6C040507"/>
    <w:rsid w:val="00AE2DB9"/>
  </w:style>
  <w:style w:type="paragraph" w:customStyle="1" w:styleId="9299AA1EA1E548D99DC6057FC03BAB36">
    <w:name w:val="9299AA1EA1E548D99DC6057FC03BAB36"/>
    <w:rsid w:val="00AE2DB9"/>
  </w:style>
  <w:style w:type="paragraph" w:customStyle="1" w:styleId="52085D9289864C04A2027F7206115A59">
    <w:name w:val="52085D9289864C04A2027F7206115A59"/>
    <w:rsid w:val="00AE2DB9"/>
  </w:style>
  <w:style w:type="paragraph" w:customStyle="1" w:styleId="D1603E881EBC4825BB3ACB0E37AC40CB">
    <w:name w:val="D1603E881EBC4825BB3ACB0E37AC40CB"/>
    <w:rsid w:val="00AE2DB9"/>
  </w:style>
  <w:style w:type="paragraph" w:customStyle="1" w:styleId="D52509A1BD9C4738917413ECA119971C">
    <w:name w:val="D52509A1BD9C4738917413ECA119971C"/>
    <w:rsid w:val="00AE2DB9"/>
  </w:style>
  <w:style w:type="paragraph" w:customStyle="1" w:styleId="DB7F4467103045A8A8ED1D95197E8A61">
    <w:name w:val="DB7F4467103045A8A8ED1D95197E8A61"/>
    <w:rsid w:val="00AE2DB9"/>
  </w:style>
  <w:style w:type="paragraph" w:customStyle="1" w:styleId="21F4A8E63CDF4A89ADF859DB3FD89014">
    <w:name w:val="21F4A8E63CDF4A89ADF859DB3FD89014"/>
    <w:rsid w:val="00AE2DB9"/>
  </w:style>
  <w:style w:type="paragraph" w:customStyle="1" w:styleId="EAE1A41B0864477A88F09CED7928239C">
    <w:name w:val="EAE1A41B0864477A88F09CED7928239C"/>
    <w:rsid w:val="00AE2DB9"/>
  </w:style>
  <w:style w:type="paragraph" w:customStyle="1" w:styleId="ABB35B118A6C40A38A4890187954A6FF">
    <w:name w:val="ABB35B118A6C40A38A4890187954A6FF"/>
    <w:rsid w:val="00AE2DB9"/>
  </w:style>
  <w:style w:type="paragraph" w:customStyle="1" w:styleId="C9F357CE5A39445AABCC2993DA99FA9A">
    <w:name w:val="C9F357CE5A39445AABCC2993DA99FA9A"/>
    <w:rsid w:val="00AE2DB9"/>
  </w:style>
  <w:style w:type="paragraph" w:customStyle="1" w:styleId="7562C11562FC4E5BA508CB01C9CA8EC9">
    <w:name w:val="7562C11562FC4E5BA508CB01C9CA8EC9"/>
    <w:rsid w:val="00AE2DB9"/>
  </w:style>
  <w:style w:type="paragraph" w:customStyle="1" w:styleId="4253926DCBD04608848E5CD49F91381D">
    <w:name w:val="4253926DCBD04608848E5CD49F91381D"/>
    <w:rsid w:val="00AE2DB9"/>
  </w:style>
  <w:style w:type="paragraph" w:customStyle="1" w:styleId="E621102C75304474B88264538D9DA117">
    <w:name w:val="E621102C75304474B88264538D9DA117"/>
    <w:rsid w:val="00AE2DB9"/>
  </w:style>
  <w:style w:type="paragraph" w:customStyle="1" w:styleId="D52B2B88AB08438DA817370CB31CEF12">
    <w:name w:val="D52B2B88AB08438DA817370CB31CEF12"/>
    <w:rsid w:val="00AE2DB9"/>
  </w:style>
  <w:style w:type="paragraph" w:customStyle="1" w:styleId="5C61D06BF7884102A199EBF5DEEE9CA9">
    <w:name w:val="5C61D06BF7884102A199EBF5DEEE9CA9"/>
    <w:rsid w:val="00AE2DB9"/>
  </w:style>
  <w:style w:type="paragraph" w:customStyle="1" w:styleId="85FC5EC80FDF403EBF0FAB4C71EF3BC4">
    <w:name w:val="85FC5EC80FDF403EBF0FAB4C71EF3BC4"/>
    <w:rsid w:val="00AE2DB9"/>
  </w:style>
  <w:style w:type="paragraph" w:customStyle="1" w:styleId="ED17080EF5BC4CE890C82F543C62E78B">
    <w:name w:val="ED17080EF5BC4CE890C82F543C62E78B"/>
    <w:rsid w:val="00AE2DB9"/>
  </w:style>
  <w:style w:type="paragraph" w:customStyle="1" w:styleId="A7371C9749654B99B4D602E5A299EF7B">
    <w:name w:val="A7371C9749654B99B4D602E5A299EF7B"/>
    <w:rsid w:val="00AE2DB9"/>
  </w:style>
  <w:style w:type="paragraph" w:customStyle="1" w:styleId="33B63D1F50484585A6AB3692A5DC55C2">
    <w:name w:val="33B63D1F50484585A6AB3692A5DC55C2"/>
    <w:rsid w:val="00AE2DB9"/>
  </w:style>
  <w:style w:type="paragraph" w:customStyle="1" w:styleId="4D272ACB934C46939416A934EC1FF53A">
    <w:name w:val="4D272ACB934C46939416A934EC1FF53A"/>
    <w:rsid w:val="00AE2DB9"/>
  </w:style>
  <w:style w:type="paragraph" w:customStyle="1" w:styleId="B30E86959DD6418ABDFE5134FCEBA61F">
    <w:name w:val="B30E86959DD6418ABDFE5134FCEBA61F"/>
    <w:rsid w:val="00AE2DB9"/>
  </w:style>
  <w:style w:type="paragraph" w:customStyle="1" w:styleId="738235CE12E244709EA784C996A07093">
    <w:name w:val="738235CE12E244709EA784C996A07093"/>
    <w:rsid w:val="00AE2DB9"/>
  </w:style>
  <w:style w:type="paragraph" w:customStyle="1" w:styleId="7B86DCBD69E849549CE46A3AF209DD27">
    <w:name w:val="7B86DCBD69E849549CE46A3AF209DD27"/>
    <w:rsid w:val="00AE2DB9"/>
  </w:style>
  <w:style w:type="paragraph" w:customStyle="1" w:styleId="E3A371DB9C7A4B9D92A9C70D3AEDDFC8">
    <w:name w:val="E3A371DB9C7A4B9D92A9C70D3AEDDFC8"/>
    <w:rsid w:val="00AE2DB9"/>
  </w:style>
  <w:style w:type="paragraph" w:customStyle="1" w:styleId="D2009B2FA8E044C8A7FC2D1BE80A1F37">
    <w:name w:val="D2009B2FA8E044C8A7FC2D1BE80A1F37"/>
    <w:rsid w:val="00AE2DB9"/>
  </w:style>
  <w:style w:type="paragraph" w:customStyle="1" w:styleId="28442E971FB947CD9F729CE87C634A7E">
    <w:name w:val="28442E971FB947CD9F729CE87C634A7E"/>
    <w:rsid w:val="00AE2DB9"/>
  </w:style>
  <w:style w:type="paragraph" w:customStyle="1" w:styleId="D76472EA92AC4ED0858A934B2924A7BD">
    <w:name w:val="D76472EA92AC4ED0858A934B2924A7BD"/>
    <w:rsid w:val="00AE2DB9"/>
  </w:style>
  <w:style w:type="paragraph" w:customStyle="1" w:styleId="6AA2F104C18744BAB0FD3AEDCECFCEAE">
    <w:name w:val="6AA2F104C18744BAB0FD3AEDCECFCEAE"/>
    <w:rsid w:val="00AE2DB9"/>
  </w:style>
  <w:style w:type="paragraph" w:customStyle="1" w:styleId="0C5B327DEC1A4077A66E3FEB9A46C977">
    <w:name w:val="0C5B327DEC1A4077A66E3FEB9A46C977"/>
    <w:rsid w:val="00AE2DB9"/>
  </w:style>
  <w:style w:type="paragraph" w:customStyle="1" w:styleId="4A8C15C5743A4A19A1292B63727AFDFE">
    <w:name w:val="4A8C15C5743A4A19A1292B63727AFDFE"/>
    <w:rsid w:val="00AE2DB9"/>
  </w:style>
  <w:style w:type="paragraph" w:customStyle="1" w:styleId="4F38482CD5A9414B996E90731F75DED2">
    <w:name w:val="4F38482CD5A9414B996E90731F75DED2"/>
    <w:rsid w:val="00AE2DB9"/>
  </w:style>
  <w:style w:type="paragraph" w:customStyle="1" w:styleId="6246EFFADF374928BF6579BE00EEE5BE">
    <w:name w:val="6246EFFADF374928BF6579BE00EEE5BE"/>
    <w:rsid w:val="00AE2DB9"/>
  </w:style>
  <w:style w:type="paragraph" w:customStyle="1" w:styleId="612FA868D2FE478F9D630C53CCCFAB80">
    <w:name w:val="612FA868D2FE478F9D630C53CCCFAB80"/>
    <w:rsid w:val="00AE2DB9"/>
  </w:style>
  <w:style w:type="paragraph" w:customStyle="1" w:styleId="5622648FB8DA43D28D2648E54ECED366">
    <w:name w:val="5622648FB8DA43D28D2648E54ECED366"/>
    <w:rsid w:val="00AE2DB9"/>
  </w:style>
  <w:style w:type="paragraph" w:customStyle="1" w:styleId="2CD2776494554177B7AFBC5C6AF58E3D">
    <w:name w:val="2CD2776494554177B7AFBC5C6AF58E3D"/>
    <w:rsid w:val="00AE2DB9"/>
  </w:style>
  <w:style w:type="paragraph" w:customStyle="1" w:styleId="8CCAEB083088458EA2656F911A03EABD">
    <w:name w:val="8CCAEB083088458EA2656F911A03EABD"/>
    <w:rsid w:val="00AE2DB9"/>
  </w:style>
  <w:style w:type="paragraph" w:customStyle="1" w:styleId="97D3F72F04DB480FA6F77E64F45F4518">
    <w:name w:val="97D3F72F04DB480FA6F77E64F45F4518"/>
    <w:rsid w:val="00AE2DB9"/>
  </w:style>
  <w:style w:type="paragraph" w:customStyle="1" w:styleId="9092E21455F04D088E08A3B3329A966C">
    <w:name w:val="9092E21455F04D088E08A3B3329A966C"/>
    <w:rsid w:val="00AE2DB9"/>
  </w:style>
  <w:style w:type="paragraph" w:customStyle="1" w:styleId="FAE38B133153430C97C5D902CB8CC0D7">
    <w:name w:val="FAE38B133153430C97C5D902CB8CC0D7"/>
    <w:rsid w:val="00AE2DB9"/>
  </w:style>
  <w:style w:type="paragraph" w:customStyle="1" w:styleId="96A1663A02624CA69D0A59601A594735">
    <w:name w:val="96A1663A02624CA69D0A59601A594735"/>
    <w:rsid w:val="00AE2DB9"/>
  </w:style>
  <w:style w:type="paragraph" w:customStyle="1" w:styleId="F442007450924436B8759D1E760DA3A4">
    <w:name w:val="F442007450924436B8759D1E760DA3A4"/>
    <w:rsid w:val="00AE2DB9"/>
  </w:style>
  <w:style w:type="paragraph" w:customStyle="1" w:styleId="10D99C5F1B3349CC815CCDBA7B5FFAE9">
    <w:name w:val="10D99C5F1B3349CC815CCDBA7B5FFAE9"/>
    <w:rsid w:val="00AE2DB9"/>
  </w:style>
  <w:style w:type="paragraph" w:customStyle="1" w:styleId="073E0D9A17DF4F80AAD1FDF388A335F4">
    <w:name w:val="073E0D9A17DF4F80AAD1FDF388A335F4"/>
    <w:rsid w:val="00AE2DB9"/>
  </w:style>
  <w:style w:type="paragraph" w:customStyle="1" w:styleId="012FF6DAB51343DBAA5BD45A58961EFA">
    <w:name w:val="012FF6DAB51343DBAA5BD45A58961EFA"/>
    <w:rsid w:val="00AE2DB9"/>
  </w:style>
  <w:style w:type="paragraph" w:customStyle="1" w:styleId="80D728F8F3C64C1A9A0B9CE4B3693D67">
    <w:name w:val="80D728F8F3C64C1A9A0B9CE4B3693D67"/>
    <w:rsid w:val="00AE2DB9"/>
  </w:style>
  <w:style w:type="paragraph" w:customStyle="1" w:styleId="4B5E3C9EBA1940C58DFDEB04568B0CE8">
    <w:name w:val="4B5E3C9EBA1940C58DFDEB04568B0CE8"/>
    <w:rsid w:val="00AE2DB9"/>
  </w:style>
  <w:style w:type="paragraph" w:customStyle="1" w:styleId="B3485E4E56184BF8BE0A530914291585">
    <w:name w:val="B3485E4E56184BF8BE0A530914291585"/>
    <w:rsid w:val="00AE2DB9"/>
  </w:style>
  <w:style w:type="paragraph" w:customStyle="1" w:styleId="257ED03E6AB845F0AB1D29F4BB7E35B5">
    <w:name w:val="257ED03E6AB845F0AB1D29F4BB7E35B5"/>
    <w:rsid w:val="00AE2DB9"/>
  </w:style>
  <w:style w:type="paragraph" w:customStyle="1" w:styleId="F71FDA2BF65D4B8AADF1E3EEC69F070F">
    <w:name w:val="F71FDA2BF65D4B8AADF1E3EEC69F070F"/>
    <w:rsid w:val="00AE2DB9"/>
  </w:style>
  <w:style w:type="paragraph" w:customStyle="1" w:styleId="79901C821E824D33BED031547FADA396">
    <w:name w:val="79901C821E824D33BED031547FADA396"/>
    <w:rsid w:val="00AE2DB9"/>
  </w:style>
  <w:style w:type="paragraph" w:customStyle="1" w:styleId="D5E2163B935F4BD6AD81C8F0D2DBDAC2">
    <w:name w:val="D5E2163B935F4BD6AD81C8F0D2DBDAC2"/>
    <w:rsid w:val="00AE2DB9"/>
  </w:style>
  <w:style w:type="paragraph" w:customStyle="1" w:styleId="F22C0C83F09D403087780EC5752D2C93">
    <w:name w:val="F22C0C83F09D403087780EC5752D2C93"/>
    <w:rsid w:val="00AE2DB9"/>
  </w:style>
  <w:style w:type="paragraph" w:customStyle="1" w:styleId="59E09F653F0A4495B2AFCAA6DFFA6CF7">
    <w:name w:val="59E09F653F0A4495B2AFCAA6DFFA6CF7"/>
    <w:rsid w:val="00AE2DB9"/>
  </w:style>
  <w:style w:type="paragraph" w:customStyle="1" w:styleId="B2CACCF274CE437E9824772C526D5986">
    <w:name w:val="B2CACCF274CE437E9824772C526D5986"/>
    <w:rsid w:val="00AE2DB9"/>
  </w:style>
  <w:style w:type="paragraph" w:customStyle="1" w:styleId="F552B34BBFC4485A8E1FA44FA15CFC89">
    <w:name w:val="F552B34BBFC4485A8E1FA44FA15CFC89"/>
    <w:rsid w:val="00AE2DB9"/>
  </w:style>
  <w:style w:type="paragraph" w:customStyle="1" w:styleId="57689B1D169C4BF78CE45050CCD92169">
    <w:name w:val="57689B1D169C4BF78CE45050CCD92169"/>
    <w:rsid w:val="00AE2DB9"/>
  </w:style>
  <w:style w:type="paragraph" w:customStyle="1" w:styleId="41C08EB6C73A43A7973935F67C247C4E">
    <w:name w:val="41C08EB6C73A43A7973935F67C247C4E"/>
    <w:rsid w:val="00AE2DB9"/>
  </w:style>
  <w:style w:type="paragraph" w:customStyle="1" w:styleId="EE1C950F7BE246FEA7F0367998080CAB">
    <w:name w:val="EE1C950F7BE246FEA7F0367998080CAB"/>
    <w:rsid w:val="00AE2DB9"/>
  </w:style>
  <w:style w:type="paragraph" w:customStyle="1" w:styleId="75330C66E3B1482398676EEF445EAEA2">
    <w:name w:val="75330C66E3B1482398676EEF445EAEA2"/>
    <w:rsid w:val="00AE2DB9"/>
  </w:style>
  <w:style w:type="paragraph" w:customStyle="1" w:styleId="58D5E0E756694791924CB45CABC70625">
    <w:name w:val="58D5E0E756694791924CB45CABC70625"/>
    <w:rsid w:val="00AE2DB9"/>
  </w:style>
  <w:style w:type="paragraph" w:customStyle="1" w:styleId="2E2C2F1218DE4403814CF4897B5D93ED">
    <w:name w:val="2E2C2F1218DE4403814CF4897B5D93ED"/>
    <w:rsid w:val="00AE2DB9"/>
  </w:style>
  <w:style w:type="paragraph" w:customStyle="1" w:styleId="80383430824744689FEB33AF90706F03">
    <w:name w:val="80383430824744689FEB33AF90706F03"/>
    <w:rsid w:val="00AE2DB9"/>
  </w:style>
  <w:style w:type="paragraph" w:customStyle="1" w:styleId="067C50DEF26149BB83C45ED3A558AC96">
    <w:name w:val="067C50DEF26149BB83C45ED3A558AC96"/>
    <w:rsid w:val="00AE2DB9"/>
  </w:style>
  <w:style w:type="paragraph" w:customStyle="1" w:styleId="77986681D5D842E9B25EAA51765D6C46">
    <w:name w:val="77986681D5D842E9B25EAA51765D6C46"/>
    <w:rsid w:val="00AE2DB9"/>
  </w:style>
  <w:style w:type="paragraph" w:customStyle="1" w:styleId="AED932C8D1B3410EA11F25B4D9E3BF21">
    <w:name w:val="AED932C8D1B3410EA11F25B4D9E3BF21"/>
    <w:rsid w:val="00AE2DB9"/>
  </w:style>
  <w:style w:type="paragraph" w:customStyle="1" w:styleId="E1CF3395C1C243EF97CFD103657C72F4">
    <w:name w:val="E1CF3395C1C243EF97CFD103657C72F4"/>
    <w:rsid w:val="00AE2DB9"/>
  </w:style>
  <w:style w:type="paragraph" w:customStyle="1" w:styleId="13C489B1C81844BA86B81BE85A1F3F64">
    <w:name w:val="13C489B1C81844BA86B81BE85A1F3F64"/>
    <w:rsid w:val="00AE2DB9"/>
  </w:style>
  <w:style w:type="paragraph" w:customStyle="1" w:styleId="0544231B7FEB4C85AE0A7DE62ECA2746">
    <w:name w:val="0544231B7FEB4C85AE0A7DE62ECA2746"/>
    <w:rsid w:val="00AE2DB9"/>
  </w:style>
  <w:style w:type="paragraph" w:customStyle="1" w:styleId="5624DD5638394A63B1466E01A0AD4DC0">
    <w:name w:val="5624DD5638394A63B1466E01A0AD4DC0"/>
    <w:rsid w:val="00AE2DB9"/>
  </w:style>
  <w:style w:type="paragraph" w:customStyle="1" w:styleId="C21B9C3E87074139A9C846B1B4334AB3">
    <w:name w:val="C21B9C3E87074139A9C846B1B4334AB3"/>
    <w:rsid w:val="004161F5"/>
  </w:style>
  <w:style w:type="paragraph" w:customStyle="1" w:styleId="0423504971984E3CA014D7D54995C960">
    <w:name w:val="0423504971984E3CA014D7D54995C960"/>
    <w:rsid w:val="004161F5"/>
  </w:style>
  <w:style w:type="paragraph" w:customStyle="1" w:styleId="047256735BF942FB8FC659570B5872FF">
    <w:name w:val="047256735BF942FB8FC659570B5872FF"/>
    <w:rsid w:val="006239E1"/>
  </w:style>
  <w:style w:type="paragraph" w:customStyle="1" w:styleId="6EB2257E5DDE498E98DC42ED4E9EA10F">
    <w:name w:val="6EB2257E5DDE498E98DC42ED4E9EA10F"/>
    <w:rsid w:val="006239E1"/>
  </w:style>
  <w:style w:type="paragraph" w:customStyle="1" w:styleId="028B5E23B62041049C38685D91244939">
    <w:name w:val="028B5E23B62041049C38685D91244939"/>
    <w:rsid w:val="00AE2DB9"/>
  </w:style>
  <w:style w:type="paragraph" w:customStyle="1" w:styleId="1734C0B0E50C4165979C1D1CD6EF51181">
    <w:name w:val="1734C0B0E50C4165979C1D1CD6EF5118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1">
    <w:name w:val="F4D6CB2241074A76A75ACE4A72F3BACA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1">
    <w:name w:val="5C6BE9DD57B042A78E73AE6C65AB81E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1">
    <w:name w:val="B94FF17A7DD844238942618D220CAEE0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F24E541B0145AAA4C1F913603E646E1">
    <w:name w:val="96F24E541B0145AAA4C1F913603E646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3A3162D80445F78DDE0C5B1FC1D3761">
    <w:name w:val="2C3A3162D80445F78DDE0C5B1FC1D376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BB3224C02224BE9B27FBD8B4FA44C851">
    <w:name w:val="3BB3224C02224BE9B27FBD8B4FA44C85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AE718F29D543A9A17E24959BBA00FE">
    <w:name w:val="C2AE718F29D543A9A17E24959BBA00FE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1">
    <w:name w:val="767E5F504CE04A3283DBB5C362BF53D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55F48608D144A48EEAD6924FFD0D7E">
    <w:name w:val="F355F48608D144A48EEAD6924FFD0D7E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1">
    <w:name w:val="15FA136DFCC9400EA3643631FD9D49AC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9986A706C241EEB358AA78A64A02CB">
    <w:name w:val="619986A706C241EEB358AA78A64A02CB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1">
    <w:name w:val="758EF154077D4EC492E0AA02749775E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1">
    <w:name w:val="60444590C5F4414E83C6454885D5753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1">
    <w:name w:val="096DC268CB3744C7AF90E558EFABE7F6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1">
    <w:name w:val="16EE3227410F4460A6706019F08584BA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1">
    <w:name w:val="35C6ADD19D0A4F7F9AA8A8D4CCB1374F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1">
    <w:name w:val="0AD4EFDEB46F4DD3B07D7D864B6EAEB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1">
    <w:name w:val="C969D259CE28476AA1EB44B74A93B0D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1">
    <w:name w:val="4163D3241B974CB9999FF0EC5B4E2B21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1">
    <w:name w:val="89495584885745569DDCF4FEC1482D05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1">
    <w:name w:val="66C6F6902A3B4D4CA7D745FDDA70B68A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1">
    <w:name w:val="4CD965A9EE694FECADF2476D720E7B6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1">
    <w:name w:val="09E232A6ADC042DB884957F020A929BA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1">
    <w:name w:val="3DF7FD3C5E5C4C0992D419903A5ACDD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1">
    <w:name w:val="CADFFF9D18954E1993F5C0789B03E17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1">
    <w:name w:val="657F90F891404138BEF4C8B0986FE706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1">
    <w:name w:val="C9113B8A854441D682CE5AC80AFB0860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1">
    <w:name w:val="A98CC7936C024C2988776FBA2CC670B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1">
    <w:name w:val="2E9B36F7201C45DF99CA9FA9C42900A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1">
    <w:name w:val="09814CF1CD7A47D3BB560F37A96F9D58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1">
    <w:name w:val="7793DEAF92564508A217818A964BBBC0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1">
    <w:name w:val="872FF4CA11794B8A841DB2220DF10EA6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1">
    <w:name w:val="4E97BD512F134974B65EC5CE1A1FFA5C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1">
    <w:name w:val="43C24FC1DD4E4C25906C3761C0E444F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1">
    <w:name w:val="6E5B51F8A20C49259CB13015EB12138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1">
    <w:name w:val="ACA81B7FEB124004A04A95F11ADBD7A7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1">
    <w:name w:val="E3F5175B57004446843F4F317C13BE7C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1">
    <w:name w:val="6E2E25C8BD59485F83A4E1A3EB66C1CA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1">
    <w:name w:val="74CADD3637F3476CAEF2795719E307AF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1">
    <w:name w:val="AB27C8C8D90949D99B80C3BCC40C6DB1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1">
    <w:name w:val="BE6BAA36B4CE46CCBA1107A2CA86328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1">
    <w:name w:val="98F3A9EE91754E259AFD2F141BD88EC3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1">
    <w:name w:val="A562792367E244C2B52C13434E400DB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1">
    <w:name w:val="7E217E49FF2B4BCCB4F3ACCCBA862056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1">
    <w:name w:val="A6B6B6169038418C8F137F03A3BAC3E6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1">
    <w:name w:val="BA84038C5BAB4BC98BCFD7720888F4EA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1">
    <w:name w:val="2A85F1BB5E59479D91B2E845B74103B1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1">
    <w:name w:val="734A0FEE22AB4D08A85FAFBB84445CB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1">
    <w:name w:val="3AE69983638E496B87E186B118E83D05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1">
    <w:name w:val="4E1B8BE8E635423EB269141E9E2912AC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1">
    <w:name w:val="522C19E6AA2346A4966003129C441C2C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1">
    <w:name w:val="DC6DBC8E8B3947CB8F9195F36B67D85A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1">
    <w:name w:val="49487EF4E50B45EF8F8DF0A58099CB0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1">
    <w:name w:val="C6C5AA04D5744E5397F5B4C02E599FEC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1">
    <w:name w:val="657845195F10471BB191FDF6254F450F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1">
    <w:name w:val="4261ABEBA6024587BD9BFFA89B86CBA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1">
    <w:name w:val="ECE4C47E07C843CCA2D7255597D07705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1">
    <w:name w:val="9444CF760006459A89EF2B7CE3AFF2D1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1">
    <w:name w:val="A451D5A1F2414B9AB219F05CFB3EC45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1">
    <w:name w:val="E58E1C4CC73644419B96786849CD0414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1">
    <w:name w:val="982533AA1A67444FAB6AD764FF1EF883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1">
    <w:name w:val="A8251704D7154EB4AAFD40739CBF323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1">
    <w:name w:val="092F71A98DCB432994A49CF6A2418B1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1">
    <w:name w:val="FF714C39671F4059B6173089394CD3E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1">
    <w:name w:val="28589E92AA8443098EDE0E709D3F980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1">
    <w:name w:val="7B8873B5DDFA49E29AD3D86C96355BEA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1">
    <w:name w:val="7D53A91E55554B1E87906AAB7E66728B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1">
    <w:name w:val="CA4E4ABAE5DA465E97A6237A7809538C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1">
    <w:name w:val="156AE4FD73954CA688AAE317B321396B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1">
    <w:name w:val="6D5A277E4DAE4119840AF2E2D970FC5F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1">
    <w:name w:val="586FFECF142C4598987272C037E4807A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1">
    <w:name w:val="0FB6E5FECABF45829BB384A56029A28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1">
    <w:name w:val="26164AFE8C004731B39F8D42AA79484B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1">
    <w:name w:val="143E6DFAA3A744858DA27EA69CF186A8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1">
    <w:name w:val="FB7E9068020A4D09974EA1EB0D07EBE0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1">
    <w:name w:val="B9DD229517514DD3BA30880642405144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1">
    <w:name w:val="4B4DB9EE858049CCB9AFBB15E50951BB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1">
    <w:name w:val="7041F98D97294F33B27DB409BE8E34F1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1">
    <w:name w:val="73AB6D1D873F4738BF61AE697637871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1">
    <w:name w:val="520891A0A4C04E9D9F8A8F3644975CB1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1">
    <w:name w:val="C582574595EA444189787F4DFB8EE37F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1">
    <w:name w:val="55670920D67C4481B676B57D42BEF39B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9FA758242A04E0BAFB2B34ABF342537">
    <w:name w:val="79FA758242A04E0BAFB2B34ABF342537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28A8BFCD140BC8EBF2B7C3821D6D3">
    <w:name w:val="DC628A8BFCD140BC8EBF2B7C3821D6D3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99CE006F5B4E00BCF20FCDBEF9EB1C">
    <w:name w:val="5899CE006F5B4E00BCF20FCDBEF9EB1C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FD5F509A5C4039A8A0BFF6ED88D723">
    <w:name w:val="7EFD5F509A5C4039A8A0BFF6ED88D723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D7F5CACB0C748CDB741774354A1D9C5">
    <w:name w:val="1D7F5CACB0C748CDB741774354A1D9C5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9C92847C694A8B88161D76EA6D5982">
    <w:name w:val="E79C92847C694A8B88161D76EA6D598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7C0A0C2DFA47E18581FBE4F368B4F1">
    <w:name w:val="737C0A0C2DFA47E18581FBE4F368B4F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19F548239F42AE8CC6C7A9DBD7DC81">
    <w:name w:val="0219F548239F42AE8CC6C7A9DBD7DC8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33BF47FF1A742A9BEA24DBA9E950A8C">
    <w:name w:val="033BF47FF1A742A9BEA24DBA9E950A8C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BEC8B558C4C3D973644DE939831E3">
    <w:name w:val="3DFBEC8B558C4C3D973644DE939831E3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7C35EBD024E56976E24DFA4E9BD89">
    <w:name w:val="7B87C35EBD024E56976E24DFA4E9BD89"/>
    <w:rsid w:val="00AE2DB9"/>
  </w:style>
  <w:style w:type="paragraph" w:customStyle="1" w:styleId="7E5AD5F7576F4C8381F61EAD48E541B8">
    <w:name w:val="7E5AD5F7576F4C8381F61EAD48E541B8"/>
    <w:rsid w:val="00AE2DB9"/>
  </w:style>
  <w:style w:type="paragraph" w:customStyle="1" w:styleId="9A3128FD6B084F419AB824BB239D883B">
    <w:name w:val="9A3128FD6B084F419AB824BB239D883B"/>
    <w:rsid w:val="00AE2DB9"/>
  </w:style>
  <w:style w:type="paragraph" w:customStyle="1" w:styleId="2E9F9A47BFC94A75B34419AD28733E03">
    <w:name w:val="2E9F9A47BFC94A75B34419AD28733E03"/>
    <w:rsid w:val="00AE2DB9"/>
  </w:style>
  <w:style w:type="paragraph" w:customStyle="1" w:styleId="DC90DF1053434AD1B6E2D16795511668">
    <w:name w:val="DC90DF1053434AD1B6E2D16795511668"/>
    <w:rsid w:val="00AE2DB9"/>
  </w:style>
  <w:style w:type="paragraph" w:customStyle="1" w:styleId="C256F23A40834F92A72255C1602C05AF">
    <w:name w:val="C256F23A40834F92A72255C1602C05AF"/>
    <w:rsid w:val="00AE2DB9"/>
  </w:style>
  <w:style w:type="paragraph" w:customStyle="1" w:styleId="0CD13E7E9C264E718FFBD15FA94289F3">
    <w:name w:val="0CD13E7E9C264E718FFBD15FA94289F3"/>
    <w:rsid w:val="00AE2DB9"/>
  </w:style>
  <w:style w:type="paragraph" w:customStyle="1" w:styleId="46F1B0E91A6E4F0AA02A0C74D8BA8B0F">
    <w:name w:val="46F1B0E91A6E4F0AA02A0C74D8BA8B0F"/>
    <w:rsid w:val="00AE2DB9"/>
  </w:style>
  <w:style w:type="paragraph" w:customStyle="1" w:styleId="1734C0B0E50C4165979C1D1CD6EF5118">
    <w:name w:val="1734C0B0E50C4165979C1D1CD6EF5118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">
    <w:name w:val="F4D6CB2241074A76A75ACE4A72F3BACA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">
    <w:name w:val="5C6BE9DD57B042A78E73AE6C65AB81E9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">
    <w:name w:val="B94FF17A7DD844238942618D220CAEE0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AE718F29D543A9A17E24959BBA00FE1">
    <w:name w:val="C2AE718F29D543A9A17E24959BBA00F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">
    <w:name w:val="767E5F504CE04A3283DBB5C362BF53DD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55F48608D144A48EEAD6924FFD0D7E1">
    <w:name w:val="F355F48608D144A48EEAD6924FFD0D7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">
    <w:name w:val="15FA136DFCC9400EA3643631FD9D49AC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9986A706C241EEB358AA78A64A02CB1">
    <w:name w:val="619986A706C241EEB358AA78A64A02CB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">
    <w:name w:val="758EF154077D4EC492E0AA02749775EE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">
    <w:name w:val="60444590C5F4414E83C6454885D5753D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">
    <w:name w:val="096DC268CB3744C7AF90E558EFABE7F6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">
    <w:name w:val="16EE3227410F4460A6706019F08584BA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">
    <w:name w:val="35C6ADD19D0A4F7F9AA8A8D4CCB1374F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">
    <w:name w:val="0AD4EFDEB46F4DD3B07D7D864B6EAE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">
    <w:name w:val="C969D259CE28476AA1EB44B74A93B0DE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">
    <w:name w:val="4163D3241B974CB9999FF0EC5B4E2B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">
    <w:name w:val="89495584885745569DDCF4FEC1482D05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">
    <w:name w:val="66C6F6902A3B4D4CA7D745FDDA70B68A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">
    <w:name w:val="4CD965A9EE694FECADF2476D720E7B6E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">
    <w:name w:val="09E232A6ADC042DB884957F020A929BA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">
    <w:name w:val="3DF7FD3C5E5C4C0992D419903A5ACDD9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">
    <w:name w:val="CADFFF9D18954E1993F5C0789B03E179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">
    <w:name w:val="657F90F891404138BEF4C8B0986FE706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">
    <w:name w:val="C9113B8A854441D682CE5AC80AFB0860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">
    <w:name w:val="A98CC7936C024C2988776FBA2CC670BD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">
    <w:name w:val="2E9B36F7201C45DF99CA9FA9C42900AE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">
    <w:name w:val="09814CF1CD7A47D3BB560F37A96F9D58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">
    <w:name w:val="7793DEAF92564508A217818A964BBBC0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">
    <w:name w:val="872FF4CA11794B8A841DB2220DF10EA6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">
    <w:name w:val="4E97BD512F134974B65EC5CE1A1FFA5C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">
    <w:name w:val="43C24FC1DD4E4C25906C3761C0E444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">
    <w:name w:val="6E5B51F8A20C49259CB13015EB121389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">
    <w:name w:val="ACA81B7FEB124004A04A95F11ADBD7A7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">
    <w:name w:val="E3F5175B57004446843F4F317C13BE7C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">
    <w:name w:val="6E2E25C8BD59485F83A4E1A3EB66C1CA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">
    <w:name w:val="74CADD3637F3476CAEF2795719E307AF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">
    <w:name w:val="AB27C8C8D90949D99B80C3BCC40C6DB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">
    <w:name w:val="BE6BAA36B4CE46CCBA1107A2CA86328D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">
    <w:name w:val="98F3A9EE91754E259AFD2F141BD88EC3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">
    <w:name w:val="A562792367E244C2B52C13434E400D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">
    <w:name w:val="7E217E49FF2B4BCCB4F3ACCCBA862056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">
    <w:name w:val="A6B6B6169038418C8F137F03A3BAC3E6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">
    <w:name w:val="BA84038C5BAB4BC98BCFD7720888F4EA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">
    <w:name w:val="2A85F1BB5E59479D91B2E845B74103B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">
    <w:name w:val="734A0FEE22AB4D08A85FAFBB84445CB9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">
    <w:name w:val="3AE69983638E496B87E186B118E83D05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">
    <w:name w:val="4E1B8BE8E635423EB269141E9E2912AC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">
    <w:name w:val="522C19E6AA2346A4966003129C441C2C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">
    <w:name w:val="DC6DBC8E8B3947CB8F9195F36B67D85A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">
    <w:name w:val="49487EF4E50B45EF8F8DF0A58099CB09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698321A51C4D75AD58054348C12C3A1">
    <w:name w:val="A2698321A51C4D75AD58054348C12C3A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7173E37A8CC42958F596D7E4F182CC01">
    <w:name w:val="D7173E37A8CC42958F596D7E4F182CC0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F53B8B7E0247EF97BF9EDCEFA860ED1">
    <w:name w:val="10F53B8B7E0247EF97BF9EDCEFA860E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D982DD81904E84AAE76F6DAFC7ADE01">
    <w:name w:val="CBD982DD81904E84AAE76F6DAFC7ADE0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0EE82AF8A648ADB30341964727E31F1">
    <w:name w:val="390EE82AF8A648ADB30341964727E31F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0A7918792F74AF7B0392C104CD435BB1">
    <w:name w:val="B0A7918792F74AF7B0392C104CD435BB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F55B9AB92A24257B48EAB5AEBE4FCAB1">
    <w:name w:val="5F55B9AB92A24257B48EAB5AEBE4FCAB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6AEF3528D414F839952F297F3855BB71">
    <w:name w:val="86AEF3528D414F839952F297F3855BB7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2301B0DFCC445C9DB687BAA6A998EF1">
    <w:name w:val="662301B0DFCC445C9DB687BAA6A998EF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91FE166A694A9AB66A9BF1863FF9191">
    <w:name w:val="7591FE166A694A9AB66A9BF1863FF91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43B5AD3CF3465B978C857418C016911">
    <w:name w:val="C143B5AD3CF3465B978C857418C01691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A9702833664964A0CC9821EEBA269A1">
    <w:name w:val="B3A9702833664964A0CC9821EEBA269A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5C93E7B8840B1AF96EE296C3462D71">
    <w:name w:val="2E95C93E7B8840B1AF96EE296C3462D7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B22DBA65F44FF8864558D11BE199D91">
    <w:name w:val="0BB22DBA65F44FF8864558D11BE199D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58DF7ED83A450D84FB7C6991FF8B6E1">
    <w:name w:val="CD58DF7ED83A450D84FB7C6991FF8B6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023A29D74B4AA6BA013164CF3D96531">
    <w:name w:val="10023A29D74B4AA6BA013164CF3D9653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624C9E7D6F4280AF94DC0390A817B01">
    <w:name w:val="E7624C9E7D6F4280AF94DC0390A817B0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DE9F96E6755417692BBC7FC6C0405071">
    <w:name w:val="FDE9F96E6755417692BBC7FC6C040507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299AA1EA1E548D99DC6057FC03BAB361">
    <w:name w:val="9299AA1EA1E548D99DC6057FC03BAB36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5D9289864C04A2027F7206115A591">
    <w:name w:val="52085D9289864C04A2027F7206115A5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1603E881EBC4825BB3ACB0E37AC40CB1">
    <w:name w:val="D1603E881EBC4825BB3ACB0E37AC40CB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7F4467103045A8A8ED1D95197E8A611">
    <w:name w:val="DB7F4467103045A8A8ED1D95197E8A61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F4A8E63CDF4A89ADF859DB3FD890141">
    <w:name w:val="21F4A8E63CDF4A89ADF859DB3FD89014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E1A41B0864477A88F09CED7928239C1">
    <w:name w:val="EAE1A41B0864477A88F09CED7928239C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B35B118A6C40A38A4890187954A6FF1">
    <w:name w:val="ABB35B118A6C40A38A4890187954A6FF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F357CE5A39445AABCC2993DA99FA9A1">
    <w:name w:val="C9F357CE5A39445AABCC2993DA99FA9A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62C11562FC4E5BA508CB01C9CA8EC91">
    <w:name w:val="7562C11562FC4E5BA508CB01C9CA8EC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53926DCBD04608848E5CD49F91381D1">
    <w:name w:val="4253926DCBD04608848E5CD49F91381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">
    <w:name w:val="C6C5AA04D5744E5397F5B4C02E599FEC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">
    <w:name w:val="657845195F10471BB191FDF6254F450F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">
    <w:name w:val="4261ABEBA6024587BD9BFFA89B86CBAD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">
    <w:name w:val="ECE4C47E07C843CCA2D7255597D07705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">
    <w:name w:val="9444CF760006459A89EF2B7CE3AFF2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">
    <w:name w:val="A451D5A1F2414B9AB219F05CFB3EC45E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">
    <w:name w:val="E58E1C4CC73644419B96786849CD0414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">
    <w:name w:val="982533AA1A67444FAB6AD764FF1EF883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">
    <w:name w:val="A8251704D7154EB4AAFD40739CBF32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">
    <w:name w:val="092F71A98DCB432994A49CF6A2418B19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">
    <w:name w:val="FF714C39671F4059B6173089394CD3ED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">
    <w:name w:val="28589E92AA8443098EDE0E709D3F9809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">
    <w:name w:val="7B8873B5DDFA49E29AD3D86C96355BEA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">
    <w:name w:val="7D53A91E55554B1E87906AAB7E66728B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2B2B88AB08438DA817370CB31CEF121">
    <w:name w:val="D52B2B88AB08438DA817370CB31CEF1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1D06BF7884102A199EBF5DEEE9CA91">
    <w:name w:val="5C61D06BF7884102A199EBF5DEEE9CA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FC5EC80FDF403EBF0FAB4C71EF3BC41">
    <w:name w:val="85FC5EC80FDF403EBF0FAB4C71EF3BC4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17080EF5BC4CE890C82F543C62E78B1">
    <w:name w:val="ED17080EF5BC4CE890C82F543C62E78B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7371C9749654B99B4D602E5A299EF7B1">
    <w:name w:val="A7371C9749654B99B4D602E5A299EF7B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B63D1F50484585A6AB3692A5DC55C21">
    <w:name w:val="33B63D1F50484585A6AB3692A5DC55C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272ACB934C46939416A934EC1FF53A1">
    <w:name w:val="4D272ACB934C46939416A934EC1FF53A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8235CE12E244709EA784C996A070931">
    <w:name w:val="738235CE12E244709EA784C996A07093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6DCBD69E849549CE46A3AF209DD271">
    <w:name w:val="7B86DCBD69E849549CE46A3AF209DD27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A371DB9C7A4B9D92A9C70D3AEDDFC81">
    <w:name w:val="E3A371DB9C7A4B9D92A9C70D3AEDDFC8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009B2FA8E044C8A7FC2D1BE80A1F371">
    <w:name w:val="D2009B2FA8E044C8A7FC2D1BE80A1F37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442E971FB947CD9F729CE87C634A7E1">
    <w:name w:val="28442E971FB947CD9F729CE87C634A7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76472EA92AC4ED0858A934B2924A7BD1">
    <w:name w:val="D76472EA92AC4ED0858A934B2924A7B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AA2F104C18744BAB0FD3AEDCECFCEAE1">
    <w:name w:val="6AA2F104C18744BAB0FD3AEDCECFCEA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8C15C5743A4A19A1292B63727AFDFE1">
    <w:name w:val="4A8C15C5743A4A19A1292B63727AFDF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38482CD5A9414B996E90731F75DED21">
    <w:name w:val="4F38482CD5A9414B996E90731F75DED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46EFFADF374928BF6579BE00EEE5BE1">
    <w:name w:val="6246EFFADF374928BF6579BE00EEE5B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2FA868D2FE478F9D630C53CCCFAB801">
    <w:name w:val="612FA868D2FE478F9D630C53CCCFAB80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22648FB8DA43D28D2648E54ECED3661">
    <w:name w:val="5622648FB8DA43D28D2648E54ECED366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D2776494554177B7AFBC5C6AF58E3D1">
    <w:name w:val="2CD2776494554177B7AFBC5C6AF58E3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CCAEB083088458EA2656F911A03EABD1">
    <w:name w:val="8CCAEB083088458EA2656F911A03EAB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">
    <w:name w:val="CA4E4ABAE5DA465E97A6237A7809538C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">
    <w:name w:val="156AE4FD73954CA688AAE317B321396B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">
    <w:name w:val="6D5A277E4DAE4119840AF2E2D970FC5F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">
    <w:name w:val="586FFECF142C4598987272C037E4807A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">
    <w:name w:val="0FB6E5FECABF45829BB384A56029A28D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">
    <w:name w:val="26164AFE8C004731B39F8D42AA79484B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">
    <w:name w:val="143E6DFAA3A744858DA27EA69CF186A8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">
    <w:name w:val="FB7E9068020A4D09974EA1EB0D07EBE0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">
    <w:name w:val="B9DD229517514DD3BA30880642405144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">
    <w:name w:val="4B4DB9EE858049CCB9AFBB15E50951BB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92E21455F04D088E08A3B3329A966C1">
    <w:name w:val="9092E21455F04D088E08A3B3329A966C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AE38B133153430C97C5D902CB8CC0D71">
    <w:name w:val="FAE38B133153430C97C5D902CB8CC0D7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A1663A02624CA69D0A59601A5947351">
    <w:name w:val="96A1663A02624CA69D0A59601A594735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42007450924436B8759D1E760DA3A41">
    <w:name w:val="F442007450924436B8759D1E760DA3A4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D99C5F1B3349CC815CCDBA7B5FFAE91">
    <w:name w:val="10D99C5F1B3349CC815CCDBA7B5FFAE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2FF6DAB51343DBAA5BD45A58961EFA1">
    <w:name w:val="012FF6DAB51343DBAA5BD45A58961EFA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0D728F8F3C64C1A9A0B9CE4B3693D671">
    <w:name w:val="80D728F8F3C64C1A9A0B9CE4B3693D67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5E3C9EBA1940C58DFDEB04568B0CE81">
    <w:name w:val="4B5E3C9EBA1940C58DFDEB04568B0CE8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485E4E56184BF8BE0A5309142915851">
    <w:name w:val="B3485E4E56184BF8BE0A530914291585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7ED03E6AB845F0AB1D29F4BB7E35B51">
    <w:name w:val="257ED03E6AB845F0AB1D29F4BB7E35B5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9901C821E824D33BED031547FADA3961">
    <w:name w:val="79901C821E824D33BED031547FADA396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E2163B935F4BD6AD81C8F0D2DBDAC21">
    <w:name w:val="D5E2163B935F4BD6AD81C8F0D2DBDAC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22C0C83F09D403087780EC5752D2C931">
    <w:name w:val="F22C0C83F09D403087780EC5752D2C93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E09F653F0A4495B2AFCAA6DFFA6CF71">
    <w:name w:val="59E09F653F0A4495B2AFCAA6DFFA6CF7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CACCF274CE437E9824772C526D59861">
    <w:name w:val="B2CACCF274CE437E9824772C526D5986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">
    <w:name w:val="7041F98D97294F33B27DB409BE8E34F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">
    <w:name w:val="73AB6D1D873F4738BF61AE697637871D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">
    <w:name w:val="520891A0A4C04E9D9F8A8F3644975CB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">
    <w:name w:val="C582574595EA444189787F4DFB8EE37F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">
    <w:name w:val="55670920D67C4481B676B57D42BEF39B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689B1D169C4BF78CE45050CCD921691">
    <w:name w:val="57689B1D169C4BF78CE45050CCD9216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C08EB6C73A43A7973935F67C247C4E1">
    <w:name w:val="41C08EB6C73A43A7973935F67C247C4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1C950F7BE246FEA7F0367998080CAB1">
    <w:name w:val="EE1C950F7BE246FEA7F0367998080CAB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330C66E3B1482398676EEF445EAEA21">
    <w:name w:val="75330C66E3B1482398676EEF445EAEA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D5E0E756694791924CB45CABC706251">
    <w:name w:val="58D5E0E756694791924CB45CABC70625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0383430824744689FEB33AF90706F031">
    <w:name w:val="80383430824744689FEB33AF90706F03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86681D5D842E9B25EAA51765D6C461">
    <w:name w:val="77986681D5D842E9B25EAA51765D6C46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ED932C8D1B3410EA11F25B4D9E3BF211">
    <w:name w:val="AED932C8D1B3410EA11F25B4D9E3BF21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1CF3395C1C243EF97CFD103657C72F41">
    <w:name w:val="E1CF3395C1C243EF97CFD103657C72F4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544231B7FEB4C85AE0A7DE62ECA27461">
    <w:name w:val="0544231B7FEB4C85AE0A7DE62ECA2746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8B5E23B62041049C38685D912449391">
    <w:name w:val="028B5E23B62041049C38685D9124493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7C35EBD024E56976E24DFA4E9BD891">
    <w:name w:val="7B87C35EBD024E56976E24DFA4E9BD8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5AD5F7576F4C8381F61EAD48E541B81">
    <w:name w:val="7E5AD5F7576F4C8381F61EAD48E541B8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F9A47BFC94A75B34419AD28733E031">
    <w:name w:val="2E9F9A47BFC94A75B34419AD28733E03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56F23A40834F92A72255C1602C05AF1">
    <w:name w:val="C256F23A40834F92A72255C1602C05AF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CD13E7E9C264E718FFBD15FA94289F31">
    <w:name w:val="0CD13E7E9C264E718FFBD15FA94289F3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6F1B0E91A6E4F0AA02A0C74D8BA8B0F1">
    <w:name w:val="46F1B0E91A6E4F0AA02A0C74D8BA8B0F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9FA758242A04E0BAFB2B34ABF3425371">
    <w:name w:val="79FA758242A04E0BAFB2B34ABF342537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28A8BFCD140BC8EBF2B7C3821D6D31">
    <w:name w:val="DC628A8BFCD140BC8EBF2B7C3821D6D3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99CE006F5B4E00BCF20FCDBEF9EB1C1">
    <w:name w:val="5899CE006F5B4E00BCF20FCDBEF9EB1C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FD5F509A5C4039A8A0BFF6ED88D7231">
    <w:name w:val="7EFD5F509A5C4039A8A0BFF6ED88D723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D7F5CACB0C748CDB741774354A1D9C51">
    <w:name w:val="1D7F5CACB0C748CDB741774354A1D9C5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9C92847C694A8B88161D76EA6D59821">
    <w:name w:val="E79C92847C694A8B88161D76EA6D598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7C0A0C2DFA47E18581FBE4F368B4F11">
    <w:name w:val="737C0A0C2DFA47E18581FBE4F368B4F1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19F548239F42AE8CC6C7A9DBD7DC811">
    <w:name w:val="0219F548239F42AE8CC6C7A9DBD7DC81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33BF47FF1A742A9BEA24DBA9E950A8C1">
    <w:name w:val="033BF47FF1A742A9BEA24DBA9E950A8C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BEC8B558C4C3D973644DE939831E31">
    <w:name w:val="3DFBEC8B558C4C3D973644DE939831E3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6A8DBABB5141C2B8296EF8664E106E">
    <w:name w:val="256A8DBABB5141C2B8296EF8664E106E"/>
    <w:rsid w:val="00AE2DB9"/>
  </w:style>
  <w:style w:type="paragraph" w:customStyle="1" w:styleId="918844F535144BEB96A9378442666684">
    <w:name w:val="918844F535144BEB96A9378442666684"/>
    <w:rsid w:val="00AE2DB9"/>
  </w:style>
  <w:style w:type="paragraph" w:customStyle="1" w:styleId="66B713BF2D4241D6A8E1392B3D5FA601">
    <w:name w:val="66B713BF2D4241D6A8E1392B3D5FA601"/>
    <w:rsid w:val="00AE2DB9"/>
  </w:style>
  <w:style w:type="paragraph" w:customStyle="1" w:styleId="AF87A4EF38A34B518D3CAE060BC7E962">
    <w:name w:val="AF87A4EF38A34B518D3CAE060BC7E962"/>
    <w:rsid w:val="00AE2DB9"/>
  </w:style>
  <w:style w:type="paragraph" w:customStyle="1" w:styleId="930603E0EBEE402AADE56FD3C1DE3837">
    <w:name w:val="930603E0EBEE402AADE56FD3C1DE3837"/>
    <w:rsid w:val="00AE2DB9"/>
  </w:style>
  <w:style w:type="paragraph" w:customStyle="1" w:styleId="260891B7B85B47668EC3E523421546EE">
    <w:name w:val="260891B7B85B47668EC3E523421546EE"/>
    <w:rsid w:val="00AE2DB9"/>
  </w:style>
  <w:style w:type="paragraph" w:customStyle="1" w:styleId="286C3C8A556941EC823B19ED709E5970">
    <w:name w:val="286C3C8A556941EC823B19ED709E5970"/>
    <w:rsid w:val="00AE2DB9"/>
  </w:style>
  <w:style w:type="paragraph" w:customStyle="1" w:styleId="3886F8575A6C48A285F46447290FA9AD">
    <w:name w:val="3886F8575A6C48A285F46447290FA9AD"/>
    <w:rsid w:val="00AE2DB9"/>
  </w:style>
  <w:style w:type="paragraph" w:customStyle="1" w:styleId="6FB2D3BEF8A74739BAB2A91EC26DEF4C">
    <w:name w:val="6FB2D3BEF8A74739BAB2A91EC26DEF4C"/>
    <w:rsid w:val="00AE2DB9"/>
  </w:style>
  <w:style w:type="paragraph" w:customStyle="1" w:styleId="3906871343D94DE0991C085B4491B0DB">
    <w:name w:val="3906871343D94DE0991C085B4491B0DB"/>
    <w:rsid w:val="00AE2DB9"/>
  </w:style>
  <w:style w:type="paragraph" w:customStyle="1" w:styleId="401DE69719874E7F956BD3811CAF21E9">
    <w:name w:val="401DE69719874E7F956BD3811CAF21E9"/>
    <w:rsid w:val="00AE2DB9"/>
  </w:style>
  <w:style w:type="paragraph" w:customStyle="1" w:styleId="1E9F9A794F784A698B987B56D75BA502">
    <w:name w:val="1E9F9A794F784A698B987B56D75BA502"/>
    <w:rsid w:val="00AE2DB9"/>
  </w:style>
  <w:style w:type="paragraph" w:customStyle="1" w:styleId="EED158A1A0B745BD99A6138D27C9FD1A">
    <w:name w:val="EED158A1A0B745BD99A6138D27C9FD1A"/>
    <w:rsid w:val="00AE2DB9"/>
  </w:style>
  <w:style w:type="paragraph" w:customStyle="1" w:styleId="071AED5CDFE84236A17D54CF145F4252">
    <w:name w:val="071AED5CDFE84236A17D54CF145F4252"/>
    <w:rsid w:val="00AE2DB9"/>
  </w:style>
  <w:style w:type="paragraph" w:customStyle="1" w:styleId="8715B561A15D48B5B28F53530AFF58FD">
    <w:name w:val="8715B561A15D48B5B28F53530AFF58FD"/>
    <w:rsid w:val="00AE2DB9"/>
  </w:style>
  <w:style w:type="paragraph" w:customStyle="1" w:styleId="1734C0B0E50C4165979C1D1CD6EF51182">
    <w:name w:val="1734C0B0E50C4165979C1D1CD6EF5118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2">
    <w:name w:val="F4D6CB2241074A76A75ACE4A72F3BAC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2">
    <w:name w:val="5C6BE9DD57B042A78E73AE6C65AB81E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2">
    <w:name w:val="B94FF17A7DD844238942618D220CAEE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AE718F29D543A9A17E24959BBA00FE2">
    <w:name w:val="C2AE718F29D543A9A17E24959BBA00F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2">
    <w:name w:val="767E5F504CE04A3283DBB5C362BF53D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55F48608D144A48EEAD6924FFD0D7E2">
    <w:name w:val="F355F48608D144A48EEAD6924FFD0D7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2">
    <w:name w:val="15FA136DFCC9400EA3643631FD9D49A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9986A706C241EEB358AA78A64A02CB2">
    <w:name w:val="619986A706C241EEB358AA78A64A02C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2">
    <w:name w:val="758EF154077D4EC492E0AA02749775E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2">
    <w:name w:val="60444590C5F4414E83C6454885D5753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2">
    <w:name w:val="096DC268CB3744C7AF90E558EFABE7F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2">
    <w:name w:val="16EE3227410F4460A6706019F08584B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2">
    <w:name w:val="35C6ADD19D0A4F7F9AA8A8D4CCB1374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2">
    <w:name w:val="0AD4EFDEB46F4DD3B07D7D864B6EAEB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2">
    <w:name w:val="C969D259CE28476AA1EB44B74A93B0D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2">
    <w:name w:val="4163D3241B974CB9999FF0EC5B4E2B2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2">
    <w:name w:val="89495584885745569DDCF4FEC1482D0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2">
    <w:name w:val="66C6F6902A3B4D4CA7D745FDDA70B68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2">
    <w:name w:val="4CD965A9EE694FECADF2476D720E7B6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2">
    <w:name w:val="09E232A6ADC042DB884957F020A929B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2">
    <w:name w:val="3DF7FD3C5E5C4C0992D419903A5ACDD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2">
    <w:name w:val="CADFFF9D18954E1993F5C0789B03E17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2">
    <w:name w:val="657F90F891404138BEF4C8B0986FE70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2">
    <w:name w:val="C9113B8A854441D682CE5AC80AFB086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2">
    <w:name w:val="A98CC7936C024C2988776FBA2CC670B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2">
    <w:name w:val="2E9B36F7201C45DF99CA9FA9C42900A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2">
    <w:name w:val="09814CF1CD7A47D3BB560F37A96F9D58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2">
    <w:name w:val="7793DEAF92564508A217818A964BBBC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2">
    <w:name w:val="872FF4CA11794B8A841DB2220DF10EA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2">
    <w:name w:val="4E97BD512F134974B65EC5CE1A1FFA5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2">
    <w:name w:val="43C24FC1DD4E4C25906C3761C0E444F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2">
    <w:name w:val="6E5B51F8A20C49259CB13015EB12138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2">
    <w:name w:val="ACA81B7FEB124004A04A95F11ADBD7A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2">
    <w:name w:val="E3F5175B57004446843F4F317C13BE7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2">
    <w:name w:val="6E2E25C8BD59485F83A4E1A3EB66C1C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2">
    <w:name w:val="74CADD3637F3476CAEF2795719E307A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2">
    <w:name w:val="AB27C8C8D90949D99B80C3BCC40C6DB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2">
    <w:name w:val="BE6BAA36B4CE46CCBA1107A2CA86328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2">
    <w:name w:val="98F3A9EE91754E259AFD2F141BD88EC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2">
    <w:name w:val="A562792367E244C2B52C13434E400DB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2">
    <w:name w:val="7E217E49FF2B4BCCB4F3ACCCBA86205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2">
    <w:name w:val="A6B6B6169038418C8F137F03A3BAC3E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2">
    <w:name w:val="BA84038C5BAB4BC98BCFD7720888F4E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2">
    <w:name w:val="2A85F1BB5E59479D91B2E845B74103B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2">
    <w:name w:val="734A0FEE22AB4D08A85FAFBB84445CB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2">
    <w:name w:val="3AE69983638E496B87E186B118E83D0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2">
    <w:name w:val="4E1B8BE8E635423EB269141E9E2912A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2">
    <w:name w:val="522C19E6AA2346A4966003129C441C2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2">
    <w:name w:val="DC6DBC8E8B3947CB8F9195F36B67D85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2">
    <w:name w:val="49487EF4E50B45EF8F8DF0A58099CB0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698321A51C4D75AD58054348C12C3A2">
    <w:name w:val="A2698321A51C4D75AD58054348C12C3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7173E37A8CC42958F596D7E4F182CC02">
    <w:name w:val="D7173E37A8CC42958F596D7E4F182CC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F53B8B7E0247EF97BF9EDCEFA860ED2">
    <w:name w:val="10F53B8B7E0247EF97BF9EDCEFA860E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D982DD81904E84AAE76F6DAFC7ADE02">
    <w:name w:val="CBD982DD81904E84AAE76F6DAFC7ADE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0EE82AF8A648ADB30341964727E31F2">
    <w:name w:val="390EE82AF8A648ADB30341964727E31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0A7918792F74AF7B0392C104CD435BB2">
    <w:name w:val="B0A7918792F74AF7B0392C104CD435B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F55B9AB92A24257B48EAB5AEBE4FCAB2">
    <w:name w:val="5F55B9AB92A24257B48EAB5AEBE4FCA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6AEF3528D414F839952F297F3855BB72">
    <w:name w:val="86AEF3528D414F839952F297F3855BB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2301B0DFCC445C9DB687BAA6A998EF2">
    <w:name w:val="662301B0DFCC445C9DB687BAA6A998E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91FE166A694A9AB66A9BF1863FF9192">
    <w:name w:val="7591FE166A694A9AB66A9BF1863FF91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43B5AD3CF3465B978C857418C016912">
    <w:name w:val="C143B5AD3CF3465B978C857418C0169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A9702833664964A0CC9821EEBA269A2">
    <w:name w:val="B3A9702833664964A0CC9821EEBA269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5C93E7B8840B1AF96EE296C3462D72">
    <w:name w:val="2E95C93E7B8840B1AF96EE296C3462D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B22DBA65F44FF8864558D11BE199D92">
    <w:name w:val="0BB22DBA65F44FF8864558D11BE199D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58DF7ED83A450D84FB7C6991FF8B6E2">
    <w:name w:val="CD58DF7ED83A450D84FB7C6991FF8B6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023A29D74B4AA6BA013164CF3D96532">
    <w:name w:val="10023A29D74B4AA6BA013164CF3D965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624C9E7D6F4280AF94DC0390A817B02">
    <w:name w:val="E7624C9E7D6F4280AF94DC0390A817B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DE9F96E6755417692BBC7FC6C0405072">
    <w:name w:val="FDE9F96E6755417692BBC7FC6C04050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299AA1EA1E548D99DC6057FC03BAB362">
    <w:name w:val="9299AA1EA1E548D99DC6057FC03BAB3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5D9289864C04A2027F7206115A592">
    <w:name w:val="52085D9289864C04A2027F7206115A5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1603E881EBC4825BB3ACB0E37AC40CB2">
    <w:name w:val="D1603E881EBC4825BB3ACB0E37AC40C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7F4467103045A8A8ED1D95197E8A612">
    <w:name w:val="DB7F4467103045A8A8ED1D95197E8A6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F4A8E63CDF4A89ADF859DB3FD890142">
    <w:name w:val="21F4A8E63CDF4A89ADF859DB3FD89014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E1A41B0864477A88F09CED7928239C2">
    <w:name w:val="EAE1A41B0864477A88F09CED7928239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B35B118A6C40A38A4890187954A6FF2">
    <w:name w:val="ABB35B118A6C40A38A4890187954A6F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F357CE5A39445AABCC2993DA99FA9A2">
    <w:name w:val="C9F357CE5A39445AABCC2993DA99FA9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62C11562FC4E5BA508CB01C9CA8EC92">
    <w:name w:val="7562C11562FC4E5BA508CB01C9CA8EC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53926DCBD04608848E5CD49F91381D2">
    <w:name w:val="4253926DCBD04608848E5CD49F91381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2">
    <w:name w:val="C6C5AA04D5744E5397F5B4C02E599FE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2">
    <w:name w:val="657845195F10471BB191FDF6254F450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2">
    <w:name w:val="4261ABEBA6024587BD9BFFA89B86CBA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2">
    <w:name w:val="ECE4C47E07C843CCA2D7255597D0770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2">
    <w:name w:val="9444CF760006459A89EF2B7CE3AFF2D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2">
    <w:name w:val="A451D5A1F2414B9AB219F05CFB3EC45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2">
    <w:name w:val="E58E1C4CC73644419B96786849CD0414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2">
    <w:name w:val="982533AA1A67444FAB6AD764FF1EF88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2">
    <w:name w:val="A8251704D7154EB4AAFD40739CBF323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2">
    <w:name w:val="092F71A98DCB432994A49CF6A2418B1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2">
    <w:name w:val="FF714C39671F4059B6173089394CD3E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2">
    <w:name w:val="28589E92AA8443098EDE0E709D3F980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2">
    <w:name w:val="7B8873B5DDFA49E29AD3D86C96355BE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2">
    <w:name w:val="7D53A91E55554B1E87906AAB7E66728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2B2B88AB08438DA817370CB31CEF122">
    <w:name w:val="D52B2B88AB08438DA817370CB31CEF1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1D06BF7884102A199EBF5DEEE9CA92">
    <w:name w:val="5C61D06BF7884102A199EBF5DEEE9CA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FC5EC80FDF403EBF0FAB4C71EF3BC42">
    <w:name w:val="85FC5EC80FDF403EBF0FAB4C71EF3BC4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17080EF5BC4CE890C82F543C62E78B2">
    <w:name w:val="ED17080EF5BC4CE890C82F543C62E78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7371C9749654B99B4D602E5A299EF7B2">
    <w:name w:val="A7371C9749654B99B4D602E5A299EF7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B63D1F50484585A6AB3692A5DC55C22">
    <w:name w:val="33B63D1F50484585A6AB3692A5DC55C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272ACB934C46939416A934EC1FF53A2">
    <w:name w:val="4D272ACB934C46939416A934EC1FF53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8235CE12E244709EA784C996A070932">
    <w:name w:val="738235CE12E244709EA784C996A0709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6DCBD69E849549CE46A3AF209DD272">
    <w:name w:val="7B86DCBD69E849549CE46A3AF209DD2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A371DB9C7A4B9D92A9C70D3AEDDFC82">
    <w:name w:val="E3A371DB9C7A4B9D92A9C70D3AEDDFC8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009B2FA8E044C8A7FC2D1BE80A1F372">
    <w:name w:val="D2009B2FA8E044C8A7FC2D1BE80A1F3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442E971FB947CD9F729CE87C634A7E2">
    <w:name w:val="28442E971FB947CD9F729CE87C634A7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76472EA92AC4ED0858A934B2924A7BD2">
    <w:name w:val="D76472EA92AC4ED0858A934B2924A7B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AA2F104C18744BAB0FD3AEDCECFCEAE2">
    <w:name w:val="6AA2F104C18744BAB0FD3AEDCECFCEA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8C15C5743A4A19A1292B63727AFDFE2">
    <w:name w:val="4A8C15C5743A4A19A1292B63727AFDF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38482CD5A9414B996E90731F75DED22">
    <w:name w:val="4F38482CD5A9414B996E90731F75DED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46EFFADF374928BF6579BE00EEE5BE2">
    <w:name w:val="6246EFFADF374928BF6579BE00EEE5B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2FA868D2FE478F9D630C53CCCFAB802">
    <w:name w:val="612FA868D2FE478F9D630C53CCCFAB8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22648FB8DA43D28D2648E54ECED3662">
    <w:name w:val="5622648FB8DA43D28D2648E54ECED36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D2776494554177B7AFBC5C6AF58E3D2">
    <w:name w:val="2CD2776494554177B7AFBC5C6AF58E3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CCAEB083088458EA2656F911A03EABD2">
    <w:name w:val="8CCAEB083088458EA2656F911A03EAB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2">
    <w:name w:val="CA4E4ABAE5DA465E97A6237A7809538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2">
    <w:name w:val="156AE4FD73954CA688AAE317B321396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2">
    <w:name w:val="6D5A277E4DAE4119840AF2E2D970FC5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2">
    <w:name w:val="586FFECF142C4598987272C037E4807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2">
    <w:name w:val="0FB6E5FECABF45829BB384A56029A28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2">
    <w:name w:val="26164AFE8C004731B39F8D42AA79484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2">
    <w:name w:val="143E6DFAA3A744858DA27EA69CF186A8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2">
    <w:name w:val="FB7E9068020A4D09974EA1EB0D07EBE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2">
    <w:name w:val="B9DD229517514DD3BA30880642405144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2">
    <w:name w:val="4B4DB9EE858049CCB9AFBB15E50951B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92E21455F04D088E08A3B3329A966C2">
    <w:name w:val="9092E21455F04D088E08A3B3329A966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AE38B133153430C97C5D902CB8CC0D72">
    <w:name w:val="FAE38B133153430C97C5D902CB8CC0D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A1663A02624CA69D0A59601A5947352">
    <w:name w:val="96A1663A02624CA69D0A59601A59473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42007450924436B8759D1E760DA3A42">
    <w:name w:val="F442007450924436B8759D1E760DA3A4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D99C5F1B3349CC815CCDBA7B5FFAE92">
    <w:name w:val="10D99C5F1B3349CC815CCDBA7B5FFAE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2FF6DAB51343DBAA5BD45A58961EFA2">
    <w:name w:val="012FF6DAB51343DBAA5BD45A58961EF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0D728F8F3C64C1A9A0B9CE4B3693D672">
    <w:name w:val="80D728F8F3C64C1A9A0B9CE4B3693D6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5E3C9EBA1940C58DFDEB04568B0CE82">
    <w:name w:val="4B5E3C9EBA1940C58DFDEB04568B0CE8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485E4E56184BF8BE0A5309142915852">
    <w:name w:val="B3485E4E56184BF8BE0A53091429158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7ED03E6AB845F0AB1D29F4BB7E35B52">
    <w:name w:val="257ED03E6AB845F0AB1D29F4BB7E35B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9901C821E824D33BED031547FADA3962">
    <w:name w:val="79901C821E824D33BED031547FADA39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E2163B935F4BD6AD81C8F0D2DBDAC22">
    <w:name w:val="D5E2163B935F4BD6AD81C8F0D2DBDAC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22C0C83F09D403087780EC5752D2C932">
    <w:name w:val="F22C0C83F09D403087780EC5752D2C9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E09F653F0A4495B2AFCAA6DFFA6CF72">
    <w:name w:val="59E09F653F0A4495B2AFCAA6DFFA6CF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CACCF274CE437E9824772C526D59862">
    <w:name w:val="B2CACCF274CE437E9824772C526D598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2">
    <w:name w:val="7041F98D97294F33B27DB409BE8E34F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2">
    <w:name w:val="73AB6D1D873F4738BF61AE697637871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2">
    <w:name w:val="520891A0A4C04E9D9F8A8F3644975CB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2">
    <w:name w:val="C582574595EA444189787F4DFB8EE37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2">
    <w:name w:val="55670920D67C4481B676B57D42BEF39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689B1D169C4BF78CE45050CCD921692">
    <w:name w:val="57689B1D169C4BF78CE45050CCD9216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C08EB6C73A43A7973935F67C247C4E2">
    <w:name w:val="41C08EB6C73A43A7973935F67C247C4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1C950F7BE246FEA7F0367998080CAB2">
    <w:name w:val="EE1C950F7BE246FEA7F0367998080CA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330C66E3B1482398676EEF445EAEA22">
    <w:name w:val="75330C66E3B1482398676EEF445EAEA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D5E0E756694791924CB45CABC706252">
    <w:name w:val="58D5E0E756694791924CB45CABC7062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6A8DBABB5141C2B8296EF8664E106E1">
    <w:name w:val="256A8DBABB5141C2B8296EF8664E106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8844F535144BEB96A93784426666841">
    <w:name w:val="918844F535144BEB96A9378442666684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B713BF2D4241D6A8E1392B3D5FA6011">
    <w:name w:val="66B713BF2D4241D6A8E1392B3D5FA601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F87A4EF38A34B518D3CAE060BC7E9621">
    <w:name w:val="AF87A4EF38A34B518D3CAE060BC7E96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0603E0EBEE402AADE56FD3C1DE38371">
    <w:name w:val="930603E0EBEE402AADE56FD3C1DE3837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0891B7B85B47668EC3E523421546EE1">
    <w:name w:val="260891B7B85B47668EC3E523421546E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6C3C8A556941EC823B19ED709E59701">
    <w:name w:val="286C3C8A556941EC823B19ED709E5970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86F8575A6C48A285F46447290FA9AD1">
    <w:name w:val="3886F8575A6C48A285F46447290FA9A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FB2D3BEF8A74739BAB2A91EC26DEF4C1">
    <w:name w:val="6FB2D3BEF8A74739BAB2A91EC26DEF4C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06871343D94DE0991C085B4491B0DB1">
    <w:name w:val="3906871343D94DE0991C085B4491B0DB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1DE69719874E7F956BD3811CAF21E91">
    <w:name w:val="401DE69719874E7F956BD3811CAF21E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9F9A794F784A698B987B56D75BA5021">
    <w:name w:val="1E9F9A794F784A698B987B56D75BA50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D158A1A0B745BD99A6138D27C9FD1A1">
    <w:name w:val="EED158A1A0B745BD99A6138D27C9FD1A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1AED5CDFE84236A17D54CF145F42521">
    <w:name w:val="071AED5CDFE84236A17D54CF145F425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15B561A15D48B5B28F53530AFF58FD1">
    <w:name w:val="8715B561A15D48B5B28F53530AFF58F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9FA758242A04E0BAFB2B34ABF3425372">
    <w:name w:val="79FA758242A04E0BAFB2B34ABF34253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28A8BFCD140BC8EBF2B7C3821D6D32">
    <w:name w:val="DC628A8BFCD140BC8EBF2B7C3821D6D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99CE006F5B4E00BCF20FCDBEF9EB1C2">
    <w:name w:val="5899CE006F5B4E00BCF20FCDBEF9EB1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FD5F509A5C4039A8A0BFF6ED88D7232">
    <w:name w:val="7EFD5F509A5C4039A8A0BFF6ED88D72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D7F5CACB0C748CDB741774354A1D9C52">
    <w:name w:val="1D7F5CACB0C748CDB741774354A1D9C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9C92847C694A8B88161D76EA6D59822">
    <w:name w:val="E79C92847C694A8B88161D76EA6D598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7C0A0C2DFA47E18581FBE4F368B4F12">
    <w:name w:val="737C0A0C2DFA47E18581FBE4F368B4F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219F548239F42AE8CC6C7A9DBD7DC812">
    <w:name w:val="0219F548239F42AE8CC6C7A9DBD7DC8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33BF47FF1A742A9BEA24DBA9E950A8C2">
    <w:name w:val="033BF47FF1A742A9BEA24DBA9E950A8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BEC8B558C4C3D973644DE939831E32">
    <w:name w:val="3DFBEC8B558C4C3D973644DE939831E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7C25D4-F983-4D58-A4CA-FC10967115D1}"/>
</file>

<file path=customXml/itemProps4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1880</Words>
  <Characters>10722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6</cp:revision>
  <dcterms:created xsi:type="dcterms:W3CDTF">2026-08-25T10:54:00Z</dcterms:created>
  <dcterms:modified xsi:type="dcterms:W3CDTF">2026-09-10T10:53:00Z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