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C2F9DD2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7C0991" w:rsidRPr="00597958">
        <w:rPr>
          <w:b/>
          <w:bCs/>
          <w:sz w:val="40"/>
          <w:szCs w:val="40"/>
        </w:rPr>
        <w:t>Clinical Genetics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387DC877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Most Recent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7F95671">
                <wp:simplePos x="0" y="0"/>
                <wp:positionH relativeFrom="margin">
                  <wp:align>right</wp:align>
                </wp:positionH>
                <wp:positionV relativeFrom="paragraph">
                  <wp:posOffset>1348325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63C345F1" w:rsidR="002931FF" w:rsidRPr="004B1758" w:rsidRDefault="004B1758" w:rsidP="004B175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>Please adhere to the word limit guidelines where provided. Any word count exceeding the limit will be disregarded.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06.1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Dok/Co&#10;3QAAAAgBAAAPAAAAAAAAAAAAAAAAAGgEAABkcnMvZG93bnJldi54bWxQSwUGAAAAAAQABADzAAAA&#10;cgUAAAAA&#10;">
                <v:textbox style="mso-fit-shape-to-text:t">
                  <w:txbxContent>
                    <w:p w14:paraId="0B7A552B" w14:textId="63C345F1" w:rsidR="002931FF" w:rsidRPr="004B1758" w:rsidRDefault="004B1758" w:rsidP="004B1758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>Please adhere to the word limit guidelines where provided. Any word count exceeding the limit will be disregarded.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73ED809F" w14:textId="17F22D25" w:rsidR="00214ECC" w:rsidRDefault="003729FB" w:rsidP="001C17E4">
      <w:pPr>
        <w:pStyle w:val="Heading1"/>
      </w:pPr>
      <w:r>
        <w:lastRenderedPageBreak/>
        <w:t>Commitment to Specialty &amp; Career Motivation</w:t>
      </w:r>
    </w:p>
    <w:p w14:paraId="77B0044A" w14:textId="5E5A1EAB" w:rsidR="3FE541D5" w:rsidRDefault="3FE541D5" w:rsidP="3FE541D5"/>
    <w:p w14:paraId="32E9B5E9" w14:textId="2DE56C47" w:rsidR="00597958" w:rsidRPr="00597958" w:rsidRDefault="34E9FE57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Brief Statement (250 words)</w:t>
      </w:r>
      <w:r w:rsidR="14BE1E3E" w:rsidRPr="00597958">
        <w:rPr>
          <w:b/>
          <w:bCs/>
        </w:rPr>
        <w:t xml:space="preserve"> outlining</w:t>
      </w:r>
      <w:r w:rsidRPr="00597958">
        <w:rPr>
          <w:b/>
          <w:bCs/>
        </w:rPr>
        <w:t xml:space="preserve"> your relevant work experience, your career goals within </w:t>
      </w:r>
      <w:proofErr w:type="gramStart"/>
      <w:r w:rsidRPr="00597958">
        <w:rPr>
          <w:b/>
          <w:bCs/>
        </w:rPr>
        <w:t>the HSE</w:t>
      </w:r>
      <w:proofErr w:type="gramEnd"/>
      <w:r w:rsidRPr="00597958">
        <w:rPr>
          <w:b/>
          <w:bCs/>
        </w:rPr>
        <w:t xml:space="preserve">, and how this </w:t>
      </w:r>
      <w:r w:rsidR="013003D7" w:rsidRPr="00597958">
        <w:rPr>
          <w:b/>
          <w:bCs/>
        </w:rPr>
        <w:t xml:space="preserve">specific </w:t>
      </w:r>
      <w:proofErr w:type="spellStart"/>
      <w:r w:rsidRPr="00597958">
        <w:rPr>
          <w:b/>
          <w:bCs/>
        </w:rPr>
        <w:t>programme</w:t>
      </w:r>
      <w:proofErr w:type="spellEnd"/>
      <w:r w:rsidRPr="00597958">
        <w:rPr>
          <w:b/>
          <w:bCs/>
        </w:rPr>
        <w:t xml:space="preserve"> will support your career development.</w:t>
      </w:r>
    </w:p>
    <w:sdt>
      <w:sdtPr>
        <w:id w:val="648252075"/>
        <w:placeholder>
          <w:docPart w:val="4DA6D54110794714A3947FB41053504C"/>
        </w:placeholder>
        <w:showingPlcHdr/>
      </w:sdtPr>
      <w:sdtContent>
        <w:p w14:paraId="7F628D15" w14:textId="10B8B4B3" w:rsidR="3FE541D5" w:rsidRDefault="007C3707" w:rsidP="00597958">
          <w:r w:rsidRPr="000E7C9F">
            <w:rPr>
              <w:rStyle w:val="PlaceholderText"/>
            </w:rPr>
            <w:t>Click or tap here to enter text.</w:t>
          </w:r>
        </w:p>
      </w:sdtContent>
    </w:sdt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51C12F35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77777777" w:rsidR="007C3707" w:rsidRDefault="007C3707" w:rsidP="00597958"/>
    <w:p w14:paraId="6F3B89CB" w14:textId="77777777" w:rsidR="004B1758" w:rsidRDefault="004B175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5375F4C2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6CA5AD0E" w14:textId="77777777" w:rsidR="004B1758" w:rsidRDefault="004B1758" w:rsidP="004B1758"/>
    <w:p w14:paraId="50E86D45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5B4FEB0" w14:textId="66471B1F" w:rsidR="3FE541D5" w:rsidRDefault="002D7D98" w:rsidP="004948C5">
      <w:pPr>
        <w:pStyle w:val="Heading1"/>
      </w:pPr>
      <w:r>
        <w:lastRenderedPageBreak/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7903B9AF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2292F4A0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628BCDC3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33F77171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1B512870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5518891F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2AEB171C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29062AAA" w:rsidR="00B16633" w:rsidRDefault="00207F84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17A2FBBD" w:rsidR="00B16633" w:rsidRDefault="00207F8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4323C442" w:rsidR="00B16633" w:rsidRDefault="00207F8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4B261D17" w:rsidR="00B16633" w:rsidRDefault="00207F8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44CE1DE0" w:rsidR="00B16633" w:rsidRDefault="00207F84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057C334E" w14:textId="21BF1E63" w:rsidR="004948C5" w:rsidRDefault="004948C5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</w:p>
    <w:p w14:paraId="57B523CD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4AD253B" w14:textId="7FB4D750" w:rsidR="00214ECC" w:rsidRPr="004B1758" w:rsidRDefault="003729FB" w:rsidP="004B1758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2D4038A1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422224D4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5F54B465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6D1525B6" w:rsidR="002E140B" w:rsidRDefault="002E140B" w:rsidP="002E140B"/>
        </w:tc>
      </w:tr>
      <w:tr w:rsidR="004B1758" w14:paraId="7DD0506C" w14:textId="77777777" w:rsidTr="00E70F08">
        <w:tc>
          <w:tcPr>
            <w:tcW w:w="9350" w:type="dxa"/>
            <w:gridSpan w:val="2"/>
          </w:tcPr>
          <w:p w14:paraId="3BD537F4" w14:textId="204CF263" w:rsidR="004B1758" w:rsidRDefault="004B175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942833793"/>
                <w:placeholder>
                  <w:docPart w:val="73F1AB267DE14D92961F721182BF197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642725E5" w14:textId="77777777" w:rsidTr="002E140B">
        <w:tc>
          <w:tcPr>
            <w:tcW w:w="2547" w:type="dxa"/>
          </w:tcPr>
          <w:p w14:paraId="3BAA35B2" w14:textId="77777777" w:rsidR="004B1758" w:rsidRDefault="004B175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925616384"/>
            <w:placeholder>
              <w:docPart w:val="A58EBA4212F647B49DC93435628CABA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BDACE40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7161CD39" w14:textId="77777777" w:rsidTr="002E140B">
        <w:tc>
          <w:tcPr>
            <w:tcW w:w="2547" w:type="dxa"/>
          </w:tcPr>
          <w:p w14:paraId="4CE5A851" w14:textId="77777777" w:rsidR="004B1758" w:rsidRDefault="004B175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087260616"/>
            <w:placeholder>
              <w:docPart w:val="6A9B05F2FDFC4817AAC305B96AA1F81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771B5F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23762512" w14:textId="77777777" w:rsidTr="002E140B">
        <w:tc>
          <w:tcPr>
            <w:tcW w:w="2547" w:type="dxa"/>
          </w:tcPr>
          <w:p w14:paraId="500AE902" w14:textId="77777777" w:rsidR="004B1758" w:rsidRDefault="004B175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138674333"/>
            <w:placeholder>
              <w:docPart w:val="5E6B9425EE844B8BB138244DC148ABE7"/>
            </w:placeholder>
            <w:showingPlcHdr/>
          </w:sdtPr>
          <w:sdtContent>
            <w:tc>
              <w:tcPr>
                <w:tcW w:w="6803" w:type="dxa"/>
              </w:tcPr>
              <w:p w14:paraId="4D99E1BE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863DC4C" w14:textId="77777777" w:rsidTr="002E140B">
        <w:tc>
          <w:tcPr>
            <w:tcW w:w="2547" w:type="dxa"/>
          </w:tcPr>
          <w:p w14:paraId="0678DE5D" w14:textId="77777777" w:rsidR="004B1758" w:rsidRDefault="004B175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291285114"/>
            <w:placeholder>
              <w:docPart w:val="B277A156265A4E05AE62562224D9EB7E"/>
            </w:placeholder>
            <w:showingPlcHdr/>
          </w:sdtPr>
          <w:sdtContent>
            <w:tc>
              <w:tcPr>
                <w:tcW w:w="6803" w:type="dxa"/>
              </w:tcPr>
              <w:p w14:paraId="65F73973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8FF9089" w14:textId="77777777" w:rsidTr="002E140B">
        <w:tc>
          <w:tcPr>
            <w:tcW w:w="2547" w:type="dxa"/>
            <w:vAlign w:val="center"/>
          </w:tcPr>
          <w:p w14:paraId="0A07428E" w14:textId="77777777" w:rsidR="004B1758" w:rsidRDefault="004B175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73470941"/>
            <w:placeholder>
              <w:docPart w:val="4E93B552B99042819848307B418E0456"/>
            </w:placeholder>
            <w:showingPlcHdr/>
          </w:sdtPr>
          <w:sdtContent>
            <w:tc>
              <w:tcPr>
                <w:tcW w:w="6803" w:type="dxa"/>
              </w:tcPr>
              <w:p w14:paraId="5390E720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56C3614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F58D6C5" w14:textId="77777777" w:rsidR="004B1758" w:rsidRDefault="004B175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115939999"/>
            <w:placeholder>
              <w:docPart w:val="C8831A5D8F774F24A69FC75BC3D43167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E343F47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1E7142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341FC" w14:textId="0F0DD264" w:rsidR="004B1758" w:rsidRDefault="004B1758" w:rsidP="002E140B"/>
        </w:tc>
      </w:tr>
      <w:tr w:rsidR="004B1758" w14:paraId="77FF93CE" w14:textId="77777777" w:rsidTr="00E70F08">
        <w:tc>
          <w:tcPr>
            <w:tcW w:w="9350" w:type="dxa"/>
            <w:gridSpan w:val="2"/>
          </w:tcPr>
          <w:p w14:paraId="25EC5EDA" w14:textId="30B5DF63" w:rsidR="004B1758" w:rsidRDefault="004B175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877084113"/>
                <w:placeholder>
                  <w:docPart w:val="28727A36767E47E59878F75B4E36159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51CC7BEB" w14:textId="77777777" w:rsidTr="002E140B">
        <w:tc>
          <w:tcPr>
            <w:tcW w:w="2547" w:type="dxa"/>
          </w:tcPr>
          <w:p w14:paraId="22D63209" w14:textId="77777777" w:rsidR="004B1758" w:rsidRDefault="004B175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755044090"/>
            <w:placeholder>
              <w:docPart w:val="8AB38F32DEC24110BFAB94668214FE2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E4A41D7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1B4E5C3F" w14:textId="77777777" w:rsidTr="002E140B">
        <w:tc>
          <w:tcPr>
            <w:tcW w:w="2547" w:type="dxa"/>
          </w:tcPr>
          <w:p w14:paraId="2CBAC3A9" w14:textId="77777777" w:rsidR="004B1758" w:rsidRDefault="004B175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12550314"/>
            <w:placeholder>
              <w:docPart w:val="C03897871B2F4C959C5D776AA16C337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3F0E358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487B94B1" w14:textId="77777777" w:rsidTr="002E140B">
        <w:tc>
          <w:tcPr>
            <w:tcW w:w="2547" w:type="dxa"/>
          </w:tcPr>
          <w:p w14:paraId="283595FC" w14:textId="77777777" w:rsidR="004B1758" w:rsidRDefault="004B175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829484131"/>
            <w:placeholder>
              <w:docPart w:val="0965B2AC22C04FC9B7E2CB5742EDF2AD"/>
            </w:placeholder>
            <w:showingPlcHdr/>
          </w:sdtPr>
          <w:sdtContent>
            <w:tc>
              <w:tcPr>
                <w:tcW w:w="6803" w:type="dxa"/>
              </w:tcPr>
              <w:p w14:paraId="2AC7A7C2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F228115" w14:textId="77777777" w:rsidTr="002E140B">
        <w:tc>
          <w:tcPr>
            <w:tcW w:w="2547" w:type="dxa"/>
          </w:tcPr>
          <w:p w14:paraId="480434A0" w14:textId="77777777" w:rsidR="004B1758" w:rsidRDefault="004B175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40546144"/>
            <w:placeholder>
              <w:docPart w:val="D24AED38407D4A30AE4DB8841B54B28D"/>
            </w:placeholder>
            <w:showingPlcHdr/>
          </w:sdtPr>
          <w:sdtContent>
            <w:tc>
              <w:tcPr>
                <w:tcW w:w="6803" w:type="dxa"/>
              </w:tcPr>
              <w:p w14:paraId="6463AE4C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01559C1" w14:textId="77777777" w:rsidTr="002E140B">
        <w:tc>
          <w:tcPr>
            <w:tcW w:w="2547" w:type="dxa"/>
            <w:vAlign w:val="center"/>
          </w:tcPr>
          <w:p w14:paraId="49BEFCE9" w14:textId="77777777" w:rsidR="004B1758" w:rsidRDefault="004B175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400180640"/>
            <w:placeholder>
              <w:docPart w:val="0CEBE25CC4604B5281B071C333A93775"/>
            </w:placeholder>
            <w:showingPlcHdr/>
          </w:sdtPr>
          <w:sdtContent>
            <w:tc>
              <w:tcPr>
                <w:tcW w:w="6803" w:type="dxa"/>
              </w:tcPr>
              <w:p w14:paraId="3EF96145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37D683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E20F1BE" w14:textId="77777777" w:rsidR="004B1758" w:rsidRDefault="004B175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810056421"/>
            <w:placeholder>
              <w:docPart w:val="A36BCB82DF81437DB713660878E2CAEF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0E6DB71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C340F0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143B4E" w14:textId="756EA4D1" w:rsidR="004B1758" w:rsidRDefault="004B1758" w:rsidP="002E140B"/>
        </w:tc>
      </w:tr>
      <w:tr w:rsidR="004B1758" w14:paraId="3E9FEAF2" w14:textId="77777777" w:rsidTr="00E70F08">
        <w:tc>
          <w:tcPr>
            <w:tcW w:w="9350" w:type="dxa"/>
            <w:gridSpan w:val="2"/>
          </w:tcPr>
          <w:p w14:paraId="7DAF06AC" w14:textId="32C927BD" w:rsidR="004B1758" w:rsidRDefault="004B1758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726575112"/>
                <w:placeholder>
                  <w:docPart w:val="5D2FC86C4E574E2890EB9213C37BEF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350C3292" w14:textId="77777777" w:rsidTr="002E140B">
        <w:tc>
          <w:tcPr>
            <w:tcW w:w="2547" w:type="dxa"/>
          </w:tcPr>
          <w:p w14:paraId="18052680" w14:textId="77777777" w:rsidR="004B1758" w:rsidRDefault="004B1758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763681081"/>
            <w:placeholder>
              <w:docPart w:val="0E2ECAE4F236442EADC2F8E85CCDA0E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8A2B526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678D9C42" w14:textId="77777777" w:rsidTr="002E140B">
        <w:tc>
          <w:tcPr>
            <w:tcW w:w="2547" w:type="dxa"/>
          </w:tcPr>
          <w:p w14:paraId="2FFCD49F" w14:textId="77777777" w:rsidR="004B1758" w:rsidRDefault="004B1758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615750438"/>
            <w:placeholder>
              <w:docPart w:val="17A17042A37F44589802313454A60B1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175997A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55D05E9B" w14:textId="77777777" w:rsidTr="002E140B">
        <w:tc>
          <w:tcPr>
            <w:tcW w:w="2547" w:type="dxa"/>
          </w:tcPr>
          <w:p w14:paraId="3EB07FFF" w14:textId="77777777" w:rsidR="004B1758" w:rsidRDefault="004B1758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92146517"/>
            <w:placeholder>
              <w:docPart w:val="44CDC9A97A5F4040B99739E937C27813"/>
            </w:placeholder>
            <w:showingPlcHdr/>
          </w:sdtPr>
          <w:sdtContent>
            <w:tc>
              <w:tcPr>
                <w:tcW w:w="6803" w:type="dxa"/>
              </w:tcPr>
              <w:p w14:paraId="142B2252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7AEC3CD" w14:textId="77777777" w:rsidTr="002E140B">
        <w:tc>
          <w:tcPr>
            <w:tcW w:w="2547" w:type="dxa"/>
          </w:tcPr>
          <w:p w14:paraId="35CA50B4" w14:textId="77777777" w:rsidR="004B1758" w:rsidRDefault="004B1758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3039446"/>
            <w:placeholder>
              <w:docPart w:val="64C8D614042241F4A912D5DB5FBAB99A"/>
            </w:placeholder>
            <w:showingPlcHdr/>
          </w:sdtPr>
          <w:sdtContent>
            <w:tc>
              <w:tcPr>
                <w:tcW w:w="6803" w:type="dxa"/>
              </w:tcPr>
              <w:p w14:paraId="2D86CE8D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8585D05" w14:textId="77777777" w:rsidTr="002E140B">
        <w:tc>
          <w:tcPr>
            <w:tcW w:w="2547" w:type="dxa"/>
            <w:vAlign w:val="center"/>
          </w:tcPr>
          <w:p w14:paraId="769A5B5F" w14:textId="77777777" w:rsidR="004B1758" w:rsidRDefault="004B1758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38075232"/>
            <w:placeholder>
              <w:docPart w:val="E575F1DF5D2E41E09677A416E08E1937"/>
            </w:placeholder>
            <w:showingPlcHdr/>
          </w:sdtPr>
          <w:sdtContent>
            <w:tc>
              <w:tcPr>
                <w:tcW w:w="6803" w:type="dxa"/>
              </w:tcPr>
              <w:p w14:paraId="1AB04BCB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9BF574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0F58472" w14:textId="77777777" w:rsidR="004B1758" w:rsidRDefault="004B1758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272014051"/>
            <w:placeholder>
              <w:docPart w:val="53D798B1F18B4ED4872CAA8236D95A35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5E6FE88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E95E792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8467FC" w14:textId="15C7CE40" w:rsidR="004B1758" w:rsidRDefault="004B1758" w:rsidP="002E140B"/>
        </w:tc>
      </w:tr>
    </w:tbl>
    <w:p w14:paraId="2B09614D" w14:textId="77777777" w:rsidR="00207F84" w:rsidRDefault="00207F84">
      <w:pPr>
        <w:pStyle w:val="Heading1"/>
      </w:pPr>
    </w:p>
    <w:p w14:paraId="227E593E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21E67E0C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0B36DBBA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332EAFAF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4EC85F13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2B9D5B68" w:rsidR="002931FF" w:rsidRDefault="002931FF" w:rsidP="002D7D98"/>
        </w:tc>
      </w:tr>
      <w:tr w:rsidR="004B1758" w14:paraId="05332F99" w14:textId="77777777" w:rsidTr="0019370D">
        <w:tc>
          <w:tcPr>
            <w:tcW w:w="9350" w:type="dxa"/>
            <w:gridSpan w:val="2"/>
          </w:tcPr>
          <w:p w14:paraId="4CFF9CE7" w14:textId="4A8470AA" w:rsidR="004B1758" w:rsidRDefault="004B175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05729527"/>
                <w:placeholder>
                  <w:docPart w:val="669FD6C4119F497A9A485E5EF4C5CC2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7E1BFE6C" w14:textId="77777777" w:rsidTr="00A0792E">
        <w:tc>
          <w:tcPr>
            <w:tcW w:w="2830" w:type="dxa"/>
            <w:vAlign w:val="center"/>
          </w:tcPr>
          <w:p w14:paraId="17B5C6B8" w14:textId="77777777" w:rsidR="004B1758" w:rsidRDefault="004B175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464886491"/>
            <w:placeholder>
              <w:docPart w:val="CEA708BE774D44169165153A88C5B680"/>
            </w:placeholder>
            <w:showingPlcHdr/>
          </w:sdtPr>
          <w:sdtContent>
            <w:tc>
              <w:tcPr>
                <w:tcW w:w="6520" w:type="dxa"/>
              </w:tcPr>
              <w:p w14:paraId="339534EC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D7A9E77" w14:textId="77777777" w:rsidTr="00A0792E">
        <w:tc>
          <w:tcPr>
            <w:tcW w:w="2830" w:type="dxa"/>
            <w:vAlign w:val="center"/>
          </w:tcPr>
          <w:p w14:paraId="12FC7A63" w14:textId="77777777" w:rsidR="004B1758" w:rsidRDefault="004B175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AEFD2E5" w14:textId="77777777" w:rsidR="004B1758" w:rsidRDefault="004B1758" w:rsidP="002D7D98">
            <w:r>
              <w:t xml:space="preserve">Yes </w:t>
            </w:r>
            <w:sdt>
              <w:sdtPr>
                <w:id w:val="104771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894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2453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4A7104E3" w14:textId="77777777" w:rsidTr="00A0792E">
        <w:tc>
          <w:tcPr>
            <w:tcW w:w="2830" w:type="dxa"/>
            <w:vAlign w:val="center"/>
          </w:tcPr>
          <w:p w14:paraId="441E1E10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704560225"/>
            <w:placeholder>
              <w:docPart w:val="4E012C5B4C94413B90617D63561AC48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27415B1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58DA0B84" w14:textId="77777777" w:rsidTr="00A0792E">
        <w:tc>
          <w:tcPr>
            <w:tcW w:w="2830" w:type="dxa"/>
            <w:vAlign w:val="center"/>
          </w:tcPr>
          <w:p w14:paraId="6CD54D48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2013593592"/>
            <w:placeholder>
              <w:docPart w:val="45F1ACC14A3D4CBB83551FFDEA354D7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E02B4AC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5A3FFEE2" w14:textId="77777777" w:rsidTr="00A0792E">
        <w:tc>
          <w:tcPr>
            <w:tcW w:w="2830" w:type="dxa"/>
            <w:vAlign w:val="center"/>
          </w:tcPr>
          <w:p w14:paraId="3FF8A969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187EE8C" w14:textId="77777777" w:rsidR="004B1758" w:rsidRDefault="004B1758" w:rsidP="00CD745A"/>
        </w:tc>
        <w:sdt>
          <w:sdtPr>
            <w:id w:val="1819916378"/>
            <w:placeholder>
              <w:docPart w:val="8C571F92EFBE450B89B4A559BC10862B"/>
            </w:placeholder>
            <w:showingPlcHdr/>
          </w:sdtPr>
          <w:sdtContent>
            <w:tc>
              <w:tcPr>
                <w:tcW w:w="6520" w:type="dxa"/>
              </w:tcPr>
              <w:p w14:paraId="16D73CB1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37EB136" w14:textId="77777777" w:rsidTr="00A0792E">
        <w:tc>
          <w:tcPr>
            <w:tcW w:w="2830" w:type="dxa"/>
            <w:vAlign w:val="center"/>
          </w:tcPr>
          <w:p w14:paraId="642200DC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0787F32F" w14:textId="77777777" w:rsidR="004B1758" w:rsidRDefault="004B1758" w:rsidP="00CD745A"/>
        </w:tc>
        <w:sdt>
          <w:sdtPr>
            <w:id w:val="-914165402"/>
            <w:placeholder>
              <w:docPart w:val="6593333B588140188CE0C24A7D74CDA5"/>
            </w:placeholder>
            <w:showingPlcHdr/>
          </w:sdtPr>
          <w:sdtContent>
            <w:tc>
              <w:tcPr>
                <w:tcW w:w="6520" w:type="dxa"/>
              </w:tcPr>
              <w:p w14:paraId="0588FDD6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BDCAA8C" w14:textId="77777777" w:rsidTr="00A0792E">
        <w:tc>
          <w:tcPr>
            <w:tcW w:w="2830" w:type="dxa"/>
            <w:vAlign w:val="center"/>
          </w:tcPr>
          <w:p w14:paraId="5E6166D7" w14:textId="77777777" w:rsidR="004B1758" w:rsidRDefault="004B175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291087515"/>
            <w:placeholder>
              <w:docPart w:val="C8C5D3470D1E4C91BC470E1E646CFBE1"/>
            </w:placeholder>
            <w:showingPlcHdr/>
          </w:sdtPr>
          <w:sdtContent>
            <w:tc>
              <w:tcPr>
                <w:tcW w:w="6520" w:type="dxa"/>
              </w:tcPr>
              <w:p w14:paraId="59B33A9E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C5740A1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B878CF5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A377383" w14:textId="77777777" w:rsidR="004B1758" w:rsidRDefault="004B1758" w:rsidP="002D7D98">
            <w:r>
              <w:t xml:space="preserve">Yes </w:t>
            </w:r>
            <w:sdt>
              <w:sdtPr>
                <w:id w:val="212465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5305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11DAFDD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74ABC" w14:textId="5F65413B" w:rsidR="004B1758" w:rsidRDefault="004B1758" w:rsidP="002D7D98"/>
        </w:tc>
      </w:tr>
      <w:tr w:rsidR="004B1758" w14:paraId="2E1C344C" w14:textId="77777777" w:rsidTr="0019370D">
        <w:tc>
          <w:tcPr>
            <w:tcW w:w="9350" w:type="dxa"/>
            <w:gridSpan w:val="2"/>
          </w:tcPr>
          <w:p w14:paraId="0C72E086" w14:textId="0921F92A" w:rsidR="004B1758" w:rsidRDefault="004B175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11087320"/>
                <w:placeholder>
                  <w:docPart w:val="696AC1B12A6A4731A784190BF0884B9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4B5C053B" w14:textId="77777777" w:rsidTr="00A0792E">
        <w:tc>
          <w:tcPr>
            <w:tcW w:w="2830" w:type="dxa"/>
            <w:vAlign w:val="center"/>
          </w:tcPr>
          <w:p w14:paraId="0B0F0341" w14:textId="77777777" w:rsidR="004B1758" w:rsidRDefault="004B175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336296542"/>
            <w:placeholder>
              <w:docPart w:val="5A0458ACB5AB4DE8AFDA337FD495C98D"/>
            </w:placeholder>
            <w:showingPlcHdr/>
          </w:sdtPr>
          <w:sdtContent>
            <w:tc>
              <w:tcPr>
                <w:tcW w:w="6520" w:type="dxa"/>
              </w:tcPr>
              <w:p w14:paraId="59FC9E91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D1D0D2D" w14:textId="77777777" w:rsidTr="00A0792E">
        <w:tc>
          <w:tcPr>
            <w:tcW w:w="2830" w:type="dxa"/>
            <w:vAlign w:val="center"/>
          </w:tcPr>
          <w:p w14:paraId="24417922" w14:textId="77777777" w:rsidR="004B1758" w:rsidRDefault="004B175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ED0D8E0" w14:textId="77777777" w:rsidR="004B1758" w:rsidRDefault="004B1758" w:rsidP="002D7D98">
            <w:r>
              <w:t xml:space="preserve">Yes </w:t>
            </w:r>
            <w:sdt>
              <w:sdtPr>
                <w:id w:val="-1584448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4482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3363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48CB7F1D" w14:textId="77777777" w:rsidTr="00A0792E">
        <w:tc>
          <w:tcPr>
            <w:tcW w:w="2830" w:type="dxa"/>
            <w:vAlign w:val="center"/>
          </w:tcPr>
          <w:p w14:paraId="4E8F3E4E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2003462751"/>
            <w:placeholder>
              <w:docPart w:val="74D42B29972E47D495F880A343B0D2D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85610B3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719F8204" w14:textId="77777777" w:rsidTr="00A0792E">
        <w:tc>
          <w:tcPr>
            <w:tcW w:w="2830" w:type="dxa"/>
            <w:vAlign w:val="center"/>
          </w:tcPr>
          <w:p w14:paraId="41D85E71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447366134"/>
            <w:placeholder>
              <w:docPart w:val="074AFBE48CE946D391723F0E2B3B96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4ABE5E7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55469B33" w14:textId="77777777" w:rsidTr="00A0792E">
        <w:tc>
          <w:tcPr>
            <w:tcW w:w="2830" w:type="dxa"/>
            <w:vAlign w:val="center"/>
          </w:tcPr>
          <w:p w14:paraId="0F4BCF03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A516DCB" w14:textId="77777777" w:rsidR="004B1758" w:rsidRDefault="004B1758" w:rsidP="00CD745A"/>
        </w:tc>
        <w:sdt>
          <w:sdtPr>
            <w:id w:val="-2012515749"/>
            <w:placeholder>
              <w:docPart w:val="42D32578AA6A49BCAFC4F155F6D110E0"/>
            </w:placeholder>
            <w:showingPlcHdr/>
          </w:sdtPr>
          <w:sdtContent>
            <w:tc>
              <w:tcPr>
                <w:tcW w:w="6520" w:type="dxa"/>
              </w:tcPr>
              <w:p w14:paraId="50EDFE6E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AC2411D" w14:textId="77777777" w:rsidTr="00A0792E">
        <w:tc>
          <w:tcPr>
            <w:tcW w:w="2830" w:type="dxa"/>
            <w:vAlign w:val="center"/>
          </w:tcPr>
          <w:p w14:paraId="10BCDA2F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80AEAB5" w14:textId="77777777" w:rsidR="004B1758" w:rsidRDefault="004B1758" w:rsidP="00CD745A"/>
        </w:tc>
        <w:sdt>
          <w:sdtPr>
            <w:id w:val="1856534307"/>
            <w:placeholder>
              <w:docPart w:val="FFC24E4764664260807C22EE96CC57F9"/>
            </w:placeholder>
            <w:showingPlcHdr/>
          </w:sdtPr>
          <w:sdtContent>
            <w:tc>
              <w:tcPr>
                <w:tcW w:w="6520" w:type="dxa"/>
              </w:tcPr>
              <w:p w14:paraId="15DAECFC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5D1D0D7" w14:textId="77777777" w:rsidTr="00A0792E">
        <w:tc>
          <w:tcPr>
            <w:tcW w:w="2830" w:type="dxa"/>
            <w:vAlign w:val="center"/>
          </w:tcPr>
          <w:p w14:paraId="5948A689" w14:textId="77777777" w:rsidR="004B1758" w:rsidRDefault="004B175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754516571"/>
            <w:placeholder>
              <w:docPart w:val="2B69EF7563134AD69E3C0F50B7C8EF10"/>
            </w:placeholder>
            <w:showingPlcHdr/>
          </w:sdtPr>
          <w:sdtContent>
            <w:tc>
              <w:tcPr>
                <w:tcW w:w="6520" w:type="dxa"/>
              </w:tcPr>
              <w:p w14:paraId="5329CE07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F9A00DF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D4589F7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FCABBF8" w14:textId="77777777" w:rsidR="004B1758" w:rsidRDefault="004B1758" w:rsidP="002D7D98">
            <w:r>
              <w:t xml:space="preserve">Yes </w:t>
            </w:r>
            <w:sdt>
              <w:sdtPr>
                <w:id w:val="44304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40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6888AD30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03471" w14:textId="45953BBF" w:rsidR="004B1758" w:rsidRDefault="004B1758" w:rsidP="002D7D98"/>
        </w:tc>
      </w:tr>
      <w:tr w:rsidR="004B1758" w14:paraId="0E92D625" w14:textId="77777777" w:rsidTr="0019370D">
        <w:tc>
          <w:tcPr>
            <w:tcW w:w="9350" w:type="dxa"/>
            <w:gridSpan w:val="2"/>
          </w:tcPr>
          <w:p w14:paraId="36DB1A75" w14:textId="14F8F00F" w:rsidR="004B1758" w:rsidRDefault="004B1758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40950959"/>
                <w:placeholder>
                  <w:docPart w:val="40E2F57748B94CFDA08A9DDE1A39320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489FA62F" w14:textId="77777777" w:rsidTr="00A0792E">
        <w:tc>
          <w:tcPr>
            <w:tcW w:w="2830" w:type="dxa"/>
            <w:vAlign w:val="center"/>
          </w:tcPr>
          <w:p w14:paraId="322E028A" w14:textId="77777777" w:rsidR="004B1758" w:rsidRDefault="004B1758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090622574"/>
            <w:placeholder>
              <w:docPart w:val="542FDA702E1841E0931005817E0C2DBD"/>
            </w:placeholder>
            <w:showingPlcHdr/>
          </w:sdtPr>
          <w:sdtContent>
            <w:tc>
              <w:tcPr>
                <w:tcW w:w="6520" w:type="dxa"/>
              </w:tcPr>
              <w:p w14:paraId="2A242B58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05B488B" w14:textId="77777777" w:rsidTr="00A0792E">
        <w:tc>
          <w:tcPr>
            <w:tcW w:w="2830" w:type="dxa"/>
            <w:vAlign w:val="center"/>
          </w:tcPr>
          <w:p w14:paraId="2FB74366" w14:textId="77777777" w:rsidR="004B1758" w:rsidRDefault="004B1758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4A1703B" w14:textId="77777777" w:rsidR="004B1758" w:rsidRDefault="004B1758" w:rsidP="002D7D98">
            <w:r>
              <w:t xml:space="preserve">Yes </w:t>
            </w:r>
            <w:sdt>
              <w:sdtPr>
                <w:id w:val="31924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61264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15505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50476F0E" w14:textId="77777777" w:rsidTr="00A0792E">
        <w:tc>
          <w:tcPr>
            <w:tcW w:w="2830" w:type="dxa"/>
            <w:vAlign w:val="center"/>
          </w:tcPr>
          <w:p w14:paraId="28FAF6C8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971017714"/>
            <w:placeholder>
              <w:docPart w:val="136D0679D1CD496383EE84C8C96E576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EDA1AEB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7C66B51B" w14:textId="77777777" w:rsidTr="00A0792E">
        <w:tc>
          <w:tcPr>
            <w:tcW w:w="2830" w:type="dxa"/>
            <w:vAlign w:val="center"/>
          </w:tcPr>
          <w:p w14:paraId="5F7C4313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566263320"/>
            <w:placeholder>
              <w:docPart w:val="9C6694169E3941F4AAC224A1A74245E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D262BAF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3F5FBA4D" w14:textId="77777777" w:rsidTr="00A0792E">
        <w:tc>
          <w:tcPr>
            <w:tcW w:w="2830" w:type="dxa"/>
            <w:vAlign w:val="center"/>
          </w:tcPr>
          <w:p w14:paraId="0B3ED987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52BC851" w14:textId="77777777" w:rsidR="004B1758" w:rsidRDefault="004B1758" w:rsidP="00CD745A"/>
        </w:tc>
        <w:sdt>
          <w:sdtPr>
            <w:id w:val="126053477"/>
            <w:placeholder>
              <w:docPart w:val="D1EEDB516FDD43D2AC348A61851088DC"/>
            </w:placeholder>
            <w:showingPlcHdr/>
          </w:sdtPr>
          <w:sdtContent>
            <w:tc>
              <w:tcPr>
                <w:tcW w:w="6520" w:type="dxa"/>
              </w:tcPr>
              <w:p w14:paraId="7BB08EB5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48A8A53" w14:textId="77777777" w:rsidTr="00A0792E">
        <w:tc>
          <w:tcPr>
            <w:tcW w:w="2830" w:type="dxa"/>
            <w:vAlign w:val="center"/>
          </w:tcPr>
          <w:p w14:paraId="567B0240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481228C4" w14:textId="77777777" w:rsidR="004B1758" w:rsidRDefault="004B1758" w:rsidP="00CD745A"/>
        </w:tc>
        <w:sdt>
          <w:sdtPr>
            <w:id w:val="-1283196325"/>
            <w:placeholder>
              <w:docPart w:val="388D07436C744D31895188EF1334FF29"/>
            </w:placeholder>
            <w:showingPlcHdr/>
          </w:sdtPr>
          <w:sdtContent>
            <w:tc>
              <w:tcPr>
                <w:tcW w:w="6520" w:type="dxa"/>
              </w:tcPr>
              <w:p w14:paraId="7BB2C708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69F76FB" w14:textId="77777777" w:rsidTr="00A0792E">
        <w:tc>
          <w:tcPr>
            <w:tcW w:w="2830" w:type="dxa"/>
            <w:vAlign w:val="center"/>
          </w:tcPr>
          <w:p w14:paraId="21E954EA" w14:textId="77777777" w:rsidR="004B1758" w:rsidRDefault="004B1758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616450796"/>
            <w:placeholder>
              <w:docPart w:val="D2C64C76ABBD48148BE9C2CCB5200506"/>
            </w:placeholder>
            <w:showingPlcHdr/>
          </w:sdtPr>
          <w:sdtContent>
            <w:tc>
              <w:tcPr>
                <w:tcW w:w="6520" w:type="dxa"/>
              </w:tcPr>
              <w:p w14:paraId="0F6B68C8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75EF7F7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EA4491C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F958D6B" w14:textId="77777777" w:rsidR="004B1758" w:rsidRDefault="004B1758" w:rsidP="002D7D98">
            <w:r>
              <w:t xml:space="preserve">Yes </w:t>
            </w:r>
            <w:sdt>
              <w:sdtPr>
                <w:id w:val="80766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5429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88D5F01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BC47B" w14:textId="50F612AA" w:rsidR="004B1758" w:rsidRDefault="004B1758" w:rsidP="002D7D98"/>
        </w:tc>
      </w:tr>
    </w:tbl>
    <w:p w14:paraId="7E6F8193" w14:textId="77777777" w:rsidR="00207F84" w:rsidRDefault="00207F84">
      <w:pPr>
        <w:pStyle w:val="Heading1"/>
      </w:pPr>
    </w:p>
    <w:p w14:paraId="01FE510F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16CAED4D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4948C5">
        <w:trPr>
          <w:trHeight w:val="300"/>
        </w:trPr>
        <w:tc>
          <w:tcPr>
            <w:tcW w:w="9350" w:type="dxa"/>
            <w:gridSpan w:val="2"/>
          </w:tcPr>
          <w:p w14:paraId="59BAD478" w14:textId="5758913C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687B8572" w14:textId="3612F221" w:rsidR="00CD745A" w:rsidRPr="004948C5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4948C5">
        <w:trPr>
          <w:trHeight w:val="300"/>
        </w:trPr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4948C5">
        <w:trPr>
          <w:trHeight w:val="300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45C49662" w:rsidR="00CD745A" w:rsidRDefault="00CD745A" w:rsidP="00CD745A"/>
        </w:tc>
      </w:tr>
      <w:tr w:rsidR="00CD745A" w14:paraId="2CAAEA55" w14:textId="77777777" w:rsidTr="004948C5">
        <w:trPr>
          <w:trHeight w:val="300"/>
        </w:trPr>
        <w:tc>
          <w:tcPr>
            <w:tcW w:w="9350" w:type="dxa"/>
            <w:gridSpan w:val="2"/>
          </w:tcPr>
          <w:p w14:paraId="0912AE07" w14:textId="21951436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0F44AD1C" w14:textId="0A5D3DA7" w:rsidR="00CD745A" w:rsidRPr="004948C5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4948C5">
        <w:trPr>
          <w:trHeight w:val="300"/>
        </w:trPr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4948C5">
        <w:trPr>
          <w:trHeight w:val="300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3FEDD1C4" w:rsidR="00CD745A" w:rsidRDefault="00CD745A" w:rsidP="00CD745A"/>
        </w:tc>
      </w:tr>
      <w:tr w:rsidR="004B1758" w14:paraId="5CDF09DD" w14:textId="77777777" w:rsidTr="004948C5">
        <w:trPr>
          <w:trHeight w:val="300"/>
        </w:trPr>
        <w:tc>
          <w:tcPr>
            <w:tcW w:w="9350" w:type="dxa"/>
            <w:gridSpan w:val="2"/>
          </w:tcPr>
          <w:p w14:paraId="2C51E586" w14:textId="7E005701" w:rsidR="004B1758" w:rsidRDefault="004B1758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735516762"/>
                <w:placeholder>
                  <w:docPart w:val="AB5C1EB2CB4C4E6BA81AFEFFAB89CCC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74A13698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738A485C" w14:textId="77777777" w:rsidR="004B1758" w:rsidRDefault="004B1758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1956061722"/>
            <w:placeholder>
              <w:docPart w:val="6505ACDE50704CE9876C05D6310FDEE1"/>
            </w:placeholder>
            <w:showingPlcHdr/>
          </w:sdtPr>
          <w:sdtContent>
            <w:tc>
              <w:tcPr>
                <w:tcW w:w="6627" w:type="dxa"/>
              </w:tcPr>
              <w:p w14:paraId="1B06F2E7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0EAFF56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67B86BA3" w14:textId="77777777" w:rsidR="004B1758" w:rsidRDefault="004B1758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064984207"/>
            <w:placeholder>
              <w:docPart w:val="E726D3AAF50747249CA370E2BE74DC3C"/>
            </w:placeholder>
            <w:showingPlcHdr/>
          </w:sdtPr>
          <w:sdtContent>
            <w:tc>
              <w:tcPr>
                <w:tcW w:w="6627" w:type="dxa"/>
              </w:tcPr>
              <w:p w14:paraId="29064753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7260352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2EEC03FA" w14:textId="6F5426B1" w:rsidR="004B1758" w:rsidRPr="004948C5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</w:tc>
        <w:sdt>
          <w:sdtPr>
            <w:id w:val="995454705"/>
            <w:placeholder>
              <w:docPart w:val="45A5E9577D7D4E6E9F597990F4BE6979"/>
            </w:placeholder>
            <w:showingPlcHdr/>
          </w:sdtPr>
          <w:sdtContent>
            <w:tc>
              <w:tcPr>
                <w:tcW w:w="6627" w:type="dxa"/>
              </w:tcPr>
              <w:p w14:paraId="2F6169D6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5EB829F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185A2CB2" w14:textId="77777777" w:rsidR="004B1758" w:rsidRDefault="004B1758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2071540344"/>
            <w:placeholder>
              <w:docPart w:val="9B4F38EBEF8A4C1B9835AAD7DABB9F5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6715C37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4C13DB75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46FEE308" w14:textId="77777777" w:rsidR="004B1758" w:rsidRDefault="004B1758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3B587882" w14:textId="77777777" w:rsidR="004B1758" w:rsidRDefault="004B1758" w:rsidP="00CD745A">
            <w:r>
              <w:t xml:space="preserve">Complete  </w:t>
            </w:r>
            <w:sdt>
              <w:sdtPr>
                <w:id w:val="-199825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84762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DBB8549" w14:textId="77777777" w:rsidTr="004948C5">
        <w:trPr>
          <w:trHeight w:val="300"/>
        </w:trPr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30D6F53E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18B07EA" w14:textId="77777777" w:rsidR="004B1758" w:rsidRDefault="004B1758" w:rsidP="00CD745A">
            <w:r>
              <w:t xml:space="preserve">Yes </w:t>
            </w:r>
            <w:sdt>
              <w:sdtPr>
                <w:id w:val="-65429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5732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42B9AB0" w14:textId="77777777" w:rsidTr="004948C5">
        <w:trPr>
          <w:trHeight w:val="300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F4FCDC" w14:textId="77777777" w:rsidR="004B1758" w:rsidRPr="00F4085D" w:rsidRDefault="004B175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57EBA" w14:textId="693DAC1A" w:rsidR="004B1758" w:rsidRDefault="004B1758" w:rsidP="00CD745A"/>
        </w:tc>
      </w:tr>
      <w:tr w:rsidR="004B1758" w14:paraId="674BA3B4" w14:textId="77777777" w:rsidTr="004948C5">
        <w:trPr>
          <w:trHeight w:val="300"/>
        </w:trPr>
        <w:tc>
          <w:tcPr>
            <w:tcW w:w="9350" w:type="dxa"/>
            <w:gridSpan w:val="2"/>
          </w:tcPr>
          <w:p w14:paraId="6C99E74F" w14:textId="7FA68CD6" w:rsidR="004B1758" w:rsidRDefault="004B1758" w:rsidP="00C7253B">
            <w:r w:rsidRPr="00F4085D">
              <w:rPr>
                <w:b/>
                <w:bCs/>
              </w:rPr>
              <w:lastRenderedPageBreak/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63900003"/>
                <w:placeholder>
                  <w:docPart w:val="E545E5DC8B6F422F928849B287EB4390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54C2EE8F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5BD42C3F" w14:textId="77777777" w:rsidR="004B1758" w:rsidRDefault="004B1758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550769866"/>
            <w:placeholder>
              <w:docPart w:val="DD7A350AE1B04C449F5DF2F5BB158E39"/>
            </w:placeholder>
            <w:showingPlcHdr/>
          </w:sdtPr>
          <w:sdtContent>
            <w:tc>
              <w:tcPr>
                <w:tcW w:w="6627" w:type="dxa"/>
              </w:tcPr>
              <w:p w14:paraId="75B25063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AE7D30A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5546C2E2" w14:textId="77777777" w:rsidR="004B1758" w:rsidRDefault="004B1758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692689511"/>
            <w:placeholder>
              <w:docPart w:val="A744D5E3BE1F4370B9124DC465FF3812"/>
            </w:placeholder>
            <w:showingPlcHdr/>
          </w:sdtPr>
          <w:sdtContent>
            <w:tc>
              <w:tcPr>
                <w:tcW w:w="6627" w:type="dxa"/>
              </w:tcPr>
              <w:p w14:paraId="16AF3743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D64BB7A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066ABBB5" w14:textId="56F4259F" w:rsidR="004B1758" w:rsidRPr="004948C5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</w:tc>
        <w:sdt>
          <w:sdtPr>
            <w:id w:val="-195852141"/>
            <w:placeholder>
              <w:docPart w:val="F32258392917427198FB73FF1DA4137F"/>
            </w:placeholder>
            <w:showingPlcHdr/>
          </w:sdtPr>
          <w:sdtContent>
            <w:tc>
              <w:tcPr>
                <w:tcW w:w="6627" w:type="dxa"/>
              </w:tcPr>
              <w:p w14:paraId="47AFC6A6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1E940A3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5C7903BF" w14:textId="77777777" w:rsidR="004B1758" w:rsidRDefault="004B1758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964965648"/>
            <w:placeholder>
              <w:docPart w:val="B279E8A63A8F4942BC8B7CB32A0841F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9919AB8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55682BB5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7C61851A" w14:textId="77777777" w:rsidR="004B1758" w:rsidRDefault="004B1758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43C391F" w14:textId="77777777" w:rsidR="004B1758" w:rsidRDefault="004B1758" w:rsidP="00CD745A">
            <w:r>
              <w:t xml:space="preserve">Complete  </w:t>
            </w:r>
            <w:sdt>
              <w:sdtPr>
                <w:id w:val="-134594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589691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21F57966" w14:textId="77777777" w:rsidTr="004948C5">
        <w:trPr>
          <w:trHeight w:val="300"/>
        </w:trPr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861A99B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5B45388" w14:textId="77777777" w:rsidR="004B1758" w:rsidRDefault="004B1758" w:rsidP="00CD745A">
            <w:r>
              <w:t xml:space="preserve">Yes </w:t>
            </w:r>
            <w:sdt>
              <w:sdtPr>
                <w:id w:val="107431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55746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1DC32D7D" w14:textId="77777777" w:rsidTr="004948C5">
        <w:trPr>
          <w:trHeight w:val="300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3F1498" w14:textId="77777777" w:rsidR="004B1758" w:rsidRPr="00F4085D" w:rsidRDefault="004B175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6038E" w14:textId="0B84C5D7" w:rsidR="004B1758" w:rsidRDefault="004B1758" w:rsidP="00CD745A"/>
        </w:tc>
      </w:tr>
      <w:tr w:rsidR="004B1758" w14:paraId="5367BB17" w14:textId="77777777" w:rsidTr="004948C5">
        <w:trPr>
          <w:trHeight w:val="300"/>
        </w:trPr>
        <w:tc>
          <w:tcPr>
            <w:tcW w:w="9350" w:type="dxa"/>
            <w:gridSpan w:val="2"/>
          </w:tcPr>
          <w:p w14:paraId="4F4CE130" w14:textId="194D63F0" w:rsidR="004B1758" w:rsidRDefault="004B1758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076656274"/>
                <w:placeholder>
                  <w:docPart w:val="4EF989A3E03B4EE6A12F2F619811EE0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2DB9794D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4D81343A" w14:textId="77777777" w:rsidR="004B1758" w:rsidRDefault="004B1758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04355281"/>
            <w:placeholder>
              <w:docPart w:val="75964C0310F242B3A20766B5C82819E6"/>
            </w:placeholder>
            <w:showingPlcHdr/>
          </w:sdtPr>
          <w:sdtContent>
            <w:tc>
              <w:tcPr>
                <w:tcW w:w="6627" w:type="dxa"/>
              </w:tcPr>
              <w:p w14:paraId="70BD6ADC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64E2BFF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3F6F50B8" w14:textId="77777777" w:rsidR="004B1758" w:rsidRDefault="004B1758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071540312"/>
            <w:placeholder>
              <w:docPart w:val="232789D3D76E4F03BDEF47C928CF3AA2"/>
            </w:placeholder>
            <w:showingPlcHdr/>
          </w:sdtPr>
          <w:sdtContent>
            <w:tc>
              <w:tcPr>
                <w:tcW w:w="6627" w:type="dxa"/>
              </w:tcPr>
              <w:p w14:paraId="2C788334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D2AA407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6D1CA4A8" w14:textId="7BC8871C" w:rsidR="004B1758" w:rsidRPr="004948C5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</w:tc>
        <w:sdt>
          <w:sdtPr>
            <w:id w:val="1562828608"/>
            <w:placeholder>
              <w:docPart w:val="077C3D657A80404EAE270B6CAB6BB7B4"/>
            </w:placeholder>
            <w:showingPlcHdr/>
          </w:sdtPr>
          <w:sdtContent>
            <w:tc>
              <w:tcPr>
                <w:tcW w:w="6627" w:type="dxa"/>
              </w:tcPr>
              <w:p w14:paraId="7EE5B3AB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54CF957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77E37296" w14:textId="77777777" w:rsidR="004B1758" w:rsidRDefault="004B1758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291485266"/>
            <w:placeholder>
              <w:docPart w:val="6631553E4CE54B81B9E302D6F212573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BAFE0B9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04C415C3" w14:textId="77777777" w:rsidTr="004948C5">
        <w:trPr>
          <w:trHeight w:val="300"/>
        </w:trPr>
        <w:tc>
          <w:tcPr>
            <w:tcW w:w="2723" w:type="dxa"/>
            <w:vAlign w:val="center"/>
          </w:tcPr>
          <w:p w14:paraId="05065A3F" w14:textId="77777777" w:rsidR="004B1758" w:rsidRDefault="004B1758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5FC0DBFB" w14:textId="77777777" w:rsidR="004B1758" w:rsidRDefault="004B1758" w:rsidP="00CD745A">
            <w:r>
              <w:t xml:space="preserve">Complete  </w:t>
            </w:r>
            <w:sdt>
              <w:sdtPr>
                <w:id w:val="-115560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9746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641D461" w14:textId="77777777" w:rsidTr="004948C5">
        <w:trPr>
          <w:trHeight w:val="300"/>
        </w:trPr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1838AB1" w14:textId="77777777" w:rsidR="004B1758" w:rsidRPr="00F4085D" w:rsidRDefault="004B1758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E6C929F" w14:textId="77777777" w:rsidR="004B1758" w:rsidRDefault="004B1758" w:rsidP="00CD745A">
            <w:r>
              <w:t xml:space="preserve">Yes </w:t>
            </w:r>
            <w:sdt>
              <w:sdtPr>
                <w:id w:val="-625549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9048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4B4C6F78" w14:textId="77777777" w:rsidTr="004948C5">
        <w:trPr>
          <w:trHeight w:val="300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7D2EF5" w14:textId="77777777" w:rsidR="004B1758" w:rsidRPr="00F4085D" w:rsidRDefault="004B175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F3CCE" w14:textId="01D15939" w:rsidR="004B1758" w:rsidRDefault="004B1758" w:rsidP="00CD745A"/>
        </w:tc>
      </w:tr>
    </w:tbl>
    <w:p w14:paraId="67588C0A" w14:textId="77777777" w:rsidR="00207F84" w:rsidRDefault="00207F84" w:rsidP="3FE541D5">
      <w:pPr>
        <w:pStyle w:val="Heading1"/>
      </w:pPr>
    </w:p>
    <w:p w14:paraId="0BD70D51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BE8CFD2" w14:textId="4B014C40" w:rsidR="300EB099" w:rsidRDefault="300EB099" w:rsidP="3FE541D5">
      <w:pPr>
        <w:pStyle w:val="Heading1"/>
      </w:pPr>
      <w:r>
        <w:lastRenderedPageBreak/>
        <w:t xml:space="preserve">Other Relevant Experiences </w:t>
      </w:r>
    </w:p>
    <w:p w14:paraId="45D53C93" w14:textId="4D7060BA" w:rsidR="300EB099" w:rsidRDefault="300EB099" w:rsidP="3FE541D5">
      <w:r>
        <w:t>Observations, Courses relevant to specialty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E9708F" w14:paraId="6AE91CC8" w14:textId="77777777" w:rsidTr="00E9708F">
        <w:tc>
          <w:tcPr>
            <w:tcW w:w="9350" w:type="dxa"/>
            <w:gridSpan w:val="2"/>
            <w:vAlign w:val="center"/>
          </w:tcPr>
          <w:p w14:paraId="75417317" w14:textId="22493CF0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 xml:space="preserve">Relevant Experience: </w:t>
            </w:r>
            <w:r w:rsidRP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07608977"/>
                <w:placeholder>
                  <w:docPart w:val="C2A0AE7AE73944309C0FCE2B687E6129"/>
                </w:placeholder>
                <w:showingPlcHdr/>
              </w:sdtPr>
              <w:sdtContent>
                <w:r w:rsidR="00A0792E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9708F" w14:paraId="42610F4B" w14:textId="77777777" w:rsidTr="00E9708F">
        <w:tc>
          <w:tcPr>
            <w:tcW w:w="2972" w:type="dxa"/>
            <w:vAlign w:val="center"/>
          </w:tcPr>
          <w:p w14:paraId="0C02265C" w14:textId="68267B9D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Role</w:t>
            </w:r>
          </w:p>
        </w:tc>
        <w:sdt>
          <w:sdtPr>
            <w:id w:val="171227214"/>
            <w:placeholder>
              <w:docPart w:val="A024D3BD32FA448B81354D9887D22B46"/>
            </w:placeholder>
            <w:showingPlcHdr/>
          </w:sdtPr>
          <w:sdtContent>
            <w:tc>
              <w:tcPr>
                <w:tcW w:w="6378" w:type="dxa"/>
              </w:tcPr>
              <w:p w14:paraId="49865B15" w14:textId="7E88B054" w:rsidR="00E9708F" w:rsidRDefault="00E9708F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268FB62D" w14:textId="77777777" w:rsidTr="00E9708F">
        <w:tc>
          <w:tcPr>
            <w:tcW w:w="2972" w:type="dxa"/>
            <w:vAlign w:val="center"/>
          </w:tcPr>
          <w:p w14:paraId="209481D8" w14:textId="4BBBACA4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Regulating Body</w:t>
            </w:r>
          </w:p>
        </w:tc>
        <w:sdt>
          <w:sdtPr>
            <w:id w:val="1466928827"/>
            <w:placeholder>
              <w:docPart w:val="F6961EADCD1442119FAE6B415BE88232"/>
            </w:placeholder>
            <w:showingPlcHdr/>
          </w:sdtPr>
          <w:sdtContent>
            <w:tc>
              <w:tcPr>
                <w:tcW w:w="6378" w:type="dxa"/>
              </w:tcPr>
              <w:p w14:paraId="7C460DE3" w14:textId="7ADD54D1" w:rsidR="00E9708F" w:rsidRDefault="00E9708F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CDAE86B" w14:textId="77777777" w:rsidTr="00E9708F">
        <w:tc>
          <w:tcPr>
            <w:tcW w:w="2972" w:type="dxa"/>
            <w:vAlign w:val="center"/>
          </w:tcPr>
          <w:p w14:paraId="133BE721" w14:textId="35380FD6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Start Date</w:t>
            </w:r>
          </w:p>
        </w:tc>
        <w:sdt>
          <w:sdtPr>
            <w:id w:val="-1311243605"/>
            <w:placeholder>
              <w:docPart w:val="A525FC7FBDF241569EE74B15F64F8A1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7C1E98DA" w14:textId="4DAF0EDC" w:rsidR="00E9708F" w:rsidRDefault="00E9708F" w:rsidP="3FE541D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9708F" w14:paraId="5F919DB4" w14:textId="77777777" w:rsidTr="00E9708F">
        <w:tc>
          <w:tcPr>
            <w:tcW w:w="2972" w:type="dxa"/>
            <w:vAlign w:val="center"/>
          </w:tcPr>
          <w:p w14:paraId="724CA7CC" w14:textId="7D75B633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End Date</w:t>
            </w:r>
          </w:p>
        </w:tc>
        <w:sdt>
          <w:sdtPr>
            <w:id w:val="-567349141"/>
            <w:placeholder>
              <w:docPart w:val="3144D4F65A2142C19137FC6B2D41195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01CE39F2" w14:textId="4E125EB2" w:rsidR="00E9708F" w:rsidRDefault="00E9708F" w:rsidP="3FE541D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9708F" w14:paraId="4624CA1C" w14:textId="77777777" w:rsidTr="00E9708F">
        <w:tc>
          <w:tcPr>
            <w:tcW w:w="2972" w:type="dxa"/>
            <w:vAlign w:val="center"/>
          </w:tcPr>
          <w:p w14:paraId="2320FC5C" w14:textId="77777777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Summary of experience</w:t>
            </w:r>
          </w:p>
          <w:p w14:paraId="705BE359" w14:textId="77777777" w:rsidR="00E9708F" w:rsidRPr="00A0792E" w:rsidRDefault="00E9708F" w:rsidP="00E9708F">
            <w:pPr>
              <w:rPr>
                <w:b/>
                <w:bCs/>
              </w:rPr>
            </w:pPr>
          </w:p>
        </w:tc>
        <w:sdt>
          <w:sdtPr>
            <w:id w:val="-342395109"/>
            <w:placeholder>
              <w:docPart w:val="D1BF1AD728E546CCB08E91E4B1511474"/>
            </w:placeholder>
            <w:showingPlcHdr/>
          </w:sdtPr>
          <w:sdtContent>
            <w:tc>
              <w:tcPr>
                <w:tcW w:w="6378" w:type="dxa"/>
              </w:tcPr>
              <w:p w14:paraId="102DBFD3" w14:textId="51DCAA46" w:rsidR="00E9708F" w:rsidRDefault="00E9708F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4114605" w14:textId="77777777" w:rsidTr="00E9708F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0C6A6074" w14:textId="1EAB619C" w:rsidR="00E9708F" w:rsidRPr="00A0792E" w:rsidRDefault="00E9708F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Overall Outcome</w:t>
            </w:r>
          </w:p>
        </w:tc>
        <w:sdt>
          <w:sdtPr>
            <w:id w:val="-1631232266"/>
            <w:placeholder>
              <w:docPart w:val="9BC029FD308C4935842209AF61DCF21F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6802F22B" w14:textId="243DFA98" w:rsidR="00E9708F" w:rsidRDefault="00E9708F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26C875D4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E0EBE" w14:textId="1F56D30B" w:rsidR="00E9708F" w:rsidRDefault="00E9708F" w:rsidP="3FE541D5"/>
        </w:tc>
      </w:tr>
      <w:tr w:rsidR="004B1758" w14:paraId="08204374" w14:textId="77777777" w:rsidTr="00E9708F">
        <w:tc>
          <w:tcPr>
            <w:tcW w:w="9350" w:type="dxa"/>
            <w:gridSpan w:val="2"/>
            <w:vAlign w:val="center"/>
          </w:tcPr>
          <w:p w14:paraId="31759D4C" w14:textId="5D966B7B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 xml:space="preserve">Relevant Experience: </w:t>
            </w:r>
            <w:r w:rsidRP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46413382"/>
                <w:placeholder>
                  <w:docPart w:val="B8AA8BBB11BA4EF9A241293A98FB116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26B4EBBD" w14:textId="77777777" w:rsidTr="00E9708F">
        <w:tc>
          <w:tcPr>
            <w:tcW w:w="2972" w:type="dxa"/>
            <w:vAlign w:val="center"/>
          </w:tcPr>
          <w:p w14:paraId="58C8809F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Role</w:t>
            </w:r>
          </w:p>
        </w:tc>
        <w:sdt>
          <w:sdtPr>
            <w:id w:val="-1132783918"/>
            <w:placeholder>
              <w:docPart w:val="305CD9CB916B41ED82B81FC4C6647F4D"/>
            </w:placeholder>
            <w:showingPlcHdr/>
          </w:sdtPr>
          <w:sdtContent>
            <w:tc>
              <w:tcPr>
                <w:tcW w:w="6378" w:type="dxa"/>
              </w:tcPr>
              <w:p w14:paraId="1EFB388B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2B8534D" w14:textId="77777777" w:rsidTr="00E9708F">
        <w:tc>
          <w:tcPr>
            <w:tcW w:w="2972" w:type="dxa"/>
            <w:vAlign w:val="center"/>
          </w:tcPr>
          <w:p w14:paraId="05C470D4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Regulating Body</w:t>
            </w:r>
          </w:p>
        </w:tc>
        <w:sdt>
          <w:sdtPr>
            <w:id w:val="-1303763768"/>
            <w:placeholder>
              <w:docPart w:val="B1ABA6662E2E4A20A2791FA3A865F322"/>
            </w:placeholder>
            <w:showingPlcHdr/>
          </w:sdtPr>
          <w:sdtContent>
            <w:tc>
              <w:tcPr>
                <w:tcW w:w="6378" w:type="dxa"/>
              </w:tcPr>
              <w:p w14:paraId="5C292D36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D8E0FD0" w14:textId="77777777" w:rsidTr="00E9708F">
        <w:tc>
          <w:tcPr>
            <w:tcW w:w="2972" w:type="dxa"/>
            <w:vAlign w:val="center"/>
          </w:tcPr>
          <w:p w14:paraId="64606CEA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Start Date</w:t>
            </w:r>
          </w:p>
        </w:tc>
        <w:sdt>
          <w:sdtPr>
            <w:id w:val="1385374250"/>
            <w:placeholder>
              <w:docPart w:val="C992BFE9ABA7488BAA93C824CF05823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623F32D5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02AAEFE7" w14:textId="77777777" w:rsidTr="00E9708F">
        <w:tc>
          <w:tcPr>
            <w:tcW w:w="2972" w:type="dxa"/>
            <w:vAlign w:val="center"/>
          </w:tcPr>
          <w:p w14:paraId="3E0170C2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End Date</w:t>
            </w:r>
          </w:p>
        </w:tc>
        <w:sdt>
          <w:sdtPr>
            <w:id w:val="-311554564"/>
            <w:placeholder>
              <w:docPart w:val="A1FD149350EB4F99B37B29551342832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584FA648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067C62DA" w14:textId="77777777" w:rsidTr="00E9708F">
        <w:tc>
          <w:tcPr>
            <w:tcW w:w="2972" w:type="dxa"/>
            <w:vAlign w:val="center"/>
          </w:tcPr>
          <w:p w14:paraId="72C218ED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Summary of experience</w:t>
            </w:r>
          </w:p>
          <w:p w14:paraId="1B433C28" w14:textId="77777777" w:rsidR="004B1758" w:rsidRPr="00A0792E" w:rsidRDefault="004B1758" w:rsidP="00E9708F">
            <w:pPr>
              <w:rPr>
                <w:b/>
                <w:bCs/>
              </w:rPr>
            </w:pPr>
          </w:p>
        </w:tc>
        <w:sdt>
          <w:sdtPr>
            <w:id w:val="-1130089630"/>
            <w:placeholder>
              <w:docPart w:val="B41D171B432548FEA086C4C374CB8639"/>
            </w:placeholder>
            <w:showingPlcHdr/>
          </w:sdtPr>
          <w:sdtContent>
            <w:tc>
              <w:tcPr>
                <w:tcW w:w="6378" w:type="dxa"/>
              </w:tcPr>
              <w:p w14:paraId="7D677EE7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2DBE8B1" w14:textId="77777777" w:rsidTr="00E9708F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6CE8ED48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Overall Outcome</w:t>
            </w:r>
          </w:p>
        </w:tc>
        <w:sdt>
          <w:sdtPr>
            <w:id w:val="-1960647185"/>
            <w:placeholder>
              <w:docPart w:val="CA8064A9D65E4244BEEA4E192ACA1764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3EE3C3D0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F217AD0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A97E2" w14:textId="434F8B0E" w:rsidR="004B1758" w:rsidRDefault="004B1758" w:rsidP="3FE541D5"/>
        </w:tc>
      </w:tr>
      <w:tr w:rsidR="004B1758" w14:paraId="3EE3E94E" w14:textId="77777777" w:rsidTr="00E9708F">
        <w:tc>
          <w:tcPr>
            <w:tcW w:w="9350" w:type="dxa"/>
            <w:gridSpan w:val="2"/>
            <w:vAlign w:val="center"/>
          </w:tcPr>
          <w:p w14:paraId="0B6F10CB" w14:textId="4B86CE7C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 xml:space="preserve">Relevant Experience: </w:t>
            </w:r>
            <w:r w:rsidRP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333534943"/>
                <w:placeholder>
                  <w:docPart w:val="0D0A8BBE75FB4B08B169761476E0862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1758" w14:paraId="76F3AFB1" w14:textId="77777777" w:rsidTr="00E9708F">
        <w:tc>
          <w:tcPr>
            <w:tcW w:w="2972" w:type="dxa"/>
            <w:vAlign w:val="center"/>
          </w:tcPr>
          <w:p w14:paraId="487A1998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Role</w:t>
            </w:r>
          </w:p>
        </w:tc>
        <w:sdt>
          <w:sdtPr>
            <w:id w:val="-1501967185"/>
            <w:placeholder>
              <w:docPart w:val="709CD44A22DC4EDC8F876CE1F2710404"/>
            </w:placeholder>
            <w:showingPlcHdr/>
          </w:sdtPr>
          <w:sdtContent>
            <w:tc>
              <w:tcPr>
                <w:tcW w:w="6378" w:type="dxa"/>
              </w:tcPr>
              <w:p w14:paraId="0F34C845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BA968AF" w14:textId="77777777" w:rsidTr="00E9708F">
        <w:tc>
          <w:tcPr>
            <w:tcW w:w="2972" w:type="dxa"/>
            <w:vAlign w:val="center"/>
          </w:tcPr>
          <w:p w14:paraId="7DA81514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Regulating Body</w:t>
            </w:r>
          </w:p>
        </w:tc>
        <w:sdt>
          <w:sdtPr>
            <w:id w:val="-1327127612"/>
            <w:placeholder>
              <w:docPart w:val="54572A9473B345639AB990CEF2CE08B6"/>
            </w:placeholder>
            <w:showingPlcHdr/>
          </w:sdtPr>
          <w:sdtContent>
            <w:tc>
              <w:tcPr>
                <w:tcW w:w="6378" w:type="dxa"/>
              </w:tcPr>
              <w:p w14:paraId="343DA32B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F1F323B" w14:textId="77777777" w:rsidTr="00E9708F">
        <w:tc>
          <w:tcPr>
            <w:tcW w:w="2972" w:type="dxa"/>
            <w:vAlign w:val="center"/>
          </w:tcPr>
          <w:p w14:paraId="6D21E706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Start Date</w:t>
            </w:r>
          </w:p>
        </w:tc>
        <w:sdt>
          <w:sdtPr>
            <w:id w:val="60373987"/>
            <w:placeholder>
              <w:docPart w:val="C8BC3451D9274BFFAC7A3FD0A639112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48A8CF22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2818C0D7" w14:textId="77777777" w:rsidTr="00E9708F">
        <w:tc>
          <w:tcPr>
            <w:tcW w:w="2972" w:type="dxa"/>
            <w:vAlign w:val="center"/>
          </w:tcPr>
          <w:p w14:paraId="3AD6C3F8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Experience End Date</w:t>
            </w:r>
          </w:p>
        </w:tc>
        <w:sdt>
          <w:sdtPr>
            <w:id w:val="-994634295"/>
            <w:placeholder>
              <w:docPart w:val="93091693BB9949D386A6058F86FE2E9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378" w:type="dxa"/>
              </w:tcPr>
              <w:p w14:paraId="5C28E652" w14:textId="77777777" w:rsidR="004B1758" w:rsidRDefault="004B1758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4B1758" w14:paraId="2A1FE20C" w14:textId="77777777" w:rsidTr="00E9708F">
        <w:tc>
          <w:tcPr>
            <w:tcW w:w="2972" w:type="dxa"/>
            <w:vAlign w:val="center"/>
          </w:tcPr>
          <w:p w14:paraId="58AAC4E8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Summary of experience</w:t>
            </w:r>
          </w:p>
          <w:p w14:paraId="2A50D917" w14:textId="77777777" w:rsidR="004B1758" w:rsidRPr="00A0792E" w:rsidRDefault="004B1758" w:rsidP="00E9708F">
            <w:pPr>
              <w:rPr>
                <w:b/>
                <w:bCs/>
              </w:rPr>
            </w:pPr>
          </w:p>
        </w:tc>
        <w:sdt>
          <w:sdtPr>
            <w:id w:val="88130160"/>
            <w:placeholder>
              <w:docPart w:val="896AC897902643DBBCD317D9F7FC2063"/>
            </w:placeholder>
            <w:showingPlcHdr/>
          </w:sdtPr>
          <w:sdtContent>
            <w:tc>
              <w:tcPr>
                <w:tcW w:w="6378" w:type="dxa"/>
              </w:tcPr>
              <w:p w14:paraId="7AA514E7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E4261C9" w14:textId="77777777" w:rsidTr="00E9708F"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242FB137" w14:textId="77777777" w:rsidR="004B1758" w:rsidRPr="00A0792E" w:rsidRDefault="004B1758" w:rsidP="00E9708F">
            <w:pPr>
              <w:rPr>
                <w:b/>
                <w:bCs/>
              </w:rPr>
            </w:pPr>
            <w:r w:rsidRPr="00A0792E">
              <w:rPr>
                <w:b/>
                <w:bCs/>
              </w:rPr>
              <w:t>Overall Outcome</w:t>
            </w:r>
          </w:p>
        </w:tc>
        <w:sdt>
          <w:sdtPr>
            <w:id w:val="-1578428969"/>
            <w:placeholder>
              <w:docPart w:val="77DB0A952DAE45EE9EF67EF6DD40095E"/>
            </w:placeholder>
            <w:showingPlcHdr/>
          </w:sdtPr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54AE5010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BDC7B8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AE2C0C" w14:textId="185F7CF3" w:rsidR="004B1758" w:rsidRDefault="004B1758" w:rsidP="3FE541D5"/>
        </w:tc>
      </w:tr>
    </w:tbl>
    <w:p w14:paraId="68540C9A" w14:textId="77777777" w:rsidR="00207F84" w:rsidRDefault="00207F84">
      <w:pPr>
        <w:pStyle w:val="Heading1"/>
      </w:pPr>
    </w:p>
    <w:p w14:paraId="3B6CC595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7B7465A8" w:rsidR="00214ECC" w:rsidRDefault="003729FB">
      <w:pPr>
        <w:pStyle w:val="Heading1"/>
      </w:pPr>
      <w:r>
        <w:lastRenderedPageBreak/>
        <w:t xml:space="preserve">Teaching </w:t>
      </w:r>
      <w:r w:rsidR="0075109E">
        <w:t xml:space="preserve">training and </w:t>
      </w:r>
      <w: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354437A9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BF1F9D3" w14:textId="77777777" w:rsidR="004B1758" w:rsidRDefault="004B1758"/>
          <w:p w14:paraId="0F0F3B7F" w14:textId="59E90858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674E8985" w:rsidR="00E9708F" w:rsidRDefault="00E9708F"/>
        </w:tc>
      </w:tr>
      <w:tr w:rsidR="004B1758" w14:paraId="25B8E531" w14:textId="77777777" w:rsidTr="00A0792E">
        <w:tc>
          <w:tcPr>
            <w:tcW w:w="2689" w:type="dxa"/>
          </w:tcPr>
          <w:p w14:paraId="1A2F3CA1" w14:textId="3E500485" w:rsidR="004B1758" w:rsidRDefault="004B1758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592545112"/>
            <w:placeholder>
              <w:docPart w:val="3517A793878643B291313275E3689507"/>
            </w:placeholder>
            <w:showingPlcHdr/>
          </w:sdtPr>
          <w:sdtContent>
            <w:tc>
              <w:tcPr>
                <w:tcW w:w="6661" w:type="dxa"/>
              </w:tcPr>
              <w:p w14:paraId="2135BDA3" w14:textId="030CD5D0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3A56E79" w14:textId="77777777" w:rsidTr="00A0792E">
        <w:tc>
          <w:tcPr>
            <w:tcW w:w="2689" w:type="dxa"/>
          </w:tcPr>
          <w:p w14:paraId="413D4D83" w14:textId="77777777" w:rsidR="004B1758" w:rsidRDefault="004B1758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546025177"/>
            <w:placeholder>
              <w:docPart w:val="940D0F400AD7453981C5950D515E7DFD"/>
            </w:placeholder>
            <w:showingPlcHdr/>
          </w:sdtPr>
          <w:sdtContent>
            <w:tc>
              <w:tcPr>
                <w:tcW w:w="6661" w:type="dxa"/>
              </w:tcPr>
              <w:p w14:paraId="67D363B8" w14:textId="43FFACE5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673034B" w14:textId="77777777" w:rsidTr="00A0792E">
        <w:tc>
          <w:tcPr>
            <w:tcW w:w="2689" w:type="dxa"/>
          </w:tcPr>
          <w:p w14:paraId="6C8BEF9F" w14:textId="77777777" w:rsidR="004B1758" w:rsidRDefault="004B1758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2013786593"/>
            <w:placeholder>
              <w:docPart w:val="56066EC8E46D4719B7B00F5B0907C5C1"/>
            </w:placeholder>
            <w:showingPlcHdr/>
          </w:sdtPr>
          <w:sdtContent>
            <w:tc>
              <w:tcPr>
                <w:tcW w:w="6661" w:type="dxa"/>
              </w:tcPr>
              <w:p w14:paraId="4F749488" w14:textId="5FE1F3CC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E367835" w14:textId="77777777" w:rsidTr="00A0792E">
        <w:tc>
          <w:tcPr>
            <w:tcW w:w="2689" w:type="dxa"/>
          </w:tcPr>
          <w:p w14:paraId="45521E93" w14:textId="77777777" w:rsidR="004B1758" w:rsidRPr="00F4085D" w:rsidRDefault="004B1758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A6BCE6E" w14:textId="77777777" w:rsidR="004B1758" w:rsidRDefault="004B1758"/>
        </w:tc>
        <w:sdt>
          <w:sdtPr>
            <w:id w:val="1858081569"/>
            <w:placeholder>
              <w:docPart w:val="28A7D0AB48C84D2AAD9F070B7942C7CC"/>
            </w:placeholder>
            <w:showingPlcHdr/>
          </w:sdtPr>
          <w:sdtContent>
            <w:tc>
              <w:tcPr>
                <w:tcW w:w="6661" w:type="dxa"/>
              </w:tcPr>
              <w:p w14:paraId="14DB5AC8" w14:textId="09478868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08AA8D4" w14:textId="77777777" w:rsidTr="00A0792E">
        <w:tc>
          <w:tcPr>
            <w:tcW w:w="2689" w:type="dxa"/>
          </w:tcPr>
          <w:p w14:paraId="4AAE6305" w14:textId="77777777" w:rsidR="004B1758" w:rsidRDefault="004B1758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F198186" w14:textId="0C6F8492" w:rsidR="004B1758" w:rsidRDefault="004B1758">
            <w:r>
              <w:t xml:space="preserve">Complete </w:t>
            </w:r>
            <w:sdt>
              <w:sdtPr>
                <w:id w:val="9969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2430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3B7D0F51" w14:textId="77777777" w:rsidTr="00A0792E">
        <w:tc>
          <w:tcPr>
            <w:tcW w:w="2689" w:type="dxa"/>
          </w:tcPr>
          <w:p w14:paraId="527B9ADE" w14:textId="77777777" w:rsidR="004B1758" w:rsidRDefault="004B1758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457944106"/>
            <w:placeholder>
              <w:docPart w:val="3500D4F541614C379E3D04E82B104D4A"/>
            </w:placeholder>
            <w:showingPlcHdr/>
          </w:sdtPr>
          <w:sdtContent>
            <w:tc>
              <w:tcPr>
                <w:tcW w:w="6661" w:type="dxa"/>
              </w:tcPr>
              <w:p w14:paraId="6AF105EC" w14:textId="1512BECD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A94DA9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7C17582" w14:textId="77777777" w:rsidR="004B1758" w:rsidRPr="00F4085D" w:rsidRDefault="004B1758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AA22819" w14:textId="77777777" w:rsidR="004B1758" w:rsidRDefault="004B1758"/>
          <w:p w14:paraId="63C5E952" w14:textId="7469D1CA" w:rsidR="004B1758" w:rsidRDefault="004B1758">
            <w:r>
              <w:t xml:space="preserve">Yes </w:t>
            </w:r>
            <w:sdt>
              <w:sdtPr>
                <w:id w:val="-190636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3155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63E7360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37B1E" w14:textId="2980692F" w:rsidR="004B1758" w:rsidRDefault="004B1758"/>
        </w:tc>
      </w:tr>
      <w:tr w:rsidR="004B1758" w14:paraId="08CDA748" w14:textId="77777777" w:rsidTr="00A0792E">
        <w:tc>
          <w:tcPr>
            <w:tcW w:w="2689" w:type="dxa"/>
          </w:tcPr>
          <w:p w14:paraId="52A63624" w14:textId="06553A3F" w:rsidR="004B1758" w:rsidRDefault="004B1758">
            <w:r w:rsidRPr="00F4085D">
              <w:rPr>
                <w:b/>
                <w:bCs/>
              </w:rPr>
              <w:t>Role</w:t>
            </w:r>
          </w:p>
        </w:tc>
        <w:sdt>
          <w:sdtPr>
            <w:id w:val="312913789"/>
            <w:placeholder>
              <w:docPart w:val="4B6294E54C704C22A254792C94C51D06"/>
            </w:placeholder>
            <w:showingPlcHdr/>
          </w:sdtPr>
          <w:sdtContent>
            <w:tc>
              <w:tcPr>
                <w:tcW w:w="6661" w:type="dxa"/>
              </w:tcPr>
              <w:p w14:paraId="4D77D25A" w14:textId="565CCCA1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D5B9887" w14:textId="77777777" w:rsidTr="00A0792E">
        <w:tc>
          <w:tcPr>
            <w:tcW w:w="2689" w:type="dxa"/>
          </w:tcPr>
          <w:p w14:paraId="54972DCD" w14:textId="77777777" w:rsidR="004B1758" w:rsidRDefault="004B1758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270390453"/>
            <w:placeholder>
              <w:docPart w:val="7108CBFA5148494D91EBC31715C8DEAA"/>
            </w:placeholder>
            <w:showingPlcHdr/>
          </w:sdtPr>
          <w:sdtContent>
            <w:tc>
              <w:tcPr>
                <w:tcW w:w="6661" w:type="dxa"/>
              </w:tcPr>
              <w:p w14:paraId="46C4F79A" w14:textId="616016D2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2CF9386" w14:textId="77777777" w:rsidTr="00A0792E">
        <w:tc>
          <w:tcPr>
            <w:tcW w:w="2689" w:type="dxa"/>
          </w:tcPr>
          <w:p w14:paraId="0DF734C2" w14:textId="77777777" w:rsidR="004B1758" w:rsidRDefault="004B1758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993022369"/>
            <w:placeholder>
              <w:docPart w:val="10078467E9DA49ED8C0307AB10EBA4B0"/>
            </w:placeholder>
            <w:showingPlcHdr/>
          </w:sdtPr>
          <w:sdtContent>
            <w:tc>
              <w:tcPr>
                <w:tcW w:w="6661" w:type="dxa"/>
              </w:tcPr>
              <w:p w14:paraId="5FAFB56A" w14:textId="41135DA5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D4E4C84" w14:textId="77777777" w:rsidTr="00A0792E">
        <w:tc>
          <w:tcPr>
            <w:tcW w:w="2689" w:type="dxa"/>
          </w:tcPr>
          <w:p w14:paraId="205B6ABA" w14:textId="77777777" w:rsidR="004B1758" w:rsidRPr="00F4085D" w:rsidRDefault="004B1758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E1A1C89" w14:textId="77777777" w:rsidR="004B1758" w:rsidRDefault="004B1758"/>
        </w:tc>
        <w:sdt>
          <w:sdtPr>
            <w:id w:val="-1248659959"/>
            <w:placeholder>
              <w:docPart w:val="98BF4FEE5E334402B2CE0E8E56C6EB47"/>
            </w:placeholder>
            <w:showingPlcHdr/>
          </w:sdtPr>
          <w:sdtContent>
            <w:tc>
              <w:tcPr>
                <w:tcW w:w="6661" w:type="dxa"/>
              </w:tcPr>
              <w:p w14:paraId="7AC5B218" w14:textId="182C75CF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9EF6E0F" w14:textId="77777777" w:rsidTr="00A0792E">
        <w:tc>
          <w:tcPr>
            <w:tcW w:w="2689" w:type="dxa"/>
          </w:tcPr>
          <w:p w14:paraId="0FDA18EE" w14:textId="77777777" w:rsidR="004B1758" w:rsidRDefault="004B1758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CFB260C" w14:textId="0EC03139" w:rsidR="004B1758" w:rsidRDefault="004B1758">
            <w:r>
              <w:t xml:space="preserve">Complete  </w:t>
            </w:r>
            <w:sdt>
              <w:sdtPr>
                <w:id w:val="-110002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67263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3639A7F8" w14:textId="77777777" w:rsidTr="00A0792E">
        <w:tc>
          <w:tcPr>
            <w:tcW w:w="2689" w:type="dxa"/>
          </w:tcPr>
          <w:p w14:paraId="415DE4CE" w14:textId="77777777" w:rsidR="004B1758" w:rsidRDefault="004B1758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031287359"/>
            <w:placeholder>
              <w:docPart w:val="9A612E79B2A84EEB9C467180FF43E110"/>
            </w:placeholder>
            <w:showingPlcHdr/>
          </w:sdtPr>
          <w:sdtContent>
            <w:tc>
              <w:tcPr>
                <w:tcW w:w="6661" w:type="dxa"/>
              </w:tcPr>
              <w:p w14:paraId="4A1F84E2" w14:textId="3AA368FB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878448F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5CEDB513" w14:textId="77777777" w:rsidR="004B1758" w:rsidRPr="00F4085D" w:rsidRDefault="004B1758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0BCB384" w14:textId="77777777" w:rsidR="004B1758" w:rsidRDefault="004B1758"/>
          <w:p w14:paraId="26488DE5" w14:textId="37E6EA71" w:rsidR="004B1758" w:rsidRDefault="004B1758">
            <w:r>
              <w:t xml:space="preserve">Yes </w:t>
            </w:r>
            <w:sdt>
              <w:sdtPr>
                <w:id w:val="-212197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7849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7CA74513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EB0EE5" w14:textId="141F0D7D" w:rsidR="004B1758" w:rsidRDefault="004B1758"/>
        </w:tc>
      </w:tr>
      <w:tr w:rsidR="004B1758" w14:paraId="1C2D82F3" w14:textId="77777777" w:rsidTr="00A0792E">
        <w:tc>
          <w:tcPr>
            <w:tcW w:w="2689" w:type="dxa"/>
          </w:tcPr>
          <w:p w14:paraId="02D4F266" w14:textId="1B8B3DC3" w:rsidR="004B1758" w:rsidRDefault="004B1758">
            <w:r w:rsidRPr="00F4085D">
              <w:rPr>
                <w:b/>
                <w:bCs/>
              </w:rPr>
              <w:t>Role</w:t>
            </w:r>
          </w:p>
        </w:tc>
        <w:sdt>
          <w:sdtPr>
            <w:id w:val="-657850963"/>
            <w:placeholder>
              <w:docPart w:val="2D02F42E195A4125BFFDA4A4D8399333"/>
            </w:placeholder>
            <w:showingPlcHdr/>
          </w:sdtPr>
          <w:sdtContent>
            <w:tc>
              <w:tcPr>
                <w:tcW w:w="6661" w:type="dxa"/>
              </w:tcPr>
              <w:p w14:paraId="3E63F7FD" w14:textId="1A8460CB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D793D23" w14:textId="77777777" w:rsidTr="00A0792E">
        <w:tc>
          <w:tcPr>
            <w:tcW w:w="2689" w:type="dxa"/>
          </w:tcPr>
          <w:p w14:paraId="19056D2F" w14:textId="77777777" w:rsidR="004B1758" w:rsidRDefault="004B1758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755088280"/>
            <w:placeholder>
              <w:docPart w:val="733B4DFE44F04348B147233A7D807188"/>
            </w:placeholder>
            <w:showingPlcHdr/>
          </w:sdtPr>
          <w:sdtContent>
            <w:tc>
              <w:tcPr>
                <w:tcW w:w="6661" w:type="dxa"/>
              </w:tcPr>
              <w:p w14:paraId="003A73CD" w14:textId="4256CB5D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E549517" w14:textId="77777777" w:rsidTr="00A0792E">
        <w:tc>
          <w:tcPr>
            <w:tcW w:w="2689" w:type="dxa"/>
          </w:tcPr>
          <w:p w14:paraId="0F2B545E" w14:textId="77777777" w:rsidR="004B1758" w:rsidRDefault="004B1758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989296789"/>
            <w:placeholder>
              <w:docPart w:val="AAD4FCE7930E4AD28CECE91A8D8AE5BB"/>
            </w:placeholder>
            <w:showingPlcHdr/>
          </w:sdtPr>
          <w:sdtContent>
            <w:tc>
              <w:tcPr>
                <w:tcW w:w="6661" w:type="dxa"/>
              </w:tcPr>
              <w:p w14:paraId="0C504430" w14:textId="2BB9AA1F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B66CDCE" w14:textId="77777777" w:rsidTr="00A0792E">
        <w:tc>
          <w:tcPr>
            <w:tcW w:w="2689" w:type="dxa"/>
          </w:tcPr>
          <w:p w14:paraId="0DE88147" w14:textId="77777777" w:rsidR="004B1758" w:rsidRPr="00F4085D" w:rsidRDefault="004B1758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2BB44641" w14:textId="77777777" w:rsidR="004B1758" w:rsidRDefault="004B1758"/>
        </w:tc>
        <w:sdt>
          <w:sdtPr>
            <w:id w:val="103467781"/>
            <w:placeholder>
              <w:docPart w:val="3557B324D9734C909D594A0EB3B66EF0"/>
            </w:placeholder>
            <w:showingPlcHdr/>
          </w:sdtPr>
          <w:sdtContent>
            <w:tc>
              <w:tcPr>
                <w:tcW w:w="6661" w:type="dxa"/>
              </w:tcPr>
              <w:p w14:paraId="3DF7EDB3" w14:textId="725AC6C3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557BE6F" w14:textId="77777777" w:rsidTr="00A0792E">
        <w:tc>
          <w:tcPr>
            <w:tcW w:w="2689" w:type="dxa"/>
          </w:tcPr>
          <w:p w14:paraId="61F2599C" w14:textId="77777777" w:rsidR="004B1758" w:rsidRDefault="004B1758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964A697" w14:textId="39D5843A" w:rsidR="004B1758" w:rsidRDefault="004B1758">
            <w:r>
              <w:t xml:space="preserve">Complete  </w:t>
            </w:r>
            <w:sdt>
              <w:sdtPr>
                <w:id w:val="-52895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38405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548E4B4C" w14:textId="77777777" w:rsidTr="00A0792E">
        <w:tc>
          <w:tcPr>
            <w:tcW w:w="2689" w:type="dxa"/>
          </w:tcPr>
          <w:p w14:paraId="6231580D" w14:textId="77777777" w:rsidR="004B1758" w:rsidRDefault="004B1758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861546175"/>
            <w:placeholder>
              <w:docPart w:val="2E97539A79E74BD2B42A2064279BB384"/>
            </w:placeholder>
            <w:showingPlcHdr/>
          </w:sdtPr>
          <w:sdtContent>
            <w:tc>
              <w:tcPr>
                <w:tcW w:w="6661" w:type="dxa"/>
              </w:tcPr>
              <w:p w14:paraId="1A0BDF9D" w14:textId="177737C3" w:rsidR="004B1758" w:rsidRDefault="004B1758" w:rsidP="001206C0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2D56C8B" w14:textId="77777777" w:rsidTr="004B1758">
        <w:tc>
          <w:tcPr>
            <w:tcW w:w="2689" w:type="dxa"/>
          </w:tcPr>
          <w:p w14:paraId="71EB8477" w14:textId="77777777" w:rsidR="004B1758" w:rsidRPr="00F4085D" w:rsidRDefault="004B1758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</w:tcPr>
          <w:p w14:paraId="409EF224" w14:textId="77777777" w:rsidR="004B1758" w:rsidRDefault="004B1758"/>
          <w:p w14:paraId="7345AB9C" w14:textId="001EC7E2" w:rsidR="004B1758" w:rsidRDefault="004B1758">
            <w:r>
              <w:t xml:space="preserve">Yes </w:t>
            </w:r>
            <w:sdt>
              <w:sdtPr>
                <w:id w:val="-161697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8207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23999FF2" w14:textId="77777777" w:rsidTr="002A18C5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D14F3" w14:textId="77777777" w:rsidR="004B1758" w:rsidRDefault="004B1758" w:rsidP="002A18C5"/>
        </w:tc>
      </w:tr>
      <w:tr w:rsidR="004B1758" w14:paraId="2C09F4AB" w14:textId="77777777" w:rsidTr="002A18C5">
        <w:tc>
          <w:tcPr>
            <w:tcW w:w="2689" w:type="dxa"/>
          </w:tcPr>
          <w:p w14:paraId="5799CF72" w14:textId="77777777" w:rsidR="004B1758" w:rsidRDefault="004B1758" w:rsidP="002A18C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511293222"/>
            <w:placeholder>
              <w:docPart w:val="E85711EEEF744E5483CD5A00AE459814"/>
            </w:placeholder>
            <w:showingPlcHdr/>
          </w:sdtPr>
          <w:sdtContent>
            <w:tc>
              <w:tcPr>
                <w:tcW w:w="6661" w:type="dxa"/>
              </w:tcPr>
              <w:p w14:paraId="42B81BA9" w14:textId="1428B9C6" w:rsidR="004B1758" w:rsidRDefault="004948C5" w:rsidP="002A18C5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7C6644A" w14:textId="77777777" w:rsidTr="002A18C5">
        <w:tc>
          <w:tcPr>
            <w:tcW w:w="2689" w:type="dxa"/>
          </w:tcPr>
          <w:p w14:paraId="14FC0889" w14:textId="77777777" w:rsidR="004B1758" w:rsidRDefault="004B1758" w:rsidP="002A18C5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798366568"/>
            <w:placeholder>
              <w:docPart w:val="7A1E1AD1FA3F4C16B3FE444D64E4F5B2"/>
            </w:placeholder>
            <w:showingPlcHdr/>
          </w:sdtPr>
          <w:sdtContent>
            <w:tc>
              <w:tcPr>
                <w:tcW w:w="6661" w:type="dxa"/>
              </w:tcPr>
              <w:p w14:paraId="23E01D07" w14:textId="4154E9C4" w:rsidR="004B1758" w:rsidRDefault="004948C5" w:rsidP="002A18C5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1B99A81" w14:textId="77777777" w:rsidTr="002A18C5">
        <w:tc>
          <w:tcPr>
            <w:tcW w:w="2689" w:type="dxa"/>
          </w:tcPr>
          <w:p w14:paraId="4102676A" w14:textId="77777777" w:rsidR="004B1758" w:rsidRDefault="004B1758" w:rsidP="002A18C5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704904004"/>
            <w:placeholder>
              <w:docPart w:val="C8CBF8AE570A4CC5A2A3F0C36C816B2C"/>
            </w:placeholder>
            <w:showingPlcHdr/>
          </w:sdtPr>
          <w:sdtContent>
            <w:tc>
              <w:tcPr>
                <w:tcW w:w="6661" w:type="dxa"/>
              </w:tcPr>
              <w:p w14:paraId="14462301" w14:textId="1BB18515" w:rsidR="004B1758" w:rsidRDefault="004948C5" w:rsidP="002A18C5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78695D4" w14:textId="77777777" w:rsidTr="002A18C5">
        <w:tc>
          <w:tcPr>
            <w:tcW w:w="2689" w:type="dxa"/>
          </w:tcPr>
          <w:p w14:paraId="28692919" w14:textId="77777777" w:rsidR="004B1758" w:rsidRPr="00F4085D" w:rsidRDefault="004B1758" w:rsidP="002A18C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55A5C93" w14:textId="77777777" w:rsidR="004B1758" w:rsidRDefault="004B1758" w:rsidP="002A18C5"/>
        </w:tc>
        <w:sdt>
          <w:sdtPr>
            <w:id w:val="1370955471"/>
            <w:placeholder>
              <w:docPart w:val="08C836B040EE430DA28D383E8AA73DA0"/>
            </w:placeholder>
            <w:showingPlcHdr/>
          </w:sdtPr>
          <w:sdtContent>
            <w:tc>
              <w:tcPr>
                <w:tcW w:w="6661" w:type="dxa"/>
              </w:tcPr>
              <w:p w14:paraId="569E71F5" w14:textId="1CA8FB94" w:rsidR="004B1758" w:rsidRDefault="004948C5" w:rsidP="002A18C5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F418B1F" w14:textId="77777777" w:rsidTr="002A18C5">
        <w:tc>
          <w:tcPr>
            <w:tcW w:w="2689" w:type="dxa"/>
          </w:tcPr>
          <w:p w14:paraId="212EA6FB" w14:textId="77777777" w:rsidR="004B1758" w:rsidRDefault="004B1758" w:rsidP="002A18C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5C8B12B" w14:textId="6925DD63" w:rsidR="004B1758" w:rsidRDefault="004B1758" w:rsidP="002A18C5">
            <w:r>
              <w:t xml:space="preserve">Complete  </w:t>
            </w:r>
            <w:sdt>
              <w:sdtPr>
                <w:id w:val="96854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8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6202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8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7C3A1D1" w14:textId="77777777" w:rsidTr="002A18C5">
        <w:tc>
          <w:tcPr>
            <w:tcW w:w="2689" w:type="dxa"/>
          </w:tcPr>
          <w:p w14:paraId="20830F90" w14:textId="77777777" w:rsidR="004B1758" w:rsidRDefault="004B1758" w:rsidP="002A18C5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738697643"/>
            <w:placeholder>
              <w:docPart w:val="493D4901E33845FEB08A08D85E8107E8"/>
            </w:placeholder>
            <w:showingPlcHdr/>
          </w:sdtPr>
          <w:sdtContent>
            <w:tc>
              <w:tcPr>
                <w:tcW w:w="6661" w:type="dxa"/>
              </w:tcPr>
              <w:p w14:paraId="5EF8BEFC" w14:textId="75D1B78C" w:rsidR="004B1758" w:rsidRDefault="004948C5" w:rsidP="002A18C5">
                <w:r w:rsidRPr="001206C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DFB3046" w14:textId="77777777" w:rsidTr="002A18C5">
        <w:tc>
          <w:tcPr>
            <w:tcW w:w="2689" w:type="dxa"/>
            <w:tcBorders>
              <w:bottom w:val="single" w:sz="4" w:space="0" w:color="auto"/>
            </w:tcBorders>
          </w:tcPr>
          <w:p w14:paraId="77238159" w14:textId="77777777" w:rsidR="004B1758" w:rsidRPr="00F4085D" w:rsidRDefault="004B1758" w:rsidP="002A18C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95D6E9E" w14:textId="77777777" w:rsidR="004B1758" w:rsidRDefault="004B1758" w:rsidP="002A18C5"/>
          <w:p w14:paraId="28263CE7" w14:textId="10A226C2" w:rsidR="004B1758" w:rsidRDefault="004B1758" w:rsidP="002A18C5">
            <w:r>
              <w:t xml:space="preserve">Yes </w:t>
            </w:r>
            <w:sdt>
              <w:sdtPr>
                <w:id w:val="172779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8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55669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48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7A882F9A" w14:textId="77777777" w:rsidR="00E9708F" w:rsidRDefault="00E9708F"/>
    <w:p w14:paraId="20ACFFB3" w14:textId="77777777" w:rsidR="00207F84" w:rsidRDefault="00207F84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56E4C02A" w:rsidR="0075109E" w:rsidRDefault="00F211F0" w:rsidP="00F211F0">
      <w:pPr>
        <w:pStyle w:val="Heading1"/>
      </w:pPr>
      <w:r>
        <w:lastRenderedPageBreak/>
        <w:t>Leadership</w:t>
      </w:r>
      <w:r w:rsidR="0075109E">
        <w:t xml:space="preserve"> and management training and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7"/>
        <w:gridCol w:w="5723"/>
      </w:tblGrid>
      <w:tr w:rsidR="00E9708F" w14:paraId="54F8C43B" w14:textId="77777777" w:rsidTr="00A0792E">
        <w:tc>
          <w:tcPr>
            <w:tcW w:w="3627" w:type="dxa"/>
            <w:vAlign w:val="center"/>
          </w:tcPr>
          <w:p w14:paraId="65D4FD2D" w14:textId="1E8ECCAB" w:rsidR="00E9708F" w:rsidRDefault="00E9708F" w:rsidP="00A0792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20139059"/>
            <w:placeholder>
              <w:docPart w:val="74EA9A3E607C47918BF99ACB8F3CB152"/>
            </w:placeholder>
            <w:showingPlcHdr/>
          </w:sdtPr>
          <w:sdtContent>
            <w:tc>
              <w:tcPr>
                <w:tcW w:w="5723" w:type="dxa"/>
              </w:tcPr>
              <w:p w14:paraId="3701A3E1" w14:textId="77777777" w:rsidR="00E9708F" w:rsidRDefault="00E9708F" w:rsidP="004A344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E6E9ABB" w14:textId="77777777" w:rsidTr="00A0792E">
        <w:tc>
          <w:tcPr>
            <w:tcW w:w="3627" w:type="dxa"/>
            <w:vAlign w:val="center"/>
          </w:tcPr>
          <w:p w14:paraId="668CEEF0" w14:textId="77777777" w:rsidR="00E9708F" w:rsidRDefault="00E9708F" w:rsidP="00A0792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435213265"/>
            <w:placeholder>
              <w:docPart w:val="74EA9A3E607C47918BF99ACB8F3CB152"/>
            </w:placeholder>
            <w:showingPlcHdr/>
          </w:sdtPr>
          <w:sdtContent>
            <w:tc>
              <w:tcPr>
                <w:tcW w:w="5723" w:type="dxa"/>
              </w:tcPr>
              <w:p w14:paraId="47B74F6B" w14:textId="78424842" w:rsidR="00E9708F" w:rsidRDefault="00207F84" w:rsidP="004A344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D4755BD" w14:textId="77777777" w:rsidTr="00A0792E">
        <w:tc>
          <w:tcPr>
            <w:tcW w:w="3627" w:type="dxa"/>
            <w:vAlign w:val="center"/>
          </w:tcPr>
          <w:p w14:paraId="5432D020" w14:textId="64E8995F" w:rsidR="00E9708F" w:rsidRDefault="00E9708F" w:rsidP="00A0792E">
            <w:r w:rsidRPr="00F4085D">
              <w:rPr>
                <w:b/>
                <w:bCs/>
              </w:rPr>
              <w:t>Leadership/Management Training Delivered</w:t>
            </w:r>
          </w:p>
        </w:tc>
        <w:sdt>
          <w:sdtPr>
            <w:id w:val="1617179289"/>
            <w:placeholder>
              <w:docPart w:val="74EA9A3E607C47918BF99ACB8F3CB152"/>
            </w:placeholder>
            <w:showingPlcHdr/>
          </w:sdtPr>
          <w:sdtContent>
            <w:tc>
              <w:tcPr>
                <w:tcW w:w="5723" w:type="dxa"/>
              </w:tcPr>
              <w:p w14:paraId="3C672D72" w14:textId="2694D3D3" w:rsidR="00E9708F" w:rsidRDefault="00207F84" w:rsidP="004A344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F4FE12F" w14:textId="77777777" w:rsidTr="00A0792E">
        <w:tc>
          <w:tcPr>
            <w:tcW w:w="3627" w:type="dxa"/>
            <w:vAlign w:val="center"/>
          </w:tcPr>
          <w:p w14:paraId="14B12002" w14:textId="77777777" w:rsidR="00E9708F" w:rsidRPr="00F4085D" w:rsidRDefault="00E9708F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A25B93A" w14:textId="77777777" w:rsidR="00E9708F" w:rsidRDefault="00E9708F" w:rsidP="00A0792E"/>
        </w:tc>
        <w:sdt>
          <w:sdtPr>
            <w:id w:val="1902247459"/>
            <w:placeholder>
              <w:docPart w:val="74EA9A3E607C47918BF99ACB8F3CB152"/>
            </w:placeholder>
            <w:showingPlcHdr/>
          </w:sdtPr>
          <w:sdtContent>
            <w:tc>
              <w:tcPr>
                <w:tcW w:w="5723" w:type="dxa"/>
              </w:tcPr>
              <w:p w14:paraId="443FD15E" w14:textId="59E1C66A" w:rsidR="00E9708F" w:rsidRDefault="00207F84" w:rsidP="004A344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09ABFE5" w14:textId="77777777" w:rsidTr="00A0792E">
        <w:tc>
          <w:tcPr>
            <w:tcW w:w="3627" w:type="dxa"/>
            <w:vAlign w:val="center"/>
          </w:tcPr>
          <w:p w14:paraId="167EA058" w14:textId="77777777" w:rsidR="00E9708F" w:rsidRDefault="00E9708F" w:rsidP="00A0792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3" w:type="dxa"/>
          </w:tcPr>
          <w:p w14:paraId="12DA0266" w14:textId="77777777" w:rsidR="00E9708F" w:rsidRDefault="00E9708F" w:rsidP="004A3443">
            <w:r>
              <w:t xml:space="preserve">Complete  </w:t>
            </w:r>
            <w:sdt>
              <w:sdtPr>
                <w:id w:val="-29837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8895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628359A" w14:textId="77777777" w:rsidTr="00A0792E">
        <w:tc>
          <w:tcPr>
            <w:tcW w:w="3627" w:type="dxa"/>
            <w:vAlign w:val="center"/>
          </w:tcPr>
          <w:p w14:paraId="5BC0A0E9" w14:textId="77777777" w:rsidR="00E9708F" w:rsidRDefault="00E9708F" w:rsidP="00A0792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04561429"/>
            <w:placeholder>
              <w:docPart w:val="74EA9A3E607C47918BF99ACB8F3CB152"/>
            </w:placeholder>
            <w:showingPlcHdr/>
          </w:sdtPr>
          <w:sdtContent>
            <w:tc>
              <w:tcPr>
                <w:tcW w:w="5723" w:type="dxa"/>
              </w:tcPr>
              <w:p w14:paraId="07E9F9FE" w14:textId="3CB9F0EE" w:rsidR="00E9708F" w:rsidRDefault="00207F84" w:rsidP="004A344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0D072ED6" w14:textId="77777777" w:rsidTr="00A0792E">
        <w:tc>
          <w:tcPr>
            <w:tcW w:w="3627" w:type="dxa"/>
            <w:tcBorders>
              <w:bottom w:val="single" w:sz="4" w:space="0" w:color="auto"/>
            </w:tcBorders>
            <w:vAlign w:val="center"/>
          </w:tcPr>
          <w:p w14:paraId="3F9D34DB" w14:textId="77777777" w:rsidR="00E9708F" w:rsidRPr="00F4085D" w:rsidRDefault="00E9708F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3" w:type="dxa"/>
            <w:tcBorders>
              <w:bottom w:val="single" w:sz="4" w:space="0" w:color="auto"/>
            </w:tcBorders>
          </w:tcPr>
          <w:p w14:paraId="0D017C38" w14:textId="77777777" w:rsidR="00E9708F" w:rsidRDefault="00E9708F" w:rsidP="004A3443">
            <w:r>
              <w:t xml:space="preserve">Yes </w:t>
            </w:r>
            <w:sdt>
              <w:sdtPr>
                <w:id w:val="-33338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7795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7BFE84AE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C8DF3" w14:textId="0454C58B" w:rsidR="00E9708F" w:rsidRDefault="00E9708F" w:rsidP="004A3443"/>
        </w:tc>
      </w:tr>
      <w:tr w:rsidR="004B1758" w14:paraId="56428DE8" w14:textId="77777777" w:rsidTr="00A0792E">
        <w:tc>
          <w:tcPr>
            <w:tcW w:w="3627" w:type="dxa"/>
            <w:vAlign w:val="center"/>
          </w:tcPr>
          <w:p w14:paraId="6BDD7B2D" w14:textId="1E11A159" w:rsidR="004B1758" w:rsidRDefault="004B1758" w:rsidP="00A0792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143105618"/>
            <w:placeholder>
              <w:docPart w:val="7C28B3B8163C4193A2ACC6B83A46DE7C"/>
            </w:placeholder>
            <w:showingPlcHdr/>
          </w:sdtPr>
          <w:sdtContent>
            <w:tc>
              <w:tcPr>
                <w:tcW w:w="5723" w:type="dxa"/>
              </w:tcPr>
              <w:p w14:paraId="2ACB59D8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A5F37C4" w14:textId="77777777" w:rsidTr="00A0792E">
        <w:tc>
          <w:tcPr>
            <w:tcW w:w="3627" w:type="dxa"/>
            <w:vAlign w:val="center"/>
          </w:tcPr>
          <w:p w14:paraId="524AE056" w14:textId="77777777" w:rsidR="004B1758" w:rsidRDefault="004B1758" w:rsidP="00A0792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374391503"/>
            <w:placeholder>
              <w:docPart w:val="7C28B3B8163C4193A2ACC6B83A46DE7C"/>
            </w:placeholder>
            <w:showingPlcHdr/>
          </w:sdtPr>
          <w:sdtContent>
            <w:tc>
              <w:tcPr>
                <w:tcW w:w="5723" w:type="dxa"/>
              </w:tcPr>
              <w:p w14:paraId="1D8D2207" w14:textId="6AB83E5D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1D40632" w14:textId="77777777" w:rsidTr="00A0792E">
        <w:tc>
          <w:tcPr>
            <w:tcW w:w="3627" w:type="dxa"/>
            <w:vAlign w:val="center"/>
          </w:tcPr>
          <w:p w14:paraId="41EB3025" w14:textId="77777777" w:rsidR="004B1758" w:rsidRDefault="004B1758" w:rsidP="00A0792E">
            <w:r w:rsidRPr="00F4085D">
              <w:rPr>
                <w:b/>
                <w:bCs/>
              </w:rPr>
              <w:t>Leadership/Management Training Delivered</w:t>
            </w:r>
          </w:p>
        </w:tc>
        <w:sdt>
          <w:sdtPr>
            <w:id w:val="-1003662628"/>
            <w:placeholder>
              <w:docPart w:val="7C28B3B8163C4193A2ACC6B83A46DE7C"/>
            </w:placeholder>
            <w:showingPlcHdr/>
          </w:sdtPr>
          <w:sdtContent>
            <w:tc>
              <w:tcPr>
                <w:tcW w:w="5723" w:type="dxa"/>
              </w:tcPr>
              <w:p w14:paraId="76A2E264" w14:textId="3A1C6F0D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6E0557F" w14:textId="77777777" w:rsidTr="00A0792E">
        <w:tc>
          <w:tcPr>
            <w:tcW w:w="3627" w:type="dxa"/>
            <w:vAlign w:val="center"/>
          </w:tcPr>
          <w:p w14:paraId="1DFE8D59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981595C" w14:textId="77777777" w:rsidR="004B1758" w:rsidRDefault="004B1758" w:rsidP="00A0792E"/>
        </w:tc>
        <w:sdt>
          <w:sdtPr>
            <w:id w:val="436103042"/>
            <w:placeholder>
              <w:docPart w:val="7C28B3B8163C4193A2ACC6B83A46DE7C"/>
            </w:placeholder>
            <w:showingPlcHdr/>
          </w:sdtPr>
          <w:sdtContent>
            <w:tc>
              <w:tcPr>
                <w:tcW w:w="5723" w:type="dxa"/>
              </w:tcPr>
              <w:p w14:paraId="024E09F3" w14:textId="13619D76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727799C3" w14:textId="77777777" w:rsidTr="00A0792E">
        <w:tc>
          <w:tcPr>
            <w:tcW w:w="3627" w:type="dxa"/>
            <w:vAlign w:val="center"/>
          </w:tcPr>
          <w:p w14:paraId="673C8EAD" w14:textId="77777777" w:rsidR="004B1758" w:rsidRDefault="004B1758" w:rsidP="00A0792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3" w:type="dxa"/>
          </w:tcPr>
          <w:p w14:paraId="193A73C2" w14:textId="77777777" w:rsidR="004B1758" w:rsidRDefault="004B1758" w:rsidP="004A3443">
            <w:r>
              <w:t xml:space="preserve">Complete  </w:t>
            </w:r>
            <w:sdt>
              <w:sdtPr>
                <w:id w:val="74854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22179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49BA0EFC" w14:textId="77777777" w:rsidTr="00A0792E">
        <w:tc>
          <w:tcPr>
            <w:tcW w:w="3627" w:type="dxa"/>
            <w:vAlign w:val="center"/>
          </w:tcPr>
          <w:p w14:paraId="7152C832" w14:textId="77777777" w:rsidR="004B1758" w:rsidRDefault="004B1758" w:rsidP="00A0792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270162880"/>
            <w:placeholder>
              <w:docPart w:val="7C28B3B8163C4193A2ACC6B83A46DE7C"/>
            </w:placeholder>
            <w:showingPlcHdr/>
          </w:sdtPr>
          <w:sdtContent>
            <w:tc>
              <w:tcPr>
                <w:tcW w:w="5723" w:type="dxa"/>
              </w:tcPr>
              <w:p w14:paraId="0FD717D5" w14:textId="6ADA362A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7938E0F" w14:textId="77777777" w:rsidTr="00A0792E">
        <w:tc>
          <w:tcPr>
            <w:tcW w:w="3627" w:type="dxa"/>
            <w:tcBorders>
              <w:bottom w:val="single" w:sz="4" w:space="0" w:color="auto"/>
            </w:tcBorders>
            <w:vAlign w:val="center"/>
          </w:tcPr>
          <w:p w14:paraId="01DDB3C4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3" w:type="dxa"/>
            <w:tcBorders>
              <w:bottom w:val="single" w:sz="4" w:space="0" w:color="auto"/>
            </w:tcBorders>
          </w:tcPr>
          <w:p w14:paraId="31460DFE" w14:textId="77777777" w:rsidR="004B1758" w:rsidRDefault="004B1758" w:rsidP="004A3443">
            <w:r>
              <w:t xml:space="preserve">Yes </w:t>
            </w:r>
            <w:sdt>
              <w:sdtPr>
                <w:id w:val="-169060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7205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63F744A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DBC8D" w14:textId="41135787" w:rsidR="004B1758" w:rsidRDefault="004B1758" w:rsidP="004A3443"/>
        </w:tc>
      </w:tr>
      <w:tr w:rsidR="004B1758" w14:paraId="20C09FE7" w14:textId="77777777" w:rsidTr="00A0792E">
        <w:tc>
          <w:tcPr>
            <w:tcW w:w="3627" w:type="dxa"/>
            <w:vAlign w:val="center"/>
          </w:tcPr>
          <w:p w14:paraId="59552708" w14:textId="4EBA572E" w:rsidR="004B1758" w:rsidRDefault="004B1758" w:rsidP="00A0792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42891406"/>
            <w:placeholder>
              <w:docPart w:val="318811874E5E4BA0BA47CAA004ABFFFA"/>
            </w:placeholder>
            <w:showingPlcHdr/>
          </w:sdtPr>
          <w:sdtContent>
            <w:tc>
              <w:tcPr>
                <w:tcW w:w="5723" w:type="dxa"/>
              </w:tcPr>
              <w:p w14:paraId="32C73ECA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AD5BF51" w14:textId="77777777" w:rsidTr="00A0792E">
        <w:tc>
          <w:tcPr>
            <w:tcW w:w="3627" w:type="dxa"/>
            <w:vAlign w:val="center"/>
          </w:tcPr>
          <w:p w14:paraId="18C33690" w14:textId="77777777" w:rsidR="004B1758" w:rsidRDefault="004B1758" w:rsidP="00A0792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593858946"/>
            <w:placeholder>
              <w:docPart w:val="318811874E5E4BA0BA47CAA004ABFFFA"/>
            </w:placeholder>
            <w:showingPlcHdr/>
          </w:sdtPr>
          <w:sdtContent>
            <w:tc>
              <w:tcPr>
                <w:tcW w:w="5723" w:type="dxa"/>
              </w:tcPr>
              <w:p w14:paraId="1410FD65" w14:textId="406C520D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4BD2FD9" w14:textId="77777777" w:rsidTr="00A0792E">
        <w:tc>
          <w:tcPr>
            <w:tcW w:w="3627" w:type="dxa"/>
            <w:vAlign w:val="center"/>
          </w:tcPr>
          <w:p w14:paraId="25196609" w14:textId="77777777" w:rsidR="004B1758" w:rsidRDefault="004B1758" w:rsidP="00A0792E">
            <w:r w:rsidRPr="00F4085D">
              <w:rPr>
                <w:b/>
                <w:bCs/>
              </w:rPr>
              <w:t>Leadership/Management Training Delivered</w:t>
            </w:r>
          </w:p>
        </w:tc>
        <w:sdt>
          <w:sdtPr>
            <w:id w:val="528608430"/>
            <w:placeholder>
              <w:docPart w:val="318811874E5E4BA0BA47CAA004ABFFFA"/>
            </w:placeholder>
            <w:showingPlcHdr/>
          </w:sdtPr>
          <w:sdtContent>
            <w:tc>
              <w:tcPr>
                <w:tcW w:w="5723" w:type="dxa"/>
              </w:tcPr>
              <w:p w14:paraId="5A6C386A" w14:textId="0616311E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22167AC8" w14:textId="77777777" w:rsidTr="00A0792E">
        <w:tc>
          <w:tcPr>
            <w:tcW w:w="3627" w:type="dxa"/>
            <w:vAlign w:val="center"/>
          </w:tcPr>
          <w:p w14:paraId="68E15C8A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28A809A1" w14:textId="77777777" w:rsidR="004B1758" w:rsidRDefault="004B1758" w:rsidP="00A0792E"/>
        </w:tc>
        <w:sdt>
          <w:sdtPr>
            <w:id w:val="1007477273"/>
            <w:placeholder>
              <w:docPart w:val="318811874E5E4BA0BA47CAA004ABFFFA"/>
            </w:placeholder>
            <w:showingPlcHdr/>
          </w:sdtPr>
          <w:sdtContent>
            <w:tc>
              <w:tcPr>
                <w:tcW w:w="5723" w:type="dxa"/>
              </w:tcPr>
              <w:p w14:paraId="518623C1" w14:textId="3F10A2DD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FB3367D" w14:textId="77777777" w:rsidTr="00A0792E">
        <w:tc>
          <w:tcPr>
            <w:tcW w:w="3627" w:type="dxa"/>
            <w:vAlign w:val="center"/>
          </w:tcPr>
          <w:p w14:paraId="53711210" w14:textId="77777777" w:rsidR="004B1758" w:rsidRDefault="004B1758" w:rsidP="00A0792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3" w:type="dxa"/>
          </w:tcPr>
          <w:p w14:paraId="33CECDA0" w14:textId="77777777" w:rsidR="004B1758" w:rsidRDefault="004B1758" w:rsidP="004A3443">
            <w:r>
              <w:t xml:space="preserve">Complete  </w:t>
            </w:r>
            <w:sdt>
              <w:sdtPr>
                <w:id w:val="102468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5607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2EF5B799" w14:textId="77777777" w:rsidTr="00A0792E">
        <w:tc>
          <w:tcPr>
            <w:tcW w:w="3627" w:type="dxa"/>
            <w:vAlign w:val="center"/>
          </w:tcPr>
          <w:p w14:paraId="393E1833" w14:textId="77777777" w:rsidR="004B1758" w:rsidRDefault="004B1758" w:rsidP="00A0792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315168914"/>
            <w:placeholder>
              <w:docPart w:val="318811874E5E4BA0BA47CAA004ABFFFA"/>
            </w:placeholder>
            <w:showingPlcHdr/>
          </w:sdtPr>
          <w:sdtContent>
            <w:tc>
              <w:tcPr>
                <w:tcW w:w="5723" w:type="dxa"/>
              </w:tcPr>
              <w:p w14:paraId="1E333E9C" w14:textId="51D8A317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06E00E09" w14:textId="77777777" w:rsidTr="00A0792E">
        <w:tc>
          <w:tcPr>
            <w:tcW w:w="3627" w:type="dxa"/>
            <w:tcBorders>
              <w:bottom w:val="single" w:sz="4" w:space="0" w:color="auto"/>
            </w:tcBorders>
            <w:vAlign w:val="center"/>
          </w:tcPr>
          <w:p w14:paraId="239122A7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3" w:type="dxa"/>
            <w:tcBorders>
              <w:bottom w:val="single" w:sz="4" w:space="0" w:color="auto"/>
            </w:tcBorders>
          </w:tcPr>
          <w:p w14:paraId="11EB31BE" w14:textId="77777777" w:rsidR="004B1758" w:rsidRDefault="004B1758" w:rsidP="004A3443">
            <w:r>
              <w:t xml:space="preserve">Yes </w:t>
            </w:r>
            <w:sdt>
              <w:sdtPr>
                <w:id w:val="-63950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56999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44C0486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711BC" w14:textId="78401D8B" w:rsidR="004B1758" w:rsidRDefault="004B1758" w:rsidP="004A3443"/>
        </w:tc>
      </w:tr>
      <w:tr w:rsidR="004B1758" w14:paraId="63D9392E" w14:textId="77777777" w:rsidTr="00A0792E">
        <w:tc>
          <w:tcPr>
            <w:tcW w:w="3627" w:type="dxa"/>
            <w:vAlign w:val="center"/>
          </w:tcPr>
          <w:p w14:paraId="1B061656" w14:textId="444A637C" w:rsidR="004B1758" w:rsidRDefault="004B1758" w:rsidP="00A0792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017812822"/>
            <w:placeholder>
              <w:docPart w:val="AB61CADC6E444EF2A2898A5203DDF077"/>
            </w:placeholder>
            <w:showingPlcHdr/>
          </w:sdtPr>
          <w:sdtContent>
            <w:tc>
              <w:tcPr>
                <w:tcW w:w="5723" w:type="dxa"/>
              </w:tcPr>
              <w:p w14:paraId="5393B024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99AA9F7" w14:textId="77777777" w:rsidTr="00A0792E">
        <w:tc>
          <w:tcPr>
            <w:tcW w:w="3627" w:type="dxa"/>
            <w:vAlign w:val="center"/>
          </w:tcPr>
          <w:p w14:paraId="1F738D54" w14:textId="77777777" w:rsidR="004B1758" w:rsidRDefault="004B1758" w:rsidP="00A0792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307135161"/>
            <w:placeholder>
              <w:docPart w:val="AB61CADC6E444EF2A2898A5203DDF077"/>
            </w:placeholder>
            <w:showingPlcHdr/>
          </w:sdtPr>
          <w:sdtContent>
            <w:tc>
              <w:tcPr>
                <w:tcW w:w="5723" w:type="dxa"/>
              </w:tcPr>
              <w:p w14:paraId="2F018D68" w14:textId="2C2E6EDC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6459626E" w14:textId="77777777" w:rsidTr="00A0792E">
        <w:tc>
          <w:tcPr>
            <w:tcW w:w="3627" w:type="dxa"/>
            <w:vAlign w:val="center"/>
          </w:tcPr>
          <w:p w14:paraId="6D776B1A" w14:textId="77777777" w:rsidR="004B1758" w:rsidRDefault="004B1758" w:rsidP="00A0792E">
            <w:r w:rsidRPr="00F4085D">
              <w:rPr>
                <w:b/>
                <w:bCs/>
              </w:rPr>
              <w:t>Leadership/Management Training Delivered</w:t>
            </w:r>
          </w:p>
        </w:tc>
        <w:sdt>
          <w:sdtPr>
            <w:id w:val="1027061703"/>
            <w:placeholder>
              <w:docPart w:val="AB61CADC6E444EF2A2898A5203DDF077"/>
            </w:placeholder>
            <w:showingPlcHdr/>
          </w:sdtPr>
          <w:sdtContent>
            <w:tc>
              <w:tcPr>
                <w:tcW w:w="5723" w:type="dxa"/>
              </w:tcPr>
              <w:p w14:paraId="1954C6C0" w14:textId="7500DC85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1E4136F" w14:textId="77777777" w:rsidTr="00A0792E">
        <w:tc>
          <w:tcPr>
            <w:tcW w:w="3627" w:type="dxa"/>
            <w:vAlign w:val="center"/>
          </w:tcPr>
          <w:p w14:paraId="5421F605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5E7F269" w14:textId="77777777" w:rsidR="004B1758" w:rsidRDefault="004B1758" w:rsidP="00A0792E"/>
        </w:tc>
        <w:sdt>
          <w:sdtPr>
            <w:id w:val="-1220196100"/>
            <w:placeholder>
              <w:docPart w:val="AB61CADC6E444EF2A2898A5203DDF077"/>
            </w:placeholder>
            <w:showingPlcHdr/>
          </w:sdtPr>
          <w:sdtContent>
            <w:tc>
              <w:tcPr>
                <w:tcW w:w="5723" w:type="dxa"/>
              </w:tcPr>
              <w:p w14:paraId="1E4B82C2" w14:textId="075D73A8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F355016" w14:textId="77777777" w:rsidTr="00A0792E">
        <w:tc>
          <w:tcPr>
            <w:tcW w:w="3627" w:type="dxa"/>
            <w:vAlign w:val="center"/>
          </w:tcPr>
          <w:p w14:paraId="35CA63B0" w14:textId="77777777" w:rsidR="004B1758" w:rsidRDefault="004B1758" w:rsidP="00A0792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3" w:type="dxa"/>
          </w:tcPr>
          <w:p w14:paraId="305F3307" w14:textId="77777777" w:rsidR="004B1758" w:rsidRDefault="004B1758" w:rsidP="004A3443">
            <w:r>
              <w:t xml:space="preserve">Complete  </w:t>
            </w:r>
            <w:sdt>
              <w:sdtPr>
                <w:id w:val="94542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5865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55E46F3B" w14:textId="77777777" w:rsidTr="00A0792E">
        <w:tc>
          <w:tcPr>
            <w:tcW w:w="3627" w:type="dxa"/>
            <w:vAlign w:val="center"/>
          </w:tcPr>
          <w:p w14:paraId="4B4E2CD7" w14:textId="77777777" w:rsidR="004B1758" w:rsidRDefault="004B1758" w:rsidP="00A0792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22272193"/>
            <w:placeholder>
              <w:docPart w:val="AB61CADC6E444EF2A2898A5203DDF077"/>
            </w:placeholder>
            <w:showingPlcHdr/>
          </w:sdtPr>
          <w:sdtContent>
            <w:tc>
              <w:tcPr>
                <w:tcW w:w="5723" w:type="dxa"/>
              </w:tcPr>
              <w:p w14:paraId="111B0D93" w14:textId="632A1357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022DA6C" w14:textId="77777777" w:rsidTr="00A0792E">
        <w:tc>
          <w:tcPr>
            <w:tcW w:w="3627" w:type="dxa"/>
            <w:tcBorders>
              <w:bottom w:val="single" w:sz="4" w:space="0" w:color="auto"/>
            </w:tcBorders>
            <w:vAlign w:val="center"/>
          </w:tcPr>
          <w:p w14:paraId="378C186E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5723" w:type="dxa"/>
            <w:tcBorders>
              <w:bottom w:val="single" w:sz="4" w:space="0" w:color="auto"/>
            </w:tcBorders>
          </w:tcPr>
          <w:p w14:paraId="14920051" w14:textId="77777777" w:rsidR="004B1758" w:rsidRDefault="004B1758" w:rsidP="004A3443">
            <w:r>
              <w:t xml:space="preserve">Yes </w:t>
            </w:r>
            <w:sdt>
              <w:sdtPr>
                <w:id w:val="206968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1743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21E441C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24784" w14:textId="29DDFD47" w:rsidR="004B1758" w:rsidRDefault="004B1758" w:rsidP="004A3443"/>
        </w:tc>
      </w:tr>
      <w:tr w:rsidR="004B1758" w14:paraId="299958B5" w14:textId="77777777" w:rsidTr="00A0792E">
        <w:tc>
          <w:tcPr>
            <w:tcW w:w="3627" w:type="dxa"/>
            <w:vAlign w:val="center"/>
          </w:tcPr>
          <w:p w14:paraId="548151F8" w14:textId="5072A83F" w:rsidR="004B1758" w:rsidRDefault="004B1758" w:rsidP="00A0792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00930514"/>
            <w:placeholder>
              <w:docPart w:val="67ABFB1CA0BA40EC970DC94A560CC0A1"/>
            </w:placeholder>
            <w:showingPlcHdr/>
          </w:sdtPr>
          <w:sdtContent>
            <w:tc>
              <w:tcPr>
                <w:tcW w:w="5723" w:type="dxa"/>
              </w:tcPr>
              <w:p w14:paraId="00326D57" w14:textId="77777777" w:rsidR="004B1758" w:rsidRDefault="004B1758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56523047" w14:textId="77777777" w:rsidTr="00A0792E">
        <w:tc>
          <w:tcPr>
            <w:tcW w:w="3627" w:type="dxa"/>
            <w:vAlign w:val="center"/>
          </w:tcPr>
          <w:p w14:paraId="7AECD0C6" w14:textId="77777777" w:rsidR="004B1758" w:rsidRDefault="004B1758" w:rsidP="00A0792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605265247"/>
            <w:placeholder>
              <w:docPart w:val="67ABFB1CA0BA40EC970DC94A560CC0A1"/>
            </w:placeholder>
            <w:showingPlcHdr/>
          </w:sdtPr>
          <w:sdtContent>
            <w:tc>
              <w:tcPr>
                <w:tcW w:w="5723" w:type="dxa"/>
              </w:tcPr>
              <w:p w14:paraId="6A122CEB" w14:textId="0033B106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131E4C8D" w14:textId="77777777" w:rsidTr="00A0792E">
        <w:tc>
          <w:tcPr>
            <w:tcW w:w="3627" w:type="dxa"/>
            <w:vAlign w:val="center"/>
          </w:tcPr>
          <w:p w14:paraId="2A12E5C4" w14:textId="77777777" w:rsidR="004B1758" w:rsidRDefault="004B1758" w:rsidP="00A0792E">
            <w:r w:rsidRPr="00F4085D">
              <w:rPr>
                <w:b/>
                <w:bCs/>
              </w:rPr>
              <w:t>Leadership/Management Training Delivered</w:t>
            </w:r>
          </w:p>
        </w:tc>
        <w:sdt>
          <w:sdtPr>
            <w:id w:val="-1325350950"/>
            <w:placeholder>
              <w:docPart w:val="67ABFB1CA0BA40EC970DC94A560CC0A1"/>
            </w:placeholder>
            <w:showingPlcHdr/>
          </w:sdtPr>
          <w:sdtContent>
            <w:tc>
              <w:tcPr>
                <w:tcW w:w="5723" w:type="dxa"/>
              </w:tcPr>
              <w:p w14:paraId="32055F1B" w14:textId="4822192A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3A670CD9" w14:textId="77777777" w:rsidTr="00A0792E">
        <w:tc>
          <w:tcPr>
            <w:tcW w:w="3627" w:type="dxa"/>
            <w:vAlign w:val="center"/>
          </w:tcPr>
          <w:p w14:paraId="0C6B8A7A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4AC2837" w14:textId="77777777" w:rsidR="004B1758" w:rsidRDefault="004B1758" w:rsidP="00A0792E"/>
        </w:tc>
        <w:sdt>
          <w:sdtPr>
            <w:id w:val="2078850630"/>
            <w:placeholder>
              <w:docPart w:val="67ABFB1CA0BA40EC970DC94A560CC0A1"/>
            </w:placeholder>
            <w:showingPlcHdr/>
          </w:sdtPr>
          <w:sdtContent>
            <w:tc>
              <w:tcPr>
                <w:tcW w:w="5723" w:type="dxa"/>
              </w:tcPr>
              <w:p w14:paraId="2B8F7ACE" w14:textId="6BDD183F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2C3AEDC" w14:textId="77777777" w:rsidTr="00A0792E">
        <w:tc>
          <w:tcPr>
            <w:tcW w:w="3627" w:type="dxa"/>
            <w:vAlign w:val="center"/>
          </w:tcPr>
          <w:p w14:paraId="1E64BCC5" w14:textId="77777777" w:rsidR="004B1758" w:rsidRDefault="004B1758" w:rsidP="00A0792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3" w:type="dxa"/>
          </w:tcPr>
          <w:p w14:paraId="19AAA68A" w14:textId="77777777" w:rsidR="004B1758" w:rsidRDefault="004B1758" w:rsidP="004A3443">
            <w:r>
              <w:t xml:space="preserve">Complete  </w:t>
            </w:r>
            <w:sdt>
              <w:sdtPr>
                <w:id w:val="-688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489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71CA679E" w14:textId="77777777" w:rsidTr="00A0792E">
        <w:tc>
          <w:tcPr>
            <w:tcW w:w="3627" w:type="dxa"/>
            <w:vAlign w:val="center"/>
          </w:tcPr>
          <w:p w14:paraId="681806A3" w14:textId="77777777" w:rsidR="004B1758" w:rsidRDefault="004B1758" w:rsidP="00A0792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903641494"/>
            <w:placeholder>
              <w:docPart w:val="67ABFB1CA0BA40EC970DC94A560CC0A1"/>
            </w:placeholder>
            <w:showingPlcHdr/>
          </w:sdtPr>
          <w:sdtContent>
            <w:tc>
              <w:tcPr>
                <w:tcW w:w="5723" w:type="dxa"/>
              </w:tcPr>
              <w:p w14:paraId="7CC37773" w14:textId="06FD87C4" w:rsidR="004B1758" w:rsidRDefault="00207F84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B1758" w14:paraId="496A20A9" w14:textId="77777777" w:rsidTr="00A0792E">
        <w:tc>
          <w:tcPr>
            <w:tcW w:w="3627" w:type="dxa"/>
            <w:tcBorders>
              <w:bottom w:val="single" w:sz="4" w:space="0" w:color="auto"/>
            </w:tcBorders>
            <w:vAlign w:val="center"/>
          </w:tcPr>
          <w:p w14:paraId="7CF60784" w14:textId="77777777" w:rsidR="004B1758" w:rsidRPr="00F4085D" w:rsidRDefault="004B1758" w:rsidP="00A0792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3" w:type="dxa"/>
            <w:tcBorders>
              <w:bottom w:val="single" w:sz="4" w:space="0" w:color="auto"/>
            </w:tcBorders>
          </w:tcPr>
          <w:p w14:paraId="058B3B2F" w14:textId="77777777" w:rsidR="004B1758" w:rsidRDefault="004B1758" w:rsidP="004A3443">
            <w:r>
              <w:t xml:space="preserve">Yes </w:t>
            </w:r>
            <w:sdt>
              <w:sdtPr>
                <w:id w:val="88013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4188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758" w14:paraId="03B74464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3E224" w14:textId="5DFBC3AE" w:rsidR="004B1758" w:rsidRDefault="004B1758" w:rsidP="004A3443"/>
        </w:tc>
      </w:tr>
    </w:tbl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EE519" w14:textId="77777777" w:rsidR="00B44C8E" w:rsidRDefault="00B44C8E" w:rsidP="001B2E81">
      <w:pPr>
        <w:spacing w:after="0" w:line="240" w:lineRule="auto"/>
      </w:pPr>
      <w:r>
        <w:separator/>
      </w:r>
    </w:p>
  </w:endnote>
  <w:endnote w:type="continuationSeparator" w:id="0">
    <w:p w14:paraId="62F67CE3" w14:textId="77777777" w:rsidR="00B44C8E" w:rsidRDefault="00B44C8E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E3B3A" w14:textId="77777777" w:rsidR="00B44C8E" w:rsidRDefault="00B44C8E" w:rsidP="001B2E81">
      <w:pPr>
        <w:spacing w:after="0" w:line="240" w:lineRule="auto"/>
      </w:pPr>
      <w:r>
        <w:separator/>
      </w:r>
    </w:p>
  </w:footnote>
  <w:footnote w:type="continuationSeparator" w:id="0">
    <w:p w14:paraId="5D30EFF7" w14:textId="77777777" w:rsidR="00B44C8E" w:rsidRDefault="00B44C8E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59488608" w:rsidR="007C3707" w:rsidRDefault="007C3707">
    <w:pPr>
      <w:pStyle w:val="Header"/>
    </w:pPr>
    <w:r>
      <w:ptab w:relativeTo="margin" w:alignment="right" w:leader="none"/>
    </w:r>
    <w:r>
      <w:t>RCPI HST Application CV: Clinical Genetics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142C"/>
    <w:multiLevelType w:val="hybridMultilevel"/>
    <w:tmpl w:val="313E76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0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9"/>
  </w:num>
  <w:num w:numId="12" w16cid:durableId="954025059">
    <w:abstractNumId w:val="11"/>
  </w:num>
  <w:num w:numId="13" w16cid:durableId="1694188166">
    <w:abstractNumId w:val="12"/>
  </w:num>
  <w:num w:numId="14" w16cid:durableId="889731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140"/>
    <w:rsid w:val="000834D5"/>
    <w:rsid w:val="0015074B"/>
    <w:rsid w:val="001B2E81"/>
    <w:rsid w:val="001C17E4"/>
    <w:rsid w:val="00207F84"/>
    <w:rsid w:val="00214ECC"/>
    <w:rsid w:val="002319B9"/>
    <w:rsid w:val="002931FF"/>
    <w:rsid w:val="0029639D"/>
    <w:rsid w:val="002D7D98"/>
    <w:rsid w:val="002E140B"/>
    <w:rsid w:val="00326F90"/>
    <w:rsid w:val="003729FB"/>
    <w:rsid w:val="004948C5"/>
    <w:rsid w:val="004A41F5"/>
    <w:rsid w:val="004B1758"/>
    <w:rsid w:val="004D6768"/>
    <w:rsid w:val="005227CF"/>
    <w:rsid w:val="00547911"/>
    <w:rsid w:val="00597958"/>
    <w:rsid w:val="005A051B"/>
    <w:rsid w:val="006D0099"/>
    <w:rsid w:val="0075109E"/>
    <w:rsid w:val="007C0991"/>
    <w:rsid w:val="007C3707"/>
    <w:rsid w:val="00821B93"/>
    <w:rsid w:val="008525FA"/>
    <w:rsid w:val="009A7B67"/>
    <w:rsid w:val="009E4AEB"/>
    <w:rsid w:val="00A0792E"/>
    <w:rsid w:val="00A36383"/>
    <w:rsid w:val="00AA1D8D"/>
    <w:rsid w:val="00B16633"/>
    <w:rsid w:val="00B44C8E"/>
    <w:rsid w:val="00B47730"/>
    <w:rsid w:val="00B8038E"/>
    <w:rsid w:val="00BD4838"/>
    <w:rsid w:val="00C7253B"/>
    <w:rsid w:val="00C95D05"/>
    <w:rsid w:val="00CB0664"/>
    <w:rsid w:val="00CD745A"/>
    <w:rsid w:val="00DA296B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5C590F" w:rsidP="005C590F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5C590F" w:rsidP="005C590F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5C590F" w:rsidP="005C590F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5C590F" w:rsidP="005C590F">
          <w:pPr>
            <w:pStyle w:val="767E5F504CE04A3283DBB5C362BF53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5C590F" w:rsidP="005C590F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5C590F" w:rsidP="005C590F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5C590F" w:rsidP="005C590F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5C590F" w:rsidP="005C590F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5C590F" w:rsidP="005C590F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5C590F" w:rsidP="005C590F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5C590F" w:rsidP="005C590F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5C590F" w:rsidP="005C590F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5C590F" w:rsidP="005C590F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5C590F" w:rsidP="005C590F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5C590F" w:rsidP="005C590F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5C590F" w:rsidP="005C590F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5C590F" w:rsidP="005C590F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5C590F" w:rsidP="005C590F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5C590F" w:rsidP="005C590F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5C590F" w:rsidP="005C590F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5C590F" w:rsidP="005C590F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5C590F" w:rsidP="005C590F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5C590F" w:rsidP="005C590F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5C590F" w:rsidP="005C590F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5C590F" w:rsidP="005C590F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5C590F" w:rsidP="005C590F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5C590F" w:rsidP="005C590F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5C590F" w:rsidP="005C590F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5C590F" w:rsidP="005C590F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5C590F" w:rsidP="005C590F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5C590F" w:rsidP="005C590F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5C590F" w:rsidP="005C590F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5C590F" w:rsidP="005C590F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5C590F" w:rsidP="005C590F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5C590F" w:rsidP="005C590F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5C590F" w:rsidP="005C590F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5C590F" w:rsidP="005C590F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5C590F" w:rsidP="005C590F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5C590F" w:rsidP="005C590F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5C590F" w:rsidP="005C590F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5C590F" w:rsidP="005C590F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5C590F" w:rsidP="005C590F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5C590F" w:rsidP="005C590F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5C590F" w:rsidP="005C590F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5C590F" w:rsidP="005C590F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5C590F" w:rsidP="005C590F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5C590F" w:rsidP="005C590F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5C590F" w:rsidP="005C590F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5C590F" w:rsidP="005C590F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5C590F" w:rsidP="005C590F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5C590F" w:rsidP="005C590F">
          <w:pPr>
            <w:pStyle w:val="CA4E4ABAE5DA465E97A6237A780953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5C590F" w:rsidP="005C590F">
          <w:pPr>
            <w:pStyle w:val="156AE4FD73954CA688AAE317B32139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5C590F" w:rsidP="005C590F">
          <w:pPr>
            <w:pStyle w:val="6D5A277E4DAE4119840AF2E2D970FC5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5C590F" w:rsidP="005C590F">
          <w:pPr>
            <w:pStyle w:val="586FFECF142C4598987272C037E4807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5C590F" w:rsidP="005C590F">
          <w:pPr>
            <w:pStyle w:val="0FB6E5FECABF45829BB384A56029A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5C590F" w:rsidP="005C590F">
          <w:pPr>
            <w:pStyle w:val="26164AFE8C004731B39F8D42AA7948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5C590F" w:rsidP="005C590F">
          <w:pPr>
            <w:pStyle w:val="143E6DFAA3A744858DA27EA69CF186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5C590F" w:rsidP="005C590F">
          <w:pPr>
            <w:pStyle w:val="FB7E9068020A4D09974EA1EB0D07EB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5C590F" w:rsidP="005C590F">
          <w:pPr>
            <w:pStyle w:val="B9DD229517514DD3BA308806424051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5C590F" w:rsidP="005C590F">
          <w:pPr>
            <w:pStyle w:val="4B4DB9EE858049CCB9AFBB15E50951B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4EA9A3E607C47918BF99ACB8F3CB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A7A3F-E8AE-4737-9490-96F73FE7E6FC}"/>
      </w:docPartPr>
      <w:docPartBody>
        <w:p w:rsidR="004161F5" w:rsidRDefault="005C590F" w:rsidP="005C590F">
          <w:pPr>
            <w:pStyle w:val="74EA9A3E607C47918BF99ACB8F3CB15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24D3BD32FA448B81354D9887D22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E1456-D447-40EE-B403-B46EC761D081}"/>
      </w:docPartPr>
      <w:docPartBody>
        <w:p w:rsidR="004161F5" w:rsidRDefault="005C590F" w:rsidP="005C590F">
          <w:pPr>
            <w:pStyle w:val="A024D3BD32FA448B81354D9887D22B4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961EADCD1442119FAE6B415BE88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A8FAA-B016-4CBD-B553-4953F1F25CF3}"/>
      </w:docPartPr>
      <w:docPartBody>
        <w:p w:rsidR="004161F5" w:rsidRDefault="005C590F" w:rsidP="005C590F">
          <w:pPr>
            <w:pStyle w:val="F6961EADCD1442119FAE6B415BE88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5FC7FBDF241569EE74B15F64F8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942F2-5A84-4440-9077-89C34E96C0E7}"/>
      </w:docPartPr>
      <w:docPartBody>
        <w:p w:rsidR="004161F5" w:rsidRDefault="005C590F" w:rsidP="005C590F">
          <w:pPr>
            <w:pStyle w:val="A525FC7FBDF241569EE74B15F64F8A1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44D4F65A2142C19137FC6B2D411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932E3-F239-4F4C-A364-9F117E7C0C93}"/>
      </w:docPartPr>
      <w:docPartBody>
        <w:p w:rsidR="004161F5" w:rsidRDefault="005C590F" w:rsidP="005C590F">
          <w:pPr>
            <w:pStyle w:val="3144D4F65A2142C19137FC6B2D41195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1BF1AD728E546CCB08E91E4B1511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E8522-40C0-4BC3-9900-71B8C1437B5F}"/>
      </w:docPartPr>
      <w:docPartBody>
        <w:p w:rsidR="004161F5" w:rsidRDefault="005C590F" w:rsidP="005C590F">
          <w:pPr>
            <w:pStyle w:val="D1BF1AD728E546CCB08E91E4B151147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C029FD308C4935842209AF61DCF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300F9-2C97-4C7A-A03E-ED005292FAC2}"/>
      </w:docPartPr>
      <w:docPartBody>
        <w:p w:rsidR="004161F5" w:rsidRDefault="005C590F" w:rsidP="005C590F">
          <w:pPr>
            <w:pStyle w:val="9BC029FD308C4935842209AF61DCF21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5C590F" w:rsidP="005C590F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5C590F" w:rsidP="005C590F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5C590F" w:rsidP="005C590F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5C590F" w:rsidP="005C590F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5C590F" w:rsidP="005C590F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5C590F" w:rsidP="005C590F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6D54110794714A3947FB410535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BE760-6D65-423E-B3BC-DEDF2C5973B4}"/>
      </w:docPartPr>
      <w:docPartBody>
        <w:p w:rsidR="004161F5" w:rsidRDefault="005C590F" w:rsidP="005C590F">
          <w:pPr>
            <w:pStyle w:val="4DA6D54110794714A3947FB41053504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A0AE7AE73944309C0FCE2B687E6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9CC70-3617-496E-A840-BB30800C999C}"/>
      </w:docPartPr>
      <w:docPartBody>
        <w:p w:rsidR="004161F5" w:rsidRDefault="005C590F" w:rsidP="005C590F">
          <w:pPr>
            <w:pStyle w:val="C2A0AE7AE73944309C0FCE2B687E612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5C590F" w:rsidP="005C590F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5C590F" w:rsidP="005C590F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5C590F" w:rsidP="005C590F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5C590F" w:rsidP="005C590F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5C590F" w:rsidP="005C590F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5C590F" w:rsidP="005C590F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5C590F" w:rsidP="005C590F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5C590F" w:rsidP="005C590F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5C590F" w:rsidP="005C590F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5C590F" w:rsidP="005C590F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5C590F" w:rsidP="005C590F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AB267DE14D92961F721182BF1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B512-8656-402A-87BE-25E9D8911422}"/>
      </w:docPartPr>
      <w:docPartBody>
        <w:p w:rsidR="00000000" w:rsidRDefault="005C590F" w:rsidP="005C590F">
          <w:pPr>
            <w:pStyle w:val="73F1AB267DE14D92961F721182BF197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8EBA4212F647B49DC93435628CA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707EE-50B1-48A6-A0E5-D3BF93490FF5}"/>
      </w:docPartPr>
      <w:docPartBody>
        <w:p w:rsidR="00000000" w:rsidRDefault="005C590F" w:rsidP="005C590F">
          <w:pPr>
            <w:pStyle w:val="A58EBA4212F647B49DC93435628CABA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A9B05F2FDFC4817AAC305B96AA1F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412DE-ED50-4003-945F-2B0ADDB6210E}"/>
      </w:docPartPr>
      <w:docPartBody>
        <w:p w:rsidR="00000000" w:rsidRDefault="005C590F" w:rsidP="005C590F">
          <w:pPr>
            <w:pStyle w:val="6A9B05F2FDFC4817AAC305B96AA1F81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E6B9425EE844B8BB138244DC148A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2D657-B28B-44A7-9556-DF18E7EC9786}"/>
      </w:docPartPr>
      <w:docPartBody>
        <w:p w:rsidR="00000000" w:rsidRDefault="005C590F" w:rsidP="005C590F">
          <w:pPr>
            <w:pStyle w:val="5E6B9425EE844B8BB138244DC148ABE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77A156265A4E05AE62562224D9E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6B798-F8EB-46DD-970D-447B00E64269}"/>
      </w:docPartPr>
      <w:docPartBody>
        <w:p w:rsidR="00000000" w:rsidRDefault="005C590F" w:rsidP="005C590F">
          <w:pPr>
            <w:pStyle w:val="B277A156265A4E05AE62562224D9EB7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3B552B99042819848307B418E0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7AD2C-7C38-4D0E-A8E6-96C26CC9D11E}"/>
      </w:docPartPr>
      <w:docPartBody>
        <w:p w:rsidR="00000000" w:rsidRDefault="005C590F" w:rsidP="005C590F">
          <w:pPr>
            <w:pStyle w:val="4E93B552B99042819848307B418E04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31A5D8F774F24A69FC75BC3D43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D21DF-B737-414A-8211-98D87C8FC573}"/>
      </w:docPartPr>
      <w:docPartBody>
        <w:p w:rsidR="00000000" w:rsidRDefault="005C590F" w:rsidP="005C590F">
          <w:pPr>
            <w:pStyle w:val="C8831A5D8F774F24A69FC75BC3D4316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727A36767E47E59878F75B4E361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BFC1A-8D8F-4C58-9509-76C4D192A68B}"/>
      </w:docPartPr>
      <w:docPartBody>
        <w:p w:rsidR="00000000" w:rsidRDefault="005C590F" w:rsidP="005C590F">
          <w:pPr>
            <w:pStyle w:val="28727A36767E47E59878F75B4E3615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B38F32DEC24110BFAB94668214F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76F26-47B0-43F8-9669-EFB422ABAC6A}"/>
      </w:docPartPr>
      <w:docPartBody>
        <w:p w:rsidR="00000000" w:rsidRDefault="005C590F" w:rsidP="005C590F">
          <w:pPr>
            <w:pStyle w:val="8AB38F32DEC24110BFAB94668214FE2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3897871B2F4C959C5D776AA16C3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6B86E-0EE7-4FF3-A097-9D3B912A1399}"/>
      </w:docPartPr>
      <w:docPartBody>
        <w:p w:rsidR="00000000" w:rsidRDefault="005C590F" w:rsidP="005C590F">
          <w:pPr>
            <w:pStyle w:val="C03897871B2F4C959C5D776AA16C337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965B2AC22C04FC9B7E2CB5742EDF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FE6DA-CB81-4A63-8E9F-DAA0F742CB5C}"/>
      </w:docPartPr>
      <w:docPartBody>
        <w:p w:rsidR="00000000" w:rsidRDefault="005C590F" w:rsidP="005C590F">
          <w:pPr>
            <w:pStyle w:val="0965B2AC22C04FC9B7E2CB5742EDF2A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4AED38407D4A30AE4DB8841B54B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C77CC-BA9E-4320-82CD-ED3BB52A69B8}"/>
      </w:docPartPr>
      <w:docPartBody>
        <w:p w:rsidR="00000000" w:rsidRDefault="005C590F" w:rsidP="005C590F">
          <w:pPr>
            <w:pStyle w:val="D24AED38407D4A30AE4DB8841B54B28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EBE25CC4604B5281B071C333A9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8F6C9-83B0-4566-8372-BF1E05DB6191}"/>
      </w:docPartPr>
      <w:docPartBody>
        <w:p w:rsidR="00000000" w:rsidRDefault="005C590F" w:rsidP="005C590F">
          <w:pPr>
            <w:pStyle w:val="0CEBE25CC4604B5281B071C333A9377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6BCB82DF81437DB713660878E2C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50EF1-7E27-4B55-8D51-08AEED46E210}"/>
      </w:docPartPr>
      <w:docPartBody>
        <w:p w:rsidR="00000000" w:rsidRDefault="005C590F" w:rsidP="005C590F">
          <w:pPr>
            <w:pStyle w:val="A36BCB82DF81437DB713660878E2CAE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2FC86C4E574E2890EB9213C37BE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82697-0CA0-458B-AE6B-D8162CB58F67}"/>
      </w:docPartPr>
      <w:docPartBody>
        <w:p w:rsidR="00000000" w:rsidRDefault="005C590F" w:rsidP="005C590F">
          <w:pPr>
            <w:pStyle w:val="5D2FC86C4E574E2890EB9213C37BEF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2ECAE4F236442EADC2F8E85CCDA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8B4A5-A2B4-4B40-B7FA-1D5D4FDED6FB}"/>
      </w:docPartPr>
      <w:docPartBody>
        <w:p w:rsidR="00000000" w:rsidRDefault="005C590F" w:rsidP="005C590F">
          <w:pPr>
            <w:pStyle w:val="0E2ECAE4F236442EADC2F8E85CCDA0E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A17042A37F44589802313454A60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A731C-A74F-4F21-8855-6F7A24EE00A8}"/>
      </w:docPartPr>
      <w:docPartBody>
        <w:p w:rsidR="00000000" w:rsidRDefault="005C590F" w:rsidP="005C590F">
          <w:pPr>
            <w:pStyle w:val="17A17042A37F44589802313454A60B16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4CDC9A97A5F4040B99739E937C27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D73DD-A8A8-4567-A74D-DBA580E52AF0}"/>
      </w:docPartPr>
      <w:docPartBody>
        <w:p w:rsidR="00000000" w:rsidRDefault="005C590F" w:rsidP="005C590F">
          <w:pPr>
            <w:pStyle w:val="44CDC9A97A5F4040B99739E937C2781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8D614042241F4A912D5DB5FBAB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DDC07-6CD8-4F6A-9BB5-1AB00071E953}"/>
      </w:docPartPr>
      <w:docPartBody>
        <w:p w:rsidR="00000000" w:rsidRDefault="005C590F" w:rsidP="005C590F">
          <w:pPr>
            <w:pStyle w:val="64C8D614042241F4A912D5DB5FBAB9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75F1DF5D2E41E09677A416E08E1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D662A-46AD-4182-8E90-1F00A52CDB79}"/>
      </w:docPartPr>
      <w:docPartBody>
        <w:p w:rsidR="00000000" w:rsidRDefault="005C590F" w:rsidP="005C590F">
          <w:pPr>
            <w:pStyle w:val="E575F1DF5D2E41E09677A416E08E193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D798B1F18B4ED4872CAA8236D95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13B36-D85E-43C0-8479-20DA8BC0F630}"/>
      </w:docPartPr>
      <w:docPartBody>
        <w:p w:rsidR="00000000" w:rsidRDefault="005C590F" w:rsidP="005C590F">
          <w:pPr>
            <w:pStyle w:val="53D798B1F18B4ED4872CAA8236D95A3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FD6C4119F497A9A485E5EF4C5C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BA93C-C556-498A-89FF-E3B9E3BB616C}"/>
      </w:docPartPr>
      <w:docPartBody>
        <w:p w:rsidR="00000000" w:rsidRDefault="005C590F" w:rsidP="005C590F">
          <w:pPr>
            <w:pStyle w:val="669FD6C4119F497A9A485E5EF4C5C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A708BE774D44169165153A88C5B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6D321-2E26-47AD-BBF8-67DD562534D9}"/>
      </w:docPartPr>
      <w:docPartBody>
        <w:p w:rsidR="00000000" w:rsidRDefault="005C590F" w:rsidP="005C590F">
          <w:pPr>
            <w:pStyle w:val="CEA708BE774D44169165153A88C5B68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012C5B4C94413B90617D63561AC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9C63C-7852-4168-8A70-A34E49C0F1CB}"/>
      </w:docPartPr>
      <w:docPartBody>
        <w:p w:rsidR="00000000" w:rsidRDefault="005C590F" w:rsidP="005C590F">
          <w:pPr>
            <w:pStyle w:val="4E012C5B4C94413B90617D63561AC48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F1ACC14A3D4CBB83551FFDEA354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084F2-056A-4E46-ADCD-A98DF67DFF08}"/>
      </w:docPartPr>
      <w:docPartBody>
        <w:p w:rsidR="00000000" w:rsidRDefault="005C590F" w:rsidP="005C590F">
          <w:pPr>
            <w:pStyle w:val="45F1ACC14A3D4CBB83551FFDEA354D7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571F92EFBE450B89B4A559BC108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49780-9AB5-47A5-B498-3CD79B08998C}"/>
      </w:docPartPr>
      <w:docPartBody>
        <w:p w:rsidR="00000000" w:rsidRDefault="005C590F" w:rsidP="005C590F">
          <w:pPr>
            <w:pStyle w:val="8C571F92EFBE450B89B4A559BC10862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93333B588140188CE0C24A7D74C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27EEC-D52B-4184-9EFF-15F34782C9EC}"/>
      </w:docPartPr>
      <w:docPartBody>
        <w:p w:rsidR="00000000" w:rsidRDefault="005C590F" w:rsidP="005C590F">
          <w:pPr>
            <w:pStyle w:val="6593333B588140188CE0C24A7D74CDA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C5D3470D1E4C91BC470E1E646CF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618BE-617E-4E62-B5C6-F179642A43D7}"/>
      </w:docPartPr>
      <w:docPartBody>
        <w:p w:rsidR="00000000" w:rsidRDefault="005C590F" w:rsidP="005C590F">
          <w:pPr>
            <w:pStyle w:val="C8C5D3470D1E4C91BC470E1E646CFBE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6AC1B12A6A4731A784190BF0884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700B2-5DAF-45FB-817F-C7B7A019164E}"/>
      </w:docPartPr>
      <w:docPartBody>
        <w:p w:rsidR="00000000" w:rsidRDefault="005C590F" w:rsidP="005C590F">
          <w:pPr>
            <w:pStyle w:val="696AC1B12A6A4731A784190BF0884B9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0458ACB5AB4DE8AFDA337FD495C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CF42E-500C-47C1-B764-B81013C4F953}"/>
      </w:docPartPr>
      <w:docPartBody>
        <w:p w:rsidR="00000000" w:rsidRDefault="005C590F" w:rsidP="005C590F">
          <w:pPr>
            <w:pStyle w:val="5A0458ACB5AB4DE8AFDA337FD495C98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D42B29972E47D495F880A343B0D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02099-F9CB-4129-80E7-F5913843EBB9}"/>
      </w:docPartPr>
      <w:docPartBody>
        <w:p w:rsidR="00000000" w:rsidRDefault="005C590F" w:rsidP="005C590F">
          <w:pPr>
            <w:pStyle w:val="74D42B29972E47D495F880A343B0D2D6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4AFBE48CE946D391723F0E2B3B9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76FCD-F766-49C2-A28A-F749B26B2327}"/>
      </w:docPartPr>
      <w:docPartBody>
        <w:p w:rsidR="00000000" w:rsidRDefault="005C590F" w:rsidP="005C590F">
          <w:pPr>
            <w:pStyle w:val="074AFBE48CE946D391723F0E2B3B969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2D32578AA6A49BCAFC4F155F6D11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5B7A7-8A28-4A56-9D15-2517945C8952}"/>
      </w:docPartPr>
      <w:docPartBody>
        <w:p w:rsidR="00000000" w:rsidRDefault="005C590F" w:rsidP="005C590F">
          <w:pPr>
            <w:pStyle w:val="42D32578AA6A49BCAFC4F155F6D110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C24E4764664260807C22EE96CC5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92135-9F55-466C-BDBE-AD5CD5D66E35}"/>
      </w:docPartPr>
      <w:docPartBody>
        <w:p w:rsidR="00000000" w:rsidRDefault="005C590F" w:rsidP="005C590F">
          <w:pPr>
            <w:pStyle w:val="FFC24E4764664260807C22EE96CC57F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69EF7563134AD69E3C0F50B7C8E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1634B-322F-4E2B-BB66-1B026CD681B3}"/>
      </w:docPartPr>
      <w:docPartBody>
        <w:p w:rsidR="00000000" w:rsidRDefault="005C590F" w:rsidP="005C590F">
          <w:pPr>
            <w:pStyle w:val="2B69EF7563134AD69E3C0F50B7C8EF1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E2F57748B94CFDA08A9DDE1A393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EBACE-3E5F-44EF-80BF-B5D891FEBC6E}"/>
      </w:docPartPr>
      <w:docPartBody>
        <w:p w:rsidR="00000000" w:rsidRDefault="005C590F" w:rsidP="005C590F">
          <w:pPr>
            <w:pStyle w:val="40E2F57748B94CFDA08A9DDE1A39320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FDA702E1841E0931005817E0C2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7F0CF-940D-48D4-8DD9-59DD9599EFF8}"/>
      </w:docPartPr>
      <w:docPartBody>
        <w:p w:rsidR="00000000" w:rsidRDefault="005C590F" w:rsidP="005C590F">
          <w:pPr>
            <w:pStyle w:val="542FDA702E1841E0931005817E0C2D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6D0679D1CD496383EE84C8C96E5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CA878-628B-4CA4-962F-5FBAF281D2D8}"/>
      </w:docPartPr>
      <w:docPartBody>
        <w:p w:rsidR="00000000" w:rsidRDefault="005C590F" w:rsidP="005C590F">
          <w:pPr>
            <w:pStyle w:val="136D0679D1CD496383EE84C8C96E576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6694169E3941F4AAC224A1A7424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B6377-7A8F-4E8F-A609-BABCC8D17BD7}"/>
      </w:docPartPr>
      <w:docPartBody>
        <w:p w:rsidR="00000000" w:rsidRDefault="005C590F" w:rsidP="005C590F">
          <w:pPr>
            <w:pStyle w:val="9C6694169E3941F4AAC224A1A74245E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1EEDB516FDD43D2AC348A6185108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90E29-9BD2-4DA7-9E5C-E98228A22032}"/>
      </w:docPartPr>
      <w:docPartBody>
        <w:p w:rsidR="00000000" w:rsidRDefault="005C590F" w:rsidP="005C590F">
          <w:pPr>
            <w:pStyle w:val="D1EEDB516FDD43D2AC348A61851088D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D07436C744D31895188EF1334F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6A29F-D3AB-477F-80A1-E531B1D1F1FC}"/>
      </w:docPartPr>
      <w:docPartBody>
        <w:p w:rsidR="00000000" w:rsidRDefault="005C590F" w:rsidP="005C590F">
          <w:pPr>
            <w:pStyle w:val="388D07436C744D31895188EF1334FF2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C64C76ABBD48148BE9C2CCB5200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35F73-B18D-46A4-9BA5-0580BE10C12B}"/>
      </w:docPartPr>
      <w:docPartBody>
        <w:p w:rsidR="00000000" w:rsidRDefault="005C590F" w:rsidP="005C590F">
          <w:pPr>
            <w:pStyle w:val="D2C64C76ABBD48148BE9C2CCB52005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5C1EB2CB4C4E6BA81AFEFFAB89C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7D90A-891E-4ED7-A3FA-3F38D937F42E}"/>
      </w:docPartPr>
      <w:docPartBody>
        <w:p w:rsidR="00000000" w:rsidRDefault="005C590F" w:rsidP="005C590F">
          <w:pPr>
            <w:pStyle w:val="AB5C1EB2CB4C4E6BA81AFEFFAB89CCC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05ACDE50704CE9876C05D6310FD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70EBB-661B-48A6-BBEB-5DCD70350423}"/>
      </w:docPartPr>
      <w:docPartBody>
        <w:p w:rsidR="00000000" w:rsidRDefault="005C590F" w:rsidP="005C590F">
          <w:pPr>
            <w:pStyle w:val="6505ACDE50704CE9876C05D6310FDEE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26D3AAF50747249CA370E2BE74D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BE391-E719-4EA4-841C-305178FDBA53}"/>
      </w:docPartPr>
      <w:docPartBody>
        <w:p w:rsidR="00000000" w:rsidRDefault="005C590F" w:rsidP="005C590F">
          <w:pPr>
            <w:pStyle w:val="E726D3AAF50747249CA370E2BE74DC3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A5E9577D7D4E6E9F597990F4BE6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601D7-F52A-48AB-B4B9-D1A2D917A766}"/>
      </w:docPartPr>
      <w:docPartBody>
        <w:p w:rsidR="00000000" w:rsidRDefault="005C590F" w:rsidP="005C590F">
          <w:pPr>
            <w:pStyle w:val="45A5E9577D7D4E6E9F597990F4BE69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4F38EBEF8A4C1B9835AAD7DABB9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297AC-F591-4770-977E-C7F94455A7FA}"/>
      </w:docPartPr>
      <w:docPartBody>
        <w:p w:rsidR="00000000" w:rsidRDefault="005C590F" w:rsidP="005C590F">
          <w:pPr>
            <w:pStyle w:val="9B4F38EBEF8A4C1B9835AAD7DABB9F5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545E5DC8B6F422F928849B287EB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6E8A8-A5B0-4288-B11E-E269AB3472BB}"/>
      </w:docPartPr>
      <w:docPartBody>
        <w:p w:rsidR="00000000" w:rsidRDefault="005C590F" w:rsidP="005C590F">
          <w:pPr>
            <w:pStyle w:val="E545E5DC8B6F422F928849B287EB439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7A350AE1B04C449F5DF2F5BB158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F3A13-0391-4A8A-8B36-364996DD27C0}"/>
      </w:docPartPr>
      <w:docPartBody>
        <w:p w:rsidR="00000000" w:rsidRDefault="005C590F" w:rsidP="005C590F">
          <w:pPr>
            <w:pStyle w:val="DD7A350AE1B04C449F5DF2F5BB158E3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44D5E3BE1F4370B9124DC465FF3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8D63B-6BF2-4D28-8708-E3CF896936E6}"/>
      </w:docPartPr>
      <w:docPartBody>
        <w:p w:rsidR="00000000" w:rsidRDefault="005C590F" w:rsidP="005C590F">
          <w:pPr>
            <w:pStyle w:val="A744D5E3BE1F4370B9124DC465FF381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2258392917427198FB73FF1DA41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34897-8388-46DB-AE83-7E437DAF622C}"/>
      </w:docPartPr>
      <w:docPartBody>
        <w:p w:rsidR="00000000" w:rsidRDefault="005C590F" w:rsidP="005C590F">
          <w:pPr>
            <w:pStyle w:val="F32258392917427198FB73FF1DA41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79E8A63A8F4942BC8B7CB32A084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F19FF-88DB-42EA-AC14-B547D1174F89}"/>
      </w:docPartPr>
      <w:docPartBody>
        <w:p w:rsidR="00000000" w:rsidRDefault="005C590F" w:rsidP="005C590F">
          <w:pPr>
            <w:pStyle w:val="B279E8A63A8F4942BC8B7CB32A0841F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F989A3E03B4EE6A12F2F619811E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1E773-AF89-4ACE-817D-2B87B5B6B55C}"/>
      </w:docPartPr>
      <w:docPartBody>
        <w:p w:rsidR="00000000" w:rsidRDefault="005C590F" w:rsidP="005C590F">
          <w:pPr>
            <w:pStyle w:val="4EF989A3E03B4EE6A12F2F619811EE0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964C0310F242B3A20766B5C8281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EBBCA-6E4D-4E53-B9AA-E29B8CB572A9}"/>
      </w:docPartPr>
      <w:docPartBody>
        <w:p w:rsidR="00000000" w:rsidRDefault="005C590F" w:rsidP="005C590F">
          <w:pPr>
            <w:pStyle w:val="75964C0310F242B3A20766B5C82819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2789D3D76E4F03BDEF47C928CF3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4563B-159C-4563-BB6E-D67C6C117517}"/>
      </w:docPartPr>
      <w:docPartBody>
        <w:p w:rsidR="00000000" w:rsidRDefault="005C590F" w:rsidP="005C590F">
          <w:pPr>
            <w:pStyle w:val="232789D3D76E4F03BDEF47C928CF3AA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7C3D657A80404EAE270B6CAB6BB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8FAD4-68F0-45FA-AEA1-C71AA95D2C95}"/>
      </w:docPartPr>
      <w:docPartBody>
        <w:p w:rsidR="00000000" w:rsidRDefault="005C590F" w:rsidP="005C590F">
          <w:pPr>
            <w:pStyle w:val="077C3D657A80404EAE270B6CAB6BB7B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31553E4CE54B81B9E302D6F2125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F3D39-8E91-440C-9677-665975729096}"/>
      </w:docPartPr>
      <w:docPartBody>
        <w:p w:rsidR="00000000" w:rsidRDefault="005C590F" w:rsidP="005C590F">
          <w:pPr>
            <w:pStyle w:val="6631553E4CE54B81B9E302D6F212573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AA8BBB11BA4EF9A241293A98FB1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D2C4-576B-4477-8E75-F83C628E9282}"/>
      </w:docPartPr>
      <w:docPartBody>
        <w:p w:rsidR="00000000" w:rsidRDefault="005C590F" w:rsidP="005C590F">
          <w:pPr>
            <w:pStyle w:val="B8AA8BBB11BA4EF9A241293A98FB116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CD9CB916B41ED82B81FC4C6647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5FC26-F100-4CC3-8B41-33F6D87D4E09}"/>
      </w:docPartPr>
      <w:docPartBody>
        <w:p w:rsidR="00000000" w:rsidRDefault="005C590F" w:rsidP="005C590F">
          <w:pPr>
            <w:pStyle w:val="305CD9CB916B41ED82B81FC4C6647F4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ABA6662E2E4A20A2791FA3A865F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C8A01-B047-4B87-B91D-88C314D0AE0D}"/>
      </w:docPartPr>
      <w:docPartBody>
        <w:p w:rsidR="00000000" w:rsidRDefault="005C590F" w:rsidP="005C590F">
          <w:pPr>
            <w:pStyle w:val="B1ABA6662E2E4A20A2791FA3A865F32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92BFE9ABA7488BAA93C824CF058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76599-CFA4-4ABF-882B-CFF9958E5464}"/>
      </w:docPartPr>
      <w:docPartBody>
        <w:p w:rsidR="00000000" w:rsidRDefault="005C590F" w:rsidP="005C590F">
          <w:pPr>
            <w:pStyle w:val="C992BFE9ABA7488BAA93C824CF05823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FD149350EB4F99B37B295513428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9F83A-15D9-499E-876C-0825786D34D6}"/>
      </w:docPartPr>
      <w:docPartBody>
        <w:p w:rsidR="00000000" w:rsidRDefault="005C590F" w:rsidP="005C590F">
          <w:pPr>
            <w:pStyle w:val="A1FD149350EB4F99B37B29551342832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1D171B432548FEA086C4C374CB8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0AF8C-2AEB-4861-9A1F-BDFE5AC3F193}"/>
      </w:docPartPr>
      <w:docPartBody>
        <w:p w:rsidR="00000000" w:rsidRDefault="005C590F" w:rsidP="005C590F">
          <w:pPr>
            <w:pStyle w:val="B41D171B432548FEA086C4C374CB863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8064A9D65E4244BEEA4E192ACA1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02AE1-ABE8-4F32-8418-54E07BC5F3CE}"/>
      </w:docPartPr>
      <w:docPartBody>
        <w:p w:rsidR="00000000" w:rsidRDefault="005C590F" w:rsidP="005C590F">
          <w:pPr>
            <w:pStyle w:val="CA8064A9D65E4244BEEA4E192ACA176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0A8BBE75FB4B08B169761476E08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EAD81-7FC3-47FC-B51A-D83B173D26F1}"/>
      </w:docPartPr>
      <w:docPartBody>
        <w:p w:rsidR="00000000" w:rsidRDefault="005C590F" w:rsidP="005C590F">
          <w:pPr>
            <w:pStyle w:val="0D0A8BBE75FB4B08B169761476E0862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CD44A22DC4EDC8F876CE1F2710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5F69-5337-4924-9169-DF53BCE72450}"/>
      </w:docPartPr>
      <w:docPartBody>
        <w:p w:rsidR="00000000" w:rsidRDefault="005C590F" w:rsidP="005C590F">
          <w:pPr>
            <w:pStyle w:val="709CD44A22DC4EDC8F876CE1F271040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572A9473B345639AB990CEF2CE0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F79A7-9029-43C5-8DA6-1CE8438FD8F6}"/>
      </w:docPartPr>
      <w:docPartBody>
        <w:p w:rsidR="00000000" w:rsidRDefault="005C590F" w:rsidP="005C590F">
          <w:pPr>
            <w:pStyle w:val="54572A9473B345639AB990CEF2CE08B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BC3451D9274BFFAC7A3FD0A6391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8D108-44DA-4456-B2E0-3F3E476F5834}"/>
      </w:docPartPr>
      <w:docPartBody>
        <w:p w:rsidR="00000000" w:rsidRDefault="005C590F" w:rsidP="005C590F">
          <w:pPr>
            <w:pStyle w:val="C8BC3451D9274BFFAC7A3FD0A6391122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3091693BB9949D386A6058F86FE2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5EA5C-ECEC-4D34-B217-37B3EAB0C181}"/>
      </w:docPartPr>
      <w:docPartBody>
        <w:p w:rsidR="00000000" w:rsidRDefault="005C590F" w:rsidP="005C590F">
          <w:pPr>
            <w:pStyle w:val="93091693BB9949D386A6058F86FE2E9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896AC897902643DBBCD317D9F7FC2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163E0-6DF6-466A-A866-B90D3A022EEC}"/>
      </w:docPartPr>
      <w:docPartBody>
        <w:p w:rsidR="00000000" w:rsidRDefault="005C590F" w:rsidP="005C590F">
          <w:pPr>
            <w:pStyle w:val="896AC897902643DBBCD317D9F7FC206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DB0A952DAE45EE9EF67EF6DD400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31736-E821-456B-B8C7-7C0073A9843D}"/>
      </w:docPartPr>
      <w:docPartBody>
        <w:p w:rsidR="00000000" w:rsidRDefault="005C590F" w:rsidP="005C590F">
          <w:pPr>
            <w:pStyle w:val="77DB0A952DAE45EE9EF67EF6DD4009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28B3B8163C4193A2ACC6B83A46D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81059-0C4E-4C84-A57D-0C3AAD91F344}"/>
      </w:docPartPr>
      <w:docPartBody>
        <w:p w:rsidR="00000000" w:rsidRDefault="005C590F" w:rsidP="005C590F">
          <w:pPr>
            <w:pStyle w:val="7C28B3B8163C4193A2ACC6B83A46D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8811874E5E4BA0BA47CAA004ABF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798D4-13D1-49FF-91C6-BDE67EDAAE64}"/>
      </w:docPartPr>
      <w:docPartBody>
        <w:p w:rsidR="00000000" w:rsidRDefault="005C590F" w:rsidP="005C590F">
          <w:pPr>
            <w:pStyle w:val="318811874E5E4BA0BA47CAA004ABFFF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61CADC6E444EF2A2898A5203DDF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77493-D6B6-4F06-B33C-1328388C5BA5}"/>
      </w:docPartPr>
      <w:docPartBody>
        <w:p w:rsidR="00000000" w:rsidRDefault="005C590F" w:rsidP="005C590F">
          <w:pPr>
            <w:pStyle w:val="AB61CADC6E444EF2A2898A5203DDF07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ABFB1CA0BA40EC970DC94A560CC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3A1BD-F865-4790-9D08-DA7E6BE759B5}"/>
      </w:docPartPr>
      <w:docPartBody>
        <w:p w:rsidR="00000000" w:rsidRDefault="005C590F" w:rsidP="005C590F">
          <w:pPr>
            <w:pStyle w:val="67ABFB1CA0BA40EC970DC94A560CC0A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17A793878643B291313275E3689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2EAB6-6679-4802-A277-0CD9DCB8660C}"/>
      </w:docPartPr>
      <w:docPartBody>
        <w:p w:rsidR="00000000" w:rsidRDefault="005C590F" w:rsidP="005C590F">
          <w:pPr>
            <w:pStyle w:val="3517A793878643B291313275E3689507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0D0F400AD7453981C5950D515E7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B75FD-D877-4A66-BD03-A0026EAD20A3}"/>
      </w:docPartPr>
      <w:docPartBody>
        <w:p w:rsidR="00000000" w:rsidRDefault="005C590F" w:rsidP="005C590F">
          <w:pPr>
            <w:pStyle w:val="940D0F400AD7453981C5950D515E7DFD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066EC8E46D4719B7B00F5B0907C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030B8-791D-4D7E-AFCF-829A512FB3E2}"/>
      </w:docPartPr>
      <w:docPartBody>
        <w:p w:rsidR="00000000" w:rsidRDefault="005C590F" w:rsidP="005C590F">
          <w:pPr>
            <w:pStyle w:val="56066EC8E46D4719B7B00F5B0907C5C1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A7D0AB48C84D2AAD9F070B7942C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7C6BD-43C9-4038-A903-E5546EDBB4D3}"/>
      </w:docPartPr>
      <w:docPartBody>
        <w:p w:rsidR="00000000" w:rsidRDefault="005C590F" w:rsidP="005C590F">
          <w:pPr>
            <w:pStyle w:val="28A7D0AB48C84D2AAD9F070B7942C7CC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0D4F541614C379E3D04E82B104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0B95A-292A-46F7-BD8D-ADB11715F6FD}"/>
      </w:docPartPr>
      <w:docPartBody>
        <w:p w:rsidR="00000000" w:rsidRDefault="005C590F" w:rsidP="005C590F">
          <w:pPr>
            <w:pStyle w:val="3500D4F541614C379E3D04E82B104D4A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6294E54C704C22A254792C94C51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E80F6-2B21-4D00-9378-3062C22898F4}"/>
      </w:docPartPr>
      <w:docPartBody>
        <w:p w:rsidR="00000000" w:rsidRDefault="005C590F" w:rsidP="005C590F">
          <w:pPr>
            <w:pStyle w:val="4B6294E54C704C22A254792C94C51D06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08CBFA5148494D91EBC31715C8D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6E802-0F47-42F2-9DCA-C37B7358A15A}"/>
      </w:docPartPr>
      <w:docPartBody>
        <w:p w:rsidR="00000000" w:rsidRDefault="005C590F" w:rsidP="005C590F">
          <w:pPr>
            <w:pStyle w:val="7108CBFA5148494D91EBC31715C8DEAA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78467E9DA49ED8C0307AB10EBA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9EB19-49CC-4224-B94B-CC51DC247C25}"/>
      </w:docPartPr>
      <w:docPartBody>
        <w:p w:rsidR="00000000" w:rsidRDefault="005C590F" w:rsidP="005C590F">
          <w:pPr>
            <w:pStyle w:val="10078467E9DA49ED8C0307AB10EBA4B0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F4FEE5E334402B2CE0E8E56C6E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39FCE-EA3D-44D4-8B7A-C867BFFA4389}"/>
      </w:docPartPr>
      <w:docPartBody>
        <w:p w:rsidR="00000000" w:rsidRDefault="005C590F" w:rsidP="005C590F">
          <w:pPr>
            <w:pStyle w:val="98BF4FEE5E334402B2CE0E8E56C6EB47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612E79B2A84EEB9C467180FF43E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6F6B3-2B07-4A67-AA2A-D182B973C5EB}"/>
      </w:docPartPr>
      <w:docPartBody>
        <w:p w:rsidR="00000000" w:rsidRDefault="005C590F" w:rsidP="005C590F">
          <w:pPr>
            <w:pStyle w:val="9A612E79B2A84EEB9C467180FF43E110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02F42E195A4125BFFDA4A4D8399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CCA6A-01FD-4068-BE4A-C92E17E49701}"/>
      </w:docPartPr>
      <w:docPartBody>
        <w:p w:rsidR="00000000" w:rsidRDefault="005C590F" w:rsidP="005C590F">
          <w:pPr>
            <w:pStyle w:val="2D02F42E195A4125BFFDA4A4D8399333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B4DFE44F04348B147233A7D807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4D142-C549-4E06-AE08-75E2808CDF4D}"/>
      </w:docPartPr>
      <w:docPartBody>
        <w:p w:rsidR="00000000" w:rsidRDefault="005C590F" w:rsidP="005C590F">
          <w:pPr>
            <w:pStyle w:val="733B4DFE44F04348B147233A7D807188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D4FCE7930E4AD28CECE91A8D8AE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FDC42-E5B1-414B-A075-2B2BDEB2D703}"/>
      </w:docPartPr>
      <w:docPartBody>
        <w:p w:rsidR="00000000" w:rsidRDefault="005C590F" w:rsidP="005C590F">
          <w:pPr>
            <w:pStyle w:val="AAD4FCE7930E4AD28CECE91A8D8AE5BB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57B324D9734C909D594A0EB3B66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B370C-F155-4B0B-A6A4-CF83BBDFAAB5}"/>
      </w:docPartPr>
      <w:docPartBody>
        <w:p w:rsidR="00000000" w:rsidRDefault="005C590F" w:rsidP="005C590F">
          <w:pPr>
            <w:pStyle w:val="3557B324D9734C909D594A0EB3B66EF0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7539A79E74BD2B42A2064279BB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A3A7-453A-4024-B18B-6F63EA812B77}"/>
      </w:docPartPr>
      <w:docPartBody>
        <w:p w:rsidR="00000000" w:rsidRDefault="005C590F" w:rsidP="005C590F">
          <w:pPr>
            <w:pStyle w:val="2E97539A79E74BD2B42A2064279BB384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5711EEEF744E5483CD5A00AE459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F529C-DDD9-49BD-8D76-C2F5B9BA6775}"/>
      </w:docPartPr>
      <w:docPartBody>
        <w:p w:rsidR="00000000" w:rsidRDefault="005C590F" w:rsidP="005C590F">
          <w:pPr>
            <w:pStyle w:val="E85711EEEF744E5483CD5A00AE459814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1E1AD1FA3F4C16B3FE444D64E4F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E3993-B43F-4E16-BDD9-34D03EABF9CC}"/>
      </w:docPartPr>
      <w:docPartBody>
        <w:p w:rsidR="00000000" w:rsidRDefault="005C590F" w:rsidP="005C590F">
          <w:pPr>
            <w:pStyle w:val="7A1E1AD1FA3F4C16B3FE444D64E4F5B2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CBF8AE570A4CC5A2A3F0C36C816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E3954-A119-429B-AA8E-FF3C21805C6E}"/>
      </w:docPartPr>
      <w:docPartBody>
        <w:p w:rsidR="00000000" w:rsidRDefault="005C590F" w:rsidP="005C590F">
          <w:pPr>
            <w:pStyle w:val="C8CBF8AE570A4CC5A2A3F0C36C816B2C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C836B040EE430DA28D383E8AA73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3C7A4-DD0E-4951-8840-4211026D2EB3}"/>
      </w:docPartPr>
      <w:docPartBody>
        <w:p w:rsidR="00000000" w:rsidRDefault="005C590F" w:rsidP="005C590F">
          <w:pPr>
            <w:pStyle w:val="08C836B040EE430DA28D383E8AA73DA0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3D4901E33845FEB08A08D85E810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3A5D3-A4C8-44B2-A047-C5959CD0B7FC}"/>
      </w:docPartPr>
      <w:docPartBody>
        <w:p w:rsidR="00000000" w:rsidRDefault="005C590F" w:rsidP="005C590F">
          <w:pPr>
            <w:pStyle w:val="493D4901E33845FEB08A08D85E8107E81"/>
          </w:pPr>
          <w:r w:rsidRPr="001206C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4161F5"/>
    <w:rsid w:val="005227CF"/>
    <w:rsid w:val="005A051B"/>
    <w:rsid w:val="005C590F"/>
    <w:rsid w:val="005F3D5F"/>
    <w:rsid w:val="006239E1"/>
    <w:rsid w:val="00667F4B"/>
    <w:rsid w:val="006D0099"/>
    <w:rsid w:val="009A5C93"/>
    <w:rsid w:val="00B302C0"/>
    <w:rsid w:val="00BD0B7C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590F"/>
    <w:rPr>
      <w:color w:val="666666"/>
    </w:rPr>
  </w:style>
  <w:style w:type="paragraph" w:customStyle="1" w:styleId="1734C0B0E50C4165979C1D1CD6EF5118">
    <w:name w:val="1734C0B0E50C4165979C1D1CD6EF5118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">
    <w:name w:val="96F24E541B0145AAA4C1F913603E646E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">
    <w:name w:val="2C3A3162D80445F78DDE0C5B1FC1D37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">
    <w:name w:val="3BB3224C02224BE9B27FBD8B4FA44C85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">
    <w:name w:val="4DA6D54110794714A3947FB41053504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0AE7AE73944309C0FCE2B687E6129">
    <w:name w:val="C2A0AE7AE73944309C0FCE2B687E6129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24D3BD32FA448B81354D9887D22B46">
    <w:name w:val="A024D3BD32FA448B81354D9887D22B46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961EADCD1442119FAE6B415BE88232">
    <w:name w:val="F6961EADCD1442119FAE6B415BE88232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25FC7FBDF241569EE74B15F64F8A1D">
    <w:name w:val="A525FC7FBDF241569EE74B15F64F8A1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44D4F65A2142C19137FC6B2D41195D">
    <w:name w:val="3144D4F65A2142C19137FC6B2D41195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BF1AD728E546CCB08E91E4B1511474">
    <w:name w:val="D1BF1AD728E546CCB08E91E4B1511474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C029FD308C4935842209AF61DCF21F">
    <w:name w:val="9BC029FD308C4935842209AF61DCF21F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EA9A3E607C47918BF99ACB8F3CB152">
    <w:name w:val="74EA9A3E607C47918BF99ACB8F3CB152"/>
    <w:rsid w:val="00667F4B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1F6D3E451E77496DB75EEF8C60C1C2B5">
    <w:name w:val="1F6D3E451E77496DB75EEF8C60C1C2B5"/>
    <w:rsid w:val="005C590F"/>
  </w:style>
  <w:style w:type="paragraph" w:customStyle="1" w:styleId="73F1AB267DE14D92961F721182BF1972">
    <w:name w:val="73F1AB267DE14D92961F721182BF1972"/>
    <w:rsid w:val="005C590F"/>
  </w:style>
  <w:style w:type="paragraph" w:customStyle="1" w:styleId="A58EBA4212F647B49DC93435628CABA3">
    <w:name w:val="A58EBA4212F647B49DC93435628CABA3"/>
    <w:rsid w:val="005C590F"/>
  </w:style>
  <w:style w:type="paragraph" w:customStyle="1" w:styleId="6A9B05F2FDFC4817AAC305B96AA1F818">
    <w:name w:val="6A9B05F2FDFC4817AAC305B96AA1F818"/>
    <w:rsid w:val="005C590F"/>
  </w:style>
  <w:style w:type="paragraph" w:customStyle="1" w:styleId="5E6B9425EE844B8BB138244DC148ABE7">
    <w:name w:val="5E6B9425EE844B8BB138244DC148ABE7"/>
    <w:rsid w:val="005C590F"/>
  </w:style>
  <w:style w:type="paragraph" w:customStyle="1" w:styleId="B277A156265A4E05AE62562224D9EB7E">
    <w:name w:val="B277A156265A4E05AE62562224D9EB7E"/>
    <w:rsid w:val="005C590F"/>
  </w:style>
  <w:style w:type="paragraph" w:customStyle="1" w:styleId="4E93B552B99042819848307B418E0456">
    <w:name w:val="4E93B552B99042819848307B418E0456"/>
    <w:rsid w:val="005C590F"/>
  </w:style>
  <w:style w:type="paragraph" w:customStyle="1" w:styleId="C8831A5D8F774F24A69FC75BC3D43167">
    <w:name w:val="C8831A5D8F774F24A69FC75BC3D43167"/>
    <w:rsid w:val="005C590F"/>
  </w:style>
  <w:style w:type="paragraph" w:customStyle="1" w:styleId="8B555C6812F64C65BDDA9B17EE16DFBD">
    <w:name w:val="8B555C6812F64C65BDDA9B17EE16DFBD"/>
    <w:rsid w:val="005C590F"/>
  </w:style>
  <w:style w:type="paragraph" w:customStyle="1" w:styleId="28727A36767E47E59878F75B4E36159B">
    <w:name w:val="28727A36767E47E59878F75B4E36159B"/>
    <w:rsid w:val="005C590F"/>
  </w:style>
  <w:style w:type="paragraph" w:customStyle="1" w:styleId="8AB38F32DEC24110BFAB94668214FE28">
    <w:name w:val="8AB38F32DEC24110BFAB94668214FE28"/>
    <w:rsid w:val="005C590F"/>
  </w:style>
  <w:style w:type="paragraph" w:customStyle="1" w:styleId="C03897871B2F4C959C5D776AA16C337D">
    <w:name w:val="C03897871B2F4C959C5D776AA16C337D"/>
    <w:rsid w:val="005C590F"/>
  </w:style>
  <w:style w:type="paragraph" w:customStyle="1" w:styleId="0965B2AC22C04FC9B7E2CB5742EDF2AD">
    <w:name w:val="0965B2AC22C04FC9B7E2CB5742EDF2AD"/>
    <w:rsid w:val="005C590F"/>
  </w:style>
  <w:style w:type="paragraph" w:customStyle="1" w:styleId="D24AED38407D4A30AE4DB8841B54B28D">
    <w:name w:val="D24AED38407D4A30AE4DB8841B54B28D"/>
    <w:rsid w:val="005C590F"/>
  </w:style>
  <w:style w:type="paragraph" w:customStyle="1" w:styleId="0CEBE25CC4604B5281B071C333A93775">
    <w:name w:val="0CEBE25CC4604B5281B071C333A93775"/>
    <w:rsid w:val="005C590F"/>
  </w:style>
  <w:style w:type="paragraph" w:customStyle="1" w:styleId="A36BCB82DF81437DB713660878E2CAEF">
    <w:name w:val="A36BCB82DF81437DB713660878E2CAEF"/>
    <w:rsid w:val="005C590F"/>
  </w:style>
  <w:style w:type="paragraph" w:customStyle="1" w:styleId="E3608900C0094C71B392E7AC4B9B03B8">
    <w:name w:val="E3608900C0094C71B392E7AC4B9B03B8"/>
    <w:rsid w:val="005C590F"/>
  </w:style>
  <w:style w:type="paragraph" w:customStyle="1" w:styleId="5D2FC86C4E574E2890EB9213C37BEF8C">
    <w:name w:val="5D2FC86C4E574E2890EB9213C37BEF8C"/>
    <w:rsid w:val="005C590F"/>
  </w:style>
  <w:style w:type="paragraph" w:customStyle="1" w:styleId="0E2ECAE4F236442EADC2F8E85CCDA0E5">
    <w:name w:val="0E2ECAE4F236442EADC2F8E85CCDA0E5"/>
    <w:rsid w:val="005C590F"/>
  </w:style>
  <w:style w:type="paragraph" w:customStyle="1" w:styleId="17A17042A37F44589802313454A60B16">
    <w:name w:val="17A17042A37F44589802313454A60B16"/>
    <w:rsid w:val="005C590F"/>
  </w:style>
  <w:style w:type="paragraph" w:customStyle="1" w:styleId="44CDC9A97A5F4040B99739E937C27813">
    <w:name w:val="44CDC9A97A5F4040B99739E937C27813"/>
    <w:rsid w:val="005C590F"/>
  </w:style>
  <w:style w:type="paragraph" w:customStyle="1" w:styleId="64C8D614042241F4A912D5DB5FBAB99A">
    <w:name w:val="64C8D614042241F4A912D5DB5FBAB99A"/>
    <w:rsid w:val="005C590F"/>
  </w:style>
  <w:style w:type="paragraph" w:customStyle="1" w:styleId="E575F1DF5D2E41E09677A416E08E1937">
    <w:name w:val="E575F1DF5D2E41E09677A416E08E1937"/>
    <w:rsid w:val="005C590F"/>
  </w:style>
  <w:style w:type="paragraph" w:customStyle="1" w:styleId="53D798B1F18B4ED4872CAA8236D95A35">
    <w:name w:val="53D798B1F18B4ED4872CAA8236D95A35"/>
    <w:rsid w:val="005C590F"/>
  </w:style>
  <w:style w:type="paragraph" w:customStyle="1" w:styleId="130A2B846FB540FAAABFD3D4B3EE6B3D">
    <w:name w:val="130A2B846FB540FAAABFD3D4B3EE6B3D"/>
    <w:rsid w:val="005C590F"/>
  </w:style>
  <w:style w:type="paragraph" w:customStyle="1" w:styleId="669FD6C4119F497A9A485E5EF4C5CC2C">
    <w:name w:val="669FD6C4119F497A9A485E5EF4C5CC2C"/>
    <w:rsid w:val="005C590F"/>
  </w:style>
  <w:style w:type="paragraph" w:customStyle="1" w:styleId="CEA708BE774D44169165153A88C5B680">
    <w:name w:val="CEA708BE774D44169165153A88C5B680"/>
    <w:rsid w:val="005C590F"/>
  </w:style>
  <w:style w:type="paragraph" w:customStyle="1" w:styleId="4E012C5B4C94413B90617D63561AC48A">
    <w:name w:val="4E012C5B4C94413B90617D63561AC48A"/>
    <w:rsid w:val="005C590F"/>
  </w:style>
  <w:style w:type="paragraph" w:customStyle="1" w:styleId="45F1ACC14A3D4CBB83551FFDEA354D74">
    <w:name w:val="45F1ACC14A3D4CBB83551FFDEA354D74"/>
    <w:rsid w:val="005C590F"/>
  </w:style>
  <w:style w:type="paragraph" w:customStyle="1" w:styleId="8C571F92EFBE450B89B4A559BC10862B">
    <w:name w:val="8C571F92EFBE450B89B4A559BC10862B"/>
    <w:rsid w:val="005C590F"/>
  </w:style>
  <w:style w:type="paragraph" w:customStyle="1" w:styleId="6593333B588140188CE0C24A7D74CDA5">
    <w:name w:val="6593333B588140188CE0C24A7D74CDA5"/>
    <w:rsid w:val="005C590F"/>
  </w:style>
  <w:style w:type="paragraph" w:customStyle="1" w:styleId="C8C5D3470D1E4C91BC470E1E646CFBE1">
    <w:name w:val="C8C5D3470D1E4C91BC470E1E646CFBE1"/>
    <w:rsid w:val="005C590F"/>
  </w:style>
  <w:style w:type="paragraph" w:customStyle="1" w:styleId="EF3713BC38744DF2B2EC864E83AC19C6">
    <w:name w:val="EF3713BC38744DF2B2EC864E83AC19C6"/>
    <w:rsid w:val="005C590F"/>
  </w:style>
  <w:style w:type="paragraph" w:customStyle="1" w:styleId="696AC1B12A6A4731A784190BF0884B91">
    <w:name w:val="696AC1B12A6A4731A784190BF0884B91"/>
    <w:rsid w:val="005C590F"/>
  </w:style>
  <w:style w:type="paragraph" w:customStyle="1" w:styleId="5A0458ACB5AB4DE8AFDA337FD495C98D">
    <w:name w:val="5A0458ACB5AB4DE8AFDA337FD495C98D"/>
    <w:rsid w:val="005C590F"/>
  </w:style>
  <w:style w:type="paragraph" w:customStyle="1" w:styleId="74D42B29972E47D495F880A343B0D2D6">
    <w:name w:val="74D42B29972E47D495F880A343B0D2D6"/>
    <w:rsid w:val="005C590F"/>
  </w:style>
  <w:style w:type="paragraph" w:customStyle="1" w:styleId="074AFBE48CE946D391723F0E2B3B9690">
    <w:name w:val="074AFBE48CE946D391723F0E2B3B9690"/>
    <w:rsid w:val="005C590F"/>
  </w:style>
  <w:style w:type="paragraph" w:customStyle="1" w:styleId="42D32578AA6A49BCAFC4F155F6D110E0">
    <w:name w:val="42D32578AA6A49BCAFC4F155F6D110E0"/>
    <w:rsid w:val="005C590F"/>
  </w:style>
  <w:style w:type="paragraph" w:customStyle="1" w:styleId="FFC24E4764664260807C22EE96CC57F9">
    <w:name w:val="FFC24E4764664260807C22EE96CC57F9"/>
    <w:rsid w:val="005C590F"/>
  </w:style>
  <w:style w:type="paragraph" w:customStyle="1" w:styleId="2B69EF7563134AD69E3C0F50B7C8EF10">
    <w:name w:val="2B69EF7563134AD69E3C0F50B7C8EF10"/>
    <w:rsid w:val="005C590F"/>
  </w:style>
  <w:style w:type="paragraph" w:customStyle="1" w:styleId="1B7225DF8EAD414CB8EE36D71D824076">
    <w:name w:val="1B7225DF8EAD414CB8EE36D71D824076"/>
    <w:rsid w:val="005C590F"/>
  </w:style>
  <w:style w:type="paragraph" w:customStyle="1" w:styleId="40E2F57748B94CFDA08A9DDE1A393201">
    <w:name w:val="40E2F57748B94CFDA08A9DDE1A393201"/>
    <w:rsid w:val="005C590F"/>
  </w:style>
  <w:style w:type="paragraph" w:customStyle="1" w:styleId="542FDA702E1841E0931005817E0C2DBD">
    <w:name w:val="542FDA702E1841E0931005817E0C2DBD"/>
    <w:rsid w:val="005C590F"/>
  </w:style>
  <w:style w:type="paragraph" w:customStyle="1" w:styleId="136D0679D1CD496383EE84C8C96E5764">
    <w:name w:val="136D0679D1CD496383EE84C8C96E5764"/>
    <w:rsid w:val="005C590F"/>
  </w:style>
  <w:style w:type="paragraph" w:customStyle="1" w:styleId="9C6694169E3941F4AAC224A1A74245E0">
    <w:name w:val="9C6694169E3941F4AAC224A1A74245E0"/>
    <w:rsid w:val="005C590F"/>
  </w:style>
  <w:style w:type="paragraph" w:customStyle="1" w:styleId="D1EEDB516FDD43D2AC348A61851088DC">
    <w:name w:val="D1EEDB516FDD43D2AC348A61851088DC"/>
    <w:rsid w:val="005C590F"/>
  </w:style>
  <w:style w:type="paragraph" w:customStyle="1" w:styleId="388D07436C744D31895188EF1334FF29">
    <w:name w:val="388D07436C744D31895188EF1334FF29"/>
    <w:rsid w:val="005C590F"/>
  </w:style>
  <w:style w:type="paragraph" w:customStyle="1" w:styleId="D2C64C76ABBD48148BE9C2CCB5200506">
    <w:name w:val="D2C64C76ABBD48148BE9C2CCB5200506"/>
    <w:rsid w:val="005C590F"/>
  </w:style>
  <w:style w:type="paragraph" w:customStyle="1" w:styleId="7F1C951BBB0B42D9A36F3667CD82CED0">
    <w:name w:val="7F1C951BBB0B42D9A36F3667CD82CED0"/>
    <w:rsid w:val="005C590F"/>
  </w:style>
  <w:style w:type="paragraph" w:customStyle="1" w:styleId="AB5C1EB2CB4C4E6BA81AFEFFAB89CCC5">
    <w:name w:val="AB5C1EB2CB4C4E6BA81AFEFFAB89CCC5"/>
    <w:rsid w:val="005C590F"/>
  </w:style>
  <w:style w:type="paragraph" w:customStyle="1" w:styleId="6505ACDE50704CE9876C05D6310FDEE1">
    <w:name w:val="6505ACDE50704CE9876C05D6310FDEE1"/>
    <w:rsid w:val="005C590F"/>
  </w:style>
  <w:style w:type="paragraph" w:customStyle="1" w:styleId="E726D3AAF50747249CA370E2BE74DC3C">
    <w:name w:val="E726D3AAF50747249CA370E2BE74DC3C"/>
    <w:rsid w:val="005C590F"/>
  </w:style>
  <w:style w:type="paragraph" w:customStyle="1" w:styleId="45A5E9577D7D4E6E9F597990F4BE6979">
    <w:name w:val="45A5E9577D7D4E6E9F597990F4BE6979"/>
    <w:rsid w:val="005C590F"/>
  </w:style>
  <w:style w:type="paragraph" w:customStyle="1" w:styleId="9B4F38EBEF8A4C1B9835AAD7DABB9F55">
    <w:name w:val="9B4F38EBEF8A4C1B9835AAD7DABB9F55"/>
    <w:rsid w:val="005C590F"/>
  </w:style>
  <w:style w:type="paragraph" w:customStyle="1" w:styleId="8CEFC112C0AD47869973245EE317008A">
    <w:name w:val="8CEFC112C0AD47869973245EE317008A"/>
    <w:rsid w:val="005C590F"/>
  </w:style>
  <w:style w:type="paragraph" w:customStyle="1" w:styleId="E545E5DC8B6F422F928849B287EB4390">
    <w:name w:val="E545E5DC8B6F422F928849B287EB4390"/>
    <w:rsid w:val="005C590F"/>
  </w:style>
  <w:style w:type="paragraph" w:customStyle="1" w:styleId="DD7A350AE1B04C449F5DF2F5BB158E39">
    <w:name w:val="DD7A350AE1B04C449F5DF2F5BB158E39"/>
    <w:rsid w:val="005C590F"/>
  </w:style>
  <w:style w:type="paragraph" w:customStyle="1" w:styleId="A744D5E3BE1F4370B9124DC465FF3812">
    <w:name w:val="A744D5E3BE1F4370B9124DC465FF3812"/>
    <w:rsid w:val="005C590F"/>
  </w:style>
  <w:style w:type="paragraph" w:customStyle="1" w:styleId="F32258392917427198FB73FF1DA4137F">
    <w:name w:val="F32258392917427198FB73FF1DA4137F"/>
    <w:rsid w:val="005C590F"/>
  </w:style>
  <w:style w:type="paragraph" w:customStyle="1" w:styleId="B279E8A63A8F4942BC8B7CB32A0841F3">
    <w:name w:val="B279E8A63A8F4942BC8B7CB32A0841F3"/>
    <w:rsid w:val="005C590F"/>
  </w:style>
  <w:style w:type="paragraph" w:customStyle="1" w:styleId="193962ACA82B4953BEA3AFCA561AEDB5">
    <w:name w:val="193962ACA82B4953BEA3AFCA561AEDB5"/>
    <w:rsid w:val="005C590F"/>
  </w:style>
  <w:style w:type="paragraph" w:customStyle="1" w:styleId="4EF989A3E03B4EE6A12F2F619811EE02">
    <w:name w:val="4EF989A3E03B4EE6A12F2F619811EE02"/>
    <w:rsid w:val="005C590F"/>
  </w:style>
  <w:style w:type="paragraph" w:customStyle="1" w:styleId="75964C0310F242B3A20766B5C82819E6">
    <w:name w:val="75964C0310F242B3A20766B5C82819E6"/>
    <w:rsid w:val="005C590F"/>
  </w:style>
  <w:style w:type="paragraph" w:customStyle="1" w:styleId="232789D3D76E4F03BDEF47C928CF3AA2">
    <w:name w:val="232789D3D76E4F03BDEF47C928CF3AA2"/>
    <w:rsid w:val="005C590F"/>
  </w:style>
  <w:style w:type="paragraph" w:customStyle="1" w:styleId="077C3D657A80404EAE270B6CAB6BB7B4">
    <w:name w:val="077C3D657A80404EAE270B6CAB6BB7B4"/>
    <w:rsid w:val="005C590F"/>
  </w:style>
  <w:style w:type="paragraph" w:customStyle="1" w:styleId="6631553E4CE54B81B9E302D6F212573E">
    <w:name w:val="6631553E4CE54B81B9E302D6F212573E"/>
    <w:rsid w:val="005C590F"/>
  </w:style>
  <w:style w:type="paragraph" w:customStyle="1" w:styleId="5F96F1D8C56749CB97B396D984749B74">
    <w:name w:val="5F96F1D8C56749CB97B396D984749B74"/>
    <w:rsid w:val="005C590F"/>
  </w:style>
  <w:style w:type="paragraph" w:customStyle="1" w:styleId="B8AA8BBB11BA4EF9A241293A98FB1163">
    <w:name w:val="B8AA8BBB11BA4EF9A241293A98FB1163"/>
    <w:rsid w:val="005C590F"/>
  </w:style>
  <w:style w:type="paragraph" w:customStyle="1" w:styleId="305CD9CB916B41ED82B81FC4C6647F4D">
    <w:name w:val="305CD9CB916B41ED82B81FC4C6647F4D"/>
    <w:rsid w:val="005C590F"/>
  </w:style>
  <w:style w:type="paragraph" w:customStyle="1" w:styleId="B1ABA6662E2E4A20A2791FA3A865F322">
    <w:name w:val="B1ABA6662E2E4A20A2791FA3A865F322"/>
    <w:rsid w:val="005C590F"/>
  </w:style>
  <w:style w:type="paragraph" w:customStyle="1" w:styleId="C992BFE9ABA7488BAA93C824CF05823E">
    <w:name w:val="C992BFE9ABA7488BAA93C824CF05823E"/>
    <w:rsid w:val="005C590F"/>
  </w:style>
  <w:style w:type="paragraph" w:customStyle="1" w:styleId="A1FD149350EB4F99B37B295513428323">
    <w:name w:val="A1FD149350EB4F99B37B295513428323"/>
    <w:rsid w:val="005C590F"/>
  </w:style>
  <w:style w:type="paragraph" w:customStyle="1" w:styleId="B41D171B432548FEA086C4C374CB8639">
    <w:name w:val="B41D171B432548FEA086C4C374CB8639"/>
    <w:rsid w:val="005C590F"/>
  </w:style>
  <w:style w:type="paragraph" w:customStyle="1" w:styleId="CA8064A9D65E4244BEEA4E192ACA1764">
    <w:name w:val="CA8064A9D65E4244BEEA4E192ACA1764"/>
    <w:rsid w:val="005C590F"/>
  </w:style>
  <w:style w:type="paragraph" w:customStyle="1" w:styleId="08E788B537C2445DBBC48E2833631D0E">
    <w:name w:val="08E788B537C2445DBBC48E2833631D0E"/>
    <w:rsid w:val="005C590F"/>
  </w:style>
  <w:style w:type="paragraph" w:customStyle="1" w:styleId="0D0A8BBE75FB4B08B169761476E08625">
    <w:name w:val="0D0A8BBE75FB4B08B169761476E08625"/>
    <w:rsid w:val="005C590F"/>
  </w:style>
  <w:style w:type="paragraph" w:customStyle="1" w:styleId="709CD44A22DC4EDC8F876CE1F2710404">
    <w:name w:val="709CD44A22DC4EDC8F876CE1F2710404"/>
    <w:rsid w:val="005C590F"/>
  </w:style>
  <w:style w:type="paragraph" w:customStyle="1" w:styleId="54572A9473B345639AB990CEF2CE08B6">
    <w:name w:val="54572A9473B345639AB990CEF2CE08B6"/>
    <w:rsid w:val="005C590F"/>
  </w:style>
  <w:style w:type="paragraph" w:customStyle="1" w:styleId="C8BC3451D9274BFFAC7A3FD0A6391122">
    <w:name w:val="C8BC3451D9274BFFAC7A3FD0A6391122"/>
    <w:rsid w:val="005C590F"/>
  </w:style>
  <w:style w:type="paragraph" w:customStyle="1" w:styleId="93091693BB9949D386A6058F86FE2E94">
    <w:name w:val="93091693BB9949D386A6058F86FE2E94"/>
    <w:rsid w:val="005C590F"/>
  </w:style>
  <w:style w:type="paragraph" w:customStyle="1" w:styleId="896AC897902643DBBCD317D9F7FC2063">
    <w:name w:val="896AC897902643DBBCD317D9F7FC2063"/>
    <w:rsid w:val="005C590F"/>
  </w:style>
  <w:style w:type="paragraph" w:customStyle="1" w:styleId="77DB0A952DAE45EE9EF67EF6DD40095E">
    <w:name w:val="77DB0A952DAE45EE9EF67EF6DD40095E"/>
    <w:rsid w:val="005C590F"/>
  </w:style>
  <w:style w:type="paragraph" w:customStyle="1" w:styleId="B0646F56270B49F599546155768FF33E">
    <w:name w:val="B0646F56270B49F599546155768FF33E"/>
    <w:rsid w:val="005C590F"/>
  </w:style>
  <w:style w:type="paragraph" w:customStyle="1" w:styleId="8368EF5CB2CF4A0FA25CB31FD360DFAE">
    <w:name w:val="8368EF5CB2CF4A0FA25CB31FD360DFAE"/>
    <w:rsid w:val="005C590F"/>
  </w:style>
  <w:style w:type="paragraph" w:customStyle="1" w:styleId="63B6CE6FF2264F49A6D78E4B779F26B6">
    <w:name w:val="63B6CE6FF2264F49A6D78E4B779F26B6"/>
    <w:rsid w:val="005C590F"/>
  </w:style>
  <w:style w:type="paragraph" w:customStyle="1" w:styleId="9542C3E89E9646DCB8DAA6EF5A099537">
    <w:name w:val="9542C3E89E9646DCB8DAA6EF5A099537"/>
    <w:rsid w:val="005C590F"/>
  </w:style>
  <w:style w:type="paragraph" w:customStyle="1" w:styleId="EAF88946914C478F9CF19D237A2C33B6">
    <w:name w:val="EAF88946914C478F9CF19D237A2C33B6"/>
    <w:rsid w:val="005C590F"/>
  </w:style>
  <w:style w:type="paragraph" w:customStyle="1" w:styleId="0CCA712B7AAE4B9386DD90163BD9BC9C">
    <w:name w:val="0CCA712B7AAE4B9386DD90163BD9BC9C"/>
    <w:rsid w:val="005C590F"/>
  </w:style>
  <w:style w:type="paragraph" w:customStyle="1" w:styleId="F35783A013EA475C87B1EACE85E6E363">
    <w:name w:val="F35783A013EA475C87B1EACE85E6E363"/>
    <w:rsid w:val="005C590F"/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A21E9E5505734356A564E2AA974513B2">
    <w:name w:val="A21E9E5505734356A564E2AA974513B2"/>
    <w:rsid w:val="006239E1"/>
  </w:style>
  <w:style w:type="paragraph" w:customStyle="1" w:styleId="1D6AEDF6545C4799A6B58C84FC623A2F">
    <w:name w:val="1D6AEDF6545C4799A6B58C84FC623A2F"/>
    <w:rsid w:val="005C590F"/>
  </w:style>
  <w:style w:type="paragraph" w:customStyle="1" w:styleId="C9D57FED6DC54C23833D8C5EB07D3A49">
    <w:name w:val="C9D57FED6DC54C23833D8C5EB07D3A49"/>
    <w:rsid w:val="005C590F"/>
  </w:style>
  <w:style w:type="paragraph" w:customStyle="1" w:styleId="906F6F8A1E40425A9F56B7345C0F01DB">
    <w:name w:val="906F6F8A1E40425A9F56B7345C0F01DB"/>
    <w:rsid w:val="005C590F"/>
  </w:style>
  <w:style w:type="paragraph" w:customStyle="1" w:styleId="BC8C67ECAB834349AA3B18E1507F93B0">
    <w:name w:val="BC8C67ECAB834349AA3B18E1507F93B0"/>
    <w:rsid w:val="005C590F"/>
  </w:style>
  <w:style w:type="paragraph" w:customStyle="1" w:styleId="CA782ABF15A24D7496637A3DB24F7E12">
    <w:name w:val="CA782ABF15A24D7496637A3DB24F7E12"/>
    <w:rsid w:val="005C590F"/>
  </w:style>
  <w:style w:type="paragraph" w:customStyle="1" w:styleId="D0DDA18BE6EF41DAA9555C46BD607FEB">
    <w:name w:val="D0DDA18BE6EF41DAA9555C46BD607FEB"/>
    <w:rsid w:val="005C590F"/>
  </w:style>
  <w:style w:type="paragraph" w:customStyle="1" w:styleId="E37A2EA6E90942E2A8577922377A01E5">
    <w:name w:val="E37A2EA6E90942E2A8577922377A01E5"/>
    <w:rsid w:val="005C590F"/>
  </w:style>
  <w:style w:type="paragraph" w:customStyle="1" w:styleId="4F1EE3FF6B45432CA967E89484468791">
    <w:name w:val="4F1EE3FF6B45432CA967E89484468791"/>
    <w:rsid w:val="005C590F"/>
  </w:style>
  <w:style w:type="paragraph" w:customStyle="1" w:styleId="3C43EA67A20D428894DE7A5EAE3F9156">
    <w:name w:val="3C43EA67A20D428894DE7A5EAE3F9156"/>
    <w:rsid w:val="005C590F"/>
  </w:style>
  <w:style w:type="paragraph" w:customStyle="1" w:styleId="16D1AD3FA4D9461580C84D5DCAA429E1">
    <w:name w:val="16D1AD3FA4D9461580C84D5DCAA429E1"/>
    <w:rsid w:val="005C590F"/>
  </w:style>
  <w:style w:type="paragraph" w:customStyle="1" w:styleId="C3ED96D7338A48418D53C3AFC7E512F2">
    <w:name w:val="C3ED96D7338A48418D53C3AFC7E512F2"/>
    <w:rsid w:val="005C590F"/>
  </w:style>
  <w:style w:type="paragraph" w:customStyle="1" w:styleId="20BFC762C06B464B84AAA095BA14EDF4">
    <w:name w:val="20BFC762C06B464B84AAA095BA14EDF4"/>
    <w:rsid w:val="005C590F"/>
  </w:style>
  <w:style w:type="paragraph" w:customStyle="1" w:styleId="52C14902D6624A55B0F8EAC032F7C9D7">
    <w:name w:val="52C14902D6624A55B0F8EAC032F7C9D7"/>
    <w:rsid w:val="005C590F"/>
  </w:style>
  <w:style w:type="paragraph" w:customStyle="1" w:styleId="213E41C80F7D4B3D92CD7A74A45EC981">
    <w:name w:val="213E41C80F7D4B3D92CD7A74A45EC981"/>
    <w:rsid w:val="005C590F"/>
  </w:style>
  <w:style w:type="paragraph" w:customStyle="1" w:styleId="D9E74E73EA3644CBA6655CDE6D7BD496">
    <w:name w:val="D9E74E73EA3644CBA6655CDE6D7BD496"/>
    <w:rsid w:val="005C590F"/>
  </w:style>
  <w:style w:type="paragraph" w:customStyle="1" w:styleId="BE088272899F456590FEC486FE8F4D73">
    <w:name w:val="BE088272899F456590FEC486FE8F4D73"/>
    <w:rsid w:val="005C590F"/>
  </w:style>
  <w:style w:type="paragraph" w:customStyle="1" w:styleId="0D3AE65D67F341F29E5A7D8F3AC2E98F">
    <w:name w:val="0D3AE65D67F341F29E5A7D8F3AC2E98F"/>
    <w:rsid w:val="005C590F"/>
  </w:style>
  <w:style w:type="paragraph" w:customStyle="1" w:styleId="5F023A9857434997850217C01C8F38A4">
    <w:name w:val="5F023A9857434997850217C01C8F38A4"/>
    <w:rsid w:val="005C590F"/>
  </w:style>
  <w:style w:type="paragraph" w:customStyle="1" w:styleId="7C28B3B8163C4193A2ACC6B83A46DE7C">
    <w:name w:val="7C28B3B8163C4193A2ACC6B83A46DE7C"/>
    <w:rsid w:val="005C590F"/>
  </w:style>
  <w:style w:type="paragraph" w:customStyle="1" w:styleId="E7E87B33E8884126A1ED291E398166F3">
    <w:name w:val="E7E87B33E8884126A1ED291E398166F3"/>
    <w:rsid w:val="005C590F"/>
  </w:style>
  <w:style w:type="paragraph" w:customStyle="1" w:styleId="318811874E5E4BA0BA47CAA004ABFFFA">
    <w:name w:val="318811874E5E4BA0BA47CAA004ABFFFA"/>
    <w:rsid w:val="005C590F"/>
  </w:style>
  <w:style w:type="paragraph" w:customStyle="1" w:styleId="38610849321E4CF7993566E5F4F178C3">
    <w:name w:val="38610849321E4CF7993566E5F4F178C3"/>
    <w:rsid w:val="005C590F"/>
  </w:style>
  <w:style w:type="paragraph" w:customStyle="1" w:styleId="AB61CADC6E444EF2A2898A5203DDF077">
    <w:name w:val="AB61CADC6E444EF2A2898A5203DDF077"/>
    <w:rsid w:val="005C590F"/>
  </w:style>
  <w:style w:type="paragraph" w:customStyle="1" w:styleId="9DCCC67E06D0442FAADE20489D75525C">
    <w:name w:val="9DCCC67E06D0442FAADE20489D75525C"/>
    <w:rsid w:val="005C590F"/>
  </w:style>
  <w:style w:type="paragraph" w:customStyle="1" w:styleId="67ABFB1CA0BA40EC970DC94A560CC0A1">
    <w:name w:val="67ABFB1CA0BA40EC970DC94A560CC0A1"/>
    <w:rsid w:val="005C590F"/>
  </w:style>
  <w:style w:type="paragraph" w:customStyle="1" w:styleId="1734C0B0E50C4165979C1D1CD6EF51181">
    <w:name w:val="1734C0B0E50C4165979C1D1CD6EF511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1">
    <w:name w:val="4DA6D54110794714A3947FB41053504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1">
    <w:name w:val="767E5F504CE04A3283DBB5C362BF53D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F1AB267DE14D92961F721182BF19721">
    <w:name w:val="73F1AB267DE14D92961F721182BF197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8EBA4212F647B49DC93435628CABA31">
    <w:name w:val="A58EBA4212F647B49DC93435628CABA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9B05F2FDFC4817AAC305B96AA1F8181">
    <w:name w:val="6A9B05F2FDFC4817AAC305B96AA1F81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6B9425EE844B8BB138244DC148ABE71">
    <w:name w:val="5E6B9425EE844B8BB138244DC148ABE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77A156265A4E05AE62562224D9EB7E1">
    <w:name w:val="B277A156265A4E05AE62562224D9EB7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3B552B99042819848307B418E04561">
    <w:name w:val="4E93B552B99042819848307B418E045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831A5D8F774F24A69FC75BC3D431671">
    <w:name w:val="C8831A5D8F774F24A69FC75BC3D4316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27A36767E47E59878F75B4E36159B1">
    <w:name w:val="28727A36767E47E59878F75B4E36159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AB38F32DEC24110BFAB94668214FE281">
    <w:name w:val="8AB38F32DEC24110BFAB94668214FE2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3897871B2F4C959C5D776AA16C337D1">
    <w:name w:val="C03897871B2F4C959C5D776AA16C337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5B2AC22C04FC9B7E2CB5742EDF2AD1">
    <w:name w:val="0965B2AC22C04FC9B7E2CB5742EDF2A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AED38407D4A30AE4DB8841B54B28D1">
    <w:name w:val="D24AED38407D4A30AE4DB8841B54B28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EBE25CC4604B5281B071C333A937751">
    <w:name w:val="0CEBE25CC4604B5281B071C333A9377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6BCB82DF81437DB713660878E2CAEF1">
    <w:name w:val="A36BCB82DF81437DB713660878E2CAE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2FC86C4E574E2890EB9213C37BEF8C1">
    <w:name w:val="5D2FC86C4E574E2890EB9213C37BEF8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2ECAE4F236442EADC2F8E85CCDA0E51">
    <w:name w:val="0E2ECAE4F236442EADC2F8E85CCDA0E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A17042A37F44589802313454A60B161">
    <w:name w:val="17A17042A37F44589802313454A60B1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CDC9A97A5F4040B99739E937C278131">
    <w:name w:val="44CDC9A97A5F4040B99739E937C2781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C8D614042241F4A912D5DB5FBAB99A1">
    <w:name w:val="64C8D614042241F4A912D5DB5FBAB99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75F1DF5D2E41E09677A416E08E19371">
    <w:name w:val="E575F1DF5D2E41E09677A416E08E193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798B1F18B4ED4872CAA8236D95A351">
    <w:name w:val="53D798B1F18B4ED4872CAA8236D95A3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9FD6C4119F497A9A485E5EF4C5CC2C1">
    <w:name w:val="669FD6C4119F497A9A485E5EF4C5CC2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A708BE774D44169165153A88C5B6801">
    <w:name w:val="CEA708BE774D44169165153A88C5B68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012C5B4C94413B90617D63561AC48A1">
    <w:name w:val="4E012C5B4C94413B90617D63561AC48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F1ACC14A3D4CBB83551FFDEA354D741">
    <w:name w:val="45F1ACC14A3D4CBB83551FFDEA354D7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571F92EFBE450B89B4A559BC10862B1">
    <w:name w:val="8C571F92EFBE450B89B4A559BC10862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93333B588140188CE0C24A7D74CDA51">
    <w:name w:val="6593333B588140188CE0C24A7D74CDA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C5D3470D1E4C91BC470E1E646CFBE11">
    <w:name w:val="C8C5D3470D1E4C91BC470E1E646CFBE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6AC1B12A6A4731A784190BF0884B911">
    <w:name w:val="696AC1B12A6A4731A784190BF0884B9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0458ACB5AB4DE8AFDA337FD495C98D1">
    <w:name w:val="5A0458ACB5AB4DE8AFDA337FD495C98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D42B29972E47D495F880A343B0D2D61">
    <w:name w:val="74D42B29972E47D495F880A343B0D2D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4AFBE48CE946D391723F0E2B3B96901">
    <w:name w:val="074AFBE48CE946D391723F0E2B3B969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D32578AA6A49BCAFC4F155F6D110E01">
    <w:name w:val="42D32578AA6A49BCAFC4F155F6D110E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C24E4764664260807C22EE96CC57F91">
    <w:name w:val="FFC24E4764664260807C22EE96CC57F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69EF7563134AD69E3C0F50B7C8EF101">
    <w:name w:val="2B69EF7563134AD69E3C0F50B7C8EF1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E2F57748B94CFDA08A9DDE1A3932011">
    <w:name w:val="40E2F57748B94CFDA08A9DDE1A39320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2FDA702E1841E0931005817E0C2DBD1">
    <w:name w:val="542FDA702E1841E0931005817E0C2DB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6D0679D1CD496383EE84C8C96E57641">
    <w:name w:val="136D0679D1CD496383EE84C8C96E576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6694169E3941F4AAC224A1A74245E01">
    <w:name w:val="9C6694169E3941F4AAC224A1A74245E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EEDB516FDD43D2AC348A61851088DC1">
    <w:name w:val="D1EEDB516FDD43D2AC348A61851088D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8D07436C744D31895188EF1334FF291">
    <w:name w:val="388D07436C744D31895188EF1334FF2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4C76ABBD48148BE9C2CCB52005061">
    <w:name w:val="D2C64C76ABBD48148BE9C2CCB520050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5C1EB2CB4C4E6BA81AFEFFAB89CCC51">
    <w:name w:val="AB5C1EB2CB4C4E6BA81AFEFFAB89CCC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05ACDE50704CE9876C05D6310FDEE11">
    <w:name w:val="6505ACDE50704CE9876C05D6310FDEE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26D3AAF50747249CA370E2BE74DC3C1">
    <w:name w:val="E726D3AAF50747249CA370E2BE74DC3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A5E9577D7D4E6E9F597990F4BE69791">
    <w:name w:val="45A5E9577D7D4E6E9F597990F4BE697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4F38EBEF8A4C1B9835AAD7DABB9F551">
    <w:name w:val="9B4F38EBEF8A4C1B9835AAD7DABB9F5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45E5DC8B6F422F928849B287EB43901">
    <w:name w:val="E545E5DC8B6F422F928849B287EB439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7A350AE1B04C449F5DF2F5BB158E391">
    <w:name w:val="DD7A350AE1B04C449F5DF2F5BB158E3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44D5E3BE1F4370B9124DC465FF38121">
    <w:name w:val="A744D5E3BE1F4370B9124DC465FF381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2258392917427198FB73FF1DA4137F1">
    <w:name w:val="F32258392917427198FB73FF1DA4137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79E8A63A8F4942BC8B7CB32A0841F31">
    <w:name w:val="B279E8A63A8F4942BC8B7CB32A0841F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F989A3E03B4EE6A12F2F619811EE021">
    <w:name w:val="4EF989A3E03B4EE6A12F2F619811EE0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964C0310F242B3A20766B5C82819E61">
    <w:name w:val="75964C0310F242B3A20766B5C82819E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2789D3D76E4F03BDEF47C928CF3AA21">
    <w:name w:val="232789D3D76E4F03BDEF47C928CF3AA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7C3D657A80404EAE270B6CAB6BB7B41">
    <w:name w:val="077C3D657A80404EAE270B6CAB6BB7B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31553E4CE54B81B9E302D6F212573E1">
    <w:name w:val="6631553E4CE54B81B9E302D6F212573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0AE7AE73944309C0FCE2B687E61291">
    <w:name w:val="C2A0AE7AE73944309C0FCE2B687E612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24D3BD32FA448B81354D9887D22B461">
    <w:name w:val="A024D3BD32FA448B81354D9887D22B4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961EADCD1442119FAE6B415BE882321">
    <w:name w:val="F6961EADCD1442119FAE6B415BE8823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25FC7FBDF241569EE74B15F64F8A1D1">
    <w:name w:val="A525FC7FBDF241569EE74B15F64F8A1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44D4F65A2142C19137FC6B2D41195D1">
    <w:name w:val="3144D4F65A2142C19137FC6B2D41195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BF1AD728E546CCB08E91E4B15114741">
    <w:name w:val="D1BF1AD728E546CCB08E91E4B151147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C029FD308C4935842209AF61DCF21F1">
    <w:name w:val="9BC029FD308C4935842209AF61DCF21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AA8BBB11BA4EF9A241293A98FB11631">
    <w:name w:val="B8AA8BBB11BA4EF9A241293A98FB116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5CD9CB916B41ED82B81FC4C6647F4D1">
    <w:name w:val="305CD9CB916B41ED82B81FC4C6647F4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ABA6662E2E4A20A2791FA3A865F3221">
    <w:name w:val="B1ABA6662E2E4A20A2791FA3A865F32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92BFE9ABA7488BAA93C824CF05823E1">
    <w:name w:val="C992BFE9ABA7488BAA93C824CF05823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FD149350EB4F99B37B2955134283231">
    <w:name w:val="A1FD149350EB4F99B37B29551342832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1D171B432548FEA086C4C374CB86391">
    <w:name w:val="B41D171B432548FEA086C4C374CB8639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8064A9D65E4244BEEA4E192ACA17641">
    <w:name w:val="CA8064A9D65E4244BEEA4E192ACA176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0A8BBE75FB4B08B169761476E086251">
    <w:name w:val="0D0A8BBE75FB4B08B169761476E08625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9CD44A22DC4EDC8F876CE1F27104041">
    <w:name w:val="709CD44A22DC4EDC8F876CE1F271040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572A9473B345639AB990CEF2CE08B61">
    <w:name w:val="54572A9473B345639AB990CEF2CE08B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BC3451D9274BFFAC7A3FD0A63911221">
    <w:name w:val="C8BC3451D9274BFFAC7A3FD0A639112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091693BB9949D386A6058F86FE2E941">
    <w:name w:val="93091693BB9949D386A6058F86FE2E9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AC897902643DBBCD317D9F7FC20631">
    <w:name w:val="896AC897902643DBBCD317D9F7FC206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DB0A952DAE45EE9EF67EF6DD40095E1">
    <w:name w:val="77DB0A952DAE45EE9EF67EF6DD40095E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17A793878643B291313275E3689507">
    <w:name w:val="3517A793878643B291313275E3689507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0D0F400AD7453981C5950D515E7DFD">
    <w:name w:val="940D0F400AD7453981C5950D515E7DFD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066EC8E46D4719B7B00F5B0907C5C1">
    <w:name w:val="56066EC8E46D4719B7B00F5B0907C5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A7D0AB48C84D2AAD9F070B7942C7CC">
    <w:name w:val="28A7D0AB48C84D2AAD9F070B7942C7CC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00D4F541614C379E3D04E82B104D4A">
    <w:name w:val="3500D4F541614C379E3D04E82B104D4A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6294E54C704C22A254792C94C51D06">
    <w:name w:val="4B6294E54C704C22A254792C94C51D06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08CBFA5148494D91EBC31715C8DEAA">
    <w:name w:val="7108CBFA5148494D91EBC31715C8DEAA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78467E9DA49ED8C0307AB10EBA4B0">
    <w:name w:val="10078467E9DA49ED8C0307AB10EBA4B0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BF4FEE5E334402B2CE0E8E56C6EB47">
    <w:name w:val="98BF4FEE5E334402B2CE0E8E56C6EB47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12E79B2A84EEB9C467180FF43E110">
    <w:name w:val="9A612E79B2A84EEB9C467180FF43E110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02F42E195A4125BFFDA4A4D8399333">
    <w:name w:val="2D02F42E195A4125BFFDA4A4D8399333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3B4DFE44F04348B147233A7D807188">
    <w:name w:val="733B4DFE44F04348B147233A7D807188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D4FCE7930E4AD28CECE91A8D8AE5BB">
    <w:name w:val="AAD4FCE7930E4AD28CECE91A8D8AE5BB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57B324D9734C909D594A0EB3B66EF0">
    <w:name w:val="3557B324D9734C909D594A0EB3B66EF0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7539A79E74BD2B42A2064279BB384">
    <w:name w:val="2E97539A79E74BD2B42A2064279BB384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5711EEEF744E5483CD5A00AE459814">
    <w:name w:val="E85711EEEF744E5483CD5A00AE459814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1E1AD1FA3F4C16B3FE444D64E4F5B2">
    <w:name w:val="7A1E1AD1FA3F4C16B3FE444D64E4F5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CBF8AE570A4CC5A2A3F0C36C816B2C">
    <w:name w:val="C8CBF8AE570A4CC5A2A3F0C36C816B2C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C836B040EE430DA28D383E8AA73DA0">
    <w:name w:val="08C836B040EE430DA28D383E8AA73DA0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3D4901E33845FEB08A08D85E8107E8">
    <w:name w:val="493D4901E33845FEB08A08D85E8107E8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EA9A3E607C47918BF99ACB8F3CB1521">
    <w:name w:val="74EA9A3E607C47918BF99ACB8F3CB15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28B3B8163C4193A2ACC6B83A46DE7C1">
    <w:name w:val="7C28B3B8163C4193A2ACC6B83A46DE7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8811874E5E4BA0BA47CAA004ABFFFA1">
    <w:name w:val="318811874E5E4BA0BA47CAA004ABFFF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61CADC6E444EF2A2898A5203DDF0771">
    <w:name w:val="AB61CADC6E444EF2A2898A5203DDF07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ABFB1CA0BA40EC970DC94A560CC0A11">
    <w:name w:val="67ABFB1CA0BA40EC970DC94A560CC0A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2">
    <w:name w:val="1734C0B0E50C4165979C1D1CD6EF5118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2">
    <w:name w:val="4DA6D54110794714A3947FB41053504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2">
    <w:name w:val="767E5F504CE04A3283DBB5C362BF53D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F1AB267DE14D92961F721182BF19722">
    <w:name w:val="73F1AB267DE14D92961F721182BF197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8EBA4212F647B49DC93435628CABA32">
    <w:name w:val="A58EBA4212F647B49DC93435628CABA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9B05F2FDFC4817AAC305B96AA1F8182">
    <w:name w:val="6A9B05F2FDFC4817AAC305B96AA1F818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6B9425EE844B8BB138244DC148ABE72">
    <w:name w:val="5E6B9425EE844B8BB138244DC148ABE7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77A156265A4E05AE62562224D9EB7E2">
    <w:name w:val="B277A156265A4E05AE62562224D9EB7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3B552B99042819848307B418E04562">
    <w:name w:val="4E93B552B99042819848307B418E045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831A5D8F774F24A69FC75BC3D431672">
    <w:name w:val="C8831A5D8F774F24A69FC75BC3D43167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727A36767E47E59878F75B4E36159B2">
    <w:name w:val="28727A36767E47E59878F75B4E36159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AB38F32DEC24110BFAB94668214FE282">
    <w:name w:val="8AB38F32DEC24110BFAB94668214FE28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3897871B2F4C959C5D776AA16C337D2">
    <w:name w:val="C03897871B2F4C959C5D776AA16C337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5B2AC22C04FC9B7E2CB5742EDF2AD2">
    <w:name w:val="0965B2AC22C04FC9B7E2CB5742EDF2A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4AED38407D4A30AE4DB8841B54B28D2">
    <w:name w:val="D24AED38407D4A30AE4DB8841B54B28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EBE25CC4604B5281B071C333A937752">
    <w:name w:val="0CEBE25CC4604B5281B071C333A9377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6BCB82DF81437DB713660878E2CAEF2">
    <w:name w:val="A36BCB82DF81437DB713660878E2CAE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2FC86C4E574E2890EB9213C37BEF8C2">
    <w:name w:val="5D2FC86C4E574E2890EB9213C37BEF8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2ECAE4F236442EADC2F8E85CCDA0E52">
    <w:name w:val="0E2ECAE4F236442EADC2F8E85CCDA0E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A17042A37F44589802313454A60B162">
    <w:name w:val="17A17042A37F44589802313454A60B1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CDC9A97A5F4040B99739E937C278132">
    <w:name w:val="44CDC9A97A5F4040B99739E937C2781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C8D614042241F4A912D5DB5FBAB99A2">
    <w:name w:val="64C8D614042241F4A912D5DB5FBAB99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75F1DF5D2E41E09677A416E08E19372">
    <w:name w:val="E575F1DF5D2E41E09677A416E08E1937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D798B1F18B4ED4872CAA8236D95A352">
    <w:name w:val="53D798B1F18B4ED4872CAA8236D95A3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9FD6C4119F497A9A485E5EF4C5CC2C2">
    <w:name w:val="669FD6C4119F497A9A485E5EF4C5CC2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A708BE774D44169165153A88C5B6802">
    <w:name w:val="CEA708BE774D44169165153A88C5B68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012C5B4C94413B90617D63561AC48A2">
    <w:name w:val="4E012C5B4C94413B90617D63561AC48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F1ACC14A3D4CBB83551FFDEA354D742">
    <w:name w:val="45F1ACC14A3D4CBB83551FFDEA354D7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571F92EFBE450B89B4A559BC10862B2">
    <w:name w:val="8C571F92EFBE450B89B4A559BC10862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93333B588140188CE0C24A7D74CDA52">
    <w:name w:val="6593333B588140188CE0C24A7D74CDA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C5D3470D1E4C91BC470E1E646CFBE12">
    <w:name w:val="C8C5D3470D1E4C91BC470E1E646CFBE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96AC1B12A6A4731A784190BF0884B912">
    <w:name w:val="696AC1B12A6A4731A784190BF0884B9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0458ACB5AB4DE8AFDA337FD495C98D2">
    <w:name w:val="5A0458ACB5AB4DE8AFDA337FD495C98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D42B29972E47D495F880A343B0D2D62">
    <w:name w:val="74D42B29972E47D495F880A343B0D2D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4AFBE48CE946D391723F0E2B3B96902">
    <w:name w:val="074AFBE48CE946D391723F0E2B3B969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D32578AA6A49BCAFC4F155F6D110E02">
    <w:name w:val="42D32578AA6A49BCAFC4F155F6D110E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C24E4764664260807C22EE96CC57F92">
    <w:name w:val="FFC24E4764664260807C22EE96CC57F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69EF7563134AD69E3C0F50B7C8EF102">
    <w:name w:val="2B69EF7563134AD69E3C0F50B7C8EF1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E2F57748B94CFDA08A9DDE1A3932012">
    <w:name w:val="40E2F57748B94CFDA08A9DDE1A39320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2FDA702E1841E0931005817E0C2DBD2">
    <w:name w:val="542FDA702E1841E0931005817E0C2DB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6D0679D1CD496383EE84C8C96E57642">
    <w:name w:val="136D0679D1CD496383EE84C8C96E576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6694169E3941F4AAC224A1A74245E02">
    <w:name w:val="9C6694169E3941F4AAC224A1A74245E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EEDB516FDD43D2AC348A61851088DC2">
    <w:name w:val="D1EEDB516FDD43D2AC348A61851088D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8D07436C744D31895188EF1334FF292">
    <w:name w:val="388D07436C744D31895188EF1334FF2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4C76ABBD48148BE9C2CCB52005062">
    <w:name w:val="D2C64C76ABBD48148BE9C2CCB520050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2">
    <w:name w:val="CA4E4ABAE5DA465E97A6237A7809538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2">
    <w:name w:val="156AE4FD73954CA688AAE317B321396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2">
    <w:name w:val="6D5A277E4DAE4119840AF2E2D970FC5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2">
    <w:name w:val="586FFECF142C4598987272C037E4807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2">
    <w:name w:val="0FB6E5FECABF45829BB384A56029A28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2">
    <w:name w:val="26164AFE8C004731B39F8D42AA79484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2">
    <w:name w:val="143E6DFAA3A744858DA27EA69CF186A8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2">
    <w:name w:val="FB7E9068020A4D09974EA1EB0D07EBE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2">
    <w:name w:val="B9DD229517514DD3BA3088064240514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2">
    <w:name w:val="4B4DB9EE858049CCB9AFBB15E50951B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5C1EB2CB4C4E6BA81AFEFFAB89CCC52">
    <w:name w:val="AB5C1EB2CB4C4E6BA81AFEFFAB89CCC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05ACDE50704CE9876C05D6310FDEE12">
    <w:name w:val="6505ACDE50704CE9876C05D6310FDEE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26D3AAF50747249CA370E2BE74DC3C2">
    <w:name w:val="E726D3AAF50747249CA370E2BE74DC3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A5E9577D7D4E6E9F597990F4BE69792">
    <w:name w:val="45A5E9577D7D4E6E9F597990F4BE697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4F38EBEF8A4C1B9835AAD7DABB9F552">
    <w:name w:val="9B4F38EBEF8A4C1B9835AAD7DABB9F5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45E5DC8B6F422F928849B287EB43902">
    <w:name w:val="E545E5DC8B6F422F928849B287EB4390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7A350AE1B04C449F5DF2F5BB158E392">
    <w:name w:val="DD7A350AE1B04C449F5DF2F5BB158E3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44D5E3BE1F4370B9124DC465FF38122">
    <w:name w:val="A744D5E3BE1F4370B9124DC465FF381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2258392917427198FB73FF1DA4137F2">
    <w:name w:val="F32258392917427198FB73FF1DA4137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79E8A63A8F4942BC8B7CB32A0841F32">
    <w:name w:val="B279E8A63A8F4942BC8B7CB32A0841F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F989A3E03B4EE6A12F2F619811EE022">
    <w:name w:val="4EF989A3E03B4EE6A12F2F619811EE0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964C0310F242B3A20766B5C82819E62">
    <w:name w:val="75964C0310F242B3A20766B5C82819E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2789D3D76E4F03BDEF47C928CF3AA22">
    <w:name w:val="232789D3D76E4F03BDEF47C928CF3AA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7C3D657A80404EAE270B6CAB6BB7B42">
    <w:name w:val="077C3D657A80404EAE270B6CAB6BB7B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31553E4CE54B81B9E302D6F212573E2">
    <w:name w:val="6631553E4CE54B81B9E302D6F212573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0AE7AE73944309C0FCE2B687E61292">
    <w:name w:val="C2A0AE7AE73944309C0FCE2B687E612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24D3BD32FA448B81354D9887D22B462">
    <w:name w:val="A024D3BD32FA448B81354D9887D22B4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961EADCD1442119FAE6B415BE882322">
    <w:name w:val="F6961EADCD1442119FAE6B415BE8823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25FC7FBDF241569EE74B15F64F8A1D2">
    <w:name w:val="A525FC7FBDF241569EE74B15F64F8A1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44D4F65A2142C19137FC6B2D41195D2">
    <w:name w:val="3144D4F65A2142C19137FC6B2D41195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BF1AD728E546CCB08E91E4B15114742">
    <w:name w:val="D1BF1AD728E546CCB08E91E4B151147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C029FD308C4935842209AF61DCF21F2">
    <w:name w:val="9BC029FD308C4935842209AF61DCF21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8AA8BBB11BA4EF9A241293A98FB11632">
    <w:name w:val="B8AA8BBB11BA4EF9A241293A98FB116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05CD9CB916B41ED82B81FC4C6647F4D2">
    <w:name w:val="305CD9CB916B41ED82B81FC4C6647F4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ABA6662E2E4A20A2791FA3A865F3222">
    <w:name w:val="B1ABA6662E2E4A20A2791FA3A865F32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92BFE9ABA7488BAA93C824CF05823E2">
    <w:name w:val="C992BFE9ABA7488BAA93C824CF05823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FD149350EB4F99B37B2955134283232">
    <w:name w:val="A1FD149350EB4F99B37B29551342832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1D171B432548FEA086C4C374CB86392">
    <w:name w:val="B41D171B432548FEA086C4C374CB8639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8064A9D65E4244BEEA4E192ACA17642">
    <w:name w:val="CA8064A9D65E4244BEEA4E192ACA176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0A8BBE75FB4B08B169761476E086252">
    <w:name w:val="0D0A8BBE75FB4B08B169761476E08625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9CD44A22DC4EDC8F876CE1F27104042">
    <w:name w:val="709CD44A22DC4EDC8F876CE1F271040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572A9473B345639AB990CEF2CE08B62">
    <w:name w:val="54572A9473B345639AB990CEF2CE08B6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BC3451D9274BFFAC7A3FD0A63911222">
    <w:name w:val="C8BC3451D9274BFFAC7A3FD0A639112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091693BB9949D386A6058F86FE2E942">
    <w:name w:val="93091693BB9949D386A6058F86FE2E94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AC897902643DBBCD317D9F7FC20632">
    <w:name w:val="896AC897902643DBBCD317D9F7FC2063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DB0A952DAE45EE9EF67EF6DD40095E2">
    <w:name w:val="77DB0A952DAE45EE9EF67EF6DD40095E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17A793878643B291313275E36895071">
    <w:name w:val="3517A793878643B291313275E368950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0D0F400AD7453981C5950D515E7DFD1">
    <w:name w:val="940D0F400AD7453981C5950D515E7DFD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066EC8E46D4719B7B00F5B0907C5C11">
    <w:name w:val="56066EC8E46D4719B7B00F5B0907C5C1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A7D0AB48C84D2AAD9F070B7942C7CC1">
    <w:name w:val="28A7D0AB48C84D2AAD9F070B7942C7C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00D4F541614C379E3D04E82B104D4A1">
    <w:name w:val="3500D4F541614C379E3D04E82B104D4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6294E54C704C22A254792C94C51D061">
    <w:name w:val="4B6294E54C704C22A254792C94C51D06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08CBFA5148494D91EBC31715C8DEAA1">
    <w:name w:val="7108CBFA5148494D91EBC31715C8DEAA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78467E9DA49ED8C0307AB10EBA4B01">
    <w:name w:val="10078467E9DA49ED8C0307AB10EBA4B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BF4FEE5E334402B2CE0E8E56C6EB471">
    <w:name w:val="98BF4FEE5E334402B2CE0E8E56C6EB47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612E79B2A84EEB9C467180FF43E1101">
    <w:name w:val="9A612E79B2A84EEB9C467180FF43E11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D02F42E195A4125BFFDA4A4D83993331">
    <w:name w:val="2D02F42E195A4125BFFDA4A4D8399333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3B4DFE44F04348B147233A7D8071881">
    <w:name w:val="733B4DFE44F04348B147233A7D80718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D4FCE7930E4AD28CECE91A8D8AE5BB1">
    <w:name w:val="AAD4FCE7930E4AD28CECE91A8D8AE5BB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57B324D9734C909D594A0EB3B66EF01">
    <w:name w:val="3557B324D9734C909D594A0EB3B66EF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7539A79E74BD2B42A2064279BB3841">
    <w:name w:val="2E97539A79E74BD2B42A2064279BB38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5711EEEF744E5483CD5A00AE4598141">
    <w:name w:val="E85711EEEF744E5483CD5A00AE459814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A1E1AD1FA3F4C16B3FE444D64E4F5B21">
    <w:name w:val="7A1E1AD1FA3F4C16B3FE444D64E4F5B2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CBF8AE570A4CC5A2A3F0C36C816B2C1">
    <w:name w:val="C8CBF8AE570A4CC5A2A3F0C36C816B2C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C836B040EE430DA28D383E8AA73DA01">
    <w:name w:val="08C836B040EE430DA28D383E8AA73DA0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3D4901E33845FEB08A08D85E8107E81">
    <w:name w:val="493D4901E33845FEB08A08D85E8107E81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EA9A3E607C47918BF99ACB8F3CB1522">
    <w:name w:val="74EA9A3E607C47918BF99ACB8F3CB152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28B3B8163C4193A2ACC6B83A46DE7C2">
    <w:name w:val="7C28B3B8163C4193A2ACC6B83A46DE7C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8811874E5E4BA0BA47CAA004ABFFFA2">
    <w:name w:val="318811874E5E4BA0BA47CAA004ABFFFA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61CADC6E444EF2A2898A5203DDF0772">
    <w:name w:val="AB61CADC6E444EF2A2898A5203DDF077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ABFB1CA0BA40EC970DC94A560CC0A12">
    <w:name w:val="67ABFB1CA0BA40EC970DC94A560CC0A12"/>
    <w:rsid w:val="005C590F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6E5B68-F14B-4F05-8B17-7BF25E7DC2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15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13</cp:revision>
  <dcterms:created xsi:type="dcterms:W3CDTF">2026-08-19T10:08:00Z</dcterms:created>
  <dcterms:modified xsi:type="dcterms:W3CDTF">2026-09-09T11:27:00Z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