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ED6D30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08117B3B" w:rsidR="00F4085D" w:rsidRPr="00ED6D30" w:rsidRDefault="003729FB" w:rsidP="00CE6757">
      <w:pPr>
        <w:pStyle w:val="Title"/>
        <w:jc w:val="center"/>
        <w:rPr>
          <w:b/>
          <w:bCs/>
          <w:sz w:val="40"/>
          <w:szCs w:val="40"/>
        </w:rPr>
      </w:pPr>
      <w:r w:rsidRPr="00ED6D30">
        <w:rPr>
          <w:b/>
          <w:bCs/>
          <w:sz w:val="40"/>
          <w:szCs w:val="40"/>
        </w:rPr>
        <w:t xml:space="preserve">RCPI </w:t>
      </w:r>
      <w:r w:rsidR="007C0991" w:rsidRPr="00ED6D30">
        <w:rPr>
          <w:b/>
          <w:bCs/>
          <w:sz w:val="40"/>
          <w:szCs w:val="40"/>
        </w:rPr>
        <w:t xml:space="preserve">Higher Specialist </w:t>
      </w:r>
      <w:r w:rsidR="002D7D98" w:rsidRPr="00ED6D30">
        <w:rPr>
          <w:b/>
          <w:bCs/>
          <w:sz w:val="40"/>
          <w:szCs w:val="40"/>
        </w:rPr>
        <w:t>Training</w:t>
      </w:r>
      <w:r w:rsidR="007C0991" w:rsidRPr="00ED6D30">
        <w:rPr>
          <w:b/>
          <w:bCs/>
          <w:sz w:val="40"/>
          <w:szCs w:val="40"/>
        </w:rPr>
        <w:t>:</w:t>
      </w:r>
      <w:r w:rsidR="00F4085D" w:rsidRPr="00ED6D30">
        <w:rPr>
          <w:b/>
          <w:bCs/>
          <w:sz w:val="40"/>
          <w:szCs w:val="40"/>
        </w:rPr>
        <w:t xml:space="preserve"> </w:t>
      </w:r>
      <w:r w:rsidR="007C0991" w:rsidRPr="00ED6D30">
        <w:rPr>
          <w:b/>
          <w:bCs/>
          <w:sz w:val="40"/>
          <w:szCs w:val="40"/>
        </w:rPr>
        <w:t xml:space="preserve">Clinical </w:t>
      </w:r>
      <w:r w:rsidR="001A22E5" w:rsidRPr="00ED6D30">
        <w:rPr>
          <w:b/>
          <w:bCs/>
          <w:sz w:val="40"/>
          <w:szCs w:val="40"/>
        </w:rPr>
        <w:t>Pharmacology and Therapeutics</w:t>
      </w:r>
    </w:p>
    <w:p w14:paraId="609CAFC3" w14:textId="0E8919FD" w:rsidR="007C0991" w:rsidRPr="00ED6D30" w:rsidRDefault="00F54DC5" w:rsidP="00CE6757">
      <w:pPr>
        <w:pStyle w:val="Title"/>
        <w:jc w:val="center"/>
        <w:rPr>
          <w:b/>
          <w:bCs/>
          <w:sz w:val="48"/>
          <w:szCs w:val="48"/>
        </w:rPr>
      </w:pPr>
      <w:r w:rsidRPr="00ED6D30">
        <w:rPr>
          <w:b/>
          <w:bCs/>
          <w:sz w:val="48"/>
          <w:szCs w:val="48"/>
        </w:rPr>
        <w:t>Curriculum Vitae</w:t>
      </w:r>
    </w:p>
    <w:p w14:paraId="3E2C2E68" w14:textId="77777777" w:rsidR="009E1E94" w:rsidRDefault="009E1E94" w:rsidP="007B5042">
      <w:pPr>
        <w:pStyle w:val="Heading1"/>
      </w:pPr>
    </w:p>
    <w:p w14:paraId="6E5B97C0" w14:textId="2C72762C" w:rsidR="00214ECC" w:rsidRPr="00ED6D30" w:rsidRDefault="003729FB" w:rsidP="007B5042">
      <w:pPr>
        <w:pStyle w:val="Heading1"/>
      </w:pPr>
      <w:r w:rsidRPr="00ED6D30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ED6D30" w14:paraId="091518D3" w14:textId="77777777" w:rsidTr="001C17E4">
        <w:tc>
          <w:tcPr>
            <w:tcW w:w="1886" w:type="pct"/>
          </w:tcPr>
          <w:p w14:paraId="389B5775" w14:textId="2AE87A00" w:rsidR="009E4AEB" w:rsidRPr="00ED6D30" w:rsidRDefault="009E4AEB" w:rsidP="009E4AE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Full Name:</w:t>
            </w:r>
            <w:r w:rsidR="004D6768" w:rsidRPr="00ED6D30">
              <w:rPr>
                <w:b/>
                <w:bCs/>
              </w:rPr>
              <w:t xml:space="preserve"> </w:t>
            </w:r>
          </w:p>
          <w:p w14:paraId="46EE3531" w14:textId="77777777" w:rsidR="009E4AEB" w:rsidRPr="00ED6D30" w:rsidRDefault="009E4AEB" w:rsidP="3FE541D5">
            <w:pPr>
              <w:rPr>
                <w:b/>
                <w:bCs/>
              </w:rPr>
            </w:pPr>
          </w:p>
        </w:tc>
        <w:sdt>
          <w:sdtPr>
            <w:id w:val="-1314796072"/>
            <w:placeholder>
              <w:docPart w:val="90FC7EC542D3490AAE263E3D1AF166AD"/>
            </w:placeholder>
            <w:showingPlcHdr/>
          </w:sdtPr>
          <w:sdtContent>
            <w:tc>
              <w:tcPr>
                <w:tcW w:w="3114" w:type="pct"/>
              </w:tcPr>
              <w:p w14:paraId="3B7B6D19" w14:textId="0CF45B7C" w:rsidR="009E4AEB" w:rsidRPr="00ED6D30" w:rsidRDefault="008B7D3C" w:rsidP="3FE541D5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4AEB" w:rsidRPr="00ED6D30" w14:paraId="773EA148" w14:textId="77777777" w:rsidTr="001C17E4">
        <w:tc>
          <w:tcPr>
            <w:tcW w:w="1886" w:type="pct"/>
          </w:tcPr>
          <w:p w14:paraId="1A696EB3" w14:textId="77777777" w:rsidR="009E4AEB" w:rsidRPr="00ED6D30" w:rsidRDefault="009E4AEB" w:rsidP="009E4AE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ED6D30" w:rsidRDefault="009E4AEB" w:rsidP="3FE541D5">
            <w:pPr>
              <w:rPr>
                <w:b/>
                <w:bCs/>
              </w:rPr>
            </w:pPr>
          </w:p>
        </w:tc>
        <w:sdt>
          <w:sdtPr>
            <w:id w:val="-926800843"/>
            <w:placeholder>
              <w:docPart w:val="60537043BAA64A7DACB8F78DC24A95C6"/>
            </w:placeholder>
            <w:showingPlcHdr/>
          </w:sdtPr>
          <w:sdtContent>
            <w:tc>
              <w:tcPr>
                <w:tcW w:w="3114" w:type="pct"/>
              </w:tcPr>
              <w:p w14:paraId="2A4369CD" w14:textId="27E609BC" w:rsidR="009E4AEB" w:rsidRPr="00ED6D30" w:rsidRDefault="008B7D3C" w:rsidP="3FE541D5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4AEB" w:rsidRPr="00ED6D30" w14:paraId="36E9348D" w14:textId="77777777" w:rsidTr="001C17E4">
        <w:tc>
          <w:tcPr>
            <w:tcW w:w="1886" w:type="pct"/>
          </w:tcPr>
          <w:p w14:paraId="66F58537" w14:textId="77777777" w:rsidR="009E4AEB" w:rsidRPr="00ED6D30" w:rsidRDefault="009E4AEB" w:rsidP="009E4AE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ED6D30" w:rsidRDefault="009E4AEB" w:rsidP="3FE541D5">
            <w:pPr>
              <w:rPr>
                <w:b/>
                <w:bCs/>
              </w:rPr>
            </w:pPr>
          </w:p>
        </w:tc>
        <w:sdt>
          <w:sdtPr>
            <w:id w:val="-1641567229"/>
            <w:placeholder>
              <w:docPart w:val="318F02F45D784FBB8F43E3FB1B791289"/>
            </w:placeholder>
            <w:showingPlcHdr/>
          </w:sdtPr>
          <w:sdtContent>
            <w:tc>
              <w:tcPr>
                <w:tcW w:w="3114" w:type="pct"/>
              </w:tcPr>
              <w:p w14:paraId="733AEED4" w14:textId="2018276E" w:rsidR="004D6768" w:rsidRPr="00ED6D30" w:rsidRDefault="008B7D3C" w:rsidP="004D6768">
                <w:pPr>
                  <w:tabs>
                    <w:tab w:val="left" w:pos="1640"/>
                  </w:tabs>
                </w:pPr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4AEB" w:rsidRPr="00ED6D30" w14:paraId="452C156E" w14:textId="77777777" w:rsidTr="001C17E4">
        <w:tc>
          <w:tcPr>
            <w:tcW w:w="1886" w:type="pct"/>
          </w:tcPr>
          <w:p w14:paraId="65480A4E" w14:textId="7507DB49" w:rsidR="009E4AEB" w:rsidRPr="00ED6D30" w:rsidRDefault="001A22E5" w:rsidP="009E4AE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Current</w:t>
            </w:r>
            <w:r w:rsidR="009E4AEB" w:rsidRPr="00ED6D30">
              <w:rPr>
                <w:b/>
                <w:bCs/>
              </w:rPr>
              <w:t xml:space="preserve"> Post:</w:t>
            </w:r>
          </w:p>
          <w:p w14:paraId="2B91D0AD" w14:textId="77777777" w:rsidR="009E4AEB" w:rsidRPr="00ED6D30" w:rsidRDefault="009E4AEB" w:rsidP="3FE541D5">
            <w:pPr>
              <w:rPr>
                <w:b/>
                <w:bCs/>
              </w:rPr>
            </w:pPr>
          </w:p>
        </w:tc>
        <w:sdt>
          <w:sdtPr>
            <w:id w:val="1021204557"/>
            <w:placeholder>
              <w:docPart w:val="2696DB582C0D4CAC9AE68C4CC9C20337"/>
            </w:placeholder>
            <w:showingPlcHdr/>
          </w:sdtPr>
          <w:sdtContent>
            <w:tc>
              <w:tcPr>
                <w:tcW w:w="3114" w:type="pct"/>
              </w:tcPr>
              <w:p w14:paraId="13FF5351" w14:textId="740555DB" w:rsidR="009E4AEB" w:rsidRPr="00ED6D30" w:rsidRDefault="008B7D3C" w:rsidP="3FE541D5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50627E4A" w14:textId="3BE4DF6D" w:rsidR="00597958" w:rsidRDefault="006A48D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5C3A3A" wp14:editId="5B2EC1D3">
                <wp:simplePos x="0" y="0"/>
                <wp:positionH relativeFrom="margin">
                  <wp:align>right</wp:align>
                </wp:positionH>
                <wp:positionV relativeFrom="paragraph">
                  <wp:posOffset>2156460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418BD" w14:textId="59FD614C" w:rsidR="006A48D7" w:rsidRPr="009E1E94" w:rsidRDefault="006A48D7" w:rsidP="006A48D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5C3A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9.8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C8kwWM&#10;3QAAAAgBAAAPAAAAAAAAAAAAAAAAAGgEAABkcnMvZG93bnJldi54bWxQSwUGAAAAAAQABADzAAAA&#10;cgUAAAAA&#10;">
                <v:textbox style="mso-fit-shape-to-text:t">
                  <w:txbxContent>
                    <w:p w14:paraId="0E7418BD" w14:textId="59FD614C" w:rsidR="006A48D7" w:rsidRPr="009E1E94" w:rsidRDefault="006A48D7" w:rsidP="006A48D7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ED6D30">
        <w:br w:type="page"/>
      </w:r>
    </w:p>
    <w:p w14:paraId="1FA2D8E4" w14:textId="77777777" w:rsidR="001A22E5" w:rsidRPr="00ED6D30" w:rsidRDefault="001A22E5" w:rsidP="007B5042">
      <w:pPr>
        <w:pStyle w:val="Heading1"/>
      </w:pPr>
      <w:r w:rsidRPr="00ED6D30">
        <w:lastRenderedPageBreak/>
        <w:t>Career Objective / Personal Statement</w:t>
      </w:r>
    </w:p>
    <w:p w14:paraId="14605906" w14:textId="2146F12A" w:rsidR="001A22E5" w:rsidRDefault="001A22E5" w:rsidP="001A22E5">
      <w:pPr>
        <w:rPr>
          <w:b/>
          <w:bCs/>
        </w:rPr>
      </w:pPr>
      <w:r w:rsidRPr="00ED6D30">
        <w:rPr>
          <w:b/>
          <w:bCs/>
        </w:rPr>
        <w:t>Brief statement outlining your motivation for a career in medicine, chosen specialty, and career goals within the HSE.</w:t>
      </w:r>
      <w:r w:rsidR="00267016" w:rsidRPr="00267016">
        <w:rPr>
          <w:b/>
          <w:bCs/>
        </w:rPr>
        <w:t xml:space="preserve"> </w:t>
      </w:r>
      <w:r w:rsidR="00267016" w:rsidRPr="00ED6D30">
        <w:rPr>
          <w:b/>
          <w:bCs/>
        </w:rPr>
        <w:t>(250 words)</w:t>
      </w:r>
    </w:p>
    <w:sdt>
      <w:sdtPr>
        <w:id w:val="-1824809153"/>
        <w:placeholder>
          <w:docPart w:val="437C00F0731D4B54A03BE14DD3609411"/>
        </w:placeholder>
        <w:showingPlcHdr/>
      </w:sdtPr>
      <w:sdtContent>
        <w:p w14:paraId="2535024A" w14:textId="6A316CDB" w:rsidR="00267016" w:rsidRPr="00E8782B" w:rsidRDefault="00E8782B" w:rsidP="001A22E5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76B5478F" w14:textId="77777777" w:rsidR="000B046E" w:rsidRDefault="000B046E" w:rsidP="007B5042">
      <w:pPr>
        <w:pStyle w:val="Heading1"/>
      </w:pPr>
    </w:p>
    <w:p w14:paraId="73ED809F" w14:textId="47572F10" w:rsidR="00214ECC" w:rsidRPr="00ED6D30" w:rsidRDefault="003729FB" w:rsidP="007B5042">
      <w:pPr>
        <w:pStyle w:val="Heading1"/>
      </w:pPr>
      <w:r w:rsidRPr="00ED6D30">
        <w:t>Commitment to Specialty &amp; Career Motivation</w:t>
      </w:r>
    </w:p>
    <w:p w14:paraId="3808862C" w14:textId="77777777" w:rsid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ED6D30">
        <w:rPr>
          <w:b/>
          <w:bCs/>
        </w:rPr>
        <w:t>Why are you interested in this specialty?</w:t>
      </w:r>
      <w:r w:rsidR="002D7D98" w:rsidRPr="00ED6D30">
        <w:rPr>
          <w:b/>
          <w:bCs/>
        </w:rPr>
        <w:t xml:space="preserve"> (200 words)</w:t>
      </w:r>
    </w:p>
    <w:sdt>
      <w:sdtPr>
        <w:id w:val="-1363675408"/>
        <w:placeholder>
          <w:docPart w:val="E36A334467BF47A18A73DB1A308F9BF1"/>
        </w:placeholder>
        <w:showingPlcHdr/>
      </w:sdtPr>
      <w:sdtContent>
        <w:p w14:paraId="6B993252" w14:textId="5CA11958" w:rsidR="000A24F0" w:rsidRPr="00E8782B" w:rsidRDefault="006A48D7" w:rsidP="000A24F0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5BAD7137" w14:textId="0AFCE63C" w:rsidR="001A22E5" w:rsidRDefault="001A22E5" w:rsidP="001A22E5">
      <w:pPr>
        <w:pStyle w:val="ListParagraph"/>
        <w:numPr>
          <w:ilvl w:val="0"/>
          <w:numId w:val="14"/>
        </w:numPr>
        <w:rPr>
          <w:b/>
          <w:bCs/>
        </w:rPr>
      </w:pPr>
      <w:r w:rsidRPr="00ED6D30">
        <w:rPr>
          <w:b/>
          <w:bCs/>
        </w:rPr>
        <w:t>What experiences</w:t>
      </w:r>
      <w:r w:rsidR="00267016">
        <w:rPr>
          <w:b/>
          <w:bCs/>
        </w:rPr>
        <w:t xml:space="preserve"> </w:t>
      </w:r>
      <w:r w:rsidRPr="00ED6D30">
        <w:rPr>
          <w:b/>
          <w:bCs/>
        </w:rPr>
        <w:t xml:space="preserve">have </w:t>
      </w:r>
      <w:proofErr w:type="gramStart"/>
      <w:r w:rsidRPr="00ED6D30">
        <w:rPr>
          <w:b/>
          <w:bCs/>
        </w:rPr>
        <w:t>influences</w:t>
      </w:r>
      <w:proofErr w:type="gramEnd"/>
      <w:r w:rsidRPr="00ED6D30">
        <w:rPr>
          <w:b/>
          <w:bCs/>
        </w:rPr>
        <w:t xml:space="preserve"> your decision to pursue this area? (200 words)</w:t>
      </w:r>
    </w:p>
    <w:sdt>
      <w:sdtPr>
        <w:id w:val="-12616337"/>
        <w:placeholder>
          <w:docPart w:val="DF2640D44C38428DA60EE9CDFBEEB2E4"/>
        </w:placeholder>
        <w:showingPlcHdr/>
      </w:sdtPr>
      <w:sdtContent>
        <w:p w14:paraId="4BF7B867" w14:textId="3D1D2801" w:rsidR="00267016" w:rsidRPr="00E8782B" w:rsidRDefault="006A48D7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ED6D30">
        <w:rPr>
          <w:b/>
          <w:bCs/>
        </w:rPr>
        <w:t>What steps have you taken to build your career in this specialty? (e.g., rotations, audits,</w:t>
      </w:r>
      <w:r w:rsidRPr="00ED6D30">
        <w:t xml:space="preserve"> </w:t>
      </w:r>
      <w:r w:rsidRPr="00ED6D30">
        <w:rPr>
          <w:b/>
          <w:bCs/>
        </w:rPr>
        <w:t>courses, research)</w:t>
      </w:r>
      <w:r w:rsidR="002D7D98" w:rsidRPr="00ED6D30">
        <w:rPr>
          <w:b/>
          <w:bCs/>
        </w:rPr>
        <w:t xml:space="preserve"> (200 words)</w:t>
      </w:r>
    </w:p>
    <w:sdt>
      <w:sdtPr>
        <w:id w:val="-1513062916"/>
        <w:placeholder>
          <w:docPart w:val="AE247F4B3A0040BE8E401D095FF1274B"/>
        </w:placeholder>
        <w:showingPlcHdr/>
      </w:sdtPr>
      <w:sdtContent>
        <w:p w14:paraId="619457D4" w14:textId="418BDD31" w:rsidR="00267016" w:rsidRPr="00E8782B" w:rsidRDefault="006A48D7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71133D6C" w14:textId="252EABD1" w:rsidR="001A22E5" w:rsidRPr="00ED6D30" w:rsidRDefault="001A22E5" w:rsidP="001A22E5">
      <w:pPr>
        <w:pStyle w:val="ListParagraph"/>
        <w:numPr>
          <w:ilvl w:val="0"/>
          <w:numId w:val="14"/>
        </w:numPr>
        <w:rPr>
          <w:b/>
          <w:bCs/>
        </w:rPr>
      </w:pPr>
      <w:r w:rsidRPr="00ED6D30">
        <w:rPr>
          <w:b/>
          <w:bCs/>
        </w:rPr>
        <w:t>What are your short- and long-term career goals in this field? (200 words)</w:t>
      </w:r>
    </w:p>
    <w:sdt>
      <w:sdtPr>
        <w:id w:val="1981184828"/>
        <w:placeholder>
          <w:docPart w:val="5A675E6AE1E94304B12BB09A08BA844D"/>
        </w:placeholder>
        <w:showingPlcHdr/>
      </w:sdtPr>
      <w:sdtContent>
        <w:p w14:paraId="6D446B95" w14:textId="7C4EC442" w:rsidR="00267016" w:rsidRPr="00E8782B" w:rsidRDefault="006A48D7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2F38E9CB" w14:textId="77777777" w:rsidR="006A48D7" w:rsidRDefault="006A48D7">
      <w:pPr>
        <w:rPr>
          <w:rFonts w:eastAsiaTheme="majorEastAsia" w:cs="Calibri"/>
          <w:b/>
          <w:bCs/>
          <w:color w:val="0024BB"/>
          <w:sz w:val="28"/>
          <w:szCs w:val="28"/>
        </w:rPr>
      </w:pPr>
      <w:r>
        <w:br w:type="page"/>
      </w:r>
    </w:p>
    <w:p w14:paraId="4C6806A8" w14:textId="6CD47FD4" w:rsidR="002D7D98" w:rsidRPr="00ED6D30" w:rsidRDefault="003729FB" w:rsidP="007B5042">
      <w:pPr>
        <w:pStyle w:val="Heading1"/>
      </w:pPr>
      <w:r w:rsidRPr="00ED6D30">
        <w:lastRenderedPageBreak/>
        <w:t>Medical Education &amp; Qualifications</w:t>
      </w:r>
      <w:r w:rsidR="002D7D98" w:rsidRPr="00ED6D30">
        <w:t xml:space="preserve"> – Including Memberships</w:t>
      </w:r>
      <w:r w:rsidR="00C7253B" w:rsidRPr="00ED6D30">
        <w:t xml:space="preserve"> and Courses</w:t>
      </w:r>
    </w:p>
    <w:p w14:paraId="71241A66" w14:textId="68A2E640" w:rsidR="00214ECC" w:rsidRDefault="003729FB">
      <w:r w:rsidRPr="00ED6D30"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6A48D7" w:rsidRPr="00F4085D" w14:paraId="2571E42A" w14:textId="77777777" w:rsidTr="006A48D7">
        <w:tc>
          <w:tcPr>
            <w:tcW w:w="966" w:type="pct"/>
          </w:tcPr>
          <w:p w14:paraId="3E8BE2DC" w14:textId="77777777" w:rsidR="006A48D7" w:rsidRPr="00F4085D" w:rsidRDefault="006A48D7" w:rsidP="00607050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</w:tcPr>
          <w:p w14:paraId="178AE552" w14:textId="77777777" w:rsidR="006A48D7" w:rsidRPr="00F4085D" w:rsidRDefault="006A48D7" w:rsidP="00607050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</w:tcPr>
          <w:p w14:paraId="468C34A2" w14:textId="77777777" w:rsidR="006A48D7" w:rsidRPr="00F4085D" w:rsidRDefault="006A48D7" w:rsidP="00607050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</w:tcPr>
          <w:p w14:paraId="0BCC0D63" w14:textId="77777777" w:rsidR="006A48D7" w:rsidRPr="00F4085D" w:rsidRDefault="006A48D7" w:rsidP="00607050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</w:tcPr>
          <w:p w14:paraId="2E2A3CF9" w14:textId="77777777" w:rsidR="006A48D7" w:rsidRPr="00F4085D" w:rsidRDefault="006A48D7" w:rsidP="00607050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</w:tr>
      <w:tr w:rsidR="006A48D7" w14:paraId="74795E52" w14:textId="77777777" w:rsidTr="006A48D7">
        <w:sdt>
          <w:sdtPr>
            <w:id w:val="908119073"/>
            <w:placeholder>
              <w:docPart w:val="5341BDE7A8A74D02A65B3B0ED64C4C56"/>
            </w:placeholder>
            <w:showingPlcHdr/>
          </w:sdtPr>
          <w:sdtContent>
            <w:tc>
              <w:tcPr>
                <w:tcW w:w="966" w:type="pct"/>
              </w:tcPr>
              <w:p w14:paraId="1D4AF295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E2903317FF4D454BBE937AA1935FF50E"/>
            </w:placeholder>
            <w:showingPlcHdr/>
          </w:sdtPr>
          <w:sdtContent>
            <w:tc>
              <w:tcPr>
                <w:tcW w:w="959" w:type="pct"/>
              </w:tcPr>
              <w:p w14:paraId="5F48F101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81A170757F2D4731AEAC1B6E29F184D9"/>
            </w:placeholder>
            <w:showingPlcHdr/>
          </w:sdtPr>
          <w:sdtContent>
            <w:tc>
              <w:tcPr>
                <w:tcW w:w="980" w:type="pct"/>
              </w:tcPr>
              <w:p w14:paraId="0C529A05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9F649BAA6E2F482A8DB872D89850643C"/>
            </w:placeholder>
            <w:showingPlcHdr/>
          </w:sdtPr>
          <w:sdtContent>
            <w:tc>
              <w:tcPr>
                <w:tcW w:w="976" w:type="pct"/>
              </w:tcPr>
              <w:p w14:paraId="57EB5F72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</w:tcPr>
          <w:p w14:paraId="7BB98A01" w14:textId="77777777" w:rsidR="006A48D7" w:rsidRDefault="006A48D7" w:rsidP="00607050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7F0304B" w14:textId="77777777" w:rsidR="006A48D7" w:rsidRDefault="006A48D7" w:rsidP="00607050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A48D7" w14:paraId="6C42C727" w14:textId="77777777" w:rsidTr="006A48D7">
        <w:sdt>
          <w:sdtPr>
            <w:id w:val="91911584"/>
            <w:placeholder>
              <w:docPart w:val="BBB23D8EBC9545FF8B9E5571380A7DDC"/>
            </w:placeholder>
            <w:showingPlcHdr/>
          </w:sdtPr>
          <w:sdtContent>
            <w:tc>
              <w:tcPr>
                <w:tcW w:w="966" w:type="pct"/>
              </w:tcPr>
              <w:p w14:paraId="6F246F04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E69454BCDC004159A3F52C4399894C1E"/>
            </w:placeholder>
            <w:showingPlcHdr/>
          </w:sdtPr>
          <w:sdtContent>
            <w:tc>
              <w:tcPr>
                <w:tcW w:w="959" w:type="pct"/>
              </w:tcPr>
              <w:p w14:paraId="63C3D6C6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4DA0DFE72B3D4825B58039968266940E"/>
            </w:placeholder>
            <w:showingPlcHdr/>
          </w:sdtPr>
          <w:sdtContent>
            <w:tc>
              <w:tcPr>
                <w:tcW w:w="980" w:type="pct"/>
              </w:tcPr>
              <w:p w14:paraId="6B13608A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02E96ECFC97547FBAFD40A3C9E118C35"/>
            </w:placeholder>
            <w:showingPlcHdr/>
          </w:sdtPr>
          <w:sdtContent>
            <w:tc>
              <w:tcPr>
                <w:tcW w:w="976" w:type="pct"/>
              </w:tcPr>
              <w:p w14:paraId="616B7C93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</w:tcPr>
          <w:p w14:paraId="739709B6" w14:textId="77777777" w:rsidR="006A48D7" w:rsidRDefault="006A48D7" w:rsidP="00607050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45C840E" w14:textId="77777777" w:rsidR="006A48D7" w:rsidRDefault="006A48D7" w:rsidP="00607050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A48D7" w14:paraId="49775CD9" w14:textId="77777777" w:rsidTr="006A48D7">
        <w:sdt>
          <w:sdtPr>
            <w:id w:val="-1907910357"/>
            <w:placeholder>
              <w:docPart w:val="CF96A4C8059E44579D6F536C41F43D11"/>
            </w:placeholder>
            <w:showingPlcHdr/>
          </w:sdtPr>
          <w:sdtContent>
            <w:tc>
              <w:tcPr>
                <w:tcW w:w="966" w:type="pct"/>
              </w:tcPr>
              <w:p w14:paraId="58DF1A9A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8F859562F2D54334BACC55F889978B84"/>
            </w:placeholder>
            <w:showingPlcHdr/>
          </w:sdtPr>
          <w:sdtContent>
            <w:tc>
              <w:tcPr>
                <w:tcW w:w="959" w:type="pct"/>
              </w:tcPr>
              <w:p w14:paraId="020C7478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68D47723EA9347AE9C72C301A3D8C3A1"/>
            </w:placeholder>
            <w:showingPlcHdr/>
          </w:sdtPr>
          <w:sdtContent>
            <w:tc>
              <w:tcPr>
                <w:tcW w:w="980" w:type="pct"/>
              </w:tcPr>
              <w:p w14:paraId="32DCD000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CAB824112CA248D3912C9F329320C61A"/>
            </w:placeholder>
            <w:showingPlcHdr/>
          </w:sdtPr>
          <w:sdtContent>
            <w:tc>
              <w:tcPr>
                <w:tcW w:w="976" w:type="pct"/>
              </w:tcPr>
              <w:p w14:paraId="5C245084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</w:tcPr>
          <w:p w14:paraId="7831B17D" w14:textId="77777777" w:rsidR="006A48D7" w:rsidRDefault="006A48D7" w:rsidP="00607050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5730AF0" w14:textId="77777777" w:rsidR="006A48D7" w:rsidRDefault="006A48D7" w:rsidP="00607050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AEAB25E634BD4475B20F4A77B212CC5B"/>
              </w:placeholder>
              <w15:repeatingSectionItem/>
            </w:sdtPr>
            <w:sdtContent>
              <w:tr w:rsidR="006A48D7" w14:paraId="0A2002FF" w14:textId="77777777" w:rsidTr="006A48D7">
                <w:sdt>
                  <w:sdtPr>
                    <w:id w:val="-1580284213"/>
                    <w:placeholder>
                      <w:docPart w:val="1E4717C3EA704FA8ABEDDB1C28971360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31CB80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A6E1F94603E4442EA7B6EE80BC8234B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85898BC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FA71A7132BE146D092FC282160574F8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69E836B8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9D6A32F5F07A4D7EBE47A09BD30944AC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C881A32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</w:tcPr>
                  <w:p w14:paraId="5C61B279" w14:textId="77777777" w:rsidR="006A48D7" w:rsidRDefault="006A48D7" w:rsidP="00607050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2B08C2A5" w14:textId="77777777" w:rsidR="006A48D7" w:rsidRDefault="006A48D7" w:rsidP="00607050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A142974154694D38A3BE7DFBB84BDFF9"/>
              </w:placeholder>
              <w15:repeatingSectionItem/>
            </w:sdtPr>
            <w:sdtContent>
              <w:tr w:rsidR="006A48D7" w14:paraId="344A0BA6" w14:textId="77777777" w:rsidTr="006A48D7">
                <w:sdt>
                  <w:sdtPr>
                    <w:id w:val="645398200"/>
                    <w:placeholder>
                      <w:docPart w:val="BAEEEF202876440C841DF64E54650081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91F95F4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9B696D82EF746C4B58BB36363B0884B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BC876A7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8D99ADDF970B444EA8DB6A97FA286AD3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47CA34E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6E312AADF5FF40E98AC3298CBED8C039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C91E1D7" w14:textId="77777777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</w:tcPr>
                  <w:p w14:paraId="3391F4B6" w14:textId="77777777" w:rsidR="006A48D7" w:rsidRDefault="006A48D7" w:rsidP="00607050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0165AA7C" w14:textId="77777777" w:rsidR="006A48D7" w:rsidRDefault="006A48D7" w:rsidP="00607050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5B4FEB0" w14:textId="61E2FDE2" w:rsidR="3FE541D5" w:rsidRDefault="002D7D98" w:rsidP="007B5042">
      <w:pPr>
        <w:pStyle w:val="Heading1"/>
      </w:pPr>
      <w:r w:rsidRPr="00ED6D30">
        <w:t>Current Professional Registrations</w:t>
      </w:r>
      <w:r w:rsidR="00F4085D" w:rsidRPr="00ED6D30">
        <w:t xml:space="preserve"> </w:t>
      </w:r>
      <w:r w:rsidR="2D96377B" w:rsidRPr="00ED6D30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sdt>
        <w:sdtPr>
          <w:rPr>
            <w:b/>
            <w:bCs/>
          </w:rPr>
          <w:id w:val="-1936740178"/>
          <w:lock w:val="sdtContentLocked"/>
          <w:placeholder>
            <w:docPart w:val="DefaultPlaceholder_-1854013440"/>
          </w:placeholder>
        </w:sdtPr>
        <w:sdtContent>
          <w:tr w:rsidR="006A48D7" w:rsidRPr="00F4085D" w14:paraId="4783C723" w14:textId="77777777" w:rsidTr="00607050">
            <w:tc>
              <w:tcPr>
                <w:tcW w:w="749" w:type="pct"/>
                <w:vAlign w:val="center"/>
              </w:tcPr>
              <w:p w14:paraId="7B4CB9CD" w14:textId="5B542624" w:rsidR="006A48D7" w:rsidRPr="00F4085D" w:rsidRDefault="006A48D7" w:rsidP="00607050">
                <w:pPr>
                  <w:jc w:val="center"/>
                  <w:rPr>
                    <w:b/>
                    <w:bCs/>
                  </w:rPr>
                </w:pPr>
                <w:r w:rsidRPr="00F4085D">
                  <w:rPr>
                    <w:b/>
                    <w:bCs/>
                  </w:rPr>
                  <w:t>Award</w:t>
                </w:r>
              </w:p>
            </w:tc>
            <w:tc>
              <w:tcPr>
                <w:tcW w:w="722" w:type="pct"/>
                <w:vAlign w:val="center"/>
              </w:tcPr>
              <w:p w14:paraId="4980DF10" w14:textId="77777777" w:rsidR="006A48D7" w:rsidRPr="00F4085D" w:rsidRDefault="006A48D7" w:rsidP="00607050">
                <w:pPr>
                  <w:jc w:val="center"/>
                  <w:rPr>
                    <w:b/>
                    <w:bCs/>
                  </w:rPr>
                </w:pPr>
                <w:r w:rsidRPr="00F4085D">
                  <w:rPr>
                    <w:b/>
                    <w:bCs/>
                  </w:rPr>
                  <w:t>Year</w:t>
                </w:r>
              </w:p>
            </w:tc>
            <w:tc>
              <w:tcPr>
                <w:tcW w:w="818" w:type="pct"/>
                <w:vAlign w:val="center"/>
              </w:tcPr>
              <w:p w14:paraId="6FFA50BC" w14:textId="77777777" w:rsidR="006A48D7" w:rsidRPr="00F4085D" w:rsidRDefault="006A48D7" w:rsidP="00607050">
                <w:pPr>
                  <w:jc w:val="center"/>
                  <w:rPr>
                    <w:b/>
                    <w:bCs/>
                  </w:rPr>
                </w:pPr>
                <w:r w:rsidRPr="00F4085D">
                  <w:rPr>
                    <w:b/>
                    <w:bCs/>
                  </w:rPr>
                  <w:t>Registration or Membership number</w:t>
                </w:r>
              </w:p>
            </w:tc>
            <w:tc>
              <w:tcPr>
                <w:tcW w:w="976" w:type="pct"/>
                <w:vAlign w:val="center"/>
              </w:tcPr>
              <w:p w14:paraId="70F83A06" w14:textId="77777777" w:rsidR="006A48D7" w:rsidRPr="00F4085D" w:rsidRDefault="006A48D7" w:rsidP="00607050">
                <w:pPr>
                  <w:jc w:val="center"/>
                  <w:rPr>
                    <w:b/>
                    <w:bCs/>
                  </w:rPr>
                </w:pPr>
                <w:r w:rsidRPr="00F4085D">
                  <w:rPr>
                    <w:b/>
                    <w:bCs/>
                  </w:rPr>
                  <w:t>Professional Body/Regulator</w:t>
                </w:r>
              </w:p>
            </w:tc>
            <w:tc>
              <w:tcPr>
                <w:tcW w:w="787" w:type="pct"/>
                <w:vAlign w:val="center"/>
              </w:tcPr>
              <w:p w14:paraId="7DD6F096" w14:textId="77777777" w:rsidR="006A48D7" w:rsidRPr="00F4085D" w:rsidRDefault="006A48D7" w:rsidP="00607050">
                <w:pPr>
                  <w:jc w:val="center"/>
                  <w:rPr>
                    <w:b/>
                    <w:bCs/>
                  </w:rPr>
                </w:pPr>
                <w:r w:rsidRPr="00F4085D">
                  <w:rPr>
                    <w:b/>
                    <w:bCs/>
                  </w:rPr>
                  <w:t>Good Standing Status</w:t>
                </w:r>
              </w:p>
            </w:tc>
            <w:tc>
              <w:tcPr>
                <w:tcW w:w="948" w:type="pct"/>
                <w:vAlign w:val="center"/>
              </w:tcPr>
              <w:p w14:paraId="39D8A6CD" w14:textId="36544E7F" w:rsidR="006A48D7" w:rsidRPr="00F4085D" w:rsidRDefault="006A48D7" w:rsidP="00607050">
                <w:pPr>
                  <w:jc w:val="center"/>
                  <w:rPr>
                    <w:b/>
                    <w:bCs/>
                  </w:rPr>
                </w:pPr>
                <w:r w:rsidRPr="00F4085D">
                  <w:rPr>
                    <w:b/>
                    <w:bCs/>
                  </w:rPr>
                  <w:t>Supporting Documentation Attached</w:t>
                </w:r>
              </w:p>
            </w:tc>
          </w:tr>
        </w:sdtContent>
      </w:sdt>
      <w:tr w:rsidR="006A48D7" w14:paraId="5F20BAAA" w14:textId="77777777" w:rsidTr="00607050">
        <w:sdt>
          <w:sdtPr>
            <w:id w:val="483131998"/>
            <w:placeholder>
              <w:docPart w:val="BAC2934C8C0B4371888096620A58B3B1"/>
            </w:placeholder>
            <w:showingPlcHdr/>
          </w:sdtPr>
          <w:sdtContent>
            <w:tc>
              <w:tcPr>
                <w:tcW w:w="749" w:type="pct"/>
              </w:tcPr>
              <w:p w14:paraId="257B5A31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A33BC3DD396E490AA044D315430C3864"/>
            </w:placeholder>
            <w:showingPlcHdr/>
          </w:sdtPr>
          <w:sdtContent>
            <w:tc>
              <w:tcPr>
                <w:tcW w:w="722" w:type="pct"/>
              </w:tcPr>
              <w:p w14:paraId="083FC06D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DE9D143CA46748EE9209406176AD3F07"/>
            </w:placeholder>
            <w:showingPlcHdr/>
          </w:sdtPr>
          <w:sdtContent>
            <w:tc>
              <w:tcPr>
                <w:tcW w:w="818" w:type="pct"/>
              </w:tcPr>
              <w:p w14:paraId="10C5D909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AF9EC20BC2B7480EA5EAB34B1420C856"/>
            </w:placeholder>
            <w:showingPlcHdr/>
          </w:sdtPr>
          <w:sdtContent>
            <w:tc>
              <w:tcPr>
                <w:tcW w:w="976" w:type="pct"/>
              </w:tcPr>
              <w:p w14:paraId="1123F408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4DF498851784C52885826AF6C6BD3E2"/>
            </w:placeholder>
            <w:showingPlcHdr/>
          </w:sdtPr>
          <w:sdtContent>
            <w:tc>
              <w:tcPr>
                <w:tcW w:w="787" w:type="pct"/>
              </w:tcPr>
              <w:p w14:paraId="2B558E81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0C48BC2A" w14:textId="77777777" w:rsidR="006A48D7" w:rsidRDefault="006A48D7" w:rsidP="00607050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D674DCE" w14:textId="77777777" w:rsidR="006A48D7" w:rsidRDefault="006A48D7" w:rsidP="00607050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6A48D7" w14:paraId="7B3531F6" w14:textId="77777777" w:rsidTr="00607050">
        <w:sdt>
          <w:sdtPr>
            <w:id w:val="1117254231"/>
            <w:placeholder>
              <w:docPart w:val="33CD44C422854A62873CB7F1870E4F70"/>
            </w:placeholder>
            <w:showingPlcHdr/>
          </w:sdtPr>
          <w:sdtContent>
            <w:tc>
              <w:tcPr>
                <w:tcW w:w="749" w:type="pct"/>
              </w:tcPr>
              <w:p w14:paraId="05A5FC01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33CD44C422854A62873CB7F1870E4F70"/>
            </w:placeholder>
            <w:showingPlcHdr/>
          </w:sdtPr>
          <w:sdtContent>
            <w:tc>
              <w:tcPr>
                <w:tcW w:w="722" w:type="pct"/>
              </w:tcPr>
              <w:p w14:paraId="4BC16996" w14:textId="4E8D5147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33CD44C422854A62873CB7F1870E4F70"/>
            </w:placeholder>
            <w:showingPlcHdr/>
          </w:sdtPr>
          <w:sdtContent>
            <w:tc>
              <w:tcPr>
                <w:tcW w:w="818" w:type="pct"/>
              </w:tcPr>
              <w:p w14:paraId="55FC744F" w14:textId="57A60FBE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33CD44C422854A62873CB7F1870E4F70"/>
            </w:placeholder>
            <w:showingPlcHdr/>
          </w:sdtPr>
          <w:sdtContent>
            <w:tc>
              <w:tcPr>
                <w:tcW w:w="976" w:type="pct"/>
              </w:tcPr>
              <w:p w14:paraId="5106EC37" w14:textId="0E8C00C0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33CD44C422854A62873CB7F1870E4F70"/>
            </w:placeholder>
            <w:showingPlcHdr/>
          </w:sdtPr>
          <w:sdtContent>
            <w:tc>
              <w:tcPr>
                <w:tcW w:w="787" w:type="pct"/>
              </w:tcPr>
              <w:p w14:paraId="11A0DAF1" w14:textId="30F77EDE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2FC04AC" w14:textId="77777777" w:rsidR="006A48D7" w:rsidRDefault="006A48D7" w:rsidP="00607050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94C325E" w14:textId="77777777" w:rsidR="006A48D7" w:rsidRDefault="006A48D7" w:rsidP="00607050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A48D7" w14:paraId="2BD7EFA9" w14:textId="77777777" w:rsidTr="00607050">
        <w:sdt>
          <w:sdtPr>
            <w:id w:val="1476033184"/>
            <w:placeholder>
              <w:docPart w:val="7CF79DB7A58F43F491158B77C708441A"/>
            </w:placeholder>
            <w:showingPlcHdr/>
          </w:sdtPr>
          <w:sdtContent>
            <w:tc>
              <w:tcPr>
                <w:tcW w:w="749" w:type="pct"/>
              </w:tcPr>
              <w:p w14:paraId="42CAA746" w14:textId="77777777" w:rsidR="006A48D7" w:rsidRDefault="006A48D7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7CF79DB7A58F43F491158B77C708441A"/>
            </w:placeholder>
            <w:showingPlcHdr/>
          </w:sdtPr>
          <w:sdtContent>
            <w:tc>
              <w:tcPr>
                <w:tcW w:w="722" w:type="pct"/>
              </w:tcPr>
              <w:p w14:paraId="737FFA79" w14:textId="69877F20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7CF79DB7A58F43F491158B77C708441A"/>
            </w:placeholder>
            <w:showingPlcHdr/>
          </w:sdtPr>
          <w:sdtContent>
            <w:tc>
              <w:tcPr>
                <w:tcW w:w="818" w:type="pct"/>
              </w:tcPr>
              <w:p w14:paraId="0FB8F031" w14:textId="095A3D77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7CF79DB7A58F43F491158B77C708441A"/>
            </w:placeholder>
            <w:showingPlcHdr/>
          </w:sdtPr>
          <w:sdtContent>
            <w:tc>
              <w:tcPr>
                <w:tcW w:w="976" w:type="pct"/>
              </w:tcPr>
              <w:p w14:paraId="44E34192" w14:textId="11F38920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7CF79DB7A58F43F491158B77C708441A"/>
            </w:placeholder>
            <w:showingPlcHdr/>
          </w:sdtPr>
          <w:sdtContent>
            <w:tc>
              <w:tcPr>
                <w:tcW w:w="787" w:type="pct"/>
              </w:tcPr>
              <w:p w14:paraId="5D57599A" w14:textId="55CA3350" w:rsidR="006A48D7" w:rsidRDefault="000B046E" w:rsidP="0060705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7B15416F" w14:textId="77777777" w:rsidR="006A48D7" w:rsidRDefault="006A48D7" w:rsidP="00607050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97C2D04" w14:textId="77777777" w:rsidR="006A48D7" w:rsidRDefault="006A48D7" w:rsidP="00607050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CCBA9315034499FB637250C75C23378"/>
              </w:placeholder>
              <w15:repeatingSectionItem/>
            </w:sdtPr>
            <w:sdtContent>
              <w:tr w:rsidR="006A48D7" w14:paraId="668BE517" w14:textId="77777777" w:rsidTr="00607050">
                <w:sdt>
                  <w:sdtPr>
                    <w:id w:val="1184713080"/>
                    <w:placeholder>
                      <w:docPart w:val="4E8D1D576206421CBA89C85CA8BB8ED5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1611EDF4" w14:textId="0B98B6EE" w:rsidR="006A48D7" w:rsidRDefault="006A48D7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4E8D1D576206421CBA89C85CA8BB8ED5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8E26F06" w14:textId="7486E66C" w:rsidR="006A48D7" w:rsidRDefault="000B046E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4E8D1D576206421CBA89C85CA8BB8ED5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31CA1AAA" w14:textId="17C3C138" w:rsidR="006A48D7" w:rsidRDefault="000B046E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4E8D1D576206421CBA89C85CA8BB8ED5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16DAB4C" w14:textId="0AD8386E" w:rsidR="006A48D7" w:rsidRDefault="000B046E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4E8D1D576206421CBA89C85CA8BB8ED5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7515DA5" w14:textId="686FC519" w:rsidR="006A48D7" w:rsidRDefault="000B046E" w:rsidP="00607050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7827761" w14:textId="77777777" w:rsidR="006A48D7" w:rsidRDefault="006A48D7" w:rsidP="00607050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32AA86C" w14:textId="77F0EFF3" w:rsidR="006A48D7" w:rsidRDefault="006A48D7" w:rsidP="00607050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1769378101"/>
              <w:placeholder>
                <w:docPart w:val="47752EB3E1304316B181385675F848F8"/>
              </w:placeholder>
              <w15:repeatingSectionItem/>
            </w:sdtPr>
            <w:sdtContent>
              <w:tr w:rsidR="009E1E94" w14:paraId="2650B0A0" w14:textId="77777777" w:rsidTr="00607050">
                <w:sdt>
                  <w:sdtPr>
                    <w:id w:val="-1324435048"/>
                    <w:placeholder>
                      <w:docPart w:val="D3224E7F11FF4D398F391A11B511F1C1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41526740" w14:textId="77777777" w:rsidR="009E1E94" w:rsidRDefault="009E1E94" w:rsidP="00DC0D46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523127558"/>
                    <w:placeholder>
                      <w:docPart w:val="D3224E7F11FF4D398F391A11B511F1C1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114FD93F" w14:textId="4B14A530" w:rsidR="009E1E94" w:rsidRDefault="000B046E" w:rsidP="00DC0D46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8121088"/>
                    <w:placeholder>
                      <w:docPart w:val="D3224E7F11FF4D398F391A11B511F1C1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3F4DF4F1" w14:textId="7D0CE564" w:rsidR="009E1E94" w:rsidRDefault="000B046E" w:rsidP="00DC0D46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758872867"/>
                    <w:placeholder>
                      <w:docPart w:val="D3224E7F11FF4D398F391A11B511F1C1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2CBA9E17" w14:textId="61AC65A3" w:rsidR="009E1E94" w:rsidRDefault="000B046E" w:rsidP="00DC0D46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736312851"/>
                    <w:placeholder>
                      <w:docPart w:val="D3224E7F11FF4D398F391A11B511F1C1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0E4F9859" w14:textId="7BA3B00C" w:rsidR="009E1E94" w:rsidRDefault="000B046E" w:rsidP="00DC0D46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1E944675" w14:textId="77777777" w:rsidR="009E1E94" w:rsidRDefault="009E1E94" w:rsidP="00607050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2467195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95FABDB" w14:textId="2F452B3E" w:rsidR="009E1E94" w:rsidRDefault="009E1E94" w:rsidP="00607050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9109967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21DB7B1B" w:rsidR="00214ECC" w:rsidRPr="00ED6D30" w:rsidRDefault="003729FB" w:rsidP="007B5042">
      <w:pPr>
        <w:pStyle w:val="Heading1"/>
      </w:pPr>
      <w:r w:rsidRPr="00ED6D30">
        <w:lastRenderedPageBreak/>
        <w:t>Clinical Employment History</w:t>
      </w:r>
    </w:p>
    <w:p w14:paraId="5179FB9C" w14:textId="77777777" w:rsidR="00214ECC" w:rsidRPr="00ED6D30" w:rsidRDefault="003729FB">
      <w:r w:rsidRPr="00ED6D30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ED6D30" w14:paraId="2D16504D" w14:textId="77777777" w:rsidTr="000B046E">
        <w:trPr>
          <w:trHeight w:val="300"/>
        </w:trPr>
        <w:tc>
          <w:tcPr>
            <w:tcW w:w="9350" w:type="dxa"/>
            <w:gridSpan w:val="2"/>
            <w:vAlign w:val="center"/>
          </w:tcPr>
          <w:p w14:paraId="57CB4B58" w14:textId="3FD33115" w:rsidR="002E140B" w:rsidRPr="00ED6D30" w:rsidRDefault="002E140B" w:rsidP="00267016">
            <w:r w:rsidRPr="00ED6D30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914428535"/>
                <w:placeholder>
                  <w:docPart w:val="81D012C713974D5BB90373955BBD64B2"/>
                </w:placeholder>
                <w:showingPlcHdr/>
              </w:sdtPr>
              <w:sdtContent>
                <w:r w:rsidR="006A48D7"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597958" w:rsidRPr="00ED6D30" w14:paraId="20EAB3EC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4C1371F0" w14:textId="56A490F6" w:rsidR="00597958" w:rsidRPr="00ED6D30" w:rsidRDefault="002E140B" w:rsidP="00267016">
            <w:r w:rsidRPr="00ED6D30">
              <w:rPr>
                <w:b/>
                <w:bCs/>
              </w:rPr>
              <w:t>Start Date</w:t>
            </w:r>
            <w:r w:rsidR="006A48D7">
              <w:rPr>
                <w:b/>
                <w:bCs/>
              </w:rPr>
              <w:t>:</w:t>
            </w:r>
          </w:p>
        </w:tc>
        <w:sdt>
          <w:sdtPr>
            <w:id w:val="1256796300"/>
            <w:placeholder>
              <w:docPart w:val="0FE23D26A39A45D69C53CF2B88AD2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01B7724B" w:rsidR="00597958" w:rsidRPr="00ED6D30" w:rsidRDefault="006A48D7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597958" w:rsidRPr="00ED6D30" w14:paraId="09CE63E9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67052997" w14:textId="53F5A0DD" w:rsidR="00597958" w:rsidRPr="00ED6D30" w:rsidRDefault="002E140B" w:rsidP="00267016">
            <w:r w:rsidRPr="00ED6D30">
              <w:rPr>
                <w:b/>
                <w:bCs/>
              </w:rPr>
              <w:t>End Date</w:t>
            </w:r>
            <w:r w:rsidR="006A48D7">
              <w:rPr>
                <w:b/>
                <w:bCs/>
              </w:rPr>
              <w:t>:</w:t>
            </w:r>
          </w:p>
        </w:tc>
        <w:sdt>
          <w:sdtPr>
            <w:id w:val="-1940514590"/>
            <w:placeholder>
              <w:docPart w:val="1A4A8E7D17104A449F7FE570EFD6C8D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722284D1" w:rsidR="00597958" w:rsidRPr="00ED6D30" w:rsidRDefault="006A48D7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597958" w:rsidRPr="00ED6D30" w14:paraId="423BA94B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4DDB93B2" w14:textId="715B831D" w:rsidR="00597958" w:rsidRPr="00ED6D30" w:rsidRDefault="002E140B" w:rsidP="00267016">
            <w:r w:rsidRPr="00ED6D30">
              <w:rPr>
                <w:b/>
                <w:bCs/>
              </w:rPr>
              <w:t>Hospital</w:t>
            </w:r>
            <w:r w:rsidR="006A48D7">
              <w:rPr>
                <w:b/>
                <w:bCs/>
              </w:rPr>
              <w:t>:</w:t>
            </w:r>
          </w:p>
        </w:tc>
        <w:sdt>
          <w:sdtPr>
            <w:id w:val="1079792371"/>
            <w:placeholder>
              <w:docPart w:val="91A35F67C3F54C3EA040E751DC87CE8D"/>
            </w:placeholder>
            <w:showingPlcHdr/>
          </w:sdtPr>
          <w:sdtContent>
            <w:tc>
              <w:tcPr>
                <w:tcW w:w="6803" w:type="dxa"/>
              </w:tcPr>
              <w:p w14:paraId="7BBDFA63" w14:textId="4C3D8373" w:rsidR="00597958" w:rsidRPr="00ED6D30" w:rsidRDefault="006A48D7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597958" w:rsidRPr="00ED6D30" w14:paraId="6A2FA343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05DA6982" w14:textId="51CEEF21" w:rsidR="00597958" w:rsidRPr="00ED6D30" w:rsidRDefault="002E140B" w:rsidP="00267016">
            <w:r w:rsidRPr="00ED6D30">
              <w:rPr>
                <w:b/>
                <w:bCs/>
              </w:rPr>
              <w:t>Specialty</w:t>
            </w:r>
            <w:r w:rsidR="006A48D7">
              <w:rPr>
                <w:b/>
                <w:bCs/>
              </w:rPr>
              <w:t>:</w:t>
            </w:r>
          </w:p>
        </w:tc>
        <w:sdt>
          <w:sdtPr>
            <w:id w:val="-2095764882"/>
            <w:placeholder>
              <w:docPart w:val="1A7EB37593EC4456A21F8BC6AEB4DC4B"/>
            </w:placeholder>
            <w:showingPlcHdr/>
          </w:sdtPr>
          <w:sdtContent>
            <w:tc>
              <w:tcPr>
                <w:tcW w:w="6803" w:type="dxa"/>
              </w:tcPr>
              <w:p w14:paraId="270E49BD" w14:textId="0B797833" w:rsidR="00597958" w:rsidRPr="00ED6D30" w:rsidRDefault="006A48D7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E140B" w:rsidRPr="00ED6D30" w14:paraId="3B6D8532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1A6FF483" w14:textId="69640928" w:rsidR="002E140B" w:rsidRPr="00ED6D30" w:rsidRDefault="002E140B" w:rsidP="00267016">
            <w:proofErr w:type="gramStart"/>
            <w:r w:rsidRPr="00ED6D30">
              <w:rPr>
                <w:b/>
                <w:bCs/>
              </w:rPr>
              <w:t>Sub Specialty</w:t>
            </w:r>
            <w:proofErr w:type="gramEnd"/>
            <w:r w:rsidRPr="00ED6D30">
              <w:rPr>
                <w:b/>
                <w:bCs/>
              </w:rPr>
              <w:t xml:space="preserve"> (where applicable</w:t>
            </w:r>
            <w:r w:rsidR="00267016">
              <w:rPr>
                <w:b/>
                <w:bCs/>
              </w:rPr>
              <w:t>)</w:t>
            </w:r>
            <w:r w:rsidR="006A48D7">
              <w:rPr>
                <w:b/>
                <w:bCs/>
              </w:rPr>
              <w:t>:</w:t>
            </w:r>
          </w:p>
        </w:tc>
        <w:sdt>
          <w:sdtPr>
            <w:id w:val="1302738997"/>
            <w:placeholder>
              <w:docPart w:val="ED83450108AE4F2E8D07BA911A314BB5"/>
            </w:placeholder>
            <w:showingPlcHdr/>
          </w:sdtPr>
          <w:sdtContent>
            <w:tc>
              <w:tcPr>
                <w:tcW w:w="6803" w:type="dxa"/>
              </w:tcPr>
              <w:p w14:paraId="54041384" w14:textId="4DE2B691" w:rsidR="002E140B" w:rsidRPr="00ED6D30" w:rsidRDefault="006A48D7" w:rsidP="002E140B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E140B" w:rsidRPr="00ED6D30" w14:paraId="3223303B" w14:textId="77777777" w:rsidTr="000B046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60818E58" w14:textId="129D445D" w:rsidR="002E140B" w:rsidRPr="00ED6D30" w:rsidRDefault="002E140B" w:rsidP="00267016">
            <w:r w:rsidRPr="00ED6D30">
              <w:rPr>
                <w:b/>
                <w:bCs/>
              </w:rPr>
              <w:t>Summary of clinical duties</w:t>
            </w:r>
            <w:r w:rsidR="006A48D7">
              <w:rPr>
                <w:b/>
                <w:bCs/>
              </w:rPr>
              <w:t>:</w:t>
            </w:r>
          </w:p>
        </w:tc>
        <w:sdt>
          <w:sdtPr>
            <w:id w:val="2137055960"/>
            <w:placeholder>
              <w:docPart w:val="8DE4A7E43E8B4DA8A77D81E7154BA43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D574B" w:rsidR="002E140B" w:rsidRPr="00ED6D30" w:rsidRDefault="006A48D7" w:rsidP="002E140B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A51260" w:rsidRPr="00ED6D30" w14:paraId="0F137543" w14:textId="77777777" w:rsidTr="000B046E">
        <w:trPr>
          <w:trHeight w:val="300"/>
        </w:trPr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C28BB" w14:textId="70285C71" w:rsidR="00A51260" w:rsidRPr="00ED6D30" w:rsidRDefault="00A51260" w:rsidP="002E140B"/>
        </w:tc>
      </w:tr>
      <w:tr w:rsidR="00E8782B" w:rsidRPr="00ED6D30" w14:paraId="52233B70" w14:textId="77777777" w:rsidTr="000B046E">
        <w:trPr>
          <w:trHeight w:val="300"/>
        </w:trPr>
        <w:tc>
          <w:tcPr>
            <w:tcW w:w="9350" w:type="dxa"/>
            <w:gridSpan w:val="2"/>
            <w:vAlign w:val="center"/>
          </w:tcPr>
          <w:p w14:paraId="73D51F6B" w14:textId="2867F8C9" w:rsidR="00E8782B" w:rsidRPr="00ED6D30" w:rsidRDefault="00E8782B" w:rsidP="00267016">
            <w:r w:rsidRPr="00ED6D30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024088024"/>
                <w:placeholder>
                  <w:docPart w:val="E116641BE7544043923311FF0E3BBAF4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E8782B" w:rsidRPr="00ED6D30" w14:paraId="2E0E6CD9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2CAC235C" w14:textId="77777777" w:rsidR="00E8782B" w:rsidRPr="00ED6D30" w:rsidRDefault="00E8782B" w:rsidP="00267016">
            <w:r w:rsidRPr="00ED6D30">
              <w:rPr>
                <w:b/>
                <w:bCs/>
              </w:rPr>
              <w:t>Start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1855459134"/>
            <w:placeholder>
              <w:docPart w:val="3CAD34D38D8D4342BBE2D79466156FA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2D55AEF" w14:textId="77777777" w:rsidR="00E8782B" w:rsidRPr="00ED6D30" w:rsidRDefault="00E8782B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E8782B" w:rsidRPr="00ED6D30" w14:paraId="155B86CC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7A729B7E" w14:textId="77777777" w:rsidR="00E8782B" w:rsidRPr="00ED6D30" w:rsidRDefault="00E8782B" w:rsidP="00267016">
            <w:r w:rsidRPr="00ED6D30">
              <w:rPr>
                <w:b/>
                <w:bCs/>
              </w:rPr>
              <w:t>End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107394422"/>
            <w:placeholder>
              <w:docPart w:val="17E4D800DCE14477991DF896D55D1E2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9C428BC" w14:textId="77777777" w:rsidR="00E8782B" w:rsidRPr="00ED6D30" w:rsidRDefault="00E8782B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E8782B" w:rsidRPr="00ED6D30" w14:paraId="4FA4A67D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734EF30F" w14:textId="77777777" w:rsidR="00E8782B" w:rsidRPr="00ED6D30" w:rsidRDefault="00E8782B" w:rsidP="00267016">
            <w:r w:rsidRPr="00ED6D30">
              <w:rPr>
                <w:b/>
                <w:bCs/>
              </w:rPr>
              <w:t>Hospital</w:t>
            </w:r>
            <w:r>
              <w:rPr>
                <w:b/>
                <w:bCs/>
              </w:rPr>
              <w:t>:</w:t>
            </w:r>
          </w:p>
        </w:tc>
        <w:sdt>
          <w:sdtPr>
            <w:id w:val="-726298671"/>
            <w:placeholder>
              <w:docPart w:val="6090DD81655B42CEABDCF146C8AED709"/>
            </w:placeholder>
            <w:showingPlcHdr/>
          </w:sdtPr>
          <w:sdtContent>
            <w:tc>
              <w:tcPr>
                <w:tcW w:w="6803" w:type="dxa"/>
              </w:tcPr>
              <w:p w14:paraId="36CF7412" w14:textId="77777777" w:rsidR="00E8782B" w:rsidRPr="00ED6D30" w:rsidRDefault="00E8782B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8782B" w:rsidRPr="00ED6D30" w14:paraId="46CA1ACE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7A93DBFA" w14:textId="77777777" w:rsidR="00E8782B" w:rsidRPr="00ED6D30" w:rsidRDefault="00E8782B" w:rsidP="00267016">
            <w:r w:rsidRPr="00ED6D30">
              <w:rPr>
                <w:b/>
                <w:bCs/>
              </w:rPr>
              <w:t>Specialty</w:t>
            </w:r>
            <w:r>
              <w:rPr>
                <w:b/>
                <w:bCs/>
              </w:rPr>
              <w:t>:</w:t>
            </w:r>
          </w:p>
        </w:tc>
        <w:sdt>
          <w:sdtPr>
            <w:id w:val="-1301839174"/>
            <w:placeholder>
              <w:docPart w:val="7C3F29AEE3AF42838A66BFF1D8C82E24"/>
            </w:placeholder>
            <w:showingPlcHdr/>
          </w:sdtPr>
          <w:sdtContent>
            <w:tc>
              <w:tcPr>
                <w:tcW w:w="6803" w:type="dxa"/>
              </w:tcPr>
              <w:p w14:paraId="156B0C78" w14:textId="77777777" w:rsidR="00E8782B" w:rsidRPr="00ED6D30" w:rsidRDefault="00E8782B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8782B" w:rsidRPr="00ED6D30" w14:paraId="3D354D88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5273280D" w14:textId="77777777" w:rsidR="00E8782B" w:rsidRPr="00ED6D30" w:rsidRDefault="00E8782B" w:rsidP="00267016">
            <w:proofErr w:type="gramStart"/>
            <w:r w:rsidRPr="00ED6D30">
              <w:rPr>
                <w:b/>
                <w:bCs/>
              </w:rPr>
              <w:t>Sub Specialty</w:t>
            </w:r>
            <w:proofErr w:type="gramEnd"/>
            <w:r w:rsidRPr="00ED6D30">
              <w:rPr>
                <w:b/>
                <w:bCs/>
              </w:rPr>
              <w:t xml:space="preserve"> (where applicable</w:t>
            </w:r>
            <w:r>
              <w:rPr>
                <w:b/>
                <w:bCs/>
              </w:rPr>
              <w:t>):</w:t>
            </w:r>
          </w:p>
        </w:tc>
        <w:sdt>
          <w:sdtPr>
            <w:id w:val="1955971358"/>
            <w:placeholder>
              <w:docPart w:val="E37B1508600D455FA863AE56AAC1A107"/>
            </w:placeholder>
            <w:showingPlcHdr/>
          </w:sdtPr>
          <w:sdtContent>
            <w:tc>
              <w:tcPr>
                <w:tcW w:w="6803" w:type="dxa"/>
              </w:tcPr>
              <w:p w14:paraId="26D4650C" w14:textId="77777777" w:rsidR="00E8782B" w:rsidRPr="00ED6D30" w:rsidRDefault="00E8782B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8782B" w:rsidRPr="00ED6D30" w14:paraId="4DEC5D70" w14:textId="77777777" w:rsidTr="000B046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40EC41E2" w14:textId="77777777" w:rsidR="00E8782B" w:rsidRPr="00ED6D30" w:rsidRDefault="00E8782B" w:rsidP="00267016">
            <w:r w:rsidRPr="00ED6D30">
              <w:rPr>
                <w:b/>
                <w:bCs/>
              </w:rPr>
              <w:t>Summary of clinical duties</w:t>
            </w:r>
            <w:r>
              <w:rPr>
                <w:b/>
                <w:bCs/>
              </w:rPr>
              <w:t>:</w:t>
            </w:r>
          </w:p>
        </w:tc>
        <w:sdt>
          <w:sdtPr>
            <w:id w:val="319855195"/>
            <w:placeholder>
              <w:docPart w:val="2E9FCF40CA8C43C1A5CD3A205F7B3327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2A84F05" w14:textId="77777777" w:rsidR="00E8782B" w:rsidRPr="00ED6D30" w:rsidRDefault="00E8782B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8782B" w:rsidRPr="00ED6D30" w14:paraId="6FE96C49" w14:textId="77777777" w:rsidTr="000B046E">
        <w:trPr>
          <w:trHeight w:val="300"/>
        </w:trPr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C97DBB" w14:textId="5A41C679" w:rsidR="00E8782B" w:rsidRPr="00ED6D30" w:rsidRDefault="00E8782B" w:rsidP="002E140B"/>
        </w:tc>
      </w:tr>
      <w:tr w:rsidR="009E1E94" w:rsidRPr="00ED6D30" w14:paraId="3CA9EDE8" w14:textId="77777777" w:rsidTr="000B046E">
        <w:trPr>
          <w:trHeight w:val="300"/>
        </w:trPr>
        <w:tc>
          <w:tcPr>
            <w:tcW w:w="9350" w:type="dxa"/>
            <w:gridSpan w:val="2"/>
            <w:vAlign w:val="center"/>
          </w:tcPr>
          <w:p w14:paraId="4F4C496E" w14:textId="349F029E" w:rsidR="009E1E94" w:rsidRPr="00ED6D30" w:rsidRDefault="009E1E94" w:rsidP="00267016">
            <w:r w:rsidRPr="00ED6D30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203284450"/>
                <w:placeholder>
                  <w:docPart w:val="37C88E29AC4B47D989455A249F9F54A1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74698D4E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5E18BB2A" w14:textId="77777777" w:rsidR="009E1E94" w:rsidRPr="00ED6D30" w:rsidRDefault="009E1E94" w:rsidP="00267016">
            <w:r w:rsidRPr="00ED6D30">
              <w:rPr>
                <w:b/>
                <w:bCs/>
              </w:rPr>
              <w:t>Start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294123192"/>
            <w:placeholder>
              <w:docPart w:val="9EACDBAACA724E039B431E4A11DCB90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5D12AF2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2AA5A76A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105EF23C" w14:textId="77777777" w:rsidR="009E1E94" w:rsidRPr="00ED6D30" w:rsidRDefault="009E1E94" w:rsidP="00267016">
            <w:r w:rsidRPr="00ED6D30">
              <w:rPr>
                <w:b/>
                <w:bCs/>
              </w:rPr>
              <w:t>End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-231776582"/>
            <w:placeholder>
              <w:docPart w:val="499D9E14FCE041119C17C5FD44421EA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57F95E1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537EAA47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30145CB5" w14:textId="77777777" w:rsidR="009E1E94" w:rsidRPr="00ED6D30" w:rsidRDefault="009E1E94" w:rsidP="00267016">
            <w:r w:rsidRPr="00ED6D30">
              <w:rPr>
                <w:b/>
                <w:bCs/>
              </w:rPr>
              <w:t>Hospital</w:t>
            </w:r>
            <w:r>
              <w:rPr>
                <w:b/>
                <w:bCs/>
              </w:rPr>
              <w:t>:</w:t>
            </w:r>
          </w:p>
        </w:tc>
        <w:sdt>
          <w:sdtPr>
            <w:id w:val="1566371563"/>
            <w:placeholder>
              <w:docPart w:val="26FE1C61683141EAA88EC4E0C9BB1271"/>
            </w:placeholder>
            <w:showingPlcHdr/>
          </w:sdtPr>
          <w:sdtContent>
            <w:tc>
              <w:tcPr>
                <w:tcW w:w="6803" w:type="dxa"/>
              </w:tcPr>
              <w:p w14:paraId="1835655F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0AE9E1B0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3D574B8C" w14:textId="77777777" w:rsidR="009E1E94" w:rsidRPr="00ED6D30" w:rsidRDefault="009E1E94" w:rsidP="00267016">
            <w:r w:rsidRPr="00ED6D30">
              <w:rPr>
                <w:b/>
                <w:bCs/>
              </w:rPr>
              <w:t>Specialty</w:t>
            </w:r>
            <w:r>
              <w:rPr>
                <w:b/>
                <w:bCs/>
              </w:rPr>
              <w:t>:</w:t>
            </w:r>
          </w:p>
        </w:tc>
        <w:sdt>
          <w:sdtPr>
            <w:id w:val="496158864"/>
            <w:placeholder>
              <w:docPart w:val="D35FE02002324E988352E84D9DC1E3CD"/>
            </w:placeholder>
            <w:showingPlcHdr/>
          </w:sdtPr>
          <w:sdtContent>
            <w:tc>
              <w:tcPr>
                <w:tcW w:w="6803" w:type="dxa"/>
              </w:tcPr>
              <w:p w14:paraId="58FA06F6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137C641C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4983DA01" w14:textId="77777777" w:rsidR="009E1E94" w:rsidRPr="00ED6D30" w:rsidRDefault="009E1E94" w:rsidP="00267016">
            <w:proofErr w:type="gramStart"/>
            <w:r w:rsidRPr="00ED6D30">
              <w:rPr>
                <w:b/>
                <w:bCs/>
              </w:rPr>
              <w:t>Sub Specialty</w:t>
            </w:r>
            <w:proofErr w:type="gramEnd"/>
            <w:r w:rsidRPr="00ED6D30">
              <w:rPr>
                <w:b/>
                <w:bCs/>
              </w:rPr>
              <w:t xml:space="preserve"> (where applicable</w:t>
            </w:r>
            <w:r>
              <w:rPr>
                <w:b/>
                <w:bCs/>
              </w:rPr>
              <w:t>):</w:t>
            </w:r>
          </w:p>
        </w:tc>
        <w:sdt>
          <w:sdtPr>
            <w:id w:val="-1616510142"/>
            <w:placeholder>
              <w:docPart w:val="4F48B8F84F37410B9369B5FF11448079"/>
            </w:placeholder>
            <w:showingPlcHdr/>
          </w:sdtPr>
          <w:sdtContent>
            <w:tc>
              <w:tcPr>
                <w:tcW w:w="6803" w:type="dxa"/>
              </w:tcPr>
              <w:p w14:paraId="624F33A0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7E9F3329" w14:textId="77777777" w:rsidTr="000B046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261937A0" w14:textId="77777777" w:rsidR="009E1E94" w:rsidRPr="00ED6D30" w:rsidRDefault="009E1E94" w:rsidP="00267016">
            <w:r w:rsidRPr="00ED6D30">
              <w:rPr>
                <w:b/>
                <w:bCs/>
              </w:rPr>
              <w:t>Summary of clinical duties</w:t>
            </w:r>
            <w:r>
              <w:rPr>
                <w:b/>
                <w:bCs/>
              </w:rPr>
              <w:t>:</w:t>
            </w:r>
          </w:p>
        </w:tc>
        <w:sdt>
          <w:sdtPr>
            <w:id w:val="866565106"/>
            <w:placeholder>
              <w:docPart w:val="D635ADED56734FFD938E9720FC290E50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3077CA78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45E77255" w14:textId="77777777" w:rsidTr="000B046E">
        <w:trPr>
          <w:trHeight w:val="300"/>
        </w:trPr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A965E" w14:textId="59372BFA" w:rsidR="009E1E94" w:rsidRPr="00ED6D30" w:rsidRDefault="009E1E94" w:rsidP="002E140B"/>
        </w:tc>
      </w:tr>
      <w:tr w:rsidR="009E1E94" w:rsidRPr="00ED6D30" w14:paraId="0D3BE41C" w14:textId="77777777" w:rsidTr="000B046E">
        <w:trPr>
          <w:trHeight w:val="300"/>
        </w:trPr>
        <w:tc>
          <w:tcPr>
            <w:tcW w:w="9350" w:type="dxa"/>
            <w:gridSpan w:val="2"/>
            <w:vAlign w:val="center"/>
          </w:tcPr>
          <w:p w14:paraId="68C29E32" w14:textId="7FB47DD6" w:rsidR="009E1E94" w:rsidRPr="00ED6D30" w:rsidRDefault="009E1E94" w:rsidP="00267016">
            <w:r w:rsidRPr="00ED6D30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326820338"/>
                <w:placeholder>
                  <w:docPart w:val="6A3DE8E9D2DB4542A29139B1115AD582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018DD3C9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4DAAAC3C" w14:textId="77777777" w:rsidR="009E1E94" w:rsidRPr="00ED6D30" w:rsidRDefault="009E1E94" w:rsidP="00267016">
            <w:r w:rsidRPr="00ED6D30">
              <w:rPr>
                <w:b/>
                <w:bCs/>
              </w:rPr>
              <w:t>Start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1563057031"/>
            <w:placeholder>
              <w:docPart w:val="DF1CE458E1B0437F9B313F968ECAEF1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79E5E21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5A12FEE5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3902778C" w14:textId="77777777" w:rsidR="009E1E94" w:rsidRPr="00ED6D30" w:rsidRDefault="009E1E94" w:rsidP="00267016">
            <w:r w:rsidRPr="00ED6D30">
              <w:rPr>
                <w:b/>
                <w:bCs/>
              </w:rPr>
              <w:t>End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426104182"/>
            <w:placeholder>
              <w:docPart w:val="5EE3D95A5A734333A2C8445FCD87852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EB1122C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676AD708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25C97A06" w14:textId="77777777" w:rsidR="009E1E94" w:rsidRPr="00ED6D30" w:rsidRDefault="009E1E94" w:rsidP="00267016">
            <w:r w:rsidRPr="00ED6D30">
              <w:rPr>
                <w:b/>
                <w:bCs/>
              </w:rPr>
              <w:t>Hospital</w:t>
            </w:r>
            <w:r>
              <w:rPr>
                <w:b/>
                <w:bCs/>
              </w:rPr>
              <w:t>:</w:t>
            </w:r>
          </w:p>
        </w:tc>
        <w:sdt>
          <w:sdtPr>
            <w:id w:val="-477298124"/>
            <w:placeholder>
              <w:docPart w:val="17635AFEA4F749039121B6423FC4C427"/>
            </w:placeholder>
            <w:showingPlcHdr/>
          </w:sdtPr>
          <w:sdtContent>
            <w:tc>
              <w:tcPr>
                <w:tcW w:w="6803" w:type="dxa"/>
              </w:tcPr>
              <w:p w14:paraId="3D5B020F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133AD630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08C84918" w14:textId="77777777" w:rsidR="009E1E94" w:rsidRPr="00ED6D30" w:rsidRDefault="009E1E94" w:rsidP="00267016">
            <w:r w:rsidRPr="00ED6D30">
              <w:rPr>
                <w:b/>
                <w:bCs/>
              </w:rPr>
              <w:t>Specialty</w:t>
            </w:r>
            <w:r>
              <w:rPr>
                <w:b/>
                <w:bCs/>
              </w:rPr>
              <w:t>:</w:t>
            </w:r>
          </w:p>
        </w:tc>
        <w:sdt>
          <w:sdtPr>
            <w:id w:val="-1101643481"/>
            <w:placeholder>
              <w:docPart w:val="4C6EF90ED1CD4EC8819ADC8BE2FCC688"/>
            </w:placeholder>
            <w:showingPlcHdr/>
          </w:sdtPr>
          <w:sdtContent>
            <w:tc>
              <w:tcPr>
                <w:tcW w:w="6803" w:type="dxa"/>
              </w:tcPr>
              <w:p w14:paraId="06A8C283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586D5232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5337A490" w14:textId="77777777" w:rsidR="009E1E94" w:rsidRPr="00ED6D30" w:rsidRDefault="009E1E94" w:rsidP="00267016">
            <w:proofErr w:type="gramStart"/>
            <w:r w:rsidRPr="00ED6D30">
              <w:rPr>
                <w:b/>
                <w:bCs/>
              </w:rPr>
              <w:t>Sub Specialty</w:t>
            </w:r>
            <w:proofErr w:type="gramEnd"/>
            <w:r w:rsidRPr="00ED6D30">
              <w:rPr>
                <w:b/>
                <w:bCs/>
              </w:rPr>
              <w:t xml:space="preserve"> (where applicable</w:t>
            </w:r>
            <w:r>
              <w:rPr>
                <w:b/>
                <w:bCs/>
              </w:rPr>
              <w:t>):</w:t>
            </w:r>
          </w:p>
        </w:tc>
        <w:sdt>
          <w:sdtPr>
            <w:id w:val="-615445608"/>
            <w:placeholder>
              <w:docPart w:val="A357084FD94C44889B161E7F71F88DC0"/>
            </w:placeholder>
            <w:showingPlcHdr/>
          </w:sdtPr>
          <w:sdtContent>
            <w:tc>
              <w:tcPr>
                <w:tcW w:w="6803" w:type="dxa"/>
              </w:tcPr>
              <w:p w14:paraId="18B0F9D6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21575FA8" w14:textId="77777777" w:rsidTr="000B046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74F71EA1" w14:textId="77777777" w:rsidR="009E1E94" w:rsidRPr="00ED6D30" w:rsidRDefault="009E1E94" w:rsidP="00267016">
            <w:r w:rsidRPr="00ED6D30">
              <w:rPr>
                <w:b/>
                <w:bCs/>
              </w:rPr>
              <w:t>Summary of clinical duties</w:t>
            </w:r>
            <w:r>
              <w:rPr>
                <w:b/>
                <w:bCs/>
              </w:rPr>
              <w:t>:</w:t>
            </w:r>
          </w:p>
        </w:tc>
        <w:sdt>
          <w:sdtPr>
            <w:id w:val="38483182"/>
            <w:placeholder>
              <w:docPart w:val="B6E545A0950640B088AC5FC0279DBC8C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75EF7DB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296606CD" w14:textId="77777777" w:rsidTr="000B046E">
        <w:trPr>
          <w:trHeight w:val="300"/>
        </w:trPr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D745E" w14:textId="586D99DC" w:rsidR="009E1E94" w:rsidRPr="00ED6D30" w:rsidRDefault="009E1E94" w:rsidP="002E140B"/>
        </w:tc>
      </w:tr>
      <w:tr w:rsidR="009E1E94" w:rsidRPr="00ED6D30" w14:paraId="255EB509" w14:textId="77777777" w:rsidTr="000B046E">
        <w:trPr>
          <w:trHeight w:val="300"/>
        </w:trPr>
        <w:tc>
          <w:tcPr>
            <w:tcW w:w="9350" w:type="dxa"/>
            <w:gridSpan w:val="2"/>
            <w:vAlign w:val="center"/>
          </w:tcPr>
          <w:p w14:paraId="40194AFD" w14:textId="4F232C3A" w:rsidR="009E1E94" w:rsidRPr="00ED6D30" w:rsidRDefault="009E1E94" w:rsidP="00267016">
            <w:r w:rsidRPr="00ED6D30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974050305"/>
                <w:placeholder>
                  <w:docPart w:val="851CE347CCD143B6822A2E4D8E815876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409461B7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3D53EE0A" w14:textId="77777777" w:rsidR="009E1E94" w:rsidRPr="00ED6D30" w:rsidRDefault="009E1E94" w:rsidP="00267016">
            <w:r w:rsidRPr="00ED6D30">
              <w:rPr>
                <w:b/>
                <w:bCs/>
              </w:rPr>
              <w:t>Start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71337140"/>
            <w:placeholder>
              <w:docPart w:val="5EC5B37EDB164E9AB1A81B7ABA7F8BF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57DFD251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6A065781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17757FBA" w14:textId="77777777" w:rsidR="009E1E94" w:rsidRPr="00ED6D30" w:rsidRDefault="009E1E94" w:rsidP="00267016">
            <w:r w:rsidRPr="00ED6D30">
              <w:rPr>
                <w:b/>
                <w:bCs/>
              </w:rPr>
              <w:t>End Date</w:t>
            </w:r>
            <w:r>
              <w:rPr>
                <w:b/>
                <w:bCs/>
              </w:rPr>
              <w:t>:</w:t>
            </w:r>
          </w:p>
        </w:tc>
        <w:sdt>
          <w:sdtPr>
            <w:id w:val="-337154106"/>
            <w:placeholder>
              <w:docPart w:val="B97E28C845B64489B3AED3D7B657B0C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1B1B8AC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62263468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1057D279" w14:textId="77777777" w:rsidR="009E1E94" w:rsidRPr="00ED6D30" w:rsidRDefault="009E1E94" w:rsidP="00267016">
            <w:r w:rsidRPr="00ED6D30">
              <w:rPr>
                <w:b/>
                <w:bCs/>
              </w:rPr>
              <w:t>Hospital</w:t>
            </w:r>
            <w:r>
              <w:rPr>
                <w:b/>
                <w:bCs/>
              </w:rPr>
              <w:t>:</w:t>
            </w:r>
          </w:p>
        </w:tc>
        <w:sdt>
          <w:sdtPr>
            <w:id w:val="1782294925"/>
            <w:placeholder>
              <w:docPart w:val="04FEB24C6E8D4030AC5174250B6313EF"/>
            </w:placeholder>
            <w:showingPlcHdr/>
          </w:sdtPr>
          <w:sdtContent>
            <w:tc>
              <w:tcPr>
                <w:tcW w:w="6803" w:type="dxa"/>
              </w:tcPr>
              <w:p w14:paraId="143220EF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59D674B3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6EB573D6" w14:textId="77777777" w:rsidR="009E1E94" w:rsidRPr="00ED6D30" w:rsidRDefault="009E1E94" w:rsidP="00267016">
            <w:r w:rsidRPr="00ED6D30">
              <w:rPr>
                <w:b/>
                <w:bCs/>
              </w:rPr>
              <w:t>Specialty</w:t>
            </w:r>
            <w:r>
              <w:rPr>
                <w:b/>
                <w:bCs/>
              </w:rPr>
              <w:t>:</w:t>
            </w:r>
          </w:p>
        </w:tc>
        <w:sdt>
          <w:sdtPr>
            <w:id w:val="-668798853"/>
            <w:placeholder>
              <w:docPart w:val="51B4E79C22754EE8B2E50324AD176D29"/>
            </w:placeholder>
            <w:showingPlcHdr/>
          </w:sdtPr>
          <w:sdtContent>
            <w:tc>
              <w:tcPr>
                <w:tcW w:w="6803" w:type="dxa"/>
              </w:tcPr>
              <w:p w14:paraId="4229D4D3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557984F9" w14:textId="77777777" w:rsidTr="000B046E">
        <w:trPr>
          <w:trHeight w:val="300"/>
        </w:trPr>
        <w:tc>
          <w:tcPr>
            <w:tcW w:w="2547" w:type="dxa"/>
            <w:vAlign w:val="center"/>
          </w:tcPr>
          <w:p w14:paraId="1347CCE6" w14:textId="77777777" w:rsidR="009E1E94" w:rsidRPr="00ED6D30" w:rsidRDefault="009E1E94" w:rsidP="00267016">
            <w:proofErr w:type="gramStart"/>
            <w:r w:rsidRPr="00ED6D30">
              <w:rPr>
                <w:b/>
                <w:bCs/>
              </w:rPr>
              <w:t>Sub Specialty</w:t>
            </w:r>
            <w:proofErr w:type="gramEnd"/>
            <w:r w:rsidRPr="00ED6D30">
              <w:rPr>
                <w:b/>
                <w:bCs/>
              </w:rPr>
              <w:t xml:space="preserve"> (where applicable</w:t>
            </w:r>
            <w:r>
              <w:rPr>
                <w:b/>
                <w:bCs/>
              </w:rPr>
              <w:t>):</w:t>
            </w:r>
          </w:p>
        </w:tc>
        <w:sdt>
          <w:sdtPr>
            <w:id w:val="223722794"/>
            <w:placeholder>
              <w:docPart w:val="1AFF5B0A343048A7832D045C4F23B522"/>
            </w:placeholder>
            <w:showingPlcHdr/>
          </w:sdtPr>
          <w:sdtContent>
            <w:tc>
              <w:tcPr>
                <w:tcW w:w="6803" w:type="dxa"/>
              </w:tcPr>
              <w:p w14:paraId="448C4D2D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4BF3807C" w14:textId="77777777" w:rsidTr="000B046E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14:paraId="31EF2531" w14:textId="77777777" w:rsidR="009E1E94" w:rsidRPr="00ED6D30" w:rsidRDefault="009E1E94" w:rsidP="00267016">
            <w:r w:rsidRPr="00ED6D30">
              <w:rPr>
                <w:b/>
                <w:bCs/>
              </w:rPr>
              <w:t>Summary of clinical duties</w:t>
            </w:r>
            <w:r>
              <w:rPr>
                <w:b/>
                <w:bCs/>
              </w:rPr>
              <w:t>:</w:t>
            </w:r>
          </w:p>
        </w:tc>
        <w:sdt>
          <w:sdtPr>
            <w:id w:val="1318840966"/>
            <w:placeholder>
              <w:docPart w:val="1D9DFE47B9AE476B886C618AB336E172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3E728F62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0B0A04B2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505BD" w14:textId="16546C80" w:rsidR="009E1E94" w:rsidRPr="00ED6D30" w:rsidRDefault="009E1E94" w:rsidP="002E140B"/>
        </w:tc>
      </w:tr>
    </w:tbl>
    <w:p w14:paraId="58008050" w14:textId="77777777" w:rsidR="00267016" w:rsidRDefault="00267016" w:rsidP="007B5042">
      <w:pPr>
        <w:pStyle w:val="Heading1"/>
      </w:pPr>
    </w:p>
    <w:p w14:paraId="1DC320B7" w14:textId="77777777" w:rsidR="00267016" w:rsidRDefault="00267016">
      <w:pPr>
        <w:rPr>
          <w:rFonts w:eastAsiaTheme="majorEastAsia" w:cs="Calibri"/>
          <w:b/>
          <w:bCs/>
          <w:color w:val="0024BB"/>
          <w:sz w:val="28"/>
          <w:szCs w:val="28"/>
        </w:rPr>
      </w:pPr>
      <w:r>
        <w:br w:type="page"/>
      </w:r>
    </w:p>
    <w:p w14:paraId="77947B8A" w14:textId="264770E7" w:rsidR="00214ECC" w:rsidRPr="00ED6D30" w:rsidRDefault="007C3707" w:rsidP="007B5042">
      <w:pPr>
        <w:pStyle w:val="Heading1"/>
      </w:pPr>
      <w:r w:rsidRPr="00ED6D30">
        <w:lastRenderedPageBreak/>
        <w:t>A</w:t>
      </w:r>
      <w:r w:rsidR="003729FB" w:rsidRPr="00ED6D30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ED6D30" w14:paraId="1AC9EFE7" w14:textId="77777777" w:rsidTr="0019370D">
        <w:tc>
          <w:tcPr>
            <w:tcW w:w="9350" w:type="dxa"/>
            <w:gridSpan w:val="2"/>
          </w:tcPr>
          <w:p w14:paraId="4B30661B" w14:textId="1E1370A5" w:rsidR="008525FA" w:rsidRPr="00ED6D30" w:rsidRDefault="008525FA" w:rsidP="002D7D98">
            <w:r w:rsidRPr="00ED6D30">
              <w:rPr>
                <w:b/>
                <w:bCs/>
              </w:rPr>
              <w:t>Project Title</w:t>
            </w:r>
            <w:r w:rsidR="00CD745A" w:rsidRPr="00ED6D30">
              <w:rPr>
                <w:b/>
                <w:bCs/>
              </w:rPr>
              <w:t>:</w:t>
            </w:r>
            <w:r w:rsidR="00A0792E" w:rsidRPr="00ED6D30">
              <w:rPr>
                <w:b/>
                <w:bCs/>
              </w:rPr>
              <w:t xml:space="preserve"> </w:t>
            </w:r>
            <w:r w:rsidR="00A0792E" w:rsidRPr="00ED6D30">
              <w:rPr>
                <w:b/>
                <w:bCs/>
              </w:rPr>
              <w:tab/>
            </w:r>
            <w:r w:rsidR="00A0792E" w:rsidRPr="00ED6D30">
              <w:rPr>
                <w:b/>
                <w:bCs/>
              </w:rPr>
              <w:tab/>
            </w:r>
            <w:r w:rsidR="00A0792E" w:rsidRPr="00ED6D30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54733342"/>
                <w:placeholder>
                  <w:docPart w:val="F94D5651CA074303ACDF7A7237B51ECF"/>
                </w:placeholder>
                <w:showingPlcHdr/>
              </w:sdtPr>
              <w:sdtContent>
                <w:r w:rsidR="006A48D7"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8525FA" w:rsidRPr="00ED6D30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ED6D30" w:rsidRDefault="00CD745A" w:rsidP="00CD745A">
            <w:r w:rsidRPr="00ED6D30">
              <w:rPr>
                <w:b/>
                <w:bCs/>
              </w:rPr>
              <w:t>Role:</w:t>
            </w:r>
          </w:p>
        </w:tc>
        <w:sdt>
          <w:sdtPr>
            <w:id w:val="-416403620"/>
            <w:placeholder>
              <w:docPart w:val="91C0FBF5D5ED48FDB5D325F68CCA65D3"/>
            </w:placeholder>
            <w:showingPlcHdr/>
          </w:sdtPr>
          <w:sdtContent>
            <w:tc>
              <w:tcPr>
                <w:tcW w:w="6520" w:type="dxa"/>
              </w:tcPr>
              <w:p w14:paraId="745FB9AC" w14:textId="0DAFA920" w:rsidR="008525FA" w:rsidRPr="00ED6D30" w:rsidRDefault="006A48D7" w:rsidP="002D7D98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525FA" w:rsidRPr="00ED6D30" w14:paraId="0F3FFF85" w14:textId="77777777" w:rsidTr="00267016">
        <w:tc>
          <w:tcPr>
            <w:tcW w:w="2830" w:type="dxa"/>
            <w:vAlign w:val="center"/>
          </w:tcPr>
          <w:p w14:paraId="4C91F2EC" w14:textId="6D80818A" w:rsidR="008525FA" w:rsidRPr="00ED6D30" w:rsidRDefault="00CD745A" w:rsidP="00CD745A">
            <w:r w:rsidRPr="00ED6D30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vAlign w:val="center"/>
          </w:tcPr>
          <w:p w14:paraId="16211C1B" w14:textId="4E0C7C79" w:rsidR="008525FA" w:rsidRPr="00ED6D30" w:rsidRDefault="00CD745A" w:rsidP="00267016">
            <w:r w:rsidRPr="00ED6D30">
              <w:t>Yes</w:t>
            </w:r>
            <w:r w:rsidR="006A48D7">
              <w:t xml:space="preserve"> </w:t>
            </w:r>
            <w:sdt>
              <w:sdtPr>
                <w:id w:val="1794792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48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67016">
              <w:tab/>
            </w:r>
            <w:r w:rsidRPr="00ED6D30">
              <w:t>No</w:t>
            </w:r>
            <w:r w:rsidR="006A48D7">
              <w:t xml:space="preserve"> </w:t>
            </w:r>
            <w:sdt>
              <w:sdtPr>
                <w:id w:val="1098905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48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48D7">
              <w:t xml:space="preserve"> </w:t>
            </w:r>
            <w:r w:rsidR="006A48D7">
              <w:tab/>
            </w:r>
            <w:r w:rsidRPr="00ED6D30">
              <w:t xml:space="preserve">Ongoing </w:t>
            </w:r>
            <w:sdt>
              <w:sdtPr>
                <w:id w:val="-167225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48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ED6D30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ED6D30" w:rsidRDefault="00CD745A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Start Date</w:t>
            </w:r>
          </w:p>
        </w:tc>
        <w:tc>
          <w:tcPr>
            <w:tcW w:w="6520" w:type="dxa"/>
          </w:tcPr>
          <w:sdt>
            <w:sdtPr>
              <w:id w:val="-508291416"/>
              <w:placeholder>
                <w:docPart w:val="2ECE9F81D5E44828B8ECA3BCE47BFCB9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25D02023" w14:textId="00AF4958" w:rsidR="00267016" w:rsidRPr="00ED6D30" w:rsidRDefault="006A48D7" w:rsidP="002D7D98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CD745A" w:rsidRPr="00ED6D30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ED6D30" w:rsidRDefault="00CD745A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End Date</w:t>
            </w:r>
          </w:p>
        </w:tc>
        <w:tc>
          <w:tcPr>
            <w:tcW w:w="6520" w:type="dxa"/>
          </w:tcPr>
          <w:sdt>
            <w:sdtPr>
              <w:id w:val="1735199840"/>
              <w:placeholder>
                <w:docPart w:val="835B517A069F48C89315AFD4831CAF9F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57FE0445" w14:textId="5F9D5869" w:rsidR="00267016" w:rsidRPr="00ED6D30" w:rsidRDefault="006A48D7" w:rsidP="002D7D98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8525FA" w:rsidRPr="00ED6D30" w14:paraId="65E572C5" w14:textId="77777777" w:rsidTr="00A0792E">
        <w:tc>
          <w:tcPr>
            <w:tcW w:w="2830" w:type="dxa"/>
            <w:vAlign w:val="center"/>
          </w:tcPr>
          <w:p w14:paraId="253A3E46" w14:textId="54E1A088" w:rsidR="008525FA" w:rsidRPr="006A48D7" w:rsidRDefault="00CD745A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change did you implement?</w:t>
            </w:r>
          </w:p>
        </w:tc>
        <w:tc>
          <w:tcPr>
            <w:tcW w:w="6520" w:type="dxa"/>
          </w:tcPr>
          <w:sdt>
            <w:sdtPr>
              <w:id w:val="-224525394"/>
              <w:placeholder>
                <w:docPart w:val="CD5302C58AFE4D52BB4AD9D1BBD098F9"/>
              </w:placeholder>
              <w:showingPlcHdr/>
            </w:sdtPr>
            <w:sdtContent>
              <w:p w14:paraId="4673DCAB" w14:textId="6ED8728C" w:rsidR="00267016" w:rsidRPr="00ED6D30" w:rsidRDefault="006A48D7" w:rsidP="002D7D98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  <w:tr w:rsidR="008525FA" w:rsidRPr="00ED6D30" w14:paraId="510BFC14" w14:textId="77777777" w:rsidTr="00A0792E">
        <w:tc>
          <w:tcPr>
            <w:tcW w:w="2830" w:type="dxa"/>
            <w:vAlign w:val="center"/>
          </w:tcPr>
          <w:p w14:paraId="2E70E9ED" w14:textId="32558AC4" w:rsidR="008525FA" w:rsidRPr="006A48D7" w:rsidRDefault="00CD745A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was the measurable impact?</w:t>
            </w:r>
          </w:p>
        </w:tc>
        <w:tc>
          <w:tcPr>
            <w:tcW w:w="6520" w:type="dxa"/>
          </w:tcPr>
          <w:sdt>
            <w:sdtPr>
              <w:id w:val="-1283802422"/>
              <w:placeholder>
                <w:docPart w:val="85A1B329DE924C8A8A1C360B37BEAD85"/>
              </w:placeholder>
              <w:showingPlcHdr/>
            </w:sdtPr>
            <w:sdtContent>
              <w:p w14:paraId="000B5807" w14:textId="1510F1C9" w:rsidR="00267016" w:rsidRDefault="006A48D7" w:rsidP="002D7D98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  <w:p w14:paraId="3CCAF454" w14:textId="633A3B91" w:rsidR="00267016" w:rsidRPr="00ED6D30" w:rsidRDefault="00267016" w:rsidP="002D7D98"/>
        </w:tc>
      </w:tr>
      <w:tr w:rsidR="008525FA" w:rsidRPr="00ED6D30" w14:paraId="39BC37AF" w14:textId="77777777" w:rsidTr="00A0792E">
        <w:tc>
          <w:tcPr>
            <w:tcW w:w="2830" w:type="dxa"/>
            <w:vAlign w:val="center"/>
          </w:tcPr>
          <w:p w14:paraId="53D262A2" w14:textId="2972AC2D" w:rsidR="008525FA" w:rsidRPr="00ED6D30" w:rsidRDefault="00CD745A" w:rsidP="00CD745A">
            <w:r w:rsidRPr="00ED6D30">
              <w:rPr>
                <w:b/>
                <w:bCs/>
              </w:rPr>
              <w:t>Overall Ou</w:t>
            </w:r>
            <w:r w:rsidR="006A48D7">
              <w:rPr>
                <w:b/>
                <w:bCs/>
              </w:rPr>
              <w:t>t</w:t>
            </w:r>
            <w:r w:rsidRPr="00ED6D30">
              <w:rPr>
                <w:b/>
                <w:bCs/>
              </w:rPr>
              <w:t>come</w:t>
            </w:r>
          </w:p>
        </w:tc>
        <w:sdt>
          <w:sdtPr>
            <w:id w:val="-1251113552"/>
            <w:placeholder>
              <w:docPart w:val="7D1EB29917A14E739C2DE8E502469AFD"/>
            </w:placeholder>
            <w:showingPlcHdr/>
          </w:sdtPr>
          <w:sdtContent>
            <w:tc>
              <w:tcPr>
                <w:tcW w:w="6520" w:type="dxa"/>
              </w:tcPr>
              <w:p w14:paraId="491EB2BF" w14:textId="0DE0A77B" w:rsidR="00267016" w:rsidRPr="00ED6D30" w:rsidRDefault="006A48D7" w:rsidP="002D7D98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ED6D30" w14:paraId="07F36634" w14:textId="77777777" w:rsidTr="00267016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ED6D30" w:rsidRDefault="00CD745A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4093FA3A" w14:textId="36EDA704" w:rsidR="00CD745A" w:rsidRPr="00ED6D30" w:rsidRDefault="00CD745A" w:rsidP="00267016">
            <w:r w:rsidRPr="00ED6D30">
              <w:t>Yes</w:t>
            </w:r>
            <w:r w:rsidR="006A48D7">
              <w:t xml:space="preserve"> </w:t>
            </w:r>
            <w:sdt>
              <w:sdtPr>
                <w:id w:val="69327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48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48D7">
              <w:t xml:space="preserve"> </w:t>
            </w:r>
            <w:r w:rsidR="006A48D7">
              <w:tab/>
            </w:r>
            <w:r w:rsidRPr="00ED6D30">
              <w:t>No</w:t>
            </w:r>
            <w:r w:rsidR="00DC3959">
              <w:t xml:space="preserve"> </w:t>
            </w:r>
            <w:sdt>
              <w:sdtPr>
                <w:id w:val="171152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67016" w:rsidRPr="00ED6D30" w14:paraId="644DEAC4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9ACA42" w14:textId="3B879C52" w:rsidR="00267016" w:rsidRPr="00ED6D30" w:rsidRDefault="00267016" w:rsidP="002D7D98"/>
        </w:tc>
      </w:tr>
      <w:tr w:rsidR="00DC3959" w:rsidRPr="00ED6D30" w14:paraId="55EE5F9B" w14:textId="77777777" w:rsidTr="0019370D">
        <w:tc>
          <w:tcPr>
            <w:tcW w:w="9350" w:type="dxa"/>
            <w:gridSpan w:val="2"/>
          </w:tcPr>
          <w:p w14:paraId="43816437" w14:textId="3413BF7C" w:rsidR="00DC3959" w:rsidRPr="00ED6D30" w:rsidRDefault="00DC3959" w:rsidP="002D7D98">
            <w:r w:rsidRPr="00ED6D30">
              <w:rPr>
                <w:b/>
                <w:bCs/>
              </w:rPr>
              <w:t xml:space="preserve">Project Title: </w:t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881233570"/>
                <w:placeholder>
                  <w:docPart w:val="FAFBAC4175BF4AD5BB651AC91A009859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DC3959" w:rsidRPr="00ED6D30" w14:paraId="649055A6" w14:textId="77777777" w:rsidTr="00A0792E">
        <w:tc>
          <w:tcPr>
            <w:tcW w:w="2830" w:type="dxa"/>
            <w:vAlign w:val="center"/>
          </w:tcPr>
          <w:p w14:paraId="34D69E0B" w14:textId="77777777" w:rsidR="00DC3959" w:rsidRPr="00ED6D30" w:rsidRDefault="00DC3959" w:rsidP="00CD745A">
            <w:r w:rsidRPr="00ED6D30">
              <w:rPr>
                <w:b/>
                <w:bCs/>
              </w:rPr>
              <w:t>Role:</w:t>
            </w:r>
          </w:p>
        </w:tc>
        <w:sdt>
          <w:sdtPr>
            <w:id w:val="479810579"/>
            <w:placeholder>
              <w:docPart w:val="C22FB689B490408683F4C64455393249"/>
            </w:placeholder>
            <w:showingPlcHdr/>
          </w:sdtPr>
          <w:sdtContent>
            <w:tc>
              <w:tcPr>
                <w:tcW w:w="6520" w:type="dxa"/>
              </w:tcPr>
              <w:p w14:paraId="2879D295" w14:textId="77777777" w:rsidR="00DC3959" w:rsidRPr="00ED6D30" w:rsidRDefault="00DC3959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4599D694" w14:textId="77777777" w:rsidTr="00267016">
        <w:tc>
          <w:tcPr>
            <w:tcW w:w="2830" w:type="dxa"/>
            <w:vAlign w:val="center"/>
          </w:tcPr>
          <w:p w14:paraId="1032B200" w14:textId="77777777" w:rsidR="00DC3959" w:rsidRPr="00ED6D30" w:rsidRDefault="00DC3959" w:rsidP="00CD745A">
            <w:r w:rsidRPr="00ED6D30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vAlign w:val="center"/>
          </w:tcPr>
          <w:p w14:paraId="03E364AC" w14:textId="77777777" w:rsidR="00DC3959" w:rsidRPr="00ED6D30" w:rsidRDefault="00DC3959" w:rsidP="00267016">
            <w:r w:rsidRPr="00ED6D30">
              <w:t>Yes</w:t>
            </w:r>
            <w:r>
              <w:t xml:space="preserve"> </w:t>
            </w:r>
            <w:sdt>
              <w:sdtPr>
                <w:id w:val="-116131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-195006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 xml:space="preserve">Ongoing </w:t>
            </w:r>
            <w:sdt>
              <w:sdtPr>
                <w:id w:val="526143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C3959" w:rsidRPr="00ED6D30" w14:paraId="202078BA" w14:textId="77777777" w:rsidTr="00A0792E">
        <w:tc>
          <w:tcPr>
            <w:tcW w:w="2830" w:type="dxa"/>
            <w:vAlign w:val="center"/>
          </w:tcPr>
          <w:p w14:paraId="39C9B92B" w14:textId="77777777" w:rsidR="00DC3959" w:rsidRPr="00ED6D30" w:rsidRDefault="00DC3959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Start Date</w:t>
            </w:r>
          </w:p>
        </w:tc>
        <w:tc>
          <w:tcPr>
            <w:tcW w:w="6520" w:type="dxa"/>
          </w:tcPr>
          <w:sdt>
            <w:sdtPr>
              <w:id w:val="-1694378022"/>
              <w:placeholder>
                <w:docPart w:val="C89F787411D04D438C8FBC6DAA34CF2B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0AD17274" w14:textId="77777777" w:rsidR="00DC3959" w:rsidRPr="00ED6D30" w:rsidRDefault="00DC3959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DC3959" w:rsidRPr="00ED6D30" w14:paraId="42505708" w14:textId="77777777" w:rsidTr="00A0792E">
        <w:tc>
          <w:tcPr>
            <w:tcW w:w="2830" w:type="dxa"/>
            <w:vAlign w:val="center"/>
          </w:tcPr>
          <w:p w14:paraId="18C42DF9" w14:textId="77777777" w:rsidR="00DC3959" w:rsidRPr="00ED6D30" w:rsidRDefault="00DC3959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End Date</w:t>
            </w:r>
          </w:p>
        </w:tc>
        <w:tc>
          <w:tcPr>
            <w:tcW w:w="6520" w:type="dxa"/>
          </w:tcPr>
          <w:sdt>
            <w:sdtPr>
              <w:id w:val="865339336"/>
              <w:placeholder>
                <w:docPart w:val="79E71501465B4B859AC905D1ADF83262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392457FD" w14:textId="77777777" w:rsidR="00DC3959" w:rsidRPr="00ED6D30" w:rsidRDefault="00DC3959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DC3959" w:rsidRPr="00ED6D30" w14:paraId="3050D077" w14:textId="77777777" w:rsidTr="00A0792E">
        <w:tc>
          <w:tcPr>
            <w:tcW w:w="2830" w:type="dxa"/>
            <w:vAlign w:val="center"/>
          </w:tcPr>
          <w:p w14:paraId="1F27AABF" w14:textId="77777777" w:rsidR="00DC3959" w:rsidRPr="006A48D7" w:rsidRDefault="00DC3959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change did you implement?</w:t>
            </w:r>
          </w:p>
        </w:tc>
        <w:tc>
          <w:tcPr>
            <w:tcW w:w="6520" w:type="dxa"/>
          </w:tcPr>
          <w:sdt>
            <w:sdtPr>
              <w:id w:val="-928107536"/>
              <w:placeholder>
                <w:docPart w:val="1E120DE32EB648E286B70AC411800446"/>
              </w:placeholder>
              <w:showingPlcHdr/>
            </w:sdtPr>
            <w:sdtContent>
              <w:p w14:paraId="4FCE16E3" w14:textId="77777777" w:rsidR="00DC3959" w:rsidRPr="00ED6D30" w:rsidRDefault="00DC3959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  <w:tr w:rsidR="00DC3959" w:rsidRPr="00ED6D30" w14:paraId="0476A015" w14:textId="77777777" w:rsidTr="00A0792E">
        <w:tc>
          <w:tcPr>
            <w:tcW w:w="2830" w:type="dxa"/>
            <w:vAlign w:val="center"/>
          </w:tcPr>
          <w:p w14:paraId="275A4271" w14:textId="77777777" w:rsidR="00DC3959" w:rsidRPr="006A48D7" w:rsidRDefault="00DC3959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was the measurable impact?</w:t>
            </w:r>
          </w:p>
        </w:tc>
        <w:tc>
          <w:tcPr>
            <w:tcW w:w="6520" w:type="dxa"/>
          </w:tcPr>
          <w:sdt>
            <w:sdtPr>
              <w:id w:val="-513382626"/>
              <w:placeholder>
                <w:docPart w:val="F418FA79B9FD4EC2974BC7F9EC99B0D2"/>
              </w:placeholder>
              <w:showingPlcHdr/>
            </w:sdtPr>
            <w:sdtContent>
              <w:p w14:paraId="4CB3C164" w14:textId="77777777" w:rsidR="00DC3959" w:rsidRDefault="00DC3959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  <w:p w14:paraId="270EF917" w14:textId="77777777" w:rsidR="00DC3959" w:rsidRPr="00ED6D30" w:rsidRDefault="00DC3959" w:rsidP="002D7D98"/>
        </w:tc>
      </w:tr>
      <w:tr w:rsidR="00DC3959" w:rsidRPr="00ED6D30" w14:paraId="15E197F5" w14:textId="77777777" w:rsidTr="00A0792E">
        <w:tc>
          <w:tcPr>
            <w:tcW w:w="2830" w:type="dxa"/>
            <w:vAlign w:val="center"/>
          </w:tcPr>
          <w:p w14:paraId="55E7E5FF" w14:textId="77777777" w:rsidR="00DC3959" w:rsidRPr="00ED6D30" w:rsidRDefault="00DC3959" w:rsidP="00CD745A">
            <w:r w:rsidRPr="00ED6D30">
              <w:rPr>
                <w:b/>
                <w:bCs/>
              </w:rPr>
              <w:t>Overall Ou</w:t>
            </w:r>
            <w:r>
              <w:rPr>
                <w:b/>
                <w:bCs/>
              </w:rPr>
              <w:t>t</w:t>
            </w:r>
            <w:r w:rsidRPr="00ED6D30">
              <w:rPr>
                <w:b/>
                <w:bCs/>
              </w:rPr>
              <w:t>come</w:t>
            </w:r>
          </w:p>
        </w:tc>
        <w:sdt>
          <w:sdtPr>
            <w:id w:val="1340654442"/>
            <w:placeholder>
              <w:docPart w:val="1FD7089EBCDB476C803220E420E2B51C"/>
            </w:placeholder>
            <w:showingPlcHdr/>
          </w:sdtPr>
          <w:sdtContent>
            <w:tc>
              <w:tcPr>
                <w:tcW w:w="6520" w:type="dxa"/>
              </w:tcPr>
              <w:p w14:paraId="3C6F5376" w14:textId="77777777" w:rsidR="00DC3959" w:rsidRPr="00ED6D30" w:rsidRDefault="00DC3959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4D8AC1DC" w14:textId="77777777" w:rsidTr="00267016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A8F4D6D" w14:textId="77777777" w:rsidR="00DC3959" w:rsidRPr="00ED6D30" w:rsidRDefault="00DC3959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369A03A6" w14:textId="77777777" w:rsidR="00DC3959" w:rsidRPr="00ED6D30" w:rsidRDefault="00DC3959" w:rsidP="00267016">
            <w:r w:rsidRPr="00ED6D30">
              <w:t>Yes</w:t>
            </w:r>
            <w:r>
              <w:t xml:space="preserve"> </w:t>
            </w:r>
            <w:sdt>
              <w:sdtPr>
                <w:id w:val="77260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-74040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C3959" w:rsidRPr="00ED6D30" w14:paraId="17B9B23B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3BE47F" w14:textId="32D51858" w:rsidR="00DC3959" w:rsidRPr="00ED6D30" w:rsidRDefault="00DC3959" w:rsidP="002D7D98"/>
        </w:tc>
      </w:tr>
      <w:tr w:rsidR="009E1E94" w:rsidRPr="00ED6D30" w14:paraId="60E33845" w14:textId="77777777" w:rsidTr="0019370D">
        <w:tc>
          <w:tcPr>
            <w:tcW w:w="9350" w:type="dxa"/>
            <w:gridSpan w:val="2"/>
          </w:tcPr>
          <w:p w14:paraId="0DCF32F9" w14:textId="281392A3" w:rsidR="009E1E94" w:rsidRPr="00ED6D30" w:rsidRDefault="009E1E94" w:rsidP="002D7D98">
            <w:r w:rsidRPr="00ED6D30">
              <w:rPr>
                <w:b/>
                <w:bCs/>
              </w:rPr>
              <w:t xml:space="preserve">Project Title: </w:t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042939278"/>
                <w:placeholder>
                  <w:docPart w:val="01158D3699294359878950B2D8FDD0A5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0DA01541" w14:textId="77777777" w:rsidTr="00A0792E">
        <w:tc>
          <w:tcPr>
            <w:tcW w:w="2830" w:type="dxa"/>
            <w:vAlign w:val="center"/>
          </w:tcPr>
          <w:p w14:paraId="07F2A9A7" w14:textId="77777777" w:rsidR="009E1E94" w:rsidRPr="00ED6D30" w:rsidRDefault="009E1E94" w:rsidP="00CD745A">
            <w:r w:rsidRPr="00ED6D30">
              <w:rPr>
                <w:b/>
                <w:bCs/>
              </w:rPr>
              <w:t>Role:</w:t>
            </w:r>
          </w:p>
        </w:tc>
        <w:sdt>
          <w:sdtPr>
            <w:id w:val="-1401203725"/>
            <w:placeholder>
              <w:docPart w:val="3AE935C9D07B4787A1D9A0C0F91EE9F8"/>
            </w:placeholder>
            <w:showingPlcHdr/>
          </w:sdtPr>
          <w:sdtContent>
            <w:tc>
              <w:tcPr>
                <w:tcW w:w="6520" w:type="dxa"/>
              </w:tcPr>
              <w:p w14:paraId="03632571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61AF49E6" w14:textId="77777777" w:rsidTr="00267016">
        <w:tc>
          <w:tcPr>
            <w:tcW w:w="2830" w:type="dxa"/>
            <w:vAlign w:val="center"/>
          </w:tcPr>
          <w:p w14:paraId="515C10BD" w14:textId="77777777" w:rsidR="009E1E94" w:rsidRPr="00ED6D30" w:rsidRDefault="009E1E94" w:rsidP="00CD745A">
            <w:r w:rsidRPr="00ED6D30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vAlign w:val="center"/>
          </w:tcPr>
          <w:p w14:paraId="53FB105B" w14:textId="77777777" w:rsidR="009E1E94" w:rsidRPr="00ED6D30" w:rsidRDefault="009E1E94" w:rsidP="00267016">
            <w:r w:rsidRPr="00ED6D30">
              <w:t>Yes</w:t>
            </w:r>
            <w:r>
              <w:t xml:space="preserve"> </w:t>
            </w:r>
            <w:sdt>
              <w:sdtPr>
                <w:id w:val="-42442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-131217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 xml:space="preserve">Ongoing </w:t>
            </w:r>
            <w:sdt>
              <w:sdtPr>
                <w:id w:val="8079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5852E3FB" w14:textId="77777777" w:rsidTr="00A0792E">
        <w:tc>
          <w:tcPr>
            <w:tcW w:w="2830" w:type="dxa"/>
            <w:vAlign w:val="center"/>
          </w:tcPr>
          <w:p w14:paraId="1CB2EA67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Start Date</w:t>
            </w:r>
          </w:p>
        </w:tc>
        <w:tc>
          <w:tcPr>
            <w:tcW w:w="6520" w:type="dxa"/>
          </w:tcPr>
          <w:sdt>
            <w:sdtPr>
              <w:id w:val="940336368"/>
              <w:placeholder>
                <w:docPart w:val="583F8002372144E79A6524B9613217E3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16D72FD6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9E1E94" w:rsidRPr="00ED6D30" w14:paraId="24AC64AE" w14:textId="77777777" w:rsidTr="00A0792E">
        <w:tc>
          <w:tcPr>
            <w:tcW w:w="2830" w:type="dxa"/>
            <w:vAlign w:val="center"/>
          </w:tcPr>
          <w:p w14:paraId="7F00F9B5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End Date</w:t>
            </w:r>
          </w:p>
        </w:tc>
        <w:tc>
          <w:tcPr>
            <w:tcW w:w="6520" w:type="dxa"/>
          </w:tcPr>
          <w:sdt>
            <w:sdtPr>
              <w:id w:val="-1533796624"/>
              <w:placeholder>
                <w:docPart w:val="E4E71F4A067642888688B76EFAD0338A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637899AD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9E1E94" w:rsidRPr="00ED6D30" w14:paraId="13021E5F" w14:textId="77777777" w:rsidTr="00A0792E">
        <w:tc>
          <w:tcPr>
            <w:tcW w:w="2830" w:type="dxa"/>
            <w:vAlign w:val="center"/>
          </w:tcPr>
          <w:p w14:paraId="049F3118" w14:textId="77777777" w:rsidR="009E1E94" w:rsidRPr="006A48D7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change did you implement?</w:t>
            </w:r>
          </w:p>
        </w:tc>
        <w:tc>
          <w:tcPr>
            <w:tcW w:w="6520" w:type="dxa"/>
          </w:tcPr>
          <w:sdt>
            <w:sdtPr>
              <w:id w:val="694433567"/>
              <w:placeholder>
                <w:docPart w:val="DD9A066642CA485D9AF850E432B7542F"/>
              </w:placeholder>
              <w:showingPlcHdr/>
            </w:sdtPr>
            <w:sdtContent>
              <w:p w14:paraId="6A2B1CF0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  <w:tr w:rsidR="009E1E94" w:rsidRPr="00ED6D30" w14:paraId="43B8119E" w14:textId="77777777" w:rsidTr="00A0792E">
        <w:tc>
          <w:tcPr>
            <w:tcW w:w="2830" w:type="dxa"/>
            <w:vAlign w:val="center"/>
          </w:tcPr>
          <w:p w14:paraId="5353EDAA" w14:textId="77777777" w:rsidR="009E1E94" w:rsidRPr="006A48D7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was the measurable impact?</w:t>
            </w:r>
          </w:p>
        </w:tc>
        <w:tc>
          <w:tcPr>
            <w:tcW w:w="6520" w:type="dxa"/>
          </w:tcPr>
          <w:sdt>
            <w:sdtPr>
              <w:id w:val="-461498960"/>
              <w:placeholder>
                <w:docPart w:val="47242F7CD3BB486191F6394E1B38ED22"/>
              </w:placeholder>
              <w:showingPlcHdr/>
            </w:sdtPr>
            <w:sdtContent>
              <w:p w14:paraId="55D173B7" w14:textId="77777777" w:rsidR="009E1E94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  <w:p w14:paraId="5F510EF7" w14:textId="77777777" w:rsidR="009E1E94" w:rsidRPr="00ED6D30" w:rsidRDefault="009E1E94" w:rsidP="002D7D98"/>
        </w:tc>
      </w:tr>
      <w:tr w:rsidR="009E1E94" w:rsidRPr="00ED6D30" w14:paraId="22EEAEC3" w14:textId="77777777" w:rsidTr="00A0792E">
        <w:tc>
          <w:tcPr>
            <w:tcW w:w="2830" w:type="dxa"/>
            <w:vAlign w:val="center"/>
          </w:tcPr>
          <w:p w14:paraId="0788A5DB" w14:textId="77777777" w:rsidR="009E1E94" w:rsidRPr="00ED6D30" w:rsidRDefault="009E1E94" w:rsidP="00CD745A">
            <w:r w:rsidRPr="00ED6D30">
              <w:rPr>
                <w:b/>
                <w:bCs/>
              </w:rPr>
              <w:t>Overall Ou</w:t>
            </w:r>
            <w:r>
              <w:rPr>
                <w:b/>
                <w:bCs/>
              </w:rPr>
              <w:t>t</w:t>
            </w:r>
            <w:r w:rsidRPr="00ED6D30">
              <w:rPr>
                <w:b/>
                <w:bCs/>
              </w:rPr>
              <w:t>come</w:t>
            </w:r>
          </w:p>
        </w:tc>
        <w:sdt>
          <w:sdtPr>
            <w:id w:val="1032466173"/>
            <w:placeholder>
              <w:docPart w:val="CA8DBDAF1B77410BA327AD6F391BF5F3"/>
            </w:placeholder>
            <w:showingPlcHdr/>
          </w:sdtPr>
          <w:sdtContent>
            <w:tc>
              <w:tcPr>
                <w:tcW w:w="6520" w:type="dxa"/>
              </w:tcPr>
              <w:p w14:paraId="204F72AA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6D0B6F70" w14:textId="77777777" w:rsidTr="00267016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9B341DC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2CF278A7" w14:textId="77777777" w:rsidR="009E1E94" w:rsidRPr="00ED6D30" w:rsidRDefault="009E1E94" w:rsidP="00267016">
            <w:r w:rsidRPr="00ED6D30">
              <w:t>Yes</w:t>
            </w:r>
            <w:r>
              <w:t xml:space="preserve"> </w:t>
            </w:r>
            <w:sdt>
              <w:sdtPr>
                <w:id w:val="-285586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-112146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3F841840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BF148B" w14:textId="4A5132B8" w:rsidR="009E1E94" w:rsidRPr="00ED6D30" w:rsidRDefault="009E1E94" w:rsidP="002D7D98"/>
        </w:tc>
      </w:tr>
      <w:tr w:rsidR="009E1E94" w:rsidRPr="00ED6D30" w14:paraId="71210FD9" w14:textId="77777777" w:rsidTr="0019370D">
        <w:tc>
          <w:tcPr>
            <w:tcW w:w="9350" w:type="dxa"/>
            <w:gridSpan w:val="2"/>
          </w:tcPr>
          <w:p w14:paraId="6EA5FE7E" w14:textId="70210CA0" w:rsidR="009E1E94" w:rsidRPr="00ED6D30" w:rsidRDefault="009E1E94" w:rsidP="002D7D98">
            <w:r w:rsidRPr="00ED6D30">
              <w:rPr>
                <w:b/>
                <w:bCs/>
              </w:rPr>
              <w:t xml:space="preserve">Project Title: </w:t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656065292"/>
                <w:placeholder>
                  <w:docPart w:val="B6BE23B9374144DDAAC9C7E09A275715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6668BBF4" w14:textId="77777777" w:rsidTr="00A0792E">
        <w:tc>
          <w:tcPr>
            <w:tcW w:w="2830" w:type="dxa"/>
            <w:vAlign w:val="center"/>
          </w:tcPr>
          <w:p w14:paraId="1C69DD36" w14:textId="77777777" w:rsidR="009E1E94" w:rsidRPr="00ED6D30" w:rsidRDefault="009E1E94" w:rsidP="00CD745A">
            <w:r w:rsidRPr="00ED6D30">
              <w:rPr>
                <w:b/>
                <w:bCs/>
              </w:rPr>
              <w:t>Role:</w:t>
            </w:r>
          </w:p>
        </w:tc>
        <w:sdt>
          <w:sdtPr>
            <w:id w:val="1375578554"/>
            <w:placeholder>
              <w:docPart w:val="D1693770258447F2ADAEB721D647EAC0"/>
            </w:placeholder>
            <w:showingPlcHdr/>
          </w:sdtPr>
          <w:sdtContent>
            <w:tc>
              <w:tcPr>
                <w:tcW w:w="6520" w:type="dxa"/>
              </w:tcPr>
              <w:p w14:paraId="24583151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245A7834" w14:textId="77777777" w:rsidTr="00267016">
        <w:tc>
          <w:tcPr>
            <w:tcW w:w="2830" w:type="dxa"/>
            <w:vAlign w:val="center"/>
          </w:tcPr>
          <w:p w14:paraId="5AFF5D13" w14:textId="77777777" w:rsidR="009E1E94" w:rsidRPr="00ED6D30" w:rsidRDefault="009E1E94" w:rsidP="00CD745A">
            <w:r w:rsidRPr="00ED6D30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vAlign w:val="center"/>
          </w:tcPr>
          <w:p w14:paraId="11A28F27" w14:textId="77777777" w:rsidR="009E1E94" w:rsidRPr="00ED6D30" w:rsidRDefault="009E1E94" w:rsidP="00267016">
            <w:r w:rsidRPr="00ED6D30">
              <w:t>Yes</w:t>
            </w:r>
            <w:r>
              <w:t xml:space="preserve"> </w:t>
            </w:r>
            <w:sdt>
              <w:sdtPr>
                <w:id w:val="-1440374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190402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 xml:space="preserve">Ongoing </w:t>
            </w:r>
            <w:sdt>
              <w:sdtPr>
                <w:id w:val="-171533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413EAB63" w14:textId="77777777" w:rsidTr="00A0792E">
        <w:tc>
          <w:tcPr>
            <w:tcW w:w="2830" w:type="dxa"/>
            <w:vAlign w:val="center"/>
          </w:tcPr>
          <w:p w14:paraId="3DC21CBC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Start Date</w:t>
            </w:r>
          </w:p>
        </w:tc>
        <w:tc>
          <w:tcPr>
            <w:tcW w:w="6520" w:type="dxa"/>
          </w:tcPr>
          <w:sdt>
            <w:sdtPr>
              <w:id w:val="1904176863"/>
              <w:placeholder>
                <w:docPart w:val="F209A59679E347EEA587EE764A211E91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5AD53AD4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9E1E94" w:rsidRPr="00ED6D30" w14:paraId="2E4FE914" w14:textId="77777777" w:rsidTr="00A0792E">
        <w:tc>
          <w:tcPr>
            <w:tcW w:w="2830" w:type="dxa"/>
            <w:vAlign w:val="center"/>
          </w:tcPr>
          <w:p w14:paraId="1C41BCAC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End Date</w:t>
            </w:r>
          </w:p>
        </w:tc>
        <w:tc>
          <w:tcPr>
            <w:tcW w:w="6520" w:type="dxa"/>
          </w:tcPr>
          <w:sdt>
            <w:sdtPr>
              <w:id w:val="-1053536266"/>
              <w:placeholder>
                <w:docPart w:val="5597DFA8C10F42C6B5A7C91DDA887115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20EFE5CF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9E1E94" w:rsidRPr="00ED6D30" w14:paraId="4780725B" w14:textId="77777777" w:rsidTr="00A0792E">
        <w:tc>
          <w:tcPr>
            <w:tcW w:w="2830" w:type="dxa"/>
            <w:vAlign w:val="center"/>
          </w:tcPr>
          <w:p w14:paraId="4AAD648E" w14:textId="77777777" w:rsidR="009E1E94" w:rsidRPr="006A48D7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change did you implement?</w:t>
            </w:r>
          </w:p>
        </w:tc>
        <w:tc>
          <w:tcPr>
            <w:tcW w:w="6520" w:type="dxa"/>
          </w:tcPr>
          <w:sdt>
            <w:sdtPr>
              <w:id w:val="-239328495"/>
              <w:placeholder>
                <w:docPart w:val="83823E2E60444641BFC8AD122EABB10A"/>
              </w:placeholder>
              <w:showingPlcHdr/>
            </w:sdtPr>
            <w:sdtContent>
              <w:p w14:paraId="78F76F94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  <w:tr w:rsidR="009E1E94" w:rsidRPr="00ED6D30" w14:paraId="029D5437" w14:textId="77777777" w:rsidTr="00A0792E">
        <w:tc>
          <w:tcPr>
            <w:tcW w:w="2830" w:type="dxa"/>
            <w:vAlign w:val="center"/>
          </w:tcPr>
          <w:p w14:paraId="25AFF4FC" w14:textId="77777777" w:rsidR="009E1E94" w:rsidRPr="006A48D7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was the measurable impact?</w:t>
            </w:r>
          </w:p>
        </w:tc>
        <w:tc>
          <w:tcPr>
            <w:tcW w:w="6520" w:type="dxa"/>
          </w:tcPr>
          <w:sdt>
            <w:sdtPr>
              <w:id w:val="-1599396662"/>
              <w:placeholder>
                <w:docPart w:val="613F645604F14D09AC98E33DACEF6233"/>
              </w:placeholder>
              <w:showingPlcHdr/>
            </w:sdtPr>
            <w:sdtContent>
              <w:p w14:paraId="6A563EE9" w14:textId="77777777" w:rsidR="009E1E94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  <w:p w14:paraId="09B868E8" w14:textId="77777777" w:rsidR="009E1E94" w:rsidRPr="00ED6D30" w:rsidRDefault="009E1E94" w:rsidP="002D7D98"/>
        </w:tc>
      </w:tr>
      <w:tr w:rsidR="009E1E94" w:rsidRPr="00ED6D30" w14:paraId="6656A8BF" w14:textId="77777777" w:rsidTr="00A0792E">
        <w:tc>
          <w:tcPr>
            <w:tcW w:w="2830" w:type="dxa"/>
            <w:vAlign w:val="center"/>
          </w:tcPr>
          <w:p w14:paraId="68B483D7" w14:textId="77777777" w:rsidR="009E1E94" w:rsidRPr="00ED6D30" w:rsidRDefault="009E1E94" w:rsidP="00CD745A">
            <w:r w:rsidRPr="00ED6D30">
              <w:rPr>
                <w:b/>
                <w:bCs/>
              </w:rPr>
              <w:t>Overall Ou</w:t>
            </w:r>
            <w:r>
              <w:rPr>
                <w:b/>
                <w:bCs/>
              </w:rPr>
              <w:t>t</w:t>
            </w:r>
            <w:r w:rsidRPr="00ED6D30">
              <w:rPr>
                <w:b/>
                <w:bCs/>
              </w:rPr>
              <w:t>come</w:t>
            </w:r>
          </w:p>
        </w:tc>
        <w:sdt>
          <w:sdtPr>
            <w:id w:val="-1441143614"/>
            <w:placeholder>
              <w:docPart w:val="95FEC5ECEF3D4A42AB842883B7423D75"/>
            </w:placeholder>
            <w:showingPlcHdr/>
          </w:sdtPr>
          <w:sdtContent>
            <w:tc>
              <w:tcPr>
                <w:tcW w:w="6520" w:type="dxa"/>
              </w:tcPr>
              <w:p w14:paraId="7032C258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1E6AFA9C" w14:textId="77777777" w:rsidTr="00267016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5948E1E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4F1CC97F" w14:textId="77777777" w:rsidR="009E1E94" w:rsidRPr="00ED6D30" w:rsidRDefault="009E1E94" w:rsidP="00267016">
            <w:r w:rsidRPr="00ED6D30">
              <w:t>Yes</w:t>
            </w:r>
            <w:r>
              <w:t xml:space="preserve"> </w:t>
            </w:r>
            <w:sdt>
              <w:sdtPr>
                <w:id w:val="110322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33366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36E0D884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1CF49D" w14:textId="7C7358C2" w:rsidR="009E1E94" w:rsidRPr="00ED6D30" w:rsidRDefault="009E1E94" w:rsidP="002D7D98"/>
        </w:tc>
      </w:tr>
      <w:tr w:rsidR="009E1E94" w:rsidRPr="00ED6D30" w14:paraId="4D7650C8" w14:textId="77777777" w:rsidTr="0019370D">
        <w:tc>
          <w:tcPr>
            <w:tcW w:w="9350" w:type="dxa"/>
            <w:gridSpan w:val="2"/>
          </w:tcPr>
          <w:p w14:paraId="5443F0B6" w14:textId="6EA954F1" w:rsidR="009E1E94" w:rsidRPr="00ED6D30" w:rsidRDefault="009E1E94" w:rsidP="002D7D98">
            <w:r w:rsidRPr="00ED6D30">
              <w:rPr>
                <w:b/>
                <w:bCs/>
              </w:rPr>
              <w:t xml:space="preserve">Project Title: </w:t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r w:rsidRPr="00ED6D30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69258496"/>
                <w:placeholder>
                  <w:docPart w:val="CF5AD8EB5DE043519B9C0122BA49E1B6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4F2AA59D" w14:textId="77777777" w:rsidTr="00A0792E">
        <w:tc>
          <w:tcPr>
            <w:tcW w:w="2830" w:type="dxa"/>
            <w:vAlign w:val="center"/>
          </w:tcPr>
          <w:p w14:paraId="4F05DA41" w14:textId="77777777" w:rsidR="009E1E94" w:rsidRPr="00ED6D30" w:rsidRDefault="009E1E94" w:rsidP="00CD745A">
            <w:r w:rsidRPr="00ED6D30">
              <w:rPr>
                <w:b/>
                <w:bCs/>
              </w:rPr>
              <w:t>Role:</w:t>
            </w:r>
          </w:p>
        </w:tc>
        <w:sdt>
          <w:sdtPr>
            <w:id w:val="214403146"/>
            <w:placeholder>
              <w:docPart w:val="C2FE36A0270B4DD59ED47FA41C30BFB1"/>
            </w:placeholder>
            <w:showingPlcHdr/>
          </w:sdtPr>
          <w:sdtContent>
            <w:tc>
              <w:tcPr>
                <w:tcW w:w="6520" w:type="dxa"/>
              </w:tcPr>
              <w:p w14:paraId="2E92C209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6D8528DE" w14:textId="77777777" w:rsidTr="00267016">
        <w:tc>
          <w:tcPr>
            <w:tcW w:w="2830" w:type="dxa"/>
            <w:vAlign w:val="center"/>
          </w:tcPr>
          <w:p w14:paraId="322069C7" w14:textId="77777777" w:rsidR="009E1E94" w:rsidRPr="00ED6D30" w:rsidRDefault="009E1E94" w:rsidP="00CD745A">
            <w:r w:rsidRPr="00ED6D30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  <w:vAlign w:val="center"/>
          </w:tcPr>
          <w:p w14:paraId="2086C6CB" w14:textId="77777777" w:rsidR="009E1E94" w:rsidRPr="00ED6D30" w:rsidRDefault="009E1E94" w:rsidP="00267016">
            <w:r w:rsidRPr="00ED6D30">
              <w:t>Yes</w:t>
            </w:r>
            <w:r>
              <w:t xml:space="preserve"> </w:t>
            </w:r>
            <w:sdt>
              <w:sdtPr>
                <w:id w:val="-450321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-91470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 xml:space="preserve">Ongoing </w:t>
            </w:r>
            <w:sdt>
              <w:sdtPr>
                <w:id w:val="-4815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3F188068" w14:textId="77777777" w:rsidTr="00A0792E">
        <w:tc>
          <w:tcPr>
            <w:tcW w:w="2830" w:type="dxa"/>
            <w:vAlign w:val="center"/>
          </w:tcPr>
          <w:p w14:paraId="287DC5A9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Start Date</w:t>
            </w:r>
          </w:p>
        </w:tc>
        <w:tc>
          <w:tcPr>
            <w:tcW w:w="6520" w:type="dxa"/>
          </w:tcPr>
          <w:sdt>
            <w:sdtPr>
              <w:id w:val="207233668"/>
              <w:placeholder>
                <w:docPart w:val="2AF2B91967DC42DE80F43EAA85D82F4C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7C14A55B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9E1E94" w:rsidRPr="00ED6D30" w14:paraId="0F4346F6" w14:textId="77777777" w:rsidTr="00A0792E">
        <w:tc>
          <w:tcPr>
            <w:tcW w:w="2830" w:type="dxa"/>
            <w:vAlign w:val="center"/>
          </w:tcPr>
          <w:p w14:paraId="2A02E26F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Audit End Date</w:t>
            </w:r>
          </w:p>
        </w:tc>
        <w:tc>
          <w:tcPr>
            <w:tcW w:w="6520" w:type="dxa"/>
          </w:tcPr>
          <w:sdt>
            <w:sdtPr>
              <w:id w:val="1643930842"/>
              <w:placeholder>
                <w:docPart w:val="B1DDDF0FAD8F4341931D795792AF6361"/>
              </w:placeholder>
              <w:showingPlcHdr/>
              <w:date>
                <w:dateFormat w:val="dd/MM/yyyy"/>
                <w:lid w:val="en-IE"/>
                <w:storeMappedDataAs w:val="dateTime"/>
                <w:calendar w:val="gregorian"/>
              </w:date>
            </w:sdtPr>
            <w:sdtContent>
              <w:p w14:paraId="4BB58F32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sdtContent>
          </w:sdt>
        </w:tc>
      </w:tr>
      <w:tr w:rsidR="009E1E94" w:rsidRPr="00ED6D30" w14:paraId="60D08FAB" w14:textId="77777777" w:rsidTr="00A0792E">
        <w:tc>
          <w:tcPr>
            <w:tcW w:w="2830" w:type="dxa"/>
            <w:vAlign w:val="center"/>
          </w:tcPr>
          <w:p w14:paraId="2305FE05" w14:textId="77777777" w:rsidR="009E1E94" w:rsidRPr="006A48D7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change did you implement?</w:t>
            </w:r>
          </w:p>
        </w:tc>
        <w:tc>
          <w:tcPr>
            <w:tcW w:w="6520" w:type="dxa"/>
          </w:tcPr>
          <w:sdt>
            <w:sdtPr>
              <w:id w:val="1645087566"/>
              <w:placeholder>
                <w:docPart w:val="8FD9D11FC2BB459BB280ED7F8D2E98CA"/>
              </w:placeholder>
              <w:showingPlcHdr/>
            </w:sdtPr>
            <w:sdtContent>
              <w:p w14:paraId="37EED790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</w:tc>
      </w:tr>
      <w:tr w:rsidR="009E1E94" w:rsidRPr="00ED6D30" w14:paraId="32CC29A4" w14:textId="77777777" w:rsidTr="00A0792E">
        <w:tc>
          <w:tcPr>
            <w:tcW w:w="2830" w:type="dxa"/>
            <w:vAlign w:val="center"/>
          </w:tcPr>
          <w:p w14:paraId="3C248397" w14:textId="77777777" w:rsidR="009E1E94" w:rsidRPr="006A48D7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What was the measurable impact?</w:t>
            </w:r>
          </w:p>
        </w:tc>
        <w:tc>
          <w:tcPr>
            <w:tcW w:w="6520" w:type="dxa"/>
          </w:tcPr>
          <w:sdt>
            <w:sdtPr>
              <w:id w:val="-293523471"/>
              <w:placeholder>
                <w:docPart w:val="E8ABE675B3444FC5A5526F5213F4D222"/>
              </w:placeholder>
              <w:showingPlcHdr/>
            </w:sdtPr>
            <w:sdtContent>
              <w:p w14:paraId="5FD903FB" w14:textId="77777777" w:rsidR="009E1E94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sdtContent>
          </w:sdt>
          <w:p w14:paraId="237AA301" w14:textId="77777777" w:rsidR="009E1E94" w:rsidRPr="00ED6D30" w:rsidRDefault="009E1E94" w:rsidP="002D7D98"/>
        </w:tc>
      </w:tr>
      <w:tr w:rsidR="009E1E94" w:rsidRPr="00ED6D30" w14:paraId="7A323AE9" w14:textId="77777777" w:rsidTr="00A0792E">
        <w:tc>
          <w:tcPr>
            <w:tcW w:w="2830" w:type="dxa"/>
            <w:vAlign w:val="center"/>
          </w:tcPr>
          <w:p w14:paraId="5D664EF8" w14:textId="77777777" w:rsidR="009E1E94" w:rsidRPr="00ED6D30" w:rsidRDefault="009E1E94" w:rsidP="00CD745A">
            <w:r w:rsidRPr="00ED6D30">
              <w:rPr>
                <w:b/>
                <w:bCs/>
              </w:rPr>
              <w:t>Overall Ou</w:t>
            </w:r>
            <w:r>
              <w:rPr>
                <w:b/>
                <w:bCs/>
              </w:rPr>
              <w:t>t</w:t>
            </w:r>
            <w:r w:rsidRPr="00ED6D30">
              <w:rPr>
                <w:b/>
                <w:bCs/>
              </w:rPr>
              <w:t>come</w:t>
            </w:r>
          </w:p>
        </w:tc>
        <w:sdt>
          <w:sdtPr>
            <w:id w:val="2093583776"/>
            <w:placeholder>
              <w:docPart w:val="A0F027765CBC44E0851E000A58FBF7E8"/>
            </w:placeholder>
            <w:showingPlcHdr/>
          </w:sdtPr>
          <w:sdtContent>
            <w:tc>
              <w:tcPr>
                <w:tcW w:w="6520" w:type="dxa"/>
              </w:tcPr>
              <w:p w14:paraId="38F06A7E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26FC902F" w14:textId="77777777" w:rsidTr="00267016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40B065C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14:paraId="65FFF23A" w14:textId="77777777" w:rsidR="009E1E94" w:rsidRPr="00ED6D30" w:rsidRDefault="009E1E94" w:rsidP="00267016">
            <w:r w:rsidRPr="00ED6D30">
              <w:t>Yes</w:t>
            </w:r>
            <w:r>
              <w:t xml:space="preserve"> </w:t>
            </w:r>
            <w:sdt>
              <w:sdtPr>
                <w:id w:val="-2057227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-17973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6751ED04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4313E" w14:textId="5E41D19E" w:rsidR="009E1E94" w:rsidRPr="00ED6D30" w:rsidRDefault="009E1E94" w:rsidP="002D7D98"/>
        </w:tc>
      </w:tr>
    </w:tbl>
    <w:p w14:paraId="4B13E1C0" w14:textId="77777777" w:rsidR="008525FA" w:rsidRPr="00ED6D30" w:rsidRDefault="008525FA" w:rsidP="002D7D98"/>
    <w:p w14:paraId="623DB43B" w14:textId="77777777" w:rsidR="009E1E94" w:rsidRDefault="009E1E94">
      <w:pPr>
        <w:rPr>
          <w:rFonts w:eastAsiaTheme="majorEastAsia" w:cs="Calibri"/>
          <w:b/>
          <w:bCs/>
          <w:color w:val="0024BB"/>
          <w:sz w:val="28"/>
          <w:szCs w:val="28"/>
        </w:rPr>
      </w:pPr>
      <w:r>
        <w:br w:type="page"/>
      </w:r>
    </w:p>
    <w:p w14:paraId="16155EEC" w14:textId="54ABEA05" w:rsidR="00214ECC" w:rsidRPr="00ED6D30" w:rsidRDefault="003729FB" w:rsidP="007B5042">
      <w:pPr>
        <w:pStyle w:val="Heading1"/>
      </w:pPr>
      <w:r w:rsidRPr="00ED6D30">
        <w:lastRenderedPageBreak/>
        <w:t>Research &amp; Publications</w:t>
      </w:r>
    </w:p>
    <w:p w14:paraId="0987AE42" w14:textId="3FC96AF3" w:rsidR="00C7253B" w:rsidRPr="00ED6D30" w:rsidRDefault="00C7253B" w:rsidP="00C7253B">
      <w:r w:rsidRPr="00ED6D30"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ED6D30" w14:paraId="6F75DC21" w14:textId="77777777" w:rsidTr="00695860">
        <w:tc>
          <w:tcPr>
            <w:tcW w:w="9350" w:type="dxa"/>
            <w:gridSpan w:val="2"/>
          </w:tcPr>
          <w:p w14:paraId="59BAD478" w14:textId="4EE4C0F6" w:rsidR="00702EA8" w:rsidRPr="00DC3959" w:rsidRDefault="00CD745A" w:rsidP="00C7253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Title of Item</w:t>
            </w:r>
            <w:r w:rsidR="00A0792E" w:rsidRPr="00ED6D30">
              <w:rPr>
                <w:b/>
                <w:bCs/>
              </w:rPr>
              <w:tab/>
            </w:r>
            <w:r w:rsidR="00DC3959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351915874"/>
                <w:placeholder>
                  <w:docPart w:val="4AF86E8328D842758F8E036CB9DF5B21"/>
                </w:placeholder>
                <w:showingPlcHdr/>
              </w:sdtPr>
              <w:sdtContent>
                <w:r w:rsidR="00DC3959"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CD745A" w:rsidRPr="00ED6D30" w14:paraId="769739CE" w14:textId="77777777" w:rsidTr="00CD745A">
        <w:tc>
          <w:tcPr>
            <w:tcW w:w="2723" w:type="dxa"/>
            <w:vAlign w:val="center"/>
          </w:tcPr>
          <w:p w14:paraId="178AC458" w14:textId="634D5C1D" w:rsidR="00CD745A" w:rsidRPr="00ED6D30" w:rsidRDefault="00CD745A" w:rsidP="00CD745A">
            <w:r w:rsidRPr="00ED6D30">
              <w:rPr>
                <w:b/>
                <w:bCs/>
              </w:rPr>
              <w:t>Role</w:t>
            </w:r>
          </w:p>
        </w:tc>
        <w:sdt>
          <w:sdtPr>
            <w:id w:val="-1981915686"/>
            <w:placeholder>
              <w:docPart w:val="4516378A0C5D48CCA9B19AC57369D1D8"/>
            </w:placeholder>
            <w:showingPlcHdr/>
          </w:sdtPr>
          <w:sdtContent>
            <w:tc>
              <w:tcPr>
                <w:tcW w:w="6627" w:type="dxa"/>
              </w:tcPr>
              <w:p w14:paraId="419B1C3D" w14:textId="5D4B7C87" w:rsidR="00702EA8" w:rsidRPr="00ED6D30" w:rsidRDefault="00DC3959" w:rsidP="00C7253B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ED6D30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Pr="00ED6D30" w:rsidRDefault="00CD745A" w:rsidP="00CD745A">
            <w:r w:rsidRPr="00ED6D30">
              <w:rPr>
                <w:b/>
                <w:bCs/>
              </w:rPr>
              <w:t>Publication/Conference Name</w:t>
            </w:r>
          </w:p>
        </w:tc>
        <w:sdt>
          <w:sdtPr>
            <w:id w:val="2055577742"/>
            <w:placeholder>
              <w:docPart w:val="2DF0793526E8447C868D4A656B4F448D"/>
            </w:placeholder>
            <w:showingPlcHdr/>
          </w:sdtPr>
          <w:sdtContent>
            <w:tc>
              <w:tcPr>
                <w:tcW w:w="6627" w:type="dxa"/>
              </w:tcPr>
              <w:p w14:paraId="468FCDE1" w14:textId="6035ED02" w:rsidR="00CD745A" w:rsidRPr="00ED6D30" w:rsidRDefault="00DC3959" w:rsidP="00C7253B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ED6D30" w14:paraId="5D715A34" w14:textId="77777777" w:rsidTr="00CD745A">
        <w:tc>
          <w:tcPr>
            <w:tcW w:w="2723" w:type="dxa"/>
            <w:vAlign w:val="center"/>
          </w:tcPr>
          <w:p w14:paraId="687B8572" w14:textId="32A90754" w:rsidR="00CD745A" w:rsidRPr="00DC3959" w:rsidRDefault="00CD745A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DOI link where applicable</w:t>
            </w:r>
          </w:p>
        </w:tc>
        <w:sdt>
          <w:sdtPr>
            <w:id w:val="-702397590"/>
            <w:placeholder>
              <w:docPart w:val="47958BF726BF4BA3AADDA8CD050A7CD0"/>
            </w:placeholder>
            <w:showingPlcHdr/>
          </w:sdtPr>
          <w:sdtContent>
            <w:tc>
              <w:tcPr>
                <w:tcW w:w="6627" w:type="dxa"/>
              </w:tcPr>
              <w:p w14:paraId="65BB4C77" w14:textId="3E37F295" w:rsidR="00CD745A" w:rsidRPr="00ED6D30" w:rsidRDefault="00DC3959" w:rsidP="00C7253B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D745A" w:rsidRPr="00ED6D30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Pr="00ED6D30" w:rsidRDefault="00CD745A" w:rsidP="00CD745A">
            <w:r w:rsidRPr="00ED6D30">
              <w:rPr>
                <w:b/>
                <w:bCs/>
              </w:rPr>
              <w:t>Publication/Presentation Date</w:t>
            </w:r>
          </w:p>
        </w:tc>
        <w:sdt>
          <w:sdtPr>
            <w:id w:val="-2025313789"/>
            <w:placeholder>
              <w:docPart w:val="0FD2A1F09B924F009B1054C35DDB6A9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7B9B763D" w:rsidR="00CD745A" w:rsidRPr="00ED6D30" w:rsidRDefault="00DC3959" w:rsidP="00C7253B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CD745A" w:rsidRPr="00ED6D30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Pr="00ED6D30" w:rsidRDefault="00CD745A" w:rsidP="00CD745A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01FF687F" w:rsidR="00CD745A" w:rsidRPr="00ED6D30" w:rsidRDefault="00CD745A" w:rsidP="00CD745A">
            <w:r w:rsidRPr="00ED6D30">
              <w:t>Complete</w:t>
            </w:r>
            <w:sdt>
              <w:sdtPr>
                <w:id w:val="113005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2EA8">
              <w:tab/>
            </w:r>
            <w:r w:rsidRPr="00ED6D30">
              <w:t>Ongoing</w:t>
            </w:r>
            <w:r w:rsidR="00DC3959">
              <w:t xml:space="preserve"> </w:t>
            </w:r>
            <w:sdt>
              <w:sdtPr>
                <w:id w:val="58281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D6D30">
              <w:t xml:space="preserve"> </w:t>
            </w:r>
          </w:p>
        </w:tc>
      </w:tr>
      <w:tr w:rsidR="00CD745A" w:rsidRPr="00ED6D30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ED6D30" w:rsidRDefault="00CD745A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1C5E1B08" w:rsidR="00CD745A" w:rsidRPr="00ED6D30" w:rsidRDefault="00CD745A" w:rsidP="00CD745A">
            <w:r w:rsidRPr="00ED6D30">
              <w:t>Yes</w:t>
            </w:r>
            <w:r w:rsidR="00DC3959">
              <w:t xml:space="preserve"> </w:t>
            </w:r>
            <w:sdt>
              <w:sdtPr>
                <w:id w:val="-9093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2EA8">
              <w:tab/>
            </w:r>
            <w:r w:rsidR="00702EA8">
              <w:tab/>
            </w:r>
            <w:r w:rsidRPr="00ED6D30">
              <w:t>No</w:t>
            </w:r>
            <w:r w:rsidR="00DC3959">
              <w:t xml:space="preserve"> </w:t>
            </w:r>
            <w:sdt>
              <w:sdtPr>
                <w:id w:val="263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2EA8" w:rsidRPr="00ED6D30" w14:paraId="312ECCFE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50F8E7" w14:textId="77777777" w:rsidR="00702EA8" w:rsidRPr="00ED6D30" w:rsidRDefault="00702EA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9BAC4" w14:textId="0A647FB7" w:rsidR="00702EA8" w:rsidRPr="00ED6D30" w:rsidRDefault="00702EA8" w:rsidP="00CD745A"/>
        </w:tc>
      </w:tr>
      <w:tr w:rsidR="00DC3959" w:rsidRPr="00ED6D30" w14:paraId="5BE50991" w14:textId="77777777" w:rsidTr="00695860">
        <w:tc>
          <w:tcPr>
            <w:tcW w:w="9350" w:type="dxa"/>
            <w:gridSpan w:val="2"/>
          </w:tcPr>
          <w:p w14:paraId="5C80FFE0" w14:textId="252951F8" w:rsidR="00DC3959" w:rsidRPr="00DC3959" w:rsidRDefault="00DC3959" w:rsidP="00C7253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Title of Item</w:t>
            </w:r>
            <w:r w:rsidRPr="00ED6D30"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13305984"/>
                <w:placeholder>
                  <w:docPart w:val="D50E19B76F6B4DDA9BEE041E8658A2CF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DC3959" w:rsidRPr="00ED6D30" w14:paraId="139B0E2E" w14:textId="77777777" w:rsidTr="00CD745A">
        <w:tc>
          <w:tcPr>
            <w:tcW w:w="2723" w:type="dxa"/>
            <w:vAlign w:val="center"/>
          </w:tcPr>
          <w:p w14:paraId="7CACEDAB" w14:textId="77777777" w:rsidR="00DC3959" w:rsidRPr="00ED6D30" w:rsidRDefault="00DC3959" w:rsidP="00CD745A">
            <w:r w:rsidRPr="00ED6D30">
              <w:rPr>
                <w:b/>
                <w:bCs/>
              </w:rPr>
              <w:t>Role</w:t>
            </w:r>
          </w:p>
        </w:tc>
        <w:sdt>
          <w:sdtPr>
            <w:id w:val="890465233"/>
            <w:placeholder>
              <w:docPart w:val="74DBA65B15CE448F87D4CDA19A2D6AD2"/>
            </w:placeholder>
            <w:showingPlcHdr/>
          </w:sdtPr>
          <w:sdtContent>
            <w:tc>
              <w:tcPr>
                <w:tcW w:w="6627" w:type="dxa"/>
              </w:tcPr>
              <w:p w14:paraId="1126ABD7" w14:textId="77777777" w:rsidR="00DC3959" w:rsidRPr="00ED6D30" w:rsidRDefault="00DC3959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2B96E23F" w14:textId="77777777" w:rsidTr="00CD745A">
        <w:tc>
          <w:tcPr>
            <w:tcW w:w="2723" w:type="dxa"/>
            <w:vAlign w:val="center"/>
          </w:tcPr>
          <w:p w14:paraId="3E7BC198" w14:textId="77777777" w:rsidR="00DC3959" w:rsidRPr="00ED6D30" w:rsidRDefault="00DC3959" w:rsidP="00CD745A">
            <w:r w:rsidRPr="00ED6D30">
              <w:rPr>
                <w:b/>
                <w:bCs/>
              </w:rPr>
              <w:t>Publication/Conference Name</w:t>
            </w:r>
          </w:p>
        </w:tc>
        <w:sdt>
          <w:sdtPr>
            <w:id w:val="-1797747841"/>
            <w:placeholder>
              <w:docPart w:val="EB4B858275EF42BD95F91006106E3DF1"/>
            </w:placeholder>
            <w:showingPlcHdr/>
          </w:sdtPr>
          <w:sdtContent>
            <w:tc>
              <w:tcPr>
                <w:tcW w:w="6627" w:type="dxa"/>
              </w:tcPr>
              <w:p w14:paraId="2CBEB79E" w14:textId="77777777" w:rsidR="00DC3959" w:rsidRPr="00ED6D30" w:rsidRDefault="00DC3959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5DDD2835" w14:textId="77777777" w:rsidTr="00CD745A">
        <w:tc>
          <w:tcPr>
            <w:tcW w:w="2723" w:type="dxa"/>
            <w:vAlign w:val="center"/>
          </w:tcPr>
          <w:p w14:paraId="5672470E" w14:textId="77777777" w:rsidR="00DC3959" w:rsidRPr="00DC3959" w:rsidRDefault="00DC3959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DOI link where applicable</w:t>
            </w:r>
          </w:p>
        </w:tc>
        <w:sdt>
          <w:sdtPr>
            <w:id w:val="-325053382"/>
            <w:placeholder>
              <w:docPart w:val="7EC9B6BDABC44A4C9C7986083696632B"/>
            </w:placeholder>
            <w:showingPlcHdr/>
          </w:sdtPr>
          <w:sdtContent>
            <w:tc>
              <w:tcPr>
                <w:tcW w:w="6627" w:type="dxa"/>
              </w:tcPr>
              <w:p w14:paraId="791CB874" w14:textId="77777777" w:rsidR="00DC3959" w:rsidRPr="00ED6D30" w:rsidRDefault="00DC3959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07BEB825" w14:textId="77777777" w:rsidTr="00CD745A">
        <w:tc>
          <w:tcPr>
            <w:tcW w:w="2723" w:type="dxa"/>
            <w:vAlign w:val="center"/>
          </w:tcPr>
          <w:p w14:paraId="085C7304" w14:textId="77777777" w:rsidR="00DC3959" w:rsidRPr="00ED6D30" w:rsidRDefault="00DC3959" w:rsidP="00CD745A">
            <w:r w:rsidRPr="00ED6D30">
              <w:rPr>
                <w:b/>
                <w:bCs/>
              </w:rPr>
              <w:t>Publication/Presentation Date</w:t>
            </w:r>
          </w:p>
        </w:tc>
        <w:sdt>
          <w:sdtPr>
            <w:id w:val="966861805"/>
            <w:placeholder>
              <w:docPart w:val="2F33606DD08E4787AAFA9623A7C7F45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DB51A4C" w14:textId="77777777" w:rsidR="00DC3959" w:rsidRPr="00ED6D30" w:rsidRDefault="00DC3959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DC3959" w:rsidRPr="00ED6D30" w14:paraId="7455D85D" w14:textId="77777777" w:rsidTr="00CD745A">
        <w:tc>
          <w:tcPr>
            <w:tcW w:w="2723" w:type="dxa"/>
            <w:vAlign w:val="center"/>
          </w:tcPr>
          <w:p w14:paraId="3AAB1173" w14:textId="77777777" w:rsidR="00DC3959" w:rsidRPr="00ED6D30" w:rsidRDefault="00DC3959" w:rsidP="00CD745A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FC9307C" w14:textId="77777777" w:rsidR="00DC3959" w:rsidRPr="00ED6D30" w:rsidRDefault="00DC3959" w:rsidP="00CD745A">
            <w:r w:rsidRPr="00ED6D30">
              <w:t>Complete</w:t>
            </w:r>
            <w:sdt>
              <w:sdtPr>
                <w:id w:val="204216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Ongoing</w:t>
            </w:r>
            <w:r>
              <w:t xml:space="preserve"> </w:t>
            </w:r>
            <w:sdt>
              <w:sdtPr>
                <w:id w:val="35570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D6D30">
              <w:t xml:space="preserve"> </w:t>
            </w:r>
          </w:p>
        </w:tc>
      </w:tr>
      <w:tr w:rsidR="00DC3959" w:rsidRPr="00ED6D30" w14:paraId="6C288C43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1C5A6764" w14:textId="77777777" w:rsidR="00DC3959" w:rsidRPr="00ED6D30" w:rsidRDefault="00DC3959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33D27B1" w14:textId="77777777" w:rsidR="00DC3959" w:rsidRPr="00ED6D30" w:rsidRDefault="00DC3959" w:rsidP="00CD745A">
            <w:r w:rsidRPr="00ED6D30">
              <w:t>Yes</w:t>
            </w:r>
            <w:r>
              <w:t xml:space="preserve"> </w:t>
            </w:r>
            <w:sdt>
              <w:sdtPr>
                <w:id w:val="36518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146600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C3959" w:rsidRPr="00ED6D30" w14:paraId="2FD3A63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99D3CF" w14:textId="77777777" w:rsidR="00DC3959" w:rsidRPr="00ED6D30" w:rsidRDefault="00DC3959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F9493" w14:textId="4CD86862" w:rsidR="00DC3959" w:rsidRPr="00ED6D30" w:rsidRDefault="00DC3959" w:rsidP="00CD745A"/>
        </w:tc>
      </w:tr>
      <w:tr w:rsidR="009E1E94" w:rsidRPr="00ED6D30" w14:paraId="1B407EF6" w14:textId="77777777" w:rsidTr="00695860">
        <w:tc>
          <w:tcPr>
            <w:tcW w:w="9350" w:type="dxa"/>
            <w:gridSpan w:val="2"/>
          </w:tcPr>
          <w:p w14:paraId="5B45AE67" w14:textId="61E70FB4" w:rsidR="009E1E94" w:rsidRPr="00DC3959" w:rsidRDefault="009E1E94" w:rsidP="00C7253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Title of Item</w:t>
            </w:r>
            <w:r w:rsidRPr="00ED6D30"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04879318"/>
                <w:placeholder>
                  <w:docPart w:val="D4ED0C2E7F124778B85088280C73A58F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30100714" w14:textId="77777777" w:rsidTr="00CD745A">
        <w:tc>
          <w:tcPr>
            <w:tcW w:w="2723" w:type="dxa"/>
            <w:vAlign w:val="center"/>
          </w:tcPr>
          <w:p w14:paraId="1453592B" w14:textId="77777777" w:rsidR="009E1E94" w:rsidRPr="00ED6D30" w:rsidRDefault="009E1E94" w:rsidP="00CD745A">
            <w:r w:rsidRPr="00ED6D30">
              <w:rPr>
                <w:b/>
                <w:bCs/>
              </w:rPr>
              <w:t>Role</w:t>
            </w:r>
          </w:p>
        </w:tc>
        <w:sdt>
          <w:sdtPr>
            <w:id w:val="227432625"/>
            <w:placeholder>
              <w:docPart w:val="8AD0422019C848E1B8E8BF25E532EA80"/>
            </w:placeholder>
            <w:showingPlcHdr/>
          </w:sdtPr>
          <w:sdtContent>
            <w:tc>
              <w:tcPr>
                <w:tcW w:w="6627" w:type="dxa"/>
              </w:tcPr>
              <w:p w14:paraId="5C908A21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057C153A" w14:textId="77777777" w:rsidTr="00CD745A">
        <w:tc>
          <w:tcPr>
            <w:tcW w:w="2723" w:type="dxa"/>
            <w:vAlign w:val="center"/>
          </w:tcPr>
          <w:p w14:paraId="71EC641A" w14:textId="77777777" w:rsidR="009E1E94" w:rsidRPr="00ED6D30" w:rsidRDefault="009E1E94" w:rsidP="00CD745A">
            <w:r w:rsidRPr="00ED6D30">
              <w:rPr>
                <w:b/>
                <w:bCs/>
              </w:rPr>
              <w:t>Publication/Conference Name</w:t>
            </w:r>
          </w:p>
        </w:tc>
        <w:sdt>
          <w:sdtPr>
            <w:id w:val="-784348863"/>
            <w:placeholder>
              <w:docPart w:val="F5AD38D7F6CC4EA5B82B2BA2298FCA00"/>
            </w:placeholder>
            <w:showingPlcHdr/>
          </w:sdtPr>
          <w:sdtContent>
            <w:tc>
              <w:tcPr>
                <w:tcW w:w="6627" w:type="dxa"/>
              </w:tcPr>
              <w:p w14:paraId="14C9317C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5AAB1668" w14:textId="77777777" w:rsidTr="00CD745A">
        <w:tc>
          <w:tcPr>
            <w:tcW w:w="2723" w:type="dxa"/>
            <w:vAlign w:val="center"/>
          </w:tcPr>
          <w:p w14:paraId="044707DF" w14:textId="77777777" w:rsidR="009E1E94" w:rsidRPr="00DC3959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DOI link where applicable</w:t>
            </w:r>
          </w:p>
        </w:tc>
        <w:sdt>
          <w:sdtPr>
            <w:id w:val="894470734"/>
            <w:placeholder>
              <w:docPart w:val="DA006BB43D1F4AC9B916710B46B1F2BB"/>
            </w:placeholder>
            <w:showingPlcHdr/>
          </w:sdtPr>
          <w:sdtContent>
            <w:tc>
              <w:tcPr>
                <w:tcW w:w="6627" w:type="dxa"/>
              </w:tcPr>
              <w:p w14:paraId="3405B986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10B901DE" w14:textId="77777777" w:rsidTr="00CD745A">
        <w:tc>
          <w:tcPr>
            <w:tcW w:w="2723" w:type="dxa"/>
            <w:vAlign w:val="center"/>
          </w:tcPr>
          <w:p w14:paraId="70876D9E" w14:textId="77777777" w:rsidR="009E1E94" w:rsidRPr="00ED6D30" w:rsidRDefault="009E1E94" w:rsidP="00CD745A">
            <w:r w:rsidRPr="00ED6D30">
              <w:rPr>
                <w:b/>
                <w:bCs/>
              </w:rPr>
              <w:t>Publication/Presentation Date</w:t>
            </w:r>
          </w:p>
        </w:tc>
        <w:sdt>
          <w:sdtPr>
            <w:id w:val="697744792"/>
            <w:placeholder>
              <w:docPart w:val="C0467B15DA2145DAAA229B5FA86599C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6853E70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66E7D59B" w14:textId="77777777" w:rsidTr="00CD745A">
        <w:tc>
          <w:tcPr>
            <w:tcW w:w="2723" w:type="dxa"/>
            <w:vAlign w:val="center"/>
          </w:tcPr>
          <w:p w14:paraId="24895773" w14:textId="77777777" w:rsidR="009E1E94" w:rsidRPr="00ED6D30" w:rsidRDefault="009E1E94" w:rsidP="00CD745A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3EC9A4A" w14:textId="77777777" w:rsidR="009E1E94" w:rsidRPr="00ED6D30" w:rsidRDefault="009E1E94" w:rsidP="00CD745A">
            <w:r w:rsidRPr="00ED6D30">
              <w:t>Complete</w:t>
            </w:r>
            <w:sdt>
              <w:sdtPr>
                <w:id w:val="-777490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Ongoing</w:t>
            </w:r>
            <w:r>
              <w:t xml:space="preserve"> </w:t>
            </w:r>
            <w:sdt>
              <w:sdtPr>
                <w:id w:val="-1574269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D6D30">
              <w:t xml:space="preserve"> </w:t>
            </w:r>
          </w:p>
        </w:tc>
      </w:tr>
      <w:tr w:rsidR="009E1E94" w:rsidRPr="00ED6D30" w14:paraId="4B255DBB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6FA9B82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72CC243" w14:textId="77777777" w:rsidR="009E1E94" w:rsidRPr="00ED6D30" w:rsidRDefault="009E1E94" w:rsidP="00CD745A">
            <w:r w:rsidRPr="00ED6D30">
              <w:t>Yes</w:t>
            </w:r>
            <w:r>
              <w:t xml:space="preserve"> </w:t>
            </w:r>
            <w:sdt>
              <w:sdtPr>
                <w:id w:val="84089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83256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339C215C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899D28" w14:textId="77777777" w:rsidR="009E1E94" w:rsidRPr="00ED6D30" w:rsidRDefault="009E1E9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EF9A7" w14:textId="0458E8C9" w:rsidR="009E1E94" w:rsidRPr="00ED6D30" w:rsidRDefault="009E1E94" w:rsidP="00CD745A"/>
        </w:tc>
      </w:tr>
      <w:tr w:rsidR="009E1E94" w:rsidRPr="00ED6D30" w14:paraId="2DD98A5D" w14:textId="77777777" w:rsidTr="00695860">
        <w:tc>
          <w:tcPr>
            <w:tcW w:w="9350" w:type="dxa"/>
            <w:gridSpan w:val="2"/>
          </w:tcPr>
          <w:p w14:paraId="3A822531" w14:textId="1C29AFB8" w:rsidR="009E1E94" w:rsidRPr="00DC3959" w:rsidRDefault="009E1E94" w:rsidP="00C7253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lastRenderedPageBreak/>
              <w:t>Title of Item</w:t>
            </w:r>
            <w:r w:rsidRPr="00ED6D30"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3412285"/>
                <w:placeholder>
                  <w:docPart w:val="40993A44546641ABA09213E14490BD34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5314071B" w14:textId="77777777" w:rsidTr="00CD745A">
        <w:tc>
          <w:tcPr>
            <w:tcW w:w="2723" w:type="dxa"/>
            <w:vAlign w:val="center"/>
          </w:tcPr>
          <w:p w14:paraId="0D9DE928" w14:textId="77777777" w:rsidR="009E1E94" w:rsidRPr="00ED6D30" w:rsidRDefault="009E1E94" w:rsidP="00CD745A">
            <w:r w:rsidRPr="00ED6D30">
              <w:rPr>
                <w:b/>
                <w:bCs/>
              </w:rPr>
              <w:t>Role</w:t>
            </w:r>
          </w:p>
        </w:tc>
        <w:sdt>
          <w:sdtPr>
            <w:id w:val="-82686946"/>
            <w:placeholder>
              <w:docPart w:val="FBD2ECA634F149FDB60BD08A8DAFD49D"/>
            </w:placeholder>
            <w:showingPlcHdr/>
          </w:sdtPr>
          <w:sdtContent>
            <w:tc>
              <w:tcPr>
                <w:tcW w:w="6627" w:type="dxa"/>
              </w:tcPr>
              <w:p w14:paraId="7E064F10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6329F837" w14:textId="77777777" w:rsidTr="00CD745A">
        <w:tc>
          <w:tcPr>
            <w:tcW w:w="2723" w:type="dxa"/>
            <w:vAlign w:val="center"/>
          </w:tcPr>
          <w:p w14:paraId="42617F09" w14:textId="77777777" w:rsidR="009E1E94" w:rsidRPr="00ED6D30" w:rsidRDefault="009E1E94" w:rsidP="00CD745A">
            <w:r w:rsidRPr="00ED6D30">
              <w:rPr>
                <w:b/>
                <w:bCs/>
              </w:rPr>
              <w:t>Publication/Conference Name</w:t>
            </w:r>
          </w:p>
        </w:tc>
        <w:sdt>
          <w:sdtPr>
            <w:id w:val="1808435827"/>
            <w:placeholder>
              <w:docPart w:val="6A5C8C514AF3478291EDD7A40B757515"/>
            </w:placeholder>
            <w:showingPlcHdr/>
          </w:sdtPr>
          <w:sdtContent>
            <w:tc>
              <w:tcPr>
                <w:tcW w:w="6627" w:type="dxa"/>
              </w:tcPr>
              <w:p w14:paraId="31534926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63D154B8" w14:textId="77777777" w:rsidTr="00CD745A">
        <w:tc>
          <w:tcPr>
            <w:tcW w:w="2723" w:type="dxa"/>
            <w:vAlign w:val="center"/>
          </w:tcPr>
          <w:p w14:paraId="5C2445C6" w14:textId="77777777" w:rsidR="009E1E94" w:rsidRPr="00DC3959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DOI link where applicable</w:t>
            </w:r>
          </w:p>
        </w:tc>
        <w:sdt>
          <w:sdtPr>
            <w:id w:val="-1046987340"/>
            <w:placeholder>
              <w:docPart w:val="3D08C7941470458DBD52B7EEC61941BB"/>
            </w:placeholder>
            <w:showingPlcHdr/>
          </w:sdtPr>
          <w:sdtContent>
            <w:tc>
              <w:tcPr>
                <w:tcW w:w="6627" w:type="dxa"/>
              </w:tcPr>
              <w:p w14:paraId="76959711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4A4DD9F0" w14:textId="77777777" w:rsidTr="00CD745A">
        <w:tc>
          <w:tcPr>
            <w:tcW w:w="2723" w:type="dxa"/>
            <w:vAlign w:val="center"/>
          </w:tcPr>
          <w:p w14:paraId="70AC0642" w14:textId="77777777" w:rsidR="009E1E94" w:rsidRPr="00ED6D30" w:rsidRDefault="009E1E94" w:rsidP="00CD745A">
            <w:r w:rsidRPr="00ED6D30">
              <w:rPr>
                <w:b/>
                <w:bCs/>
              </w:rPr>
              <w:t>Publication/Presentation Date</w:t>
            </w:r>
          </w:p>
        </w:tc>
        <w:sdt>
          <w:sdtPr>
            <w:id w:val="2006384435"/>
            <w:placeholder>
              <w:docPart w:val="A24942031D6144309087BF27D376AF6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2791601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70E03079" w14:textId="77777777" w:rsidTr="00CD745A">
        <w:tc>
          <w:tcPr>
            <w:tcW w:w="2723" w:type="dxa"/>
            <w:vAlign w:val="center"/>
          </w:tcPr>
          <w:p w14:paraId="27AEA128" w14:textId="77777777" w:rsidR="009E1E94" w:rsidRPr="00ED6D30" w:rsidRDefault="009E1E94" w:rsidP="00CD745A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7169549E" w14:textId="77777777" w:rsidR="009E1E94" w:rsidRPr="00ED6D30" w:rsidRDefault="009E1E94" w:rsidP="00CD745A">
            <w:r w:rsidRPr="00ED6D30">
              <w:t>Complete</w:t>
            </w:r>
            <w:sdt>
              <w:sdtPr>
                <w:id w:val="-127285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Ongoing</w:t>
            </w:r>
            <w:r>
              <w:t xml:space="preserve"> </w:t>
            </w:r>
            <w:sdt>
              <w:sdtPr>
                <w:id w:val="-1186291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D6D30">
              <w:t xml:space="preserve"> </w:t>
            </w:r>
          </w:p>
        </w:tc>
      </w:tr>
      <w:tr w:rsidR="009E1E94" w:rsidRPr="00ED6D30" w14:paraId="19C6B071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3B0948E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83FFC82" w14:textId="77777777" w:rsidR="009E1E94" w:rsidRPr="00ED6D30" w:rsidRDefault="009E1E94" w:rsidP="00CD745A">
            <w:r w:rsidRPr="00ED6D30">
              <w:t>Yes</w:t>
            </w:r>
            <w:r>
              <w:t xml:space="preserve"> </w:t>
            </w:r>
            <w:sdt>
              <w:sdtPr>
                <w:id w:val="-2069096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-204027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2770955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6B8EC7" w14:textId="77777777" w:rsidR="009E1E94" w:rsidRPr="00ED6D30" w:rsidRDefault="009E1E9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515D2F" w14:textId="7F312A1E" w:rsidR="009E1E94" w:rsidRPr="00ED6D30" w:rsidRDefault="009E1E94" w:rsidP="00CD745A"/>
        </w:tc>
      </w:tr>
      <w:tr w:rsidR="009E1E94" w:rsidRPr="00ED6D30" w14:paraId="7A98396F" w14:textId="77777777" w:rsidTr="00695860">
        <w:tc>
          <w:tcPr>
            <w:tcW w:w="9350" w:type="dxa"/>
            <w:gridSpan w:val="2"/>
          </w:tcPr>
          <w:p w14:paraId="4205FBC3" w14:textId="55C82987" w:rsidR="009E1E94" w:rsidRPr="00DC3959" w:rsidRDefault="009E1E94" w:rsidP="00C7253B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Title of Item</w:t>
            </w:r>
            <w:r w:rsidRPr="00ED6D30"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25829708"/>
                <w:placeholder>
                  <w:docPart w:val="6D796DD735694327AE381327419A2083"/>
                </w:placeholder>
                <w:showingPlcHdr/>
              </w:sdtPr>
              <w:sdtContent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9E1E94" w:rsidRPr="00ED6D30" w14:paraId="0E15FDB3" w14:textId="77777777" w:rsidTr="00CD745A">
        <w:tc>
          <w:tcPr>
            <w:tcW w:w="2723" w:type="dxa"/>
            <w:vAlign w:val="center"/>
          </w:tcPr>
          <w:p w14:paraId="3CE0501C" w14:textId="77777777" w:rsidR="009E1E94" w:rsidRPr="00ED6D30" w:rsidRDefault="009E1E94" w:rsidP="00CD745A">
            <w:r w:rsidRPr="00ED6D30">
              <w:rPr>
                <w:b/>
                <w:bCs/>
              </w:rPr>
              <w:t>Role</w:t>
            </w:r>
          </w:p>
        </w:tc>
        <w:sdt>
          <w:sdtPr>
            <w:id w:val="-1175873781"/>
            <w:placeholder>
              <w:docPart w:val="02E0611D414F40F5B74A6CBFD328945C"/>
            </w:placeholder>
            <w:showingPlcHdr/>
          </w:sdtPr>
          <w:sdtContent>
            <w:tc>
              <w:tcPr>
                <w:tcW w:w="6627" w:type="dxa"/>
              </w:tcPr>
              <w:p w14:paraId="046E1486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3E8A413F" w14:textId="77777777" w:rsidTr="00CD745A">
        <w:tc>
          <w:tcPr>
            <w:tcW w:w="2723" w:type="dxa"/>
            <w:vAlign w:val="center"/>
          </w:tcPr>
          <w:p w14:paraId="7CB26529" w14:textId="77777777" w:rsidR="009E1E94" w:rsidRPr="00ED6D30" w:rsidRDefault="009E1E94" w:rsidP="00CD745A">
            <w:r w:rsidRPr="00ED6D30">
              <w:rPr>
                <w:b/>
                <w:bCs/>
              </w:rPr>
              <w:t>Publication/Conference Name</w:t>
            </w:r>
          </w:p>
        </w:tc>
        <w:sdt>
          <w:sdtPr>
            <w:id w:val="-524637688"/>
            <w:placeholder>
              <w:docPart w:val="998813ABFC3C409F863C4BA64554766C"/>
            </w:placeholder>
            <w:showingPlcHdr/>
          </w:sdtPr>
          <w:sdtContent>
            <w:tc>
              <w:tcPr>
                <w:tcW w:w="6627" w:type="dxa"/>
              </w:tcPr>
              <w:p w14:paraId="62DFCB61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5BFDDA57" w14:textId="77777777" w:rsidTr="00CD745A">
        <w:tc>
          <w:tcPr>
            <w:tcW w:w="2723" w:type="dxa"/>
            <w:vAlign w:val="center"/>
          </w:tcPr>
          <w:p w14:paraId="58F5F523" w14:textId="77777777" w:rsidR="009E1E94" w:rsidRPr="00DC3959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DOI link where applicable</w:t>
            </w:r>
          </w:p>
        </w:tc>
        <w:sdt>
          <w:sdtPr>
            <w:id w:val="1325164369"/>
            <w:placeholder>
              <w:docPart w:val="E4BD4D3C8B304797A4A45508306DA327"/>
            </w:placeholder>
            <w:showingPlcHdr/>
          </w:sdtPr>
          <w:sdtContent>
            <w:tc>
              <w:tcPr>
                <w:tcW w:w="6627" w:type="dxa"/>
              </w:tcPr>
              <w:p w14:paraId="6ECA2517" w14:textId="77777777" w:rsidR="009E1E94" w:rsidRPr="00ED6D30" w:rsidRDefault="009E1E94" w:rsidP="00DC0D4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291CDC74" w14:textId="77777777" w:rsidTr="00CD745A">
        <w:tc>
          <w:tcPr>
            <w:tcW w:w="2723" w:type="dxa"/>
            <w:vAlign w:val="center"/>
          </w:tcPr>
          <w:p w14:paraId="34AE2687" w14:textId="77777777" w:rsidR="009E1E94" w:rsidRPr="00ED6D30" w:rsidRDefault="009E1E94" w:rsidP="00CD745A">
            <w:r w:rsidRPr="00ED6D30">
              <w:rPr>
                <w:b/>
                <w:bCs/>
              </w:rPr>
              <w:t>Publication/Presentation Date</w:t>
            </w:r>
          </w:p>
        </w:tc>
        <w:sdt>
          <w:sdtPr>
            <w:id w:val="-519008746"/>
            <w:placeholder>
              <w:docPart w:val="AD12BF5736464918997360BBFD7C5D4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1808EA9A" w14:textId="77777777" w:rsidR="009E1E94" w:rsidRPr="00ED6D30" w:rsidRDefault="009E1E94" w:rsidP="00DC0D46">
                <w:r w:rsidRPr="00DC0D46">
                  <w:rPr>
                    <w:rStyle w:val="PlaceholderText"/>
                    <w:lang w:val="en-US"/>
                  </w:rPr>
                  <w:t>Click or tap to enter a date.</w:t>
                </w:r>
              </w:p>
            </w:tc>
          </w:sdtContent>
        </w:sdt>
      </w:tr>
      <w:tr w:rsidR="009E1E94" w:rsidRPr="00ED6D30" w14:paraId="7AD51E35" w14:textId="77777777" w:rsidTr="00CD745A">
        <w:tc>
          <w:tcPr>
            <w:tcW w:w="2723" w:type="dxa"/>
            <w:vAlign w:val="center"/>
          </w:tcPr>
          <w:p w14:paraId="5342250E" w14:textId="77777777" w:rsidR="009E1E94" w:rsidRPr="00ED6D30" w:rsidRDefault="009E1E94" w:rsidP="00CD745A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B947EE7" w14:textId="77777777" w:rsidR="009E1E94" w:rsidRPr="00ED6D30" w:rsidRDefault="009E1E94" w:rsidP="00CD745A">
            <w:r w:rsidRPr="00ED6D30">
              <w:t>Complete</w:t>
            </w:r>
            <w:sdt>
              <w:sdtPr>
                <w:id w:val="716697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ED6D30">
              <w:t>Ongoing</w:t>
            </w:r>
            <w:r>
              <w:t xml:space="preserve"> </w:t>
            </w:r>
            <w:sdt>
              <w:sdtPr>
                <w:id w:val="-1765685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D6D30">
              <w:t xml:space="preserve"> </w:t>
            </w:r>
          </w:p>
        </w:tc>
      </w:tr>
      <w:tr w:rsidR="009E1E94" w:rsidRPr="00ED6D30" w14:paraId="66FFFAE5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CF4E398" w14:textId="77777777" w:rsidR="009E1E94" w:rsidRPr="00ED6D30" w:rsidRDefault="009E1E94" w:rsidP="00CD745A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9CC204D" w14:textId="77777777" w:rsidR="009E1E94" w:rsidRPr="00ED6D30" w:rsidRDefault="009E1E94" w:rsidP="00CD745A">
            <w:r w:rsidRPr="00ED6D30">
              <w:t>Yes</w:t>
            </w:r>
            <w:r>
              <w:t xml:space="preserve"> </w:t>
            </w:r>
            <w:sdt>
              <w:sdtPr>
                <w:id w:val="38931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r w:rsidRPr="00ED6D30">
              <w:t>No</w:t>
            </w:r>
            <w:r>
              <w:t xml:space="preserve"> </w:t>
            </w:r>
            <w:sdt>
              <w:sdtPr>
                <w:id w:val="1850220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381E8689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903A1" w14:textId="77777777" w:rsidR="009E1E94" w:rsidRPr="00ED6D30" w:rsidRDefault="009E1E94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CE232" w14:textId="35170342" w:rsidR="009E1E94" w:rsidRPr="00ED6D30" w:rsidRDefault="009E1E94" w:rsidP="00CD745A"/>
        </w:tc>
      </w:tr>
    </w:tbl>
    <w:p w14:paraId="217DAF30" w14:textId="77777777" w:rsidR="00CD745A" w:rsidRPr="00ED6D30" w:rsidRDefault="00CD745A" w:rsidP="00C7253B"/>
    <w:p w14:paraId="28AE77EB" w14:textId="77777777" w:rsidR="009E1E94" w:rsidRDefault="009E1E94">
      <w:pPr>
        <w:rPr>
          <w:rFonts w:eastAsiaTheme="majorEastAsia" w:cs="Calibri"/>
          <w:b/>
          <w:bCs/>
          <w:color w:val="0024BB"/>
          <w:sz w:val="28"/>
          <w:szCs w:val="28"/>
        </w:rPr>
      </w:pPr>
      <w:r>
        <w:br w:type="page"/>
      </w:r>
    </w:p>
    <w:p w14:paraId="01499F46" w14:textId="74382348" w:rsidR="00214ECC" w:rsidRDefault="003729FB" w:rsidP="007B5042">
      <w:pPr>
        <w:pStyle w:val="Heading1"/>
      </w:pPr>
      <w:r w:rsidRPr="00ED6D30">
        <w:lastRenderedPageBreak/>
        <w:t xml:space="preserve">Teaching </w:t>
      </w:r>
      <w:r w:rsidR="0075109E" w:rsidRPr="00ED6D30">
        <w:t xml:space="preserve">training and </w:t>
      </w:r>
      <w:r w:rsidRPr="00ED6D30"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ED6D30" w14:paraId="66F7ED9E" w14:textId="77777777" w:rsidTr="00267016">
        <w:tc>
          <w:tcPr>
            <w:tcW w:w="2689" w:type="dxa"/>
            <w:vAlign w:val="center"/>
          </w:tcPr>
          <w:p w14:paraId="1ADD563F" w14:textId="5D7DF066" w:rsidR="00E9708F" w:rsidRPr="00ED6D30" w:rsidRDefault="00E9708F" w:rsidP="00267016">
            <w:r w:rsidRPr="00ED6D30">
              <w:rPr>
                <w:b/>
                <w:bCs/>
              </w:rPr>
              <w:t>Role</w:t>
            </w:r>
          </w:p>
        </w:tc>
        <w:sdt>
          <w:sdtPr>
            <w:id w:val="1764723759"/>
            <w:placeholder>
              <w:docPart w:val="B804D97AF69F4E1D93739629DCFD4F20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38426A61" w14:textId="1ADC37F4" w:rsidR="00267016" w:rsidRPr="00ED6D30" w:rsidRDefault="00DC3959" w:rsidP="0026701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ED6D30" w14:paraId="3B740C1B" w14:textId="77777777" w:rsidTr="00267016">
        <w:tc>
          <w:tcPr>
            <w:tcW w:w="2689" w:type="dxa"/>
            <w:vAlign w:val="center"/>
          </w:tcPr>
          <w:p w14:paraId="5063B332" w14:textId="5483306F" w:rsidR="00E9708F" w:rsidRPr="00ED6D30" w:rsidRDefault="00E9708F" w:rsidP="00267016">
            <w:r w:rsidRPr="00ED6D30">
              <w:rPr>
                <w:b/>
                <w:bCs/>
              </w:rPr>
              <w:t>Institution</w:t>
            </w:r>
          </w:p>
        </w:tc>
        <w:sdt>
          <w:sdtPr>
            <w:id w:val="1420291158"/>
            <w:placeholder>
              <w:docPart w:val="D416BDB6D4064AFAB6FB1BA3C23A1B0D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1BDE551D" w14:textId="0B6F4043" w:rsidR="00267016" w:rsidRPr="00ED6D30" w:rsidRDefault="00DC3959" w:rsidP="0026701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ED6D30" w14:paraId="66CA38CE" w14:textId="77777777" w:rsidTr="00267016">
        <w:tc>
          <w:tcPr>
            <w:tcW w:w="2689" w:type="dxa"/>
            <w:vAlign w:val="center"/>
          </w:tcPr>
          <w:p w14:paraId="6E014817" w14:textId="4BF4295B" w:rsidR="00E9708F" w:rsidRPr="00ED6D30" w:rsidRDefault="00E9708F" w:rsidP="00267016">
            <w:r w:rsidRPr="00ED6D30">
              <w:rPr>
                <w:b/>
                <w:bCs/>
              </w:rPr>
              <w:t>Teaching Delivered</w:t>
            </w:r>
          </w:p>
        </w:tc>
        <w:sdt>
          <w:sdtPr>
            <w:id w:val="864104906"/>
            <w:placeholder>
              <w:docPart w:val="ADFDDD09A99A49DF94F7D01E158F8958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23783DB" w14:textId="3310BAA5" w:rsidR="00267016" w:rsidRPr="00ED6D30" w:rsidRDefault="00DC3959" w:rsidP="0026701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ED6D30" w14:paraId="37EA1DB7" w14:textId="77777777" w:rsidTr="00267016">
        <w:tc>
          <w:tcPr>
            <w:tcW w:w="2689" w:type="dxa"/>
            <w:vAlign w:val="center"/>
          </w:tcPr>
          <w:p w14:paraId="76F22547" w14:textId="493A63F6" w:rsidR="00E9708F" w:rsidRPr="00ED6D30" w:rsidRDefault="00E9708F" w:rsidP="00DC3959">
            <w:r w:rsidRPr="00ED6D30">
              <w:rPr>
                <w:b/>
                <w:bCs/>
              </w:rPr>
              <w:t>Audience</w:t>
            </w:r>
          </w:p>
        </w:tc>
        <w:sdt>
          <w:sdtPr>
            <w:id w:val="-605116493"/>
            <w:placeholder>
              <w:docPart w:val="854661C242C34A9F8838E6B8A3D986EF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28D0AF4" w14:textId="7505C2D0" w:rsidR="00267016" w:rsidRPr="00ED6D30" w:rsidRDefault="00DC3959" w:rsidP="0026701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ED6D30" w14:paraId="4B70A0A3" w14:textId="77777777" w:rsidTr="00267016">
        <w:tc>
          <w:tcPr>
            <w:tcW w:w="2689" w:type="dxa"/>
            <w:vAlign w:val="center"/>
          </w:tcPr>
          <w:p w14:paraId="2B82BE9D" w14:textId="190108BB" w:rsidR="00E9708F" w:rsidRPr="00ED6D30" w:rsidRDefault="00E9708F" w:rsidP="00267016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51D74B4D" w14:textId="5D1F17EB" w:rsidR="00E9708F" w:rsidRPr="00ED6D30" w:rsidRDefault="00E9708F" w:rsidP="00267016">
            <w:r w:rsidRPr="00ED6D30">
              <w:t>Complete</w:t>
            </w:r>
            <w:r w:rsidR="00DC3959">
              <w:t xml:space="preserve"> </w:t>
            </w:r>
            <w:sdt>
              <w:sdtPr>
                <w:id w:val="-152647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3959">
              <w:t xml:space="preserve"> </w:t>
            </w:r>
            <w:r w:rsidR="00DC3959">
              <w:tab/>
            </w:r>
            <w:r w:rsidRPr="00ED6D30">
              <w:t>Ongoing</w:t>
            </w:r>
            <w:r w:rsidR="00DC3959">
              <w:t xml:space="preserve"> </w:t>
            </w:r>
            <w:sdt>
              <w:sdtPr>
                <w:id w:val="89948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ED6D30" w14:paraId="605DD3C8" w14:textId="77777777" w:rsidTr="00267016">
        <w:tc>
          <w:tcPr>
            <w:tcW w:w="2689" w:type="dxa"/>
            <w:vAlign w:val="center"/>
          </w:tcPr>
          <w:p w14:paraId="3ACF7AFC" w14:textId="2D9BB58C" w:rsidR="00E9708F" w:rsidRPr="00ED6D30" w:rsidRDefault="00E9708F" w:rsidP="00267016">
            <w:r w:rsidRPr="00ED6D30">
              <w:rPr>
                <w:b/>
                <w:bCs/>
              </w:rPr>
              <w:t>Feedback/Outcomes</w:t>
            </w:r>
          </w:p>
        </w:tc>
        <w:sdt>
          <w:sdtPr>
            <w:id w:val="1112020840"/>
            <w:placeholder>
              <w:docPart w:val="BD81C130569E4177AEAE27FB5C9C675D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4ADF35B" w14:textId="27EB60C9" w:rsidR="00267016" w:rsidRPr="00ED6D30" w:rsidRDefault="00DC3959" w:rsidP="00267016">
                <w:r w:rsidRPr="009C5483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ED6D30" w14:paraId="566A2045" w14:textId="77777777" w:rsidTr="00267016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119B54C1" w14:textId="25B16C01" w:rsidR="00E9708F" w:rsidRPr="00ED6D30" w:rsidRDefault="00E9708F" w:rsidP="00267016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0F0F3B7F" w14:textId="20AC1919" w:rsidR="00E9708F" w:rsidRPr="00ED6D30" w:rsidRDefault="00E9708F" w:rsidP="00267016">
            <w:r w:rsidRPr="00ED6D30">
              <w:t>Yes</w:t>
            </w:r>
            <w:r w:rsidR="00DC3959">
              <w:t xml:space="preserve"> </w:t>
            </w:r>
            <w:sdt>
              <w:sdtPr>
                <w:id w:val="30791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C3959">
              <w:t xml:space="preserve"> </w:t>
            </w:r>
            <w:r w:rsidR="00DC3959">
              <w:tab/>
            </w:r>
            <w:r w:rsidRPr="00ED6D30">
              <w:t>No</w:t>
            </w:r>
            <w:r w:rsidR="00DC3959">
              <w:t xml:space="preserve"> </w:t>
            </w:r>
            <w:sdt>
              <w:sdtPr>
                <w:id w:val="146229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39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67016" w:rsidRPr="00ED6D30" w14:paraId="4555A217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7BB82F" w14:textId="54CB56E4" w:rsidR="00267016" w:rsidRPr="00ED6D30" w:rsidRDefault="00267016"/>
        </w:tc>
      </w:tr>
      <w:tr w:rsidR="00DC3959" w:rsidRPr="00ED6D30" w14:paraId="5F66A9C9" w14:textId="77777777" w:rsidTr="00267016">
        <w:tc>
          <w:tcPr>
            <w:tcW w:w="2689" w:type="dxa"/>
            <w:vAlign w:val="center"/>
          </w:tcPr>
          <w:p w14:paraId="646CEF2A" w14:textId="6F2402E2" w:rsidR="00DC3959" w:rsidRPr="00ED6D30" w:rsidRDefault="00DC3959" w:rsidP="00267016">
            <w:r w:rsidRPr="00ED6D30">
              <w:rPr>
                <w:b/>
                <w:bCs/>
              </w:rPr>
              <w:t>Role</w:t>
            </w:r>
          </w:p>
        </w:tc>
        <w:sdt>
          <w:sdtPr>
            <w:id w:val="-473915050"/>
            <w:placeholder>
              <w:docPart w:val="46522DE7F1C841EDBB4E28741255D90A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21FF77F" w14:textId="77777777" w:rsidR="00DC3959" w:rsidRPr="00E8782B" w:rsidRDefault="00DC3959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2BD92F29" w14:textId="77777777" w:rsidTr="00267016">
        <w:tc>
          <w:tcPr>
            <w:tcW w:w="2689" w:type="dxa"/>
            <w:vAlign w:val="center"/>
          </w:tcPr>
          <w:p w14:paraId="008C7E62" w14:textId="77777777" w:rsidR="00DC3959" w:rsidRPr="00ED6D30" w:rsidRDefault="00DC3959" w:rsidP="00267016">
            <w:r w:rsidRPr="00ED6D30">
              <w:rPr>
                <w:b/>
                <w:bCs/>
              </w:rPr>
              <w:t>Institution</w:t>
            </w:r>
          </w:p>
        </w:tc>
        <w:sdt>
          <w:sdtPr>
            <w:id w:val="-994798282"/>
            <w:placeholder>
              <w:docPart w:val="F037C66F0DC54244BD0E9A9CA741C0EB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28D91A78" w14:textId="77777777" w:rsidR="00DC3959" w:rsidRPr="00E8782B" w:rsidRDefault="00DC3959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785A5553" w14:textId="77777777" w:rsidTr="00267016">
        <w:tc>
          <w:tcPr>
            <w:tcW w:w="2689" w:type="dxa"/>
            <w:vAlign w:val="center"/>
          </w:tcPr>
          <w:p w14:paraId="45F2F466" w14:textId="77777777" w:rsidR="00DC3959" w:rsidRPr="00ED6D30" w:rsidRDefault="00DC3959" w:rsidP="00267016">
            <w:r w:rsidRPr="00ED6D30">
              <w:rPr>
                <w:b/>
                <w:bCs/>
              </w:rPr>
              <w:t>Teaching Delivered</w:t>
            </w:r>
          </w:p>
        </w:tc>
        <w:sdt>
          <w:sdtPr>
            <w:id w:val="-1551680994"/>
            <w:placeholder>
              <w:docPart w:val="D875F5BA646D47629CC375B93797872B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1496CD9A" w14:textId="77777777" w:rsidR="00DC3959" w:rsidRPr="00E8782B" w:rsidRDefault="00DC3959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73772626" w14:textId="77777777" w:rsidTr="00267016">
        <w:tc>
          <w:tcPr>
            <w:tcW w:w="2689" w:type="dxa"/>
            <w:vAlign w:val="center"/>
          </w:tcPr>
          <w:p w14:paraId="3C883CD3" w14:textId="77777777" w:rsidR="00DC3959" w:rsidRPr="00ED6D30" w:rsidRDefault="00DC3959" w:rsidP="00DC3959">
            <w:r w:rsidRPr="00ED6D30">
              <w:rPr>
                <w:b/>
                <w:bCs/>
              </w:rPr>
              <w:t>Audience</w:t>
            </w:r>
          </w:p>
        </w:tc>
        <w:sdt>
          <w:sdtPr>
            <w:id w:val="-669791048"/>
            <w:placeholder>
              <w:docPart w:val="1FBE2D71375642F3AC5ACF2C90087E17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5192453D" w14:textId="77777777" w:rsidR="00DC3959" w:rsidRPr="00E8782B" w:rsidRDefault="00DC3959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7358351F" w14:textId="77777777" w:rsidTr="00267016">
        <w:tc>
          <w:tcPr>
            <w:tcW w:w="2689" w:type="dxa"/>
            <w:vAlign w:val="center"/>
          </w:tcPr>
          <w:p w14:paraId="3CFF7CB6" w14:textId="77777777" w:rsidR="00DC3959" w:rsidRPr="00ED6D30" w:rsidRDefault="00DC3959" w:rsidP="00267016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3060242A" w14:textId="77777777" w:rsidR="00DC3959" w:rsidRPr="00E8782B" w:rsidRDefault="00DC3959" w:rsidP="00267016">
            <w:r w:rsidRPr="00E8782B">
              <w:t xml:space="preserve">Complete </w:t>
            </w:r>
            <w:sdt>
              <w:sdtPr>
                <w:id w:val="35932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Ongoing </w:t>
            </w:r>
            <w:sdt>
              <w:sdtPr>
                <w:id w:val="-166538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C3959" w:rsidRPr="00ED6D30" w14:paraId="10532637" w14:textId="77777777" w:rsidTr="00267016">
        <w:tc>
          <w:tcPr>
            <w:tcW w:w="2689" w:type="dxa"/>
            <w:vAlign w:val="center"/>
          </w:tcPr>
          <w:p w14:paraId="19FAEC9C" w14:textId="77777777" w:rsidR="00DC3959" w:rsidRPr="00ED6D30" w:rsidRDefault="00DC3959" w:rsidP="00267016">
            <w:r w:rsidRPr="00ED6D30">
              <w:rPr>
                <w:b/>
                <w:bCs/>
              </w:rPr>
              <w:t>Feedback/Outcomes</w:t>
            </w:r>
          </w:p>
        </w:tc>
        <w:sdt>
          <w:sdtPr>
            <w:id w:val="1183936731"/>
            <w:placeholder>
              <w:docPart w:val="48EC87E7631341F082372DDA13854725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A53EA5F" w14:textId="77777777" w:rsidR="00DC3959" w:rsidRPr="00E8782B" w:rsidRDefault="00DC3959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DC3959" w:rsidRPr="00ED6D30" w14:paraId="3F26FADF" w14:textId="77777777" w:rsidTr="00267016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60EDCE71" w14:textId="77777777" w:rsidR="00DC3959" w:rsidRPr="00ED6D30" w:rsidRDefault="00DC3959" w:rsidP="00267016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1E15A350" w14:textId="77777777" w:rsidR="00DC3959" w:rsidRPr="00E8782B" w:rsidRDefault="00DC3959" w:rsidP="00267016">
            <w:r w:rsidRPr="00E8782B">
              <w:t xml:space="preserve">Yes </w:t>
            </w:r>
            <w:sdt>
              <w:sdtPr>
                <w:id w:val="-36314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No </w:t>
            </w:r>
            <w:sdt>
              <w:sdtPr>
                <w:id w:val="-96250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C3959" w:rsidRPr="00ED6D30" w14:paraId="393DF204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30970" w14:textId="241FB308" w:rsidR="00DC3959" w:rsidRPr="00ED6D30" w:rsidRDefault="00DC3959"/>
        </w:tc>
      </w:tr>
      <w:tr w:rsidR="009E1E94" w:rsidRPr="00ED6D30" w14:paraId="33D1D705" w14:textId="77777777" w:rsidTr="00267016">
        <w:tc>
          <w:tcPr>
            <w:tcW w:w="2689" w:type="dxa"/>
            <w:vAlign w:val="center"/>
          </w:tcPr>
          <w:p w14:paraId="6E29AF01" w14:textId="5BDC0068" w:rsidR="009E1E94" w:rsidRPr="00ED6D30" w:rsidRDefault="009E1E94" w:rsidP="00267016">
            <w:r w:rsidRPr="00ED6D30">
              <w:rPr>
                <w:b/>
                <w:bCs/>
              </w:rPr>
              <w:t>Role</w:t>
            </w:r>
          </w:p>
        </w:tc>
        <w:sdt>
          <w:sdtPr>
            <w:id w:val="-1175493015"/>
            <w:placeholder>
              <w:docPart w:val="997B34ABBB1C48BC9B5723F808DEA981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502B9A78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7F9302F1" w14:textId="77777777" w:rsidTr="00267016">
        <w:tc>
          <w:tcPr>
            <w:tcW w:w="2689" w:type="dxa"/>
            <w:vAlign w:val="center"/>
          </w:tcPr>
          <w:p w14:paraId="1432A419" w14:textId="77777777" w:rsidR="009E1E94" w:rsidRPr="00ED6D30" w:rsidRDefault="009E1E94" w:rsidP="00267016">
            <w:r w:rsidRPr="00ED6D30">
              <w:rPr>
                <w:b/>
                <w:bCs/>
              </w:rPr>
              <w:t>Institution</w:t>
            </w:r>
          </w:p>
        </w:tc>
        <w:sdt>
          <w:sdtPr>
            <w:id w:val="268209399"/>
            <w:placeholder>
              <w:docPart w:val="1215C129493F4387A0627894F684D36F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5CE1F48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3EE3B215" w14:textId="77777777" w:rsidTr="00267016">
        <w:tc>
          <w:tcPr>
            <w:tcW w:w="2689" w:type="dxa"/>
            <w:vAlign w:val="center"/>
          </w:tcPr>
          <w:p w14:paraId="45E4C612" w14:textId="77777777" w:rsidR="009E1E94" w:rsidRPr="00ED6D30" w:rsidRDefault="009E1E94" w:rsidP="00267016">
            <w:r w:rsidRPr="00ED6D30">
              <w:rPr>
                <w:b/>
                <w:bCs/>
              </w:rPr>
              <w:t>Teaching Delivered</w:t>
            </w:r>
          </w:p>
        </w:tc>
        <w:sdt>
          <w:sdtPr>
            <w:id w:val="1162121722"/>
            <w:placeholder>
              <w:docPart w:val="ECF2DB821F574F96A95466A9092BC1C9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748F7761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6BBF6BE9" w14:textId="77777777" w:rsidTr="00267016">
        <w:tc>
          <w:tcPr>
            <w:tcW w:w="2689" w:type="dxa"/>
            <w:vAlign w:val="center"/>
          </w:tcPr>
          <w:p w14:paraId="4033B48F" w14:textId="77777777" w:rsidR="009E1E94" w:rsidRPr="00ED6D30" w:rsidRDefault="009E1E94" w:rsidP="00DC3959">
            <w:r w:rsidRPr="00ED6D30">
              <w:rPr>
                <w:b/>
                <w:bCs/>
              </w:rPr>
              <w:t>Audience</w:t>
            </w:r>
          </w:p>
        </w:tc>
        <w:sdt>
          <w:sdtPr>
            <w:id w:val="-1958021725"/>
            <w:placeholder>
              <w:docPart w:val="C3E38B5D4D4F44D6A9AA7967358F1580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1AA29F21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4052A740" w14:textId="77777777" w:rsidTr="00267016">
        <w:tc>
          <w:tcPr>
            <w:tcW w:w="2689" w:type="dxa"/>
            <w:vAlign w:val="center"/>
          </w:tcPr>
          <w:p w14:paraId="299BA8F4" w14:textId="77777777" w:rsidR="009E1E94" w:rsidRPr="00ED6D30" w:rsidRDefault="009E1E94" w:rsidP="00267016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53AD7447" w14:textId="77777777" w:rsidR="009E1E94" w:rsidRPr="00E8782B" w:rsidRDefault="009E1E94" w:rsidP="00267016">
            <w:r w:rsidRPr="00E8782B">
              <w:t xml:space="preserve">Complete </w:t>
            </w:r>
            <w:sdt>
              <w:sdtPr>
                <w:id w:val="-42950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Ongoing </w:t>
            </w:r>
            <w:sdt>
              <w:sdtPr>
                <w:id w:val="1735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6DF272F8" w14:textId="77777777" w:rsidTr="00267016">
        <w:tc>
          <w:tcPr>
            <w:tcW w:w="2689" w:type="dxa"/>
            <w:vAlign w:val="center"/>
          </w:tcPr>
          <w:p w14:paraId="3DE72BD3" w14:textId="77777777" w:rsidR="009E1E94" w:rsidRPr="00ED6D30" w:rsidRDefault="009E1E94" w:rsidP="00267016">
            <w:r w:rsidRPr="00ED6D30">
              <w:rPr>
                <w:b/>
                <w:bCs/>
              </w:rPr>
              <w:t>Feedback/Outcomes</w:t>
            </w:r>
          </w:p>
        </w:tc>
        <w:sdt>
          <w:sdtPr>
            <w:id w:val="-1556459958"/>
            <w:placeholder>
              <w:docPart w:val="5FB99B23E97F4A44A230FEBE03C6B177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688914DE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377C7C64" w14:textId="77777777" w:rsidTr="00267016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09318AA2" w14:textId="77777777" w:rsidR="009E1E94" w:rsidRPr="00ED6D30" w:rsidRDefault="009E1E94" w:rsidP="00267016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4CA02A1D" w14:textId="77777777" w:rsidR="009E1E94" w:rsidRPr="00E8782B" w:rsidRDefault="009E1E94" w:rsidP="00267016">
            <w:r w:rsidRPr="00E8782B">
              <w:t xml:space="preserve">Yes </w:t>
            </w:r>
            <w:sdt>
              <w:sdtPr>
                <w:id w:val="-107866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No </w:t>
            </w:r>
            <w:sdt>
              <w:sdtPr>
                <w:id w:val="-238787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13850E8E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CEAB6" w14:textId="7555138D" w:rsidR="009E1E94" w:rsidRPr="00ED6D30" w:rsidRDefault="009E1E94"/>
        </w:tc>
      </w:tr>
      <w:tr w:rsidR="009E1E94" w:rsidRPr="00ED6D30" w14:paraId="4F907639" w14:textId="77777777" w:rsidTr="00267016">
        <w:tc>
          <w:tcPr>
            <w:tcW w:w="2689" w:type="dxa"/>
            <w:vAlign w:val="center"/>
          </w:tcPr>
          <w:p w14:paraId="0C063D99" w14:textId="782F965F" w:rsidR="009E1E94" w:rsidRPr="00ED6D30" w:rsidRDefault="009E1E94" w:rsidP="00267016">
            <w:r w:rsidRPr="00ED6D30">
              <w:rPr>
                <w:b/>
                <w:bCs/>
              </w:rPr>
              <w:t>Role</w:t>
            </w:r>
          </w:p>
        </w:tc>
        <w:sdt>
          <w:sdtPr>
            <w:id w:val="1921048827"/>
            <w:placeholder>
              <w:docPart w:val="859196E8797B47F7B48F8663480F9649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6675C842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3D161D17" w14:textId="77777777" w:rsidTr="00267016">
        <w:tc>
          <w:tcPr>
            <w:tcW w:w="2689" w:type="dxa"/>
            <w:vAlign w:val="center"/>
          </w:tcPr>
          <w:p w14:paraId="74145846" w14:textId="77777777" w:rsidR="009E1E94" w:rsidRPr="00ED6D30" w:rsidRDefault="009E1E94" w:rsidP="00267016">
            <w:r w:rsidRPr="00ED6D30">
              <w:rPr>
                <w:b/>
                <w:bCs/>
              </w:rPr>
              <w:t>Institution</w:t>
            </w:r>
          </w:p>
        </w:tc>
        <w:sdt>
          <w:sdtPr>
            <w:id w:val="1613318731"/>
            <w:placeholder>
              <w:docPart w:val="91E7DD81B6A342F4A9A2454BE3FB545D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B8B6107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7FFC2B7A" w14:textId="77777777" w:rsidTr="00267016">
        <w:tc>
          <w:tcPr>
            <w:tcW w:w="2689" w:type="dxa"/>
            <w:vAlign w:val="center"/>
          </w:tcPr>
          <w:p w14:paraId="1466C324" w14:textId="77777777" w:rsidR="009E1E94" w:rsidRPr="00ED6D30" w:rsidRDefault="009E1E94" w:rsidP="00267016">
            <w:r w:rsidRPr="00ED6D30">
              <w:rPr>
                <w:b/>
                <w:bCs/>
              </w:rPr>
              <w:t>Teaching Delivered</w:t>
            </w:r>
          </w:p>
        </w:tc>
        <w:sdt>
          <w:sdtPr>
            <w:id w:val="1788702694"/>
            <w:placeholder>
              <w:docPart w:val="697C7683C45B4DDEB3C2B1683748F2B1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4558F001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36D9EFB7" w14:textId="77777777" w:rsidTr="00267016">
        <w:tc>
          <w:tcPr>
            <w:tcW w:w="2689" w:type="dxa"/>
            <w:vAlign w:val="center"/>
          </w:tcPr>
          <w:p w14:paraId="081CF4B7" w14:textId="77777777" w:rsidR="009E1E94" w:rsidRPr="00ED6D30" w:rsidRDefault="009E1E94" w:rsidP="00DC3959">
            <w:r w:rsidRPr="00ED6D30">
              <w:rPr>
                <w:b/>
                <w:bCs/>
              </w:rPr>
              <w:t>Audience</w:t>
            </w:r>
          </w:p>
        </w:tc>
        <w:sdt>
          <w:sdtPr>
            <w:id w:val="630987151"/>
            <w:placeholder>
              <w:docPart w:val="A1FB77660D1D47038EE7C2B38325036B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59E4BAAA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4A278AF6" w14:textId="77777777" w:rsidTr="00267016">
        <w:tc>
          <w:tcPr>
            <w:tcW w:w="2689" w:type="dxa"/>
            <w:vAlign w:val="center"/>
          </w:tcPr>
          <w:p w14:paraId="61CDFECB" w14:textId="77777777" w:rsidR="009E1E94" w:rsidRPr="00ED6D30" w:rsidRDefault="009E1E94" w:rsidP="00267016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36B49E3E" w14:textId="77777777" w:rsidR="009E1E94" w:rsidRPr="00E8782B" w:rsidRDefault="009E1E94" w:rsidP="00267016">
            <w:r w:rsidRPr="00E8782B">
              <w:t xml:space="preserve">Complete </w:t>
            </w:r>
            <w:sdt>
              <w:sdtPr>
                <w:id w:val="-102309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Ongoing </w:t>
            </w:r>
            <w:sdt>
              <w:sdtPr>
                <w:id w:val="134351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2E15190A" w14:textId="77777777" w:rsidTr="00267016">
        <w:tc>
          <w:tcPr>
            <w:tcW w:w="2689" w:type="dxa"/>
            <w:vAlign w:val="center"/>
          </w:tcPr>
          <w:p w14:paraId="6A0AE26C" w14:textId="77777777" w:rsidR="009E1E94" w:rsidRPr="00ED6D30" w:rsidRDefault="009E1E94" w:rsidP="00267016">
            <w:r w:rsidRPr="00ED6D30">
              <w:rPr>
                <w:b/>
                <w:bCs/>
              </w:rPr>
              <w:t>Feedback/Outcomes</w:t>
            </w:r>
          </w:p>
        </w:tc>
        <w:sdt>
          <w:sdtPr>
            <w:id w:val="608938380"/>
            <w:placeholder>
              <w:docPart w:val="35F1D392581D452FB906DD1D06903AE5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3E9D2805" w14:textId="77777777" w:rsidR="009E1E94" w:rsidRPr="00E8782B" w:rsidRDefault="009E1E94" w:rsidP="00DC0D46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E1E94" w:rsidRPr="00ED6D30" w14:paraId="61121CB6" w14:textId="77777777" w:rsidTr="00267016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7A6E6A93" w14:textId="77777777" w:rsidR="009E1E94" w:rsidRPr="00ED6D30" w:rsidRDefault="009E1E94" w:rsidP="00267016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78FB705A" w14:textId="77777777" w:rsidR="009E1E94" w:rsidRPr="00E8782B" w:rsidRDefault="009E1E94" w:rsidP="00267016">
            <w:r w:rsidRPr="00E8782B">
              <w:t xml:space="preserve">Yes </w:t>
            </w:r>
            <w:sdt>
              <w:sdtPr>
                <w:id w:val="-133729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No </w:t>
            </w:r>
            <w:sdt>
              <w:sdtPr>
                <w:id w:val="-100567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E1E94" w:rsidRPr="00ED6D30" w14:paraId="105DA33F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D6C39" w14:textId="2392541C" w:rsidR="009E1E94" w:rsidRPr="00ED6D30" w:rsidRDefault="009E1E94"/>
        </w:tc>
      </w:tr>
      <w:tr w:rsidR="000B046E" w:rsidRPr="00ED6D30" w14:paraId="2B606818" w14:textId="77777777" w:rsidTr="00607050">
        <w:tc>
          <w:tcPr>
            <w:tcW w:w="2689" w:type="dxa"/>
            <w:vAlign w:val="center"/>
          </w:tcPr>
          <w:p w14:paraId="53DD10D7" w14:textId="77777777" w:rsidR="000B046E" w:rsidRPr="00ED6D30" w:rsidRDefault="000B046E" w:rsidP="00607050">
            <w:r w:rsidRPr="00ED6D30">
              <w:rPr>
                <w:b/>
                <w:bCs/>
              </w:rPr>
              <w:t>Role</w:t>
            </w:r>
          </w:p>
        </w:tc>
        <w:sdt>
          <w:sdtPr>
            <w:id w:val="1024755158"/>
            <w:placeholder>
              <w:docPart w:val="A8BBA391DB7D4EDDA9CE29AA216975C2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62DBF55A" w14:textId="77777777" w:rsidR="000B046E" w:rsidRPr="00E8782B" w:rsidRDefault="000B046E" w:rsidP="00607050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B046E" w:rsidRPr="00ED6D30" w14:paraId="5E3E3616" w14:textId="77777777" w:rsidTr="00607050">
        <w:tc>
          <w:tcPr>
            <w:tcW w:w="2689" w:type="dxa"/>
            <w:vAlign w:val="center"/>
          </w:tcPr>
          <w:p w14:paraId="2C8637DD" w14:textId="77777777" w:rsidR="000B046E" w:rsidRPr="00ED6D30" w:rsidRDefault="000B046E" w:rsidP="00607050">
            <w:r w:rsidRPr="00ED6D30">
              <w:rPr>
                <w:b/>
                <w:bCs/>
              </w:rPr>
              <w:lastRenderedPageBreak/>
              <w:t>Institution</w:t>
            </w:r>
          </w:p>
        </w:tc>
        <w:sdt>
          <w:sdtPr>
            <w:id w:val="-1386415879"/>
            <w:placeholder>
              <w:docPart w:val="9B06CCE257694D9E9AD6D8AB340571E2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3419D647" w14:textId="77777777" w:rsidR="000B046E" w:rsidRPr="00E8782B" w:rsidRDefault="000B046E" w:rsidP="00607050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B046E" w:rsidRPr="00ED6D30" w14:paraId="1671C6C3" w14:textId="77777777" w:rsidTr="00607050">
        <w:tc>
          <w:tcPr>
            <w:tcW w:w="2689" w:type="dxa"/>
            <w:vAlign w:val="center"/>
          </w:tcPr>
          <w:p w14:paraId="13ADD119" w14:textId="77777777" w:rsidR="000B046E" w:rsidRPr="00ED6D30" w:rsidRDefault="000B046E" w:rsidP="00607050">
            <w:r w:rsidRPr="00ED6D30">
              <w:rPr>
                <w:b/>
                <w:bCs/>
              </w:rPr>
              <w:t>Teaching Delivered</w:t>
            </w:r>
          </w:p>
        </w:tc>
        <w:sdt>
          <w:sdtPr>
            <w:id w:val="-934365962"/>
            <w:placeholder>
              <w:docPart w:val="E8416521E85C4B209FFD93ED5205B255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0E3B5D2A" w14:textId="77777777" w:rsidR="000B046E" w:rsidRPr="00E8782B" w:rsidRDefault="000B046E" w:rsidP="00607050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B046E" w:rsidRPr="00ED6D30" w14:paraId="6F84EFA2" w14:textId="77777777" w:rsidTr="00607050">
        <w:tc>
          <w:tcPr>
            <w:tcW w:w="2689" w:type="dxa"/>
            <w:vAlign w:val="center"/>
          </w:tcPr>
          <w:p w14:paraId="25E2EAA7" w14:textId="77777777" w:rsidR="000B046E" w:rsidRPr="00ED6D30" w:rsidRDefault="000B046E" w:rsidP="00607050">
            <w:r w:rsidRPr="00ED6D30">
              <w:rPr>
                <w:b/>
                <w:bCs/>
              </w:rPr>
              <w:t>Audience</w:t>
            </w:r>
          </w:p>
        </w:tc>
        <w:sdt>
          <w:sdtPr>
            <w:id w:val="-1305625127"/>
            <w:placeholder>
              <w:docPart w:val="89E9B2533C32477BB147FB357DE2212C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0D50CAE8" w14:textId="77777777" w:rsidR="000B046E" w:rsidRPr="00E8782B" w:rsidRDefault="000B046E" w:rsidP="00607050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B046E" w:rsidRPr="00ED6D30" w14:paraId="23DC4757" w14:textId="77777777" w:rsidTr="00607050">
        <w:tc>
          <w:tcPr>
            <w:tcW w:w="2689" w:type="dxa"/>
            <w:vAlign w:val="center"/>
          </w:tcPr>
          <w:p w14:paraId="59EA1362" w14:textId="77777777" w:rsidR="000B046E" w:rsidRPr="00ED6D30" w:rsidRDefault="000B046E" w:rsidP="00607050">
            <w:r w:rsidRPr="00ED6D30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  <w:vAlign w:val="center"/>
          </w:tcPr>
          <w:p w14:paraId="03F6886C" w14:textId="77777777" w:rsidR="000B046E" w:rsidRPr="00E8782B" w:rsidRDefault="000B046E" w:rsidP="00607050">
            <w:r w:rsidRPr="00E8782B">
              <w:t xml:space="preserve">Complete </w:t>
            </w:r>
            <w:sdt>
              <w:sdtPr>
                <w:id w:val="-192370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Ongoing </w:t>
            </w:r>
            <w:sdt>
              <w:sdtPr>
                <w:id w:val="-76515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0B046E" w:rsidRPr="00ED6D30" w14:paraId="2B70C808" w14:textId="77777777" w:rsidTr="00607050">
        <w:tc>
          <w:tcPr>
            <w:tcW w:w="2689" w:type="dxa"/>
            <w:vAlign w:val="center"/>
          </w:tcPr>
          <w:p w14:paraId="54A99F9C" w14:textId="77777777" w:rsidR="000B046E" w:rsidRPr="00ED6D30" w:rsidRDefault="000B046E" w:rsidP="00607050">
            <w:r w:rsidRPr="00ED6D30">
              <w:rPr>
                <w:b/>
                <w:bCs/>
              </w:rPr>
              <w:t>Feedback/Outcomes</w:t>
            </w:r>
          </w:p>
        </w:tc>
        <w:sdt>
          <w:sdtPr>
            <w:id w:val="-249659999"/>
            <w:placeholder>
              <w:docPart w:val="9E3B82C6644947F2B2222847B5F4962C"/>
            </w:placeholder>
            <w:showingPlcHdr/>
          </w:sdtPr>
          <w:sdtContent>
            <w:tc>
              <w:tcPr>
                <w:tcW w:w="6661" w:type="dxa"/>
                <w:vAlign w:val="center"/>
              </w:tcPr>
              <w:p w14:paraId="0A5CF6B2" w14:textId="77777777" w:rsidR="000B046E" w:rsidRPr="00E8782B" w:rsidRDefault="000B046E" w:rsidP="00607050">
                <w:r w:rsidRPr="00E8782B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B046E" w:rsidRPr="00ED6D30" w14:paraId="5EF26D11" w14:textId="77777777" w:rsidTr="00607050"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20B6ABAE" w14:textId="77777777" w:rsidR="000B046E" w:rsidRPr="00ED6D30" w:rsidRDefault="000B046E" w:rsidP="00607050">
            <w:pPr>
              <w:rPr>
                <w:b/>
                <w:bCs/>
              </w:rPr>
            </w:pPr>
            <w:r w:rsidRPr="00ED6D30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center"/>
          </w:tcPr>
          <w:p w14:paraId="1AE504B6" w14:textId="77777777" w:rsidR="000B046E" w:rsidRPr="00E8782B" w:rsidRDefault="000B046E" w:rsidP="00607050">
            <w:r w:rsidRPr="00E8782B">
              <w:t xml:space="preserve">Yes </w:t>
            </w:r>
            <w:sdt>
              <w:sdtPr>
                <w:id w:val="-21095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8782B">
              <w:t xml:space="preserve"> </w:t>
            </w:r>
            <w:r w:rsidRPr="00E8782B">
              <w:tab/>
              <w:t xml:space="preserve">No </w:t>
            </w:r>
            <w:sdt>
              <w:sdtPr>
                <w:id w:val="-5268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878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7A882F9A" w14:textId="77777777" w:rsidR="00E9708F" w:rsidRDefault="00E9708F"/>
    <w:p w14:paraId="207E22B4" w14:textId="77777777" w:rsidR="00DC3959" w:rsidRPr="00ED6D30" w:rsidRDefault="00DC3959"/>
    <w:p w14:paraId="2557CBC2" w14:textId="77777777" w:rsidR="009E1E94" w:rsidRDefault="009E1E94">
      <w:pPr>
        <w:rPr>
          <w:rFonts w:eastAsiaTheme="majorEastAsia" w:cs="Calibri"/>
          <w:b/>
          <w:bCs/>
          <w:color w:val="0024BB"/>
          <w:sz w:val="28"/>
          <w:szCs w:val="28"/>
        </w:rPr>
      </w:pPr>
      <w:r>
        <w:br w:type="page"/>
      </w:r>
    </w:p>
    <w:p w14:paraId="7C431B1F" w14:textId="483B4877" w:rsidR="00F211F0" w:rsidRPr="00DC3959" w:rsidRDefault="00F211F0" w:rsidP="00DC3959">
      <w:pPr>
        <w:pStyle w:val="Heading1"/>
      </w:pPr>
      <w:r w:rsidRPr="00ED6D30">
        <w:lastRenderedPageBreak/>
        <w:t>Leadership</w:t>
      </w:r>
      <w:r w:rsidR="0075109E" w:rsidRPr="00ED6D30">
        <w:t xml:space="preserve"> and management training and experience</w:t>
      </w:r>
    </w:p>
    <w:p w14:paraId="368A6B31" w14:textId="77777777" w:rsidR="00ED6D30" w:rsidRDefault="007B5042" w:rsidP="00ED6D30">
      <w:pPr>
        <w:pStyle w:val="ListParagraph"/>
        <w:numPr>
          <w:ilvl w:val="0"/>
          <w:numId w:val="15"/>
        </w:numPr>
        <w:rPr>
          <w:b/>
          <w:bCs/>
        </w:rPr>
      </w:pPr>
      <w:r w:rsidRPr="00ED6D30">
        <w:rPr>
          <w:b/>
          <w:bCs/>
        </w:rPr>
        <w:t>Describe a time you demonstrated leadership in a clinical setting.</w:t>
      </w:r>
    </w:p>
    <w:sdt>
      <w:sdtPr>
        <w:id w:val="-1975051530"/>
        <w:placeholder>
          <w:docPart w:val="EE1400CF49724A45AF7451577E9B15DA"/>
        </w:placeholder>
        <w:showingPlcHdr/>
      </w:sdtPr>
      <w:sdtContent>
        <w:p w14:paraId="778923DA" w14:textId="4F815E32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3F64EACA" w14:textId="77777777" w:rsidR="00ED6D30" w:rsidRDefault="007B5042" w:rsidP="00ED6D30">
      <w:pPr>
        <w:pStyle w:val="ListParagraph"/>
        <w:numPr>
          <w:ilvl w:val="0"/>
          <w:numId w:val="15"/>
        </w:numPr>
        <w:rPr>
          <w:b/>
          <w:bCs/>
        </w:rPr>
      </w:pPr>
      <w:r w:rsidRPr="00ED6D30">
        <w:rPr>
          <w:b/>
          <w:bCs/>
        </w:rPr>
        <w:t>Give an example of how you managed a challenging team situation.</w:t>
      </w:r>
    </w:p>
    <w:sdt>
      <w:sdtPr>
        <w:id w:val="-1216268095"/>
        <w:placeholder>
          <w:docPart w:val="14BA001EC7264CC38C771915366FF182"/>
        </w:placeholder>
        <w:showingPlcHdr/>
      </w:sdtPr>
      <w:sdtContent>
        <w:p w14:paraId="54A50B3F" w14:textId="44339923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50B6E78F" w14:textId="77777777" w:rsidR="00ED6D30" w:rsidRDefault="007B5042" w:rsidP="00ED6D30">
      <w:pPr>
        <w:pStyle w:val="ListParagraph"/>
        <w:numPr>
          <w:ilvl w:val="0"/>
          <w:numId w:val="15"/>
        </w:numPr>
        <w:rPr>
          <w:b/>
          <w:bCs/>
        </w:rPr>
      </w:pPr>
      <w:r w:rsidRPr="00ED6D30">
        <w:rPr>
          <w:b/>
          <w:bCs/>
        </w:rPr>
        <w:t>Describe a service improvement you initiated or contributed to.</w:t>
      </w:r>
    </w:p>
    <w:sdt>
      <w:sdtPr>
        <w:id w:val="-515465663"/>
        <w:placeholder>
          <w:docPart w:val="1FF74A30BA0241C998A9A7EA95555356"/>
        </w:placeholder>
        <w:showingPlcHdr/>
      </w:sdtPr>
      <w:sdtContent>
        <w:p w14:paraId="0F4CBDD7" w14:textId="3A4C9EF0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4E53DC11" w14:textId="3D250829" w:rsidR="007B5042" w:rsidRDefault="007B5042" w:rsidP="00ED6D30">
      <w:pPr>
        <w:pStyle w:val="ListParagraph"/>
        <w:numPr>
          <w:ilvl w:val="0"/>
          <w:numId w:val="15"/>
        </w:numPr>
        <w:rPr>
          <w:b/>
          <w:bCs/>
        </w:rPr>
      </w:pPr>
      <w:r w:rsidRPr="00ED6D30">
        <w:rPr>
          <w:b/>
          <w:bCs/>
        </w:rPr>
        <w:t>How do you prioritise workload in a busy clinical environment?</w:t>
      </w:r>
    </w:p>
    <w:sdt>
      <w:sdtPr>
        <w:id w:val="-975985468"/>
        <w:placeholder>
          <w:docPart w:val="CCB6AC6B967B4B4EA6E1CFF3A8E1C64E"/>
        </w:placeholder>
        <w:showingPlcHdr/>
      </w:sdtPr>
      <w:sdtContent>
        <w:p w14:paraId="1642FF61" w14:textId="22E574F4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5272AD62" w14:textId="77777777" w:rsidR="007B5042" w:rsidRPr="00ED6D30" w:rsidRDefault="007B5042" w:rsidP="007B5042"/>
    <w:p w14:paraId="53579538" w14:textId="77777777" w:rsidR="00ED6D30" w:rsidRDefault="007B5042" w:rsidP="00ED6D30">
      <w:pPr>
        <w:pStyle w:val="Heading1"/>
      </w:pPr>
      <w:r w:rsidRPr="00ED6D30">
        <w:t>Communication &amp; Professionalism</w:t>
      </w:r>
    </w:p>
    <w:p w14:paraId="330BB486" w14:textId="77777777" w:rsidR="00ED6D30" w:rsidRDefault="007B5042" w:rsidP="00ED6D30">
      <w:pPr>
        <w:pStyle w:val="ListParagraph"/>
        <w:numPr>
          <w:ilvl w:val="0"/>
          <w:numId w:val="16"/>
        </w:numPr>
        <w:rPr>
          <w:b/>
          <w:bCs/>
        </w:rPr>
      </w:pPr>
      <w:r w:rsidRPr="00ED6D30">
        <w:rPr>
          <w:b/>
          <w:bCs/>
        </w:rPr>
        <w:t>Describe a situation where you had to communicate a difficult message.</w:t>
      </w:r>
    </w:p>
    <w:sdt>
      <w:sdtPr>
        <w:id w:val="-1163083063"/>
        <w:placeholder>
          <w:docPart w:val="6D8995702B01474283789E4757D99E5A"/>
        </w:placeholder>
        <w:showingPlcHdr/>
      </w:sdtPr>
      <w:sdtContent>
        <w:p w14:paraId="798403FE" w14:textId="7720CCBF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46F2A2F7" w14:textId="77777777" w:rsidR="00ED6D30" w:rsidRDefault="007B5042" w:rsidP="00ED6D30">
      <w:pPr>
        <w:pStyle w:val="ListParagraph"/>
        <w:numPr>
          <w:ilvl w:val="0"/>
          <w:numId w:val="16"/>
        </w:numPr>
        <w:rPr>
          <w:b/>
          <w:bCs/>
        </w:rPr>
      </w:pPr>
      <w:r w:rsidRPr="00ED6D30">
        <w:rPr>
          <w:b/>
          <w:bCs/>
        </w:rPr>
        <w:t>How do you handle conflict with colleagues?</w:t>
      </w:r>
    </w:p>
    <w:sdt>
      <w:sdtPr>
        <w:id w:val="-1453235725"/>
        <w:placeholder>
          <w:docPart w:val="21B8CBC2C3A3473FB5F9BB1B5DDDCE8A"/>
        </w:placeholder>
        <w:showingPlcHdr/>
      </w:sdtPr>
      <w:sdtContent>
        <w:p w14:paraId="20AF6857" w14:textId="7FE243E7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6941AEBA" w14:textId="4CE6A271" w:rsidR="007B5042" w:rsidRDefault="007B5042" w:rsidP="00ED6D30">
      <w:pPr>
        <w:pStyle w:val="ListParagraph"/>
        <w:numPr>
          <w:ilvl w:val="0"/>
          <w:numId w:val="16"/>
        </w:numPr>
        <w:rPr>
          <w:b/>
          <w:bCs/>
        </w:rPr>
      </w:pPr>
      <w:r w:rsidRPr="00ED6D30">
        <w:rPr>
          <w:b/>
          <w:bCs/>
        </w:rPr>
        <w:t>Give an example of maintaining professionalism under pressure.</w:t>
      </w:r>
    </w:p>
    <w:sdt>
      <w:sdtPr>
        <w:rPr>
          <w:color w:val="666666"/>
        </w:rPr>
        <w:id w:val="-160859627"/>
        <w:placeholder>
          <w:docPart w:val="CDAE3CC45F3E4D25A95BCB228AA9EA55"/>
        </w:placeholder>
        <w:showingPlcHdr/>
      </w:sdtPr>
      <w:sdtContent>
        <w:p w14:paraId="148E9E22" w14:textId="6FBEC9F5" w:rsidR="00ED6D30" w:rsidRPr="00E8782B" w:rsidRDefault="00DC3959" w:rsidP="00ED6D30">
          <w:pPr>
            <w:rPr>
              <w:color w:val="666666"/>
            </w:rPr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7578A9C5" w14:textId="77777777" w:rsidR="00DC3959" w:rsidRDefault="00DC3959" w:rsidP="00DC3959"/>
    <w:p w14:paraId="395F1EB8" w14:textId="5C032E6A" w:rsidR="00ED6D30" w:rsidRDefault="007B5042" w:rsidP="00ED6D30">
      <w:pPr>
        <w:pStyle w:val="Heading1"/>
      </w:pPr>
      <w:r w:rsidRPr="00ED6D30">
        <w:t>Clinical Governance &amp; Patient Safety</w:t>
      </w:r>
    </w:p>
    <w:p w14:paraId="3881674C" w14:textId="7E3C78C2" w:rsidR="00ED6D30" w:rsidRDefault="007B5042" w:rsidP="00ED6D30">
      <w:pPr>
        <w:pStyle w:val="ListParagraph"/>
        <w:numPr>
          <w:ilvl w:val="0"/>
          <w:numId w:val="17"/>
        </w:numPr>
        <w:rPr>
          <w:b/>
          <w:bCs/>
        </w:rPr>
      </w:pPr>
      <w:r w:rsidRPr="00ED6D30">
        <w:rPr>
          <w:b/>
          <w:bCs/>
        </w:rPr>
        <w:t>Describe your involvement in patient safety initiatives.</w:t>
      </w:r>
    </w:p>
    <w:sdt>
      <w:sdtPr>
        <w:id w:val="-2079204105"/>
        <w:placeholder>
          <w:docPart w:val="65CD4F2A24744846A8EC4947BA75E6DD"/>
        </w:placeholder>
        <w:showingPlcHdr/>
      </w:sdtPr>
      <w:sdtContent>
        <w:p w14:paraId="647DF4E9" w14:textId="32812025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34C4D56D" w14:textId="77777777" w:rsidR="00ED6D30" w:rsidRDefault="007B5042" w:rsidP="00ED6D30">
      <w:pPr>
        <w:pStyle w:val="ListParagraph"/>
        <w:numPr>
          <w:ilvl w:val="0"/>
          <w:numId w:val="17"/>
        </w:numPr>
        <w:rPr>
          <w:b/>
          <w:bCs/>
        </w:rPr>
      </w:pPr>
      <w:r w:rsidRPr="00ED6D30">
        <w:rPr>
          <w:b/>
          <w:bCs/>
        </w:rPr>
        <w:t>Provide an example of how you identified and addressed a risk.</w:t>
      </w:r>
    </w:p>
    <w:sdt>
      <w:sdtPr>
        <w:id w:val="-368379769"/>
        <w:placeholder>
          <w:docPart w:val="2EDB92E6B57240B1809AB0D8AD34A973"/>
        </w:placeholder>
        <w:showingPlcHdr/>
      </w:sdtPr>
      <w:sdtContent>
        <w:p w14:paraId="617C84AD" w14:textId="63FC6860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71F7B102" w14:textId="43307351" w:rsidR="007B5042" w:rsidRDefault="007B5042" w:rsidP="00ED6D30">
      <w:pPr>
        <w:pStyle w:val="ListParagraph"/>
        <w:numPr>
          <w:ilvl w:val="0"/>
          <w:numId w:val="17"/>
        </w:numPr>
        <w:rPr>
          <w:b/>
          <w:bCs/>
        </w:rPr>
      </w:pPr>
      <w:r w:rsidRPr="00ED6D30">
        <w:rPr>
          <w:b/>
          <w:bCs/>
        </w:rPr>
        <w:t>How do you ensure high standards of clinical care?</w:t>
      </w:r>
    </w:p>
    <w:sdt>
      <w:sdtPr>
        <w:id w:val="1045559416"/>
        <w:placeholder>
          <w:docPart w:val="8D60D9BE654947C6A4123860FA9F97CD"/>
        </w:placeholder>
        <w:showingPlcHdr/>
      </w:sdtPr>
      <w:sdtContent>
        <w:p w14:paraId="2FBB57F1" w14:textId="3976B201" w:rsidR="00267016" w:rsidRPr="00E8782B" w:rsidRDefault="00DC3959" w:rsidP="00267016">
          <w:r w:rsidRPr="00E8782B">
            <w:rPr>
              <w:rStyle w:val="PlaceholderText"/>
              <w:lang w:val="en-US"/>
            </w:rPr>
            <w:t>Click or tap here to enter text.</w:t>
          </w:r>
        </w:p>
      </w:sdtContent>
    </w:sdt>
    <w:p w14:paraId="72D7FC9B" w14:textId="77777777" w:rsidR="00267016" w:rsidRPr="00267016" w:rsidRDefault="00267016" w:rsidP="00267016">
      <w:pPr>
        <w:rPr>
          <w:b/>
          <w:bCs/>
        </w:rPr>
      </w:pPr>
    </w:p>
    <w:p w14:paraId="5412BE6A" w14:textId="77777777" w:rsidR="007B5042" w:rsidRPr="00ED6D30" w:rsidRDefault="007B5042" w:rsidP="007B5042"/>
    <w:p w14:paraId="1FC78D44" w14:textId="2D5B2B68" w:rsidR="00214ECC" w:rsidRDefault="00214ECC"/>
    <w:sectPr w:rsidR="00214ECC" w:rsidSect="00267016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993A9" w14:textId="77777777" w:rsidR="00E7132C" w:rsidRPr="00ED6D30" w:rsidRDefault="00E7132C" w:rsidP="001B2E81">
      <w:pPr>
        <w:spacing w:after="0" w:line="240" w:lineRule="auto"/>
      </w:pPr>
      <w:r w:rsidRPr="00ED6D30">
        <w:separator/>
      </w:r>
    </w:p>
  </w:endnote>
  <w:endnote w:type="continuationSeparator" w:id="0">
    <w:p w14:paraId="20452585" w14:textId="77777777" w:rsidR="00E7132C" w:rsidRPr="00ED6D30" w:rsidRDefault="00E7132C" w:rsidP="001B2E81">
      <w:pPr>
        <w:spacing w:after="0" w:line="240" w:lineRule="auto"/>
      </w:pPr>
      <w:r w:rsidRPr="00ED6D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ED6D30" w:rsidRDefault="007C3707" w:rsidP="007C3707">
        <w:pPr>
          <w:pStyle w:val="Footer"/>
        </w:pPr>
        <w:r w:rsidRPr="00ED6D30">
          <w:tab/>
        </w:r>
        <w:r w:rsidRPr="00ED6D30">
          <w:tab/>
        </w:r>
        <w:r w:rsidRPr="00ED6D30">
          <w:fldChar w:fldCharType="begin"/>
        </w:r>
        <w:r w:rsidRPr="00ED6D30">
          <w:instrText xml:space="preserve"> PAGE   \* MERGEFORMAT </w:instrText>
        </w:r>
        <w:r w:rsidRPr="00ED6D30">
          <w:fldChar w:fldCharType="separate"/>
        </w:r>
        <w:r w:rsidRPr="00ED6D30">
          <w:t>2</w:t>
        </w:r>
        <w:r w:rsidRPr="00ED6D30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ED6D30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1992B" w14:textId="77777777" w:rsidR="00E7132C" w:rsidRPr="00ED6D30" w:rsidRDefault="00E7132C" w:rsidP="001B2E81">
      <w:pPr>
        <w:spacing w:after="0" w:line="240" w:lineRule="auto"/>
      </w:pPr>
      <w:r w:rsidRPr="00ED6D30">
        <w:separator/>
      </w:r>
    </w:p>
  </w:footnote>
  <w:footnote w:type="continuationSeparator" w:id="0">
    <w:p w14:paraId="70495CEA" w14:textId="77777777" w:rsidR="00E7132C" w:rsidRPr="00ED6D30" w:rsidRDefault="00E7132C" w:rsidP="001B2E81">
      <w:pPr>
        <w:spacing w:after="0" w:line="240" w:lineRule="auto"/>
      </w:pPr>
      <w:r w:rsidRPr="00ED6D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35F4302D" w:rsidR="007C3707" w:rsidRPr="00ED6D30" w:rsidRDefault="007C3707">
    <w:pPr>
      <w:pStyle w:val="Header"/>
    </w:pPr>
    <w:r w:rsidRPr="00ED6D30">
      <w:ptab w:relativeTo="margin" w:alignment="right" w:leader="none"/>
    </w:r>
    <w:r w:rsidRPr="00ED6D30">
      <w:t xml:space="preserve">RCPI HST Application CV: Clinical </w:t>
    </w:r>
    <w:r w:rsidR="001A22E5" w:rsidRPr="00ED6D30">
      <w:t>Pharmacology and Therapeutics</w:t>
    </w:r>
  </w:p>
  <w:p w14:paraId="497A380F" w14:textId="734246AE" w:rsidR="001B2E81" w:rsidRPr="00ED6D30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Pr="00ED6D30" w:rsidRDefault="001C17E4">
    <w:pPr>
      <w:pStyle w:val="Header"/>
    </w:pPr>
    <w:r w:rsidRPr="00ED6D30"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3C62C8"/>
    <w:multiLevelType w:val="hybridMultilevel"/>
    <w:tmpl w:val="0B04E0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60C74"/>
    <w:multiLevelType w:val="hybridMultilevel"/>
    <w:tmpl w:val="46C6AB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2142C"/>
    <w:multiLevelType w:val="hybridMultilevel"/>
    <w:tmpl w:val="A086B2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CB447D"/>
    <w:multiLevelType w:val="hybridMultilevel"/>
    <w:tmpl w:val="0B04E0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3"/>
  </w:num>
  <w:num w:numId="13" w16cid:durableId="1694188166">
    <w:abstractNumId w:val="14"/>
  </w:num>
  <w:num w:numId="14" w16cid:durableId="889731661">
    <w:abstractNumId w:val="15"/>
  </w:num>
  <w:num w:numId="15" w16cid:durableId="1988976572">
    <w:abstractNumId w:val="12"/>
  </w:num>
  <w:num w:numId="16" w16cid:durableId="1133521950">
    <w:abstractNumId w:val="16"/>
  </w:num>
  <w:num w:numId="17" w16cid:durableId="14304697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0A24F0"/>
    <w:rsid w:val="000B046E"/>
    <w:rsid w:val="0015074B"/>
    <w:rsid w:val="001A22E5"/>
    <w:rsid w:val="001B2E81"/>
    <w:rsid w:val="001C17E4"/>
    <w:rsid w:val="00207A0C"/>
    <w:rsid w:val="00214ECC"/>
    <w:rsid w:val="002242F1"/>
    <w:rsid w:val="00267016"/>
    <w:rsid w:val="002931FF"/>
    <w:rsid w:val="0029639D"/>
    <w:rsid w:val="002D7D98"/>
    <w:rsid w:val="002E140B"/>
    <w:rsid w:val="00326F90"/>
    <w:rsid w:val="003729FB"/>
    <w:rsid w:val="003B1216"/>
    <w:rsid w:val="003B38FD"/>
    <w:rsid w:val="00445CE7"/>
    <w:rsid w:val="00476312"/>
    <w:rsid w:val="004A41F5"/>
    <w:rsid w:val="004D6768"/>
    <w:rsid w:val="005227CF"/>
    <w:rsid w:val="00536559"/>
    <w:rsid w:val="00547911"/>
    <w:rsid w:val="0057614B"/>
    <w:rsid w:val="00597958"/>
    <w:rsid w:val="005A051B"/>
    <w:rsid w:val="006A48D7"/>
    <w:rsid w:val="006F7F30"/>
    <w:rsid w:val="00702EA8"/>
    <w:rsid w:val="0075109E"/>
    <w:rsid w:val="007937FB"/>
    <w:rsid w:val="007B5042"/>
    <w:rsid w:val="007C0991"/>
    <w:rsid w:val="007C3707"/>
    <w:rsid w:val="00821B93"/>
    <w:rsid w:val="0084441D"/>
    <w:rsid w:val="008525FA"/>
    <w:rsid w:val="008B7D3C"/>
    <w:rsid w:val="009A7B67"/>
    <w:rsid w:val="009E1E94"/>
    <w:rsid w:val="009E4AEB"/>
    <w:rsid w:val="00A0792E"/>
    <w:rsid w:val="00A51260"/>
    <w:rsid w:val="00AA1D8D"/>
    <w:rsid w:val="00AF7C9D"/>
    <w:rsid w:val="00B16633"/>
    <w:rsid w:val="00B22609"/>
    <w:rsid w:val="00B47730"/>
    <w:rsid w:val="00BD4838"/>
    <w:rsid w:val="00C7253B"/>
    <w:rsid w:val="00C95D05"/>
    <w:rsid w:val="00CB0664"/>
    <w:rsid w:val="00CD745A"/>
    <w:rsid w:val="00CE6757"/>
    <w:rsid w:val="00CF57FE"/>
    <w:rsid w:val="00D237B3"/>
    <w:rsid w:val="00DA296B"/>
    <w:rsid w:val="00DC3959"/>
    <w:rsid w:val="00E05881"/>
    <w:rsid w:val="00E7132C"/>
    <w:rsid w:val="00E8782B"/>
    <w:rsid w:val="00E9708F"/>
    <w:rsid w:val="00ED6D30"/>
    <w:rsid w:val="00F211F0"/>
    <w:rsid w:val="00F277ED"/>
    <w:rsid w:val="00F4085D"/>
    <w:rsid w:val="00F54DC5"/>
    <w:rsid w:val="00F67BD6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042"/>
    <w:pPr>
      <w:keepNext/>
      <w:keepLines/>
      <w:spacing w:before="480" w:after="0"/>
      <w:outlineLvl w:val="0"/>
    </w:pPr>
    <w:rPr>
      <w:rFonts w:eastAsiaTheme="majorEastAsia" w:cs="Calibr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B5042"/>
    <w:rPr>
      <w:rFonts w:ascii="Calibri" w:eastAsiaTheme="majorEastAsia" w:hAnsi="Calibri" w:cs="Calibr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  <w:style w:type="paragraph" w:styleId="NormalWeb">
    <w:name w:val="Normal (Web)"/>
    <w:basedOn w:val="Normal"/>
    <w:uiPriority w:val="99"/>
    <w:semiHidden/>
    <w:unhideWhenUsed/>
    <w:rsid w:val="008B7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225B6-A877-47DE-8C83-6862D69C00D9}"/>
      </w:docPartPr>
      <w:docPartBody>
        <w:p w:rsidR="00E52832" w:rsidRDefault="00416ADD">
          <w:r w:rsidRPr="009C548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FC7EC542D3490AAE263E3D1AF16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AB6CB-651D-4AE6-A5B3-818D590E6E71}"/>
      </w:docPartPr>
      <w:docPartBody>
        <w:p w:rsidR="00E52832" w:rsidRDefault="00E52832" w:rsidP="00E52832">
          <w:pPr>
            <w:pStyle w:val="90FC7EC542D3490AAE263E3D1AF166AD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0537043BAA64A7DACB8F78DC24A9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06309-059B-48E2-8E10-CD856B40758B}"/>
      </w:docPartPr>
      <w:docPartBody>
        <w:p w:rsidR="00E52832" w:rsidRDefault="00E52832" w:rsidP="00E52832">
          <w:pPr>
            <w:pStyle w:val="60537043BAA64A7DACB8F78DC24A95C6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18F02F45D784FBB8F43E3FB1B791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4CFB7-0CEA-4F67-B5B3-89E6651C4234}"/>
      </w:docPartPr>
      <w:docPartBody>
        <w:p w:rsidR="00E52832" w:rsidRDefault="00E52832" w:rsidP="00E52832">
          <w:pPr>
            <w:pStyle w:val="318F02F45D784FBB8F43E3FB1B791289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96DB582C0D4CAC9AE68C4CC9C20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C56E4-3AE3-4ECD-AAD4-B794A3880197}"/>
      </w:docPartPr>
      <w:docPartBody>
        <w:p w:rsidR="00E52832" w:rsidRDefault="00E52832" w:rsidP="00E52832">
          <w:pPr>
            <w:pStyle w:val="2696DB582C0D4CAC9AE68C4CC9C20337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341BDE7A8A74D02A65B3B0ED64C4C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DBF62-18CC-4EF3-A11F-04A382F56ED6}"/>
      </w:docPartPr>
      <w:docPartBody>
        <w:p w:rsidR="00E52832" w:rsidRDefault="00E52832" w:rsidP="00E52832">
          <w:pPr>
            <w:pStyle w:val="5341BDE7A8A74D02A65B3B0ED64C4C56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903317FF4D454BBE937AA1935FF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666338-E0E2-4F9E-A27B-08C3CBD61772}"/>
      </w:docPartPr>
      <w:docPartBody>
        <w:p w:rsidR="00E52832" w:rsidRDefault="00E52832" w:rsidP="00E52832">
          <w:pPr>
            <w:pStyle w:val="E2903317FF4D454BBE937AA1935FF50E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A170757F2D4731AEAC1B6E29F18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DDC43-EC30-4506-9260-ED11E88A6D2C}"/>
      </w:docPartPr>
      <w:docPartBody>
        <w:p w:rsidR="00E52832" w:rsidRDefault="00E52832" w:rsidP="00E52832">
          <w:pPr>
            <w:pStyle w:val="81A170757F2D4731AEAC1B6E29F184D9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649BAA6E2F482A8DB872D8985064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6AE85-0A39-4A6C-BB95-92629A617AA2}"/>
      </w:docPartPr>
      <w:docPartBody>
        <w:p w:rsidR="00E52832" w:rsidRDefault="00E52832" w:rsidP="00E52832">
          <w:pPr>
            <w:pStyle w:val="9F649BAA6E2F482A8DB872D89850643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B23D8EBC9545FF8B9E5571380A7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13DFB-6A29-4879-85DA-8BEF6AB81050}"/>
      </w:docPartPr>
      <w:docPartBody>
        <w:p w:rsidR="00E52832" w:rsidRDefault="00E52832" w:rsidP="00E52832">
          <w:pPr>
            <w:pStyle w:val="BBB23D8EBC9545FF8B9E5571380A7DD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9454BCDC004159A3F52C4399894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E6D11-1D01-4E40-8579-C93556A53A50}"/>
      </w:docPartPr>
      <w:docPartBody>
        <w:p w:rsidR="00E52832" w:rsidRDefault="00E52832" w:rsidP="00E52832">
          <w:pPr>
            <w:pStyle w:val="E69454BCDC004159A3F52C4399894C1E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0DFE72B3D4825B580399682669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DAF2C-BBBE-49D0-9FE7-C5D443EF1C43}"/>
      </w:docPartPr>
      <w:docPartBody>
        <w:p w:rsidR="00E52832" w:rsidRDefault="00E52832" w:rsidP="00E52832">
          <w:pPr>
            <w:pStyle w:val="4DA0DFE72B3D4825B58039968266940E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E96ECFC97547FBAFD40A3C9E118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4DBD6-DBA1-46C0-9107-BDEC29BE6C43}"/>
      </w:docPartPr>
      <w:docPartBody>
        <w:p w:rsidR="00E52832" w:rsidRDefault="00E52832" w:rsidP="00E52832">
          <w:pPr>
            <w:pStyle w:val="02E96ECFC97547FBAFD40A3C9E118C35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96A4C8059E44579D6F536C41F43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0732D-09F5-400E-AC3F-75DE7E1810F9}"/>
      </w:docPartPr>
      <w:docPartBody>
        <w:p w:rsidR="00E52832" w:rsidRDefault="00E52832" w:rsidP="00E52832">
          <w:pPr>
            <w:pStyle w:val="CF96A4C8059E44579D6F536C41F43D11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859562F2D54334BACC55F889978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13556-5C2B-4EFD-A3BA-9902191AE9A3}"/>
      </w:docPartPr>
      <w:docPartBody>
        <w:p w:rsidR="00E52832" w:rsidRDefault="00E52832" w:rsidP="00E52832">
          <w:pPr>
            <w:pStyle w:val="8F859562F2D54334BACC55F889978B84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D47723EA9347AE9C72C301A3D8C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65194-4782-4337-B5BF-6DB782D352FD}"/>
      </w:docPartPr>
      <w:docPartBody>
        <w:p w:rsidR="00E52832" w:rsidRDefault="00E52832" w:rsidP="00E52832">
          <w:pPr>
            <w:pStyle w:val="68D47723EA9347AE9C72C301A3D8C3A1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B824112CA248D3912C9F329320C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1D8C5-1AB6-41B6-9B37-DC1B87FA08D1}"/>
      </w:docPartPr>
      <w:docPartBody>
        <w:p w:rsidR="00E52832" w:rsidRDefault="00E52832" w:rsidP="00E52832">
          <w:pPr>
            <w:pStyle w:val="CAB824112CA248D3912C9F329320C61A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AB25E634BD4475B20F4A77B212C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070D2-ABB0-4C25-85B4-D3D96F987BC4}"/>
      </w:docPartPr>
      <w:docPartBody>
        <w:p w:rsidR="00E52832" w:rsidRDefault="00416ADD" w:rsidP="00416ADD">
          <w:pPr>
            <w:pStyle w:val="AEAB25E634BD4475B20F4A77B212CC5B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E4717C3EA704FA8ABEDDB1C28971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D6196-0485-425C-A3E1-2787F451A13D}"/>
      </w:docPartPr>
      <w:docPartBody>
        <w:p w:rsidR="00E52832" w:rsidRDefault="00E52832" w:rsidP="00E52832">
          <w:pPr>
            <w:pStyle w:val="1E4717C3EA704FA8ABEDDB1C28971360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E1F94603E4442EA7B6EE80BC823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6BE61-1E80-4513-A3D2-4E0A2583AF45}"/>
      </w:docPartPr>
      <w:docPartBody>
        <w:p w:rsidR="00E52832" w:rsidRDefault="00E52832" w:rsidP="00E52832">
          <w:pPr>
            <w:pStyle w:val="A6E1F94603E4442EA7B6EE80BC8234B9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71A7132BE146D092FC282160574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ADC09-2F72-4BD8-9693-6C3B9BC9FC8A}"/>
      </w:docPartPr>
      <w:docPartBody>
        <w:p w:rsidR="00E52832" w:rsidRDefault="00E52832" w:rsidP="00E52832">
          <w:pPr>
            <w:pStyle w:val="FA71A7132BE146D092FC282160574F86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6A32F5F07A4D7EBE47A09BD3094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64D63-C34D-4640-9F1E-8039370CFE27}"/>
      </w:docPartPr>
      <w:docPartBody>
        <w:p w:rsidR="00E52832" w:rsidRDefault="00E52832" w:rsidP="00E52832">
          <w:pPr>
            <w:pStyle w:val="9D6A32F5F07A4D7EBE47A09BD30944AC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42974154694D38A3BE7DFBB84BD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0DCCF-D486-4972-9B81-0FA74865F8DC}"/>
      </w:docPartPr>
      <w:docPartBody>
        <w:p w:rsidR="00E52832" w:rsidRDefault="00416ADD" w:rsidP="00416ADD">
          <w:pPr>
            <w:pStyle w:val="A142974154694D38A3BE7DFBB84BDFF9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AEEEF202876440C841DF64E54650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C012D-F5C6-46AE-AB71-841E320BBF44}"/>
      </w:docPartPr>
      <w:docPartBody>
        <w:p w:rsidR="00E52832" w:rsidRDefault="00E52832" w:rsidP="00E52832">
          <w:pPr>
            <w:pStyle w:val="BAEEEF202876440C841DF64E54650081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B696D82EF746C4B58BB36363B0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8D6C7-BFB3-402F-B46F-304CC1097067}"/>
      </w:docPartPr>
      <w:docPartBody>
        <w:p w:rsidR="00E52832" w:rsidRDefault="00E52832" w:rsidP="00E52832">
          <w:pPr>
            <w:pStyle w:val="29B696D82EF746C4B58BB36363B0884B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99ADDF970B444EA8DB6A97FA28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0AA65-F00E-46FB-8C1D-E5C188C4ABD8}"/>
      </w:docPartPr>
      <w:docPartBody>
        <w:p w:rsidR="00E52832" w:rsidRDefault="00E52832" w:rsidP="00E52832">
          <w:pPr>
            <w:pStyle w:val="8D99ADDF970B444EA8DB6A97FA286AD3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12AADF5FF40E98AC3298CBED8C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976D5-D6B2-4665-9BCA-C05F00A9D940}"/>
      </w:docPartPr>
      <w:docPartBody>
        <w:p w:rsidR="00E52832" w:rsidRDefault="00E52832" w:rsidP="00E52832">
          <w:pPr>
            <w:pStyle w:val="6E312AADF5FF40E98AC3298CBED8C039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2934C8C0B4371888096620A58B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7A560-834E-4A99-95FE-9499CDA4F17A}"/>
      </w:docPartPr>
      <w:docPartBody>
        <w:p w:rsidR="00E52832" w:rsidRDefault="00E52832" w:rsidP="00E52832">
          <w:pPr>
            <w:pStyle w:val="BAC2934C8C0B4371888096620A58B3B1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3BC3DD396E490AA044D315430C3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59E0F-DCF8-4E26-91D1-0A0CAA4AB456}"/>
      </w:docPartPr>
      <w:docPartBody>
        <w:p w:rsidR="00E52832" w:rsidRDefault="00E52832" w:rsidP="00E52832">
          <w:pPr>
            <w:pStyle w:val="A33BC3DD396E490AA044D315430C3864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9D143CA46748EE9209406176AD3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A7C3E-DCF6-4C11-89AD-9E961CC98B9E}"/>
      </w:docPartPr>
      <w:docPartBody>
        <w:p w:rsidR="00E52832" w:rsidRDefault="00E52832" w:rsidP="00E52832">
          <w:pPr>
            <w:pStyle w:val="DE9D143CA46748EE9209406176AD3F07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9EC20BC2B7480EA5EAB34B1420C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5BD6D-1ABD-46A4-AC32-A12DDF568172}"/>
      </w:docPartPr>
      <w:docPartBody>
        <w:p w:rsidR="00E52832" w:rsidRDefault="00E52832" w:rsidP="00E52832">
          <w:pPr>
            <w:pStyle w:val="AF9EC20BC2B7480EA5EAB34B1420C856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DF498851784C52885826AF6C6BD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5DCD7-DE49-4301-9395-CEEF03837857}"/>
      </w:docPartPr>
      <w:docPartBody>
        <w:p w:rsidR="00E52832" w:rsidRDefault="00E52832" w:rsidP="00E52832">
          <w:pPr>
            <w:pStyle w:val="A4DF498851784C52885826AF6C6BD3E2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CD44C422854A62873CB7F1870E4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A8061-DB25-4780-B2B2-47AB2BB36D32}"/>
      </w:docPartPr>
      <w:docPartBody>
        <w:p w:rsidR="00E52832" w:rsidRDefault="00E52832" w:rsidP="00E52832">
          <w:pPr>
            <w:pStyle w:val="33CD44C422854A62873CB7F1870E4F70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F79DB7A58F43F491158B77C7084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A3723-E3AA-4EA5-91BE-569D76B6400D}"/>
      </w:docPartPr>
      <w:docPartBody>
        <w:p w:rsidR="00E52832" w:rsidRDefault="00E52832" w:rsidP="00E52832">
          <w:pPr>
            <w:pStyle w:val="7CF79DB7A58F43F491158B77C708441A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CBA9315034499FB637250C75C23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F6702-ADFC-473B-A430-B3CDA46500C7}"/>
      </w:docPartPr>
      <w:docPartBody>
        <w:p w:rsidR="00E52832" w:rsidRDefault="00416ADD" w:rsidP="00416ADD">
          <w:pPr>
            <w:pStyle w:val="DCCBA9315034499FB637250C75C23378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E8D1D576206421CBA89C85CA8BB8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65214-268F-46B1-9A0E-C76CBF23D3CE}"/>
      </w:docPartPr>
      <w:docPartBody>
        <w:p w:rsidR="00E52832" w:rsidRDefault="00E52832" w:rsidP="00E52832">
          <w:pPr>
            <w:pStyle w:val="4E8D1D576206421CBA89C85CA8BB8ED53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7C00F0731D4B54A03BE14DD3609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349BC-303B-4703-BD2D-80E8863CF8A8}"/>
      </w:docPartPr>
      <w:docPartBody>
        <w:p w:rsidR="00E52832" w:rsidRDefault="00E52832" w:rsidP="00E52832">
          <w:pPr>
            <w:pStyle w:val="437C00F0731D4B54A03BE14DD3609411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36A334467BF47A18A73DB1A308F9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9B868-53A6-458B-B5BC-FF7772A3DE51}"/>
      </w:docPartPr>
      <w:docPartBody>
        <w:p w:rsidR="00E52832" w:rsidRDefault="00E52832" w:rsidP="00E52832">
          <w:pPr>
            <w:pStyle w:val="E36A334467BF47A18A73DB1A308F9BF1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F2640D44C38428DA60EE9CDFBEEB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6F9EC-42C8-4678-B507-938C655FAA70}"/>
      </w:docPartPr>
      <w:docPartBody>
        <w:p w:rsidR="00E52832" w:rsidRDefault="00E52832" w:rsidP="00E52832">
          <w:pPr>
            <w:pStyle w:val="DF2640D44C38428DA60EE9CDFBEEB2E4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E247F4B3A0040BE8E401D095FF12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B466B-FD68-431D-A7C6-E0D2DFD0123F}"/>
      </w:docPartPr>
      <w:docPartBody>
        <w:p w:rsidR="00E52832" w:rsidRDefault="00E52832" w:rsidP="00E52832">
          <w:pPr>
            <w:pStyle w:val="AE247F4B3A0040BE8E401D095FF1274B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A675E6AE1E94304B12BB09A08BA8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A035B-7469-4E0F-B822-6D932C9389B3}"/>
      </w:docPartPr>
      <w:docPartBody>
        <w:p w:rsidR="00E52832" w:rsidRDefault="00E52832" w:rsidP="00E52832">
          <w:pPr>
            <w:pStyle w:val="5A675E6AE1E94304B12BB09A08BA844D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1D012C713974D5BB90373955BBD6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737C9-3DCF-4D98-A0C4-EE0ED58C7187}"/>
      </w:docPartPr>
      <w:docPartBody>
        <w:p w:rsidR="00E52832" w:rsidRDefault="00E52832" w:rsidP="00E52832">
          <w:pPr>
            <w:pStyle w:val="81D012C713974D5BB90373955BBD64B2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FE23D26A39A45D69C53CF2B88AD2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33A41-D6FC-4B1D-8BB4-7CC97F31ED14}"/>
      </w:docPartPr>
      <w:docPartBody>
        <w:p w:rsidR="00E52832" w:rsidRDefault="00E52832" w:rsidP="00E52832">
          <w:pPr>
            <w:pStyle w:val="0FE23D26A39A45D69C53CF2B88AD2BAD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1A4A8E7D17104A449F7FE570EFD6C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99AEE-5A4B-4615-89CF-4B0B9F837CDC}"/>
      </w:docPartPr>
      <w:docPartBody>
        <w:p w:rsidR="00E52832" w:rsidRDefault="00E52832" w:rsidP="00E52832">
          <w:pPr>
            <w:pStyle w:val="1A4A8E7D17104A449F7FE570EFD6C8D1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91A35F67C3F54C3EA040E751DC87C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293AD-9D56-4B13-9329-12BB74D986D4}"/>
      </w:docPartPr>
      <w:docPartBody>
        <w:p w:rsidR="00E52832" w:rsidRDefault="00E52832" w:rsidP="00E52832">
          <w:pPr>
            <w:pStyle w:val="91A35F67C3F54C3EA040E751DC87CE8D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A7EB37593EC4456A21F8BC6AEB4D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66FF3-F47B-4A8B-AC46-20555C204DA9}"/>
      </w:docPartPr>
      <w:docPartBody>
        <w:p w:rsidR="00E52832" w:rsidRDefault="00E52832" w:rsidP="00E52832">
          <w:pPr>
            <w:pStyle w:val="1A7EB37593EC4456A21F8BC6AEB4DC4B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D83450108AE4F2E8D07BA911A314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1E249-095D-445A-AD9E-9F22906EE528}"/>
      </w:docPartPr>
      <w:docPartBody>
        <w:p w:rsidR="00E52832" w:rsidRDefault="00E52832" w:rsidP="00E52832">
          <w:pPr>
            <w:pStyle w:val="ED83450108AE4F2E8D07BA911A314BB5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DE4A7E43E8B4DA8A77D81E7154BA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ECEB1-60E1-497A-875E-7BA32CBD7FD0}"/>
      </w:docPartPr>
      <w:docPartBody>
        <w:p w:rsidR="00E52832" w:rsidRDefault="00E52832" w:rsidP="00E52832">
          <w:pPr>
            <w:pStyle w:val="8DE4A7E43E8B4DA8A77D81E7154BA43D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94D5651CA074303ACDF7A7237B51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9D720-BAC8-462F-82C6-B1153A7A2F78}"/>
      </w:docPartPr>
      <w:docPartBody>
        <w:p w:rsidR="00E52832" w:rsidRDefault="00E52832" w:rsidP="00E52832">
          <w:pPr>
            <w:pStyle w:val="F94D5651CA074303ACDF7A7237B51ECF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1C0FBF5D5ED48FDB5D325F68CCA6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2BD9A-89E3-4319-9832-3A7F6213039B}"/>
      </w:docPartPr>
      <w:docPartBody>
        <w:p w:rsidR="00E52832" w:rsidRDefault="00E52832" w:rsidP="00E52832">
          <w:pPr>
            <w:pStyle w:val="91C0FBF5D5ED48FDB5D325F68CCA65D3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ECE9F81D5E44828B8ECA3BCE47BF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9BBFEE-79BC-4C34-822B-C6DF7E8411E3}"/>
      </w:docPartPr>
      <w:docPartBody>
        <w:p w:rsidR="00E52832" w:rsidRDefault="00E52832" w:rsidP="00E52832">
          <w:pPr>
            <w:pStyle w:val="2ECE9F81D5E44828B8ECA3BCE47BFCB9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835B517A069F48C89315AFD4831CA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3CC74-6082-4BD3-9862-216B00DB7276}"/>
      </w:docPartPr>
      <w:docPartBody>
        <w:p w:rsidR="00E52832" w:rsidRDefault="00E52832" w:rsidP="00E52832">
          <w:pPr>
            <w:pStyle w:val="835B517A069F48C89315AFD4831CAF9F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CD5302C58AFE4D52BB4AD9D1BBD09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D664E-A096-43D2-90B1-685A8D2E971D}"/>
      </w:docPartPr>
      <w:docPartBody>
        <w:p w:rsidR="00E52832" w:rsidRDefault="00E52832" w:rsidP="00E52832">
          <w:pPr>
            <w:pStyle w:val="CD5302C58AFE4D52BB4AD9D1BBD098F9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5A1B329DE924C8A8A1C360B37BEA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9CAC5-81BC-4B2F-BC33-67CD000D469B}"/>
      </w:docPartPr>
      <w:docPartBody>
        <w:p w:rsidR="00E52832" w:rsidRDefault="00E52832" w:rsidP="00E52832">
          <w:pPr>
            <w:pStyle w:val="85A1B329DE924C8A8A1C360B37BEAD85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D1EB29917A14E739C2DE8E502469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BA3A6-44E0-4D65-A48E-85BE3D6600F8}"/>
      </w:docPartPr>
      <w:docPartBody>
        <w:p w:rsidR="00E52832" w:rsidRDefault="00E52832" w:rsidP="00E52832">
          <w:pPr>
            <w:pStyle w:val="7D1EB29917A14E739C2DE8E502469AFD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AF86E8328D842758F8E036CB9DF5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00D8A-7930-4E35-9325-91163606D989}"/>
      </w:docPartPr>
      <w:docPartBody>
        <w:p w:rsidR="00E52832" w:rsidRDefault="00E52832" w:rsidP="00E52832">
          <w:pPr>
            <w:pStyle w:val="4AF86E8328D842758F8E036CB9DF5B21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516378A0C5D48CCA9B19AC57369D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BF579-E05C-4C8E-BBF6-1EA081E126B5}"/>
      </w:docPartPr>
      <w:docPartBody>
        <w:p w:rsidR="00E52832" w:rsidRDefault="00E52832" w:rsidP="00E52832">
          <w:pPr>
            <w:pStyle w:val="4516378A0C5D48CCA9B19AC57369D1D8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DF0793526E8447C868D4A656B4F4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44A05-821D-49C0-96AA-70A5C7ACB207}"/>
      </w:docPartPr>
      <w:docPartBody>
        <w:p w:rsidR="00E52832" w:rsidRDefault="00E52832" w:rsidP="00E52832">
          <w:pPr>
            <w:pStyle w:val="2DF0793526E8447C868D4A656B4F448D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7958BF726BF4BA3AADDA8CD050A7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1485E-ECB6-4789-9804-1FDABA912518}"/>
      </w:docPartPr>
      <w:docPartBody>
        <w:p w:rsidR="00E52832" w:rsidRDefault="00E52832" w:rsidP="00E52832">
          <w:pPr>
            <w:pStyle w:val="47958BF726BF4BA3AADDA8CD050A7CD0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FD2A1F09B924F009B1054C35DDB6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7653D-602A-478F-9384-79277F90759D}"/>
      </w:docPartPr>
      <w:docPartBody>
        <w:p w:rsidR="00E52832" w:rsidRDefault="00E52832" w:rsidP="00E52832">
          <w:pPr>
            <w:pStyle w:val="0FD2A1F09B924F009B1054C35DDB6A9E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B804D97AF69F4E1D93739629DCFD4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E704E-172D-4011-853C-A2C04EC41DC8}"/>
      </w:docPartPr>
      <w:docPartBody>
        <w:p w:rsidR="00E52832" w:rsidRDefault="00E52832" w:rsidP="00E52832">
          <w:pPr>
            <w:pStyle w:val="B804D97AF69F4E1D93739629DCFD4F20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416BDB6D4064AFAB6FB1BA3C23A1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D418A-C2DB-4C5D-A003-A43EA0FDC333}"/>
      </w:docPartPr>
      <w:docPartBody>
        <w:p w:rsidR="00E52832" w:rsidRDefault="00E52832" w:rsidP="00E52832">
          <w:pPr>
            <w:pStyle w:val="D416BDB6D4064AFAB6FB1BA3C23A1B0D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DFDDD09A99A49DF94F7D01E158F8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D7415-9F0C-4EB2-856C-9B544023EF96}"/>
      </w:docPartPr>
      <w:docPartBody>
        <w:p w:rsidR="00E52832" w:rsidRDefault="00E52832" w:rsidP="00E52832">
          <w:pPr>
            <w:pStyle w:val="ADFDDD09A99A49DF94F7D01E158F8958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54661C242C34A9F8838E6B8A3D98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8EA67-B1E1-4A11-BEDA-1CE25C051A89}"/>
      </w:docPartPr>
      <w:docPartBody>
        <w:p w:rsidR="00E52832" w:rsidRDefault="00E52832" w:rsidP="00E52832">
          <w:pPr>
            <w:pStyle w:val="854661C242C34A9F8838E6B8A3D986EF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D81C130569E4177AEAE27FB5C9C6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FD287-16F1-4F59-9B06-6B81E29AEA72}"/>
      </w:docPartPr>
      <w:docPartBody>
        <w:p w:rsidR="00E52832" w:rsidRDefault="00E52832" w:rsidP="00E52832">
          <w:pPr>
            <w:pStyle w:val="BD81C130569E4177AEAE27FB5C9C675D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E1400CF49724A45AF7451577E9B1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B0A3D-B3FB-4F18-B86F-F9EE5BDC48C7}"/>
      </w:docPartPr>
      <w:docPartBody>
        <w:p w:rsidR="00E52832" w:rsidRDefault="00E52832" w:rsidP="00E52832">
          <w:pPr>
            <w:pStyle w:val="EE1400CF49724A45AF7451577E9B15DA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4BA001EC7264CC38C771915366FF1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3834C-1770-45EB-8E81-FA2FF32A1258}"/>
      </w:docPartPr>
      <w:docPartBody>
        <w:p w:rsidR="00E52832" w:rsidRDefault="00E52832" w:rsidP="00E52832">
          <w:pPr>
            <w:pStyle w:val="14BA001EC7264CC38C771915366FF182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FF74A30BA0241C998A9A7EA955553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F0F1D-1DB4-4196-98E3-7B1954A6D43F}"/>
      </w:docPartPr>
      <w:docPartBody>
        <w:p w:rsidR="00E52832" w:rsidRDefault="00E52832" w:rsidP="00E52832">
          <w:pPr>
            <w:pStyle w:val="1FF74A30BA0241C998A9A7EA95555356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CB6AC6B967B4B4EA6E1CFF3A8E1C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84B88-980E-4692-8625-C292E9BF94A5}"/>
      </w:docPartPr>
      <w:docPartBody>
        <w:p w:rsidR="00E52832" w:rsidRDefault="00E52832" w:rsidP="00E52832">
          <w:pPr>
            <w:pStyle w:val="CCB6AC6B967B4B4EA6E1CFF3A8E1C64E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D8995702B01474283789E4757D99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F98A9-6936-4A57-AF67-39D79B63AAA7}"/>
      </w:docPartPr>
      <w:docPartBody>
        <w:p w:rsidR="00E52832" w:rsidRDefault="00E52832" w:rsidP="00E52832">
          <w:pPr>
            <w:pStyle w:val="6D8995702B01474283789E4757D99E5A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1B8CBC2C3A3473FB5F9BB1B5DDDC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BBACB-CD90-487A-93AF-156C7FB96ADA}"/>
      </w:docPartPr>
      <w:docPartBody>
        <w:p w:rsidR="00E52832" w:rsidRDefault="00E52832" w:rsidP="00E52832">
          <w:pPr>
            <w:pStyle w:val="21B8CBC2C3A3473FB5F9BB1B5DDDCE8A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DAE3CC45F3E4D25A95BCB228AA9E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5970B-B6BD-41F4-92BF-8A040CF4B311}"/>
      </w:docPartPr>
      <w:docPartBody>
        <w:p w:rsidR="00E52832" w:rsidRDefault="00E52832" w:rsidP="00E52832">
          <w:pPr>
            <w:pStyle w:val="CDAE3CC45F3E4D25A95BCB228AA9EA55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5CD4F2A24744846A8EC4947BA75E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39D7F-EF04-488B-91E8-669373A458D3}"/>
      </w:docPartPr>
      <w:docPartBody>
        <w:p w:rsidR="00E52832" w:rsidRDefault="00E52832" w:rsidP="00E52832">
          <w:pPr>
            <w:pStyle w:val="65CD4F2A24744846A8EC4947BA75E6DD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EDB92E6B57240B1809AB0D8AD34A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A352C-C6A5-43F9-80E4-D35CA3628ACC}"/>
      </w:docPartPr>
      <w:docPartBody>
        <w:p w:rsidR="00E52832" w:rsidRDefault="00E52832" w:rsidP="00E52832">
          <w:pPr>
            <w:pStyle w:val="2EDB92E6B57240B1809AB0D8AD34A973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D60D9BE654947C6A4123860FA9F9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1DA74D-F326-41C9-A1DC-A0D125347300}"/>
      </w:docPartPr>
      <w:docPartBody>
        <w:p w:rsidR="00E52832" w:rsidRDefault="00E52832" w:rsidP="00E52832">
          <w:pPr>
            <w:pStyle w:val="8D60D9BE654947C6A4123860FA9F97CD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AFBAC4175BF4AD5BB651AC91A009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04F5B-D2F2-48A3-9E16-64A112E93C45}"/>
      </w:docPartPr>
      <w:docPartBody>
        <w:p w:rsidR="00E52832" w:rsidRDefault="00E52832" w:rsidP="00E52832">
          <w:pPr>
            <w:pStyle w:val="FAFBAC4175BF4AD5BB651AC91A009859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22FB689B490408683F4C64455393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33C3-C60C-482B-BD0F-726D6FCA3F4B}"/>
      </w:docPartPr>
      <w:docPartBody>
        <w:p w:rsidR="00E52832" w:rsidRDefault="00E52832" w:rsidP="00E52832">
          <w:pPr>
            <w:pStyle w:val="C22FB689B490408683F4C64455393249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89F787411D04D438C8FBC6DAA34C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97FC9-41CB-4E7C-B6F9-D139EF4AFAC5}"/>
      </w:docPartPr>
      <w:docPartBody>
        <w:p w:rsidR="00E52832" w:rsidRDefault="00E52832" w:rsidP="00E52832">
          <w:pPr>
            <w:pStyle w:val="C89F787411D04D438C8FBC6DAA34CF2B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79E71501465B4B859AC905D1ADF83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7F6DC-4E5A-4C7C-97CD-42BE9260B9E5}"/>
      </w:docPartPr>
      <w:docPartBody>
        <w:p w:rsidR="00E52832" w:rsidRDefault="00E52832" w:rsidP="00E52832">
          <w:pPr>
            <w:pStyle w:val="79E71501465B4B859AC905D1ADF83262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1E120DE32EB648E286B70AC411800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5E357-4E72-4148-B544-E082E4878356}"/>
      </w:docPartPr>
      <w:docPartBody>
        <w:p w:rsidR="00E52832" w:rsidRDefault="00E52832" w:rsidP="00E52832">
          <w:pPr>
            <w:pStyle w:val="1E120DE32EB648E286B70AC411800446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418FA79B9FD4EC2974BC7F9EC99B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FBA93-F457-44A6-AD8A-7AEA15B025A9}"/>
      </w:docPartPr>
      <w:docPartBody>
        <w:p w:rsidR="00E52832" w:rsidRDefault="00E52832" w:rsidP="00E52832">
          <w:pPr>
            <w:pStyle w:val="F418FA79B9FD4EC2974BC7F9EC99B0D2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FD7089EBCDB476C803220E420E2B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5C29B-D2B7-4530-96C2-3E6C4B9B6AA5}"/>
      </w:docPartPr>
      <w:docPartBody>
        <w:p w:rsidR="00E52832" w:rsidRDefault="00E52832" w:rsidP="00E52832">
          <w:pPr>
            <w:pStyle w:val="1FD7089EBCDB476C803220E420E2B51C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50E19B76F6B4DDA9BEE041E8658A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6C3ED-ABFF-41C1-B412-ECBDE1163FBE}"/>
      </w:docPartPr>
      <w:docPartBody>
        <w:p w:rsidR="00E52832" w:rsidRDefault="00E52832" w:rsidP="00E52832">
          <w:pPr>
            <w:pStyle w:val="D50E19B76F6B4DDA9BEE041E8658A2CF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4DBA65B15CE448F87D4CDA19A2D6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5CD80-1C5F-4CA1-A488-F98F4B361DFB}"/>
      </w:docPartPr>
      <w:docPartBody>
        <w:p w:rsidR="00E52832" w:rsidRDefault="00E52832" w:rsidP="00E52832">
          <w:pPr>
            <w:pStyle w:val="74DBA65B15CE448F87D4CDA19A2D6AD2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B4B858275EF42BD95F91006106E3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88477-194F-475E-9957-56F32F7E5F7E}"/>
      </w:docPartPr>
      <w:docPartBody>
        <w:p w:rsidR="00E52832" w:rsidRDefault="00E52832" w:rsidP="00E52832">
          <w:pPr>
            <w:pStyle w:val="EB4B858275EF42BD95F91006106E3DF1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EC9B6BDABC44A4C9C79860836966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0D6F4-2E3A-4ECC-922D-487D6469DF95}"/>
      </w:docPartPr>
      <w:docPartBody>
        <w:p w:rsidR="00E52832" w:rsidRDefault="00E52832" w:rsidP="00E52832">
          <w:pPr>
            <w:pStyle w:val="7EC9B6BDABC44A4C9C7986083696632B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F33606DD08E4787AAFA9623A7C7F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734D5A-AF24-4706-A5B8-E331A4DC5333}"/>
      </w:docPartPr>
      <w:docPartBody>
        <w:p w:rsidR="00E52832" w:rsidRDefault="00E52832" w:rsidP="00E52832">
          <w:pPr>
            <w:pStyle w:val="2F33606DD08E4787AAFA9623A7C7F458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46522DE7F1C841EDBB4E28741255D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805C6-8A32-45E3-BBFD-8E3C7C90516B}"/>
      </w:docPartPr>
      <w:docPartBody>
        <w:p w:rsidR="00E52832" w:rsidRDefault="00E52832" w:rsidP="00E52832">
          <w:pPr>
            <w:pStyle w:val="46522DE7F1C841EDBB4E28741255D90A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37C66F0DC54244BD0E9A9CA741C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4158E-3F82-4B1F-AE41-ECD8112B16D7}"/>
      </w:docPartPr>
      <w:docPartBody>
        <w:p w:rsidR="00E52832" w:rsidRDefault="00E52832" w:rsidP="00E52832">
          <w:pPr>
            <w:pStyle w:val="F037C66F0DC54244BD0E9A9CA741C0EB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875F5BA646D47629CC375B937978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65588-5FC0-4DFB-95BA-F6465F3D3130}"/>
      </w:docPartPr>
      <w:docPartBody>
        <w:p w:rsidR="00E52832" w:rsidRDefault="00E52832" w:rsidP="00E52832">
          <w:pPr>
            <w:pStyle w:val="D875F5BA646D47629CC375B93797872B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FBE2D71375642F3AC5ACF2C90087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61CDD-6D05-449E-B703-D2406F757E25}"/>
      </w:docPartPr>
      <w:docPartBody>
        <w:p w:rsidR="00E52832" w:rsidRDefault="00E52832" w:rsidP="00E52832">
          <w:pPr>
            <w:pStyle w:val="1FBE2D71375642F3AC5ACF2C90087E17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8EC87E7631341F082372DDA13854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64C82-0D94-4552-B24C-C54F8060D14F}"/>
      </w:docPartPr>
      <w:docPartBody>
        <w:p w:rsidR="00E52832" w:rsidRDefault="00E52832" w:rsidP="00E52832">
          <w:pPr>
            <w:pStyle w:val="48EC87E7631341F082372DDA138547254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116641BE7544043923311FF0E3BB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81355D-BBFE-4661-A909-B0FECB82FD29}"/>
      </w:docPartPr>
      <w:docPartBody>
        <w:p w:rsidR="00E52832" w:rsidRDefault="00E52832" w:rsidP="00E52832">
          <w:pPr>
            <w:pStyle w:val="E116641BE7544043923311FF0E3BBAF4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CAD34D38D8D4342BBE2D79466156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59F4F-F857-4874-902C-892F8A83083B}"/>
      </w:docPartPr>
      <w:docPartBody>
        <w:p w:rsidR="00E52832" w:rsidRDefault="00E52832" w:rsidP="00E52832">
          <w:pPr>
            <w:pStyle w:val="3CAD34D38D8D4342BBE2D79466156FA6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17E4D800DCE14477991DF896D55D1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61048-508A-4808-B5BA-4C75F41BB706}"/>
      </w:docPartPr>
      <w:docPartBody>
        <w:p w:rsidR="00E52832" w:rsidRDefault="00E52832" w:rsidP="00E52832">
          <w:pPr>
            <w:pStyle w:val="17E4D800DCE14477991DF896D55D1E26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6090DD81655B42CEABDCF146C8AED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0C2BB-EC96-409B-A26B-7FFA6F8E6246}"/>
      </w:docPartPr>
      <w:docPartBody>
        <w:p w:rsidR="00E52832" w:rsidRDefault="00E52832" w:rsidP="00E52832">
          <w:pPr>
            <w:pStyle w:val="6090DD81655B42CEABDCF146C8AED709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C3F29AEE3AF42838A66BFF1D8C82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48FEA-8DAA-446B-9242-8979396EF527}"/>
      </w:docPartPr>
      <w:docPartBody>
        <w:p w:rsidR="00E52832" w:rsidRDefault="00E52832" w:rsidP="00E52832">
          <w:pPr>
            <w:pStyle w:val="7C3F29AEE3AF42838A66BFF1D8C82E24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37B1508600D455FA863AE56AAC1A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17B32-7F2C-4CCA-8F0A-9ED85B168C87}"/>
      </w:docPartPr>
      <w:docPartBody>
        <w:p w:rsidR="00E52832" w:rsidRDefault="00E52832" w:rsidP="00E52832">
          <w:pPr>
            <w:pStyle w:val="E37B1508600D455FA863AE56AAC1A107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E9FCF40CA8C43C1A5CD3A205F7B3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1F890-46BE-49F2-A2EF-8938916F5495}"/>
      </w:docPartPr>
      <w:docPartBody>
        <w:p w:rsidR="00E52832" w:rsidRDefault="00E52832" w:rsidP="00E52832">
          <w:pPr>
            <w:pStyle w:val="2E9FCF40CA8C43C1A5CD3A205F7B3327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7752EB3E1304316B181385675F84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14158-D5F1-47CB-A11E-3AE096C55399}"/>
      </w:docPartPr>
      <w:docPartBody>
        <w:p w:rsidR="00574F5A" w:rsidRDefault="00E52832" w:rsidP="00E52832">
          <w:pPr>
            <w:pStyle w:val="47752EB3E1304316B181385675F848F8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3224E7F11FF4D398F391A11B511F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393C9-E756-4900-87AD-71609961F075}"/>
      </w:docPartPr>
      <w:docPartBody>
        <w:p w:rsidR="00574F5A" w:rsidRDefault="00E52832" w:rsidP="00E52832">
          <w:pPr>
            <w:pStyle w:val="D3224E7F11FF4D398F391A11B511F1C14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C88E29AC4B47D989455A249F9F5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04D9E-5CCE-4C93-B3CE-3021048A8E3D}"/>
      </w:docPartPr>
      <w:docPartBody>
        <w:p w:rsidR="00574F5A" w:rsidRDefault="00E52832" w:rsidP="00E52832">
          <w:pPr>
            <w:pStyle w:val="37C88E29AC4B47D989455A249F9F54A1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EACDBAACA724E039B431E4A11DCB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4BC11-42E5-4AA7-88E0-B83106E423E1}"/>
      </w:docPartPr>
      <w:docPartBody>
        <w:p w:rsidR="00574F5A" w:rsidRDefault="00E52832" w:rsidP="00E52832">
          <w:pPr>
            <w:pStyle w:val="9EACDBAACA724E039B431E4A11DCB907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499D9E14FCE041119C17C5FD44421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4700D-2C27-421F-BF99-D12463D34582}"/>
      </w:docPartPr>
      <w:docPartBody>
        <w:p w:rsidR="00574F5A" w:rsidRDefault="00E52832" w:rsidP="00E52832">
          <w:pPr>
            <w:pStyle w:val="499D9E14FCE041119C17C5FD44421EAE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26FE1C61683141EAA88EC4E0C9BB1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9C62C-9022-46F3-A24C-23EE6BFEB800}"/>
      </w:docPartPr>
      <w:docPartBody>
        <w:p w:rsidR="00574F5A" w:rsidRDefault="00E52832" w:rsidP="00E52832">
          <w:pPr>
            <w:pStyle w:val="26FE1C61683141EAA88EC4E0C9BB1271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35FE02002324E988352E84D9DC1E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A68C0-724E-400E-8C52-1FE8AB0E1F3D}"/>
      </w:docPartPr>
      <w:docPartBody>
        <w:p w:rsidR="00574F5A" w:rsidRDefault="00E52832" w:rsidP="00E52832">
          <w:pPr>
            <w:pStyle w:val="D35FE02002324E988352E84D9DC1E3CD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F48B8F84F37410B9369B5FF11448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929AF-77A1-4AE6-8851-12D21BED28FE}"/>
      </w:docPartPr>
      <w:docPartBody>
        <w:p w:rsidR="00574F5A" w:rsidRDefault="00E52832" w:rsidP="00E52832">
          <w:pPr>
            <w:pStyle w:val="4F48B8F84F37410B9369B5FF11448079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635ADED56734FFD938E9720FC290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3690-E5AB-49EE-A5DC-728BD0C90BAD}"/>
      </w:docPartPr>
      <w:docPartBody>
        <w:p w:rsidR="00574F5A" w:rsidRDefault="00E52832" w:rsidP="00E52832">
          <w:pPr>
            <w:pStyle w:val="D635ADED56734FFD938E9720FC290E50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A3DE8E9D2DB4542A29139B1115AD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923A72-FF22-4278-8255-C50F75499CF5}"/>
      </w:docPartPr>
      <w:docPartBody>
        <w:p w:rsidR="00574F5A" w:rsidRDefault="00E52832" w:rsidP="00E52832">
          <w:pPr>
            <w:pStyle w:val="6A3DE8E9D2DB4542A29139B1115AD582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F1CE458E1B0437F9B313F968ECAE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9D048-A460-4FCC-86E2-90046D72BE4F}"/>
      </w:docPartPr>
      <w:docPartBody>
        <w:p w:rsidR="00574F5A" w:rsidRDefault="00E52832" w:rsidP="00E52832">
          <w:pPr>
            <w:pStyle w:val="DF1CE458E1B0437F9B313F968ECAEF13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5EE3D95A5A734333A2C8445FCD878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DDAF9-CC16-4ABA-A26D-B1D8F33D1060}"/>
      </w:docPartPr>
      <w:docPartBody>
        <w:p w:rsidR="00574F5A" w:rsidRDefault="00E52832" w:rsidP="00E52832">
          <w:pPr>
            <w:pStyle w:val="5EE3D95A5A734333A2C8445FCD87852D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17635AFEA4F749039121B6423FC4C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5E5AB-6D69-43BD-AD72-057FA9D37D79}"/>
      </w:docPartPr>
      <w:docPartBody>
        <w:p w:rsidR="00574F5A" w:rsidRDefault="00E52832" w:rsidP="00E52832">
          <w:pPr>
            <w:pStyle w:val="17635AFEA4F749039121B6423FC4C427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C6EF90ED1CD4EC8819ADC8BE2FCC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728BE-22C3-4AFB-B729-FF30E733D725}"/>
      </w:docPartPr>
      <w:docPartBody>
        <w:p w:rsidR="00574F5A" w:rsidRDefault="00E52832" w:rsidP="00E52832">
          <w:pPr>
            <w:pStyle w:val="4C6EF90ED1CD4EC8819ADC8BE2FCC688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357084FD94C44889B161E7F71F88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C3F0F-EEF5-48D4-B3AF-97BE6587ADC0}"/>
      </w:docPartPr>
      <w:docPartBody>
        <w:p w:rsidR="00574F5A" w:rsidRDefault="00E52832" w:rsidP="00E52832">
          <w:pPr>
            <w:pStyle w:val="A357084FD94C44889B161E7F71F88DC0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6E545A0950640B088AC5FC0279DB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C9971-32C5-4B1C-AD8C-2A3E9EB7CC4D}"/>
      </w:docPartPr>
      <w:docPartBody>
        <w:p w:rsidR="00574F5A" w:rsidRDefault="00E52832" w:rsidP="00E52832">
          <w:pPr>
            <w:pStyle w:val="B6E545A0950640B088AC5FC0279DBC8C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51CE347CCD143B6822A2E4D8E815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88AD5-BE57-499E-9855-00CDFB5A4040}"/>
      </w:docPartPr>
      <w:docPartBody>
        <w:p w:rsidR="00574F5A" w:rsidRDefault="00E52832" w:rsidP="00E52832">
          <w:pPr>
            <w:pStyle w:val="851CE347CCD143B6822A2E4D8E815876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EC5B37EDB164E9AB1A81B7ABA7F8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43616-DE88-4952-9E74-002291144C59}"/>
      </w:docPartPr>
      <w:docPartBody>
        <w:p w:rsidR="00574F5A" w:rsidRDefault="00E52832" w:rsidP="00E52832">
          <w:pPr>
            <w:pStyle w:val="5EC5B37EDB164E9AB1A81B7ABA7F8BF3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B97E28C845B64489B3AED3D7B657B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52BCF-E12B-4426-A923-846DBB975064}"/>
      </w:docPartPr>
      <w:docPartBody>
        <w:p w:rsidR="00574F5A" w:rsidRDefault="00E52832" w:rsidP="00E52832">
          <w:pPr>
            <w:pStyle w:val="B97E28C845B64489B3AED3D7B657B0C64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04FEB24C6E8D4030AC5174250B631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90010-F855-44E7-848D-2E6EBA7EF965}"/>
      </w:docPartPr>
      <w:docPartBody>
        <w:p w:rsidR="00574F5A" w:rsidRDefault="00E52832" w:rsidP="00E52832">
          <w:pPr>
            <w:pStyle w:val="04FEB24C6E8D4030AC5174250B6313EF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1B4E79C22754EE8B2E50324AD176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82015-A36A-4CF0-B19C-DA73D39452FB}"/>
      </w:docPartPr>
      <w:docPartBody>
        <w:p w:rsidR="00574F5A" w:rsidRDefault="00E52832" w:rsidP="00E52832">
          <w:pPr>
            <w:pStyle w:val="51B4E79C22754EE8B2E50324AD176D29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AFF5B0A343048A7832D045C4F23B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B2FC3-A59F-42FD-9C1C-91CD6DB24547}"/>
      </w:docPartPr>
      <w:docPartBody>
        <w:p w:rsidR="00574F5A" w:rsidRDefault="00E52832" w:rsidP="00E52832">
          <w:pPr>
            <w:pStyle w:val="1AFF5B0A343048A7832D045C4F23B522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D9DFE47B9AE476B886C618AB336E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C9F71-E16E-4C69-91CB-C6E08C538EB9}"/>
      </w:docPartPr>
      <w:docPartBody>
        <w:p w:rsidR="00574F5A" w:rsidRDefault="00E52832" w:rsidP="00E52832">
          <w:pPr>
            <w:pStyle w:val="1D9DFE47B9AE476B886C618AB336E1724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4ED0C2E7F124778B85088280C73A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CDCC3-5B11-401A-B6A3-B4A3168461AB}"/>
      </w:docPartPr>
      <w:docPartBody>
        <w:p w:rsidR="00574F5A" w:rsidRDefault="00E52832" w:rsidP="00E52832">
          <w:pPr>
            <w:pStyle w:val="D4ED0C2E7F124778B85088280C73A58F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AD0422019C848E1B8E8BF25E532E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C0014-8895-4E5B-A4D7-8112F7A6E6C3}"/>
      </w:docPartPr>
      <w:docPartBody>
        <w:p w:rsidR="00574F5A" w:rsidRDefault="00E52832" w:rsidP="00E52832">
          <w:pPr>
            <w:pStyle w:val="8AD0422019C848E1B8E8BF25E532EA80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5AD38D7F6CC4EA5B82B2BA2298FC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B7D03-0F63-4041-93A7-20D4B5EB4CF9}"/>
      </w:docPartPr>
      <w:docPartBody>
        <w:p w:rsidR="00574F5A" w:rsidRDefault="00E52832" w:rsidP="00E52832">
          <w:pPr>
            <w:pStyle w:val="F5AD38D7F6CC4EA5B82B2BA2298FCA00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A006BB43D1F4AC9B916710B46B1F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86F31-3789-4FC7-9330-43969884118F}"/>
      </w:docPartPr>
      <w:docPartBody>
        <w:p w:rsidR="00574F5A" w:rsidRDefault="00E52832" w:rsidP="00E52832">
          <w:pPr>
            <w:pStyle w:val="DA006BB43D1F4AC9B916710B46B1F2BB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0467B15DA2145DAAA229B5FA865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85400-801A-4418-93EA-02EA52352FFD}"/>
      </w:docPartPr>
      <w:docPartBody>
        <w:p w:rsidR="00574F5A" w:rsidRDefault="00E52832" w:rsidP="00E52832">
          <w:pPr>
            <w:pStyle w:val="C0467B15DA2145DAAA229B5FA86599C0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40993A44546641ABA09213E14490B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1C6FC-1CB4-48A9-AED0-13034A40410F}"/>
      </w:docPartPr>
      <w:docPartBody>
        <w:p w:rsidR="00574F5A" w:rsidRDefault="00E52832" w:rsidP="00E52832">
          <w:pPr>
            <w:pStyle w:val="40993A44546641ABA09213E14490BD34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BD2ECA634F149FDB60BD08A8DAFD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7ADF5-FF20-4216-AD7D-F903492214A2}"/>
      </w:docPartPr>
      <w:docPartBody>
        <w:p w:rsidR="00574F5A" w:rsidRDefault="00E52832" w:rsidP="00E52832">
          <w:pPr>
            <w:pStyle w:val="FBD2ECA634F149FDB60BD08A8DAFD49D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A5C8C514AF3478291EDD7A40B757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E4A2D-CCEA-4E5F-BD7F-BC890F63081C}"/>
      </w:docPartPr>
      <w:docPartBody>
        <w:p w:rsidR="00574F5A" w:rsidRDefault="00E52832" w:rsidP="00E52832">
          <w:pPr>
            <w:pStyle w:val="6A5C8C514AF3478291EDD7A40B757515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D08C7941470458DBD52B7EEC6194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33360-962C-442B-A1D7-9901EF2B7CF1}"/>
      </w:docPartPr>
      <w:docPartBody>
        <w:p w:rsidR="00574F5A" w:rsidRDefault="00E52832" w:rsidP="00E52832">
          <w:pPr>
            <w:pStyle w:val="3D08C7941470458DBD52B7EEC61941BB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24942031D6144309087BF27D376A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C5431-85ED-486E-AAD7-E6F313ECC1B1}"/>
      </w:docPartPr>
      <w:docPartBody>
        <w:p w:rsidR="00574F5A" w:rsidRDefault="00E52832" w:rsidP="00E52832">
          <w:pPr>
            <w:pStyle w:val="A24942031D6144309087BF27D376AF65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01158D3699294359878950B2D8FDD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0ACC2-9848-49E4-B5A5-A04FDA075623}"/>
      </w:docPartPr>
      <w:docPartBody>
        <w:p w:rsidR="00574F5A" w:rsidRDefault="00E52832" w:rsidP="00E52832">
          <w:pPr>
            <w:pStyle w:val="01158D3699294359878950B2D8FDD0A5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AE935C9D07B4787A1D9A0C0F91EE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A1519-19D9-498A-B277-21B07DCADE49}"/>
      </w:docPartPr>
      <w:docPartBody>
        <w:p w:rsidR="00574F5A" w:rsidRDefault="00E52832" w:rsidP="00E52832">
          <w:pPr>
            <w:pStyle w:val="3AE935C9D07B4787A1D9A0C0F91EE9F8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83F8002372144E79A6524B961321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FAEA5-8A58-440F-A0D6-F0EE3F24FDBB}"/>
      </w:docPartPr>
      <w:docPartBody>
        <w:p w:rsidR="00574F5A" w:rsidRDefault="00E52832" w:rsidP="00E52832">
          <w:pPr>
            <w:pStyle w:val="583F8002372144E79A6524B9613217E3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E4E71F4A067642888688B76EFAD03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452B7-CE4D-431A-A31B-6E7CC0435FEC}"/>
      </w:docPartPr>
      <w:docPartBody>
        <w:p w:rsidR="00574F5A" w:rsidRDefault="00E52832" w:rsidP="00E52832">
          <w:pPr>
            <w:pStyle w:val="E4E71F4A067642888688B76EFAD0338A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DD9A066642CA485D9AF850E432B75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C0063-DC39-4AAC-8871-0D6C3A9E95BA}"/>
      </w:docPartPr>
      <w:docPartBody>
        <w:p w:rsidR="00574F5A" w:rsidRDefault="00E52832" w:rsidP="00E52832">
          <w:pPr>
            <w:pStyle w:val="DD9A066642CA485D9AF850E432B7542F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7242F7CD3BB486191F6394E1B38E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D27133-C45E-4D4E-8BEF-0CD258E00367}"/>
      </w:docPartPr>
      <w:docPartBody>
        <w:p w:rsidR="00574F5A" w:rsidRDefault="00E52832" w:rsidP="00E52832">
          <w:pPr>
            <w:pStyle w:val="47242F7CD3BB486191F6394E1B38ED22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8DBDAF1B77410BA327AD6F391BF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76136-45D4-439F-84E8-4993C8D45E94}"/>
      </w:docPartPr>
      <w:docPartBody>
        <w:p w:rsidR="00574F5A" w:rsidRDefault="00E52832" w:rsidP="00E52832">
          <w:pPr>
            <w:pStyle w:val="CA8DBDAF1B77410BA327AD6F391BF5F3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6BE23B9374144DDAAC9C7E09A275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BB6CC-959C-4C9B-9FC9-A1742F78349C}"/>
      </w:docPartPr>
      <w:docPartBody>
        <w:p w:rsidR="00574F5A" w:rsidRDefault="00E52832" w:rsidP="00E52832">
          <w:pPr>
            <w:pStyle w:val="B6BE23B9374144DDAAC9C7E09A275715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1693770258447F2ADAEB721D647E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C74AE-7041-4034-991A-413EFFBF4243}"/>
      </w:docPartPr>
      <w:docPartBody>
        <w:p w:rsidR="00574F5A" w:rsidRDefault="00E52832" w:rsidP="00E52832">
          <w:pPr>
            <w:pStyle w:val="D1693770258447F2ADAEB721D647EAC0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209A59679E347EEA587EE764A211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80F38-93FE-4276-B289-8D1A73C73460}"/>
      </w:docPartPr>
      <w:docPartBody>
        <w:p w:rsidR="00574F5A" w:rsidRDefault="00E52832" w:rsidP="00E52832">
          <w:pPr>
            <w:pStyle w:val="F209A59679E347EEA587EE764A211E91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5597DFA8C10F42C6B5A7C91DDA887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C11C1-2330-4D34-9325-BC39FDF312E2}"/>
      </w:docPartPr>
      <w:docPartBody>
        <w:p w:rsidR="00574F5A" w:rsidRDefault="00E52832" w:rsidP="00E52832">
          <w:pPr>
            <w:pStyle w:val="5597DFA8C10F42C6B5A7C91DDA887115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83823E2E60444641BFC8AD122EABB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8E0BC-3923-4065-86E8-7D200710483D}"/>
      </w:docPartPr>
      <w:docPartBody>
        <w:p w:rsidR="00574F5A" w:rsidRDefault="00E52832" w:rsidP="00E52832">
          <w:pPr>
            <w:pStyle w:val="83823E2E60444641BFC8AD122EABB10A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13F645604F14D09AC98E33DACEF6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F8D56-C39D-4798-9E0A-43FE64AD34DD}"/>
      </w:docPartPr>
      <w:docPartBody>
        <w:p w:rsidR="00574F5A" w:rsidRDefault="00E52832" w:rsidP="00E52832">
          <w:pPr>
            <w:pStyle w:val="613F645604F14D09AC98E33DACEF6233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5FEC5ECEF3D4A42AB842883B7423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E370F-0CA8-4CA4-8A5A-7272604BE875}"/>
      </w:docPartPr>
      <w:docPartBody>
        <w:p w:rsidR="00574F5A" w:rsidRDefault="00E52832" w:rsidP="00E52832">
          <w:pPr>
            <w:pStyle w:val="95FEC5ECEF3D4A42AB842883B7423D75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5AD8EB5DE043519B9C0122BA49E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AE9D9-1AE6-4C6F-BF3E-D40EFCDF946A}"/>
      </w:docPartPr>
      <w:docPartBody>
        <w:p w:rsidR="00574F5A" w:rsidRDefault="00E52832" w:rsidP="00E52832">
          <w:pPr>
            <w:pStyle w:val="CF5AD8EB5DE043519B9C0122BA49E1B6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2FE36A0270B4DD59ED47FA41C30B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51466-0F7E-46F1-9C46-C7314F6BBDD8}"/>
      </w:docPartPr>
      <w:docPartBody>
        <w:p w:rsidR="00574F5A" w:rsidRDefault="00E52832" w:rsidP="00E52832">
          <w:pPr>
            <w:pStyle w:val="C2FE36A0270B4DD59ED47FA41C30BFB1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AF2B91967DC42DE80F43EAA85D82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2D3EE-180A-4D3D-97F7-B96691494031}"/>
      </w:docPartPr>
      <w:docPartBody>
        <w:p w:rsidR="00574F5A" w:rsidRDefault="00E52832" w:rsidP="00E52832">
          <w:pPr>
            <w:pStyle w:val="2AF2B91967DC42DE80F43EAA85D82F4C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B1DDDF0FAD8F4341931D795792AF6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BC4BE-42FD-48C2-A89E-E984A3EFDF24}"/>
      </w:docPartPr>
      <w:docPartBody>
        <w:p w:rsidR="00574F5A" w:rsidRDefault="00E52832" w:rsidP="00E52832">
          <w:pPr>
            <w:pStyle w:val="B1DDDF0FAD8F4341931D795792AF6361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8FD9D11FC2BB459BB280ED7F8D2E9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A2A17-2C5D-433C-BC35-78ACC25CD1E5}"/>
      </w:docPartPr>
      <w:docPartBody>
        <w:p w:rsidR="00574F5A" w:rsidRDefault="00E52832" w:rsidP="00E52832">
          <w:pPr>
            <w:pStyle w:val="8FD9D11FC2BB459BB280ED7F8D2E98CA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8ABE675B3444FC5A5526F5213F4D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E76E0-3E2F-4759-8FDC-B108C91ED430}"/>
      </w:docPartPr>
      <w:docPartBody>
        <w:p w:rsidR="00574F5A" w:rsidRDefault="00E52832" w:rsidP="00E52832">
          <w:pPr>
            <w:pStyle w:val="E8ABE675B3444FC5A5526F5213F4D222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0F027765CBC44E0851E000A58FBF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F1CFA-335A-4CB8-9F5A-6FD295AB02B4}"/>
      </w:docPartPr>
      <w:docPartBody>
        <w:p w:rsidR="00574F5A" w:rsidRDefault="00E52832" w:rsidP="00E52832">
          <w:pPr>
            <w:pStyle w:val="A0F027765CBC44E0851E000A58FBF7E8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D796DD735694327AE381327419A2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E4DF8-6E91-4627-BD49-A7A42BE5B2F6}"/>
      </w:docPartPr>
      <w:docPartBody>
        <w:p w:rsidR="00574F5A" w:rsidRDefault="00E52832" w:rsidP="00E52832">
          <w:pPr>
            <w:pStyle w:val="6D796DD735694327AE381327419A2083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2E0611D414F40F5B74A6CBFD3289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0D36F-80F5-4560-89FF-F2B61D8214C6}"/>
      </w:docPartPr>
      <w:docPartBody>
        <w:p w:rsidR="00574F5A" w:rsidRDefault="00E52832" w:rsidP="00E52832">
          <w:pPr>
            <w:pStyle w:val="02E0611D414F40F5B74A6CBFD328945C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98813ABFC3C409F863C4BA645547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7D32B-7290-4EC6-883E-91E1C48E85D1}"/>
      </w:docPartPr>
      <w:docPartBody>
        <w:p w:rsidR="00574F5A" w:rsidRDefault="00E52832" w:rsidP="00E52832">
          <w:pPr>
            <w:pStyle w:val="998813ABFC3C409F863C4BA64554766C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4BD4D3C8B304797A4A45508306DA3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B3C73-2F4F-4B51-8210-1F638833E505}"/>
      </w:docPartPr>
      <w:docPartBody>
        <w:p w:rsidR="00574F5A" w:rsidRDefault="00E52832" w:rsidP="00E52832">
          <w:pPr>
            <w:pStyle w:val="E4BD4D3C8B304797A4A45508306DA3273"/>
          </w:pPr>
          <w:r w:rsidRPr="009C548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D12BF5736464918997360BBFD7C5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81566-31FB-42C3-85B5-CCD320335E56}"/>
      </w:docPartPr>
      <w:docPartBody>
        <w:p w:rsidR="00574F5A" w:rsidRDefault="00E52832" w:rsidP="00E52832">
          <w:pPr>
            <w:pStyle w:val="AD12BF5736464918997360BBFD7C5D4A3"/>
          </w:pPr>
          <w:r w:rsidRPr="00DC0D46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997B34ABBB1C48BC9B5723F808DEA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A26D9-B9A2-4230-8800-33E2B3D09B48}"/>
      </w:docPartPr>
      <w:docPartBody>
        <w:p w:rsidR="00574F5A" w:rsidRDefault="00E52832" w:rsidP="00E52832">
          <w:pPr>
            <w:pStyle w:val="997B34ABBB1C48BC9B5723F808DEA981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215C129493F4387A0627894F684D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E7EDC-E6D0-4A64-8592-5A4BD5AB3A27}"/>
      </w:docPartPr>
      <w:docPartBody>
        <w:p w:rsidR="00574F5A" w:rsidRDefault="00E52832" w:rsidP="00E52832">
          <w:pPr>
            <w:pStyle w:val="1215C129493F4387A0627894F684D36F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CF2DB821F574F96A95466A9092BC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58917-F00B-402D-8146-CF71D924CB0A}"/>
      </w:docPartPr>
      <w:docPartBody>
        <w:p w:rsidR="00574F5A" w:rsidRDefault="00E52832" w:rsidP="00E52832">
          <w:pPr>
            <w:pStyle w:val="ECF2DB821F574F96A95466A9092BC1C9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3E38B5D4D4F44D6A9AA7967358F1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AA23F-34A2-4E30-95EB-3FA635BD88DC}"/>
      </w:docPartPr>
      <w:docPartBody>
        <w:p w:rsidR="00574F5A" w:rsidRDefault="00E52832" w:rsidP="00E52832">
          <w:pPr>
            <w:pStyle w:val="C3E38B5D4D4F44D6A9AA7967358F1580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FB99B23E97F4A44A230FEBE03C6B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6D1F3-1208-4723-AB85-C507FCFF7CAA}"/>
      </w:docPartPr>
      <w:docPartBody>
        <w:p w:rsidR="00574F5A" w:rsidRDefault="00E52832" w:rsidP="00E52832">
          <w:pPr>
            <w:pStyle w:val="5FB99B23E97F4A44A230FEBE03C6B177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59196E8797B47F7B48F8663480F9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CA62A-E7CE-4457-A2EE-4BD76765F62C}"/>
      </w:docPartPr>
      <w:docPartBody>
        <w:p w:rsidR="00574F5A" w:rsidRDefault="00E52832" w:rsidP="00E52832">
          <w:pPr>
            <w:pStyle w:val="859196E8797B47F7B48F8663480F9649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1E7DD81B6A342F4A9A2454BE3FB5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8B818-7FE5-42D8-9EAE-8819A86767C0}"/>
      </w:docPartPr>
      <w:docPartBody>
        <w:p w:rsidR="00574F5A" w:rsidRDefault="00E52832" w:rsidP="00E52832">
          <w:pPr>
            <w:pStyle w:val="91E7DD81B6A342F4A9A2454BE3FB545D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97C7683C45B4DDEB3C2B1683748F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46602-AF2B-42D0-86A6-BEA7B0ACCB2C}"/>
      </w:docPartPr>
      <w:docPartBody>
        <w:p w:rsidR="00574F5A" w:rsidRDefault="00E52832" w:rsidP="00E52832">
          <w:pPr>
            <w:pStyle w:val="697C7683C45B4DDEB3C2B1683748F2B1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1FB77660D1D47038EE7C2B383250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8B1BD-6566-4052-8BA9-60B3CD8A1574}"/>
      </w:docPartPr>
      <w:docPartBody>
        <w:p w:rsidR="00574F5A" w:rsidRDefault="00E52832" w:rsidP="00E52832">
          <w:pPr>
            <w:pStyle w:val="A1FB77660D1D47038EE7C2B38325036B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5F1D392581D452FB906DD1D06903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E174A-5421-4B50-8B36-7086962E4393}"/>
      </w:docPartPr>
      <w:docPartBody>
        <w:p w:rsidR="00574F5A" w:rsidRDefault="00E52832" w:rsidP="00E52832">
          <w:pPr>
            <w:pStyle w:val="35F1D392581D452FB906DD1D06903AE53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8BBA391DB7D4EDDA9CE29AA21697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08CED-9622-45C4-9624-BEEE8C857DBB}"/>
      </w:docPartPr>
      <w:docPartBody>
        <w:p w:rsidR="00574F5A" w:rsidRDefault="00E52832" w:rsidP="00E52832">
          <w:pPr>
            <w:pStyle w:val="A8BBA391DB7D4EDDA9CE29AA216975C21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B06CCE257694D9E9AD6D8AB34057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8D36C-046F-4AFA-BC05-02F918C19C86}"/>
      </w:docPartPr>
      <w:docPartBody>
        <w:p w:rsidR="00574F5A" w:rsidRDefault="00E52832" w:rsidP="00E52832">
          <w:pPr>
            <w:pStyle w:val="9B06CCE257694D9E9AD6D8AB340571E21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8416521E85C4B209FFD93ED5205B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72314-0A31-40E5-A100-3B921E0959F9}"/>
      </w:docPartPr>
      <w:docPartBody>
        <w:p w:rsidR="00574F5A" w:rsidRDefault="00E52832" w:rsidP="00E52832">
          <w:pPr>
            <w:pStyle w:val="E8416521E85C4B209FFD93ED5205B2551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9E9B2533C32477BB147FB357DE22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DBF76-E330-49BD-A52B-67B5317E606E}"/>
      </w:docPartPr>
      <w:docPartBody>
        <w:p w:rsidR="00574F5A" w:rsidRDefault="00E52832" w:rsidP="00E52832">
          <w:pPr>
            <w:pStyle w:val="89E9B2533C32477BB147FB357DE2212C1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E3B82C6644947F2B2222847B5F49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25FB5-A79D-49E9-A266-B35115674F2F}"/>
      </w:docPartPr>
      <w:docPartBody>
        <w:p w:rsidR="00574F5A" w:rsidRDefault="00E52832" w:rsidP="00E52832">
          <w:pPr>
            <w:pStyle w:val="9E3B82C6644947F2B2222847B5F4962C1"/>
          </w:pPr>
          <w:r w:rsidRPr="00E8782B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1F2E8E"/>
    <w:rsid w:val="003B1216"/>
    <w:rsid w:val="004161F5"/>
    <w:rsid w:val="00416ADD"/>
    <w:rsid w:val="005227CF"/>
    <w:rsid w:val="00574F5A"/>
    <w:rsid w:val="0057614B"/>
    <w:rsid w:val="005A051B"/>
    <w:rsid w:val="006239E1"/>
    <w:rsid w:val="008655FB"/>
    <w:rsid w:val="008B5D28"/>
    <w:rsid w:val="009677C6"/>
    <w:rsid w:val="009A6AB5"/>
    <w:rsid w:val="00B04500"/>
    <w:rsid w:val="00B302C0"/>
    <w:rsid w:val="00BD0B7C"/>
    <w:rsid w:val="00CD535A"/>
    <w:rsid w:val="00CF57FE"/>
    <w:rsid w:val="00E52832"/>
    <w:rsid w:val="00EF1F46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2832"/>
    <w:rPr>
      <w:color w:val="666666"/>
    </w:rPr>
  </w:style>
  <w:style w:type="paragraph" w:customStyle="1" w:styleId="47752EB3E1304316B181385675F848F8">
    <w:name w:val="47752EB3E1304316B181385675F848F8"/>
    <w:rsid w:val="00E52832"/>
  </w:style>
  <w:style w:type="paragraph" w:customStyle="1" w:styleId="AEAB25E634BD4475B20F4A77B212CC5B">
    <w:name w:val="AEAB25E634BD4475B20F4A77B212CC5B"/>
    <w:rsid w:val="00416ADD"/>
  </w:style>
  <w:style w:type="paragraph" w:customStyle="1" w:styleId="A142974154694D38A3BE7DFBB84BDFF9">
    <w:name w:val="A142974154694D38A3BE7DFBB84BDFF9"/>
    <w:rsid w:val="00416ADD"/>
  </w:style>
  <w:style w:type="paragraph" w:customStyle="1" w:styleId="DCCBA9315034499FB637250C75C23378">
    <w:name w:val="DCCBA9315034499FB637250C75C23378"/>
    <w:rsid w:val="00416ADD"/>
  </w:style>
  <w:style w:type="paragraph" w:customStyle="1" w:styleId="90FC7EC542D3490AAE263E3D1AF166AD3">
    <w:name w:val="90FC7EC542D3490AAE263E3D1AF166AD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537043BAA64A7DACB8F78DC24A95C63">
    <w:name w:val="60537043BAA64A7DACB8F78DC24A95C6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18F02F45D784FBB8F43E3FB1B7912893">
    <w:name w:val="318F02F45D784FBB8F43E3FB1B791289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96DB582C0D4CAC9AE68C4CC9C203373">
    <w:name w:val="2696DB582C0D4CAC9AE68C4CC9C20337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7C00F0731D4B54A03BE14DD36094114">
    <w:name w:val="437C00F0731D4B54A03BE14DD360941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6A334467BF47A18A73DB1A308F9BF14">
    <w:name w:val="E36A334467BF47A18A73DB1A308F9BF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F2640D44C38428DA60EE9CDFBEEB2E44">
    <w:name w:val="DF2640D44C38428DA60EE9CDFBEEB2E4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247F4B3A0040BE8E401D095FF1274B4">
    <w:name w:val="AE247F4B3A0040BE8E401D095FF1274B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A675E6AE1E94304B12BB09A08BA844D4">
    <w:name w:val="5A675E6AE1E94304B12BB09A08BA844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341BDE7A8A74D02A65B3B0ED64C4C563">
    <w:name w:val="5341BDE7A8A74D02A65B3B0ED64C4C56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2903317FF4D454BBE937AA1935FF50E3">
    <w:name w:val="E2903317FF4D454BBE937AA1935FF50E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1A170757F2D4731AEAC1B6E29F184D93">
    <w:name w:val="81A170757F2D4731AEAC1B6E29F184D9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649BAA6E2F482A8DB872D89850643C3">
    <w:name w:val="9F649BAA6E2F482A8DB872D89850643C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B23D8EBC9545FF8B9E5571380A7DDC3">
    <w:name w:val="BBB23D8EBC9545FF8B9E5571380A7DDC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9454BCDC004159A3F52C4399894C1E3">
    <w:name w:val="E69454BCDC004159A3F52C4399894C1E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DA0DFE72B3D4825B58039968266940E3">
    <w:name w:val="4DA0DFE72B3D4825B58039968266940E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E96ECFC97547FBAFD40A3C9E118C353">
    <w:name w:val="02E96ECFC97547FBAFD40A3C9E118C3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F96A4C8059E44579D6F536C41F43D113">
    <w:name w:val="CF96A4C8059E44579D6F536C41F43D1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859562F2D54334BACC55F889978B843">
    <w:name w:val="8F859562F2D54334BACC55F889978B84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8D47723EA9347AE9C72C301A3D8C3A13">
    <w:name w:val="68D47723EA9347AE9C72C301A3D8C3A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B824112CA248D3912C9F329320C61A3">
    <w:name w:val="CAB824112CA248D3912C9F329320C61A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4717C3EA704FA8ABEDDB1C289713603">
    <w:name w:val="1E4717C3EA704FA8ABEDDB1C28971360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E1F94603E4442EA7B6EE80BC8234B93">
    <w:name w:val="A6E1F94603E4442EA7B6EE80BC8234B9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71A7132BE146D092FC282160574F863">
    <w:name w:val="FA71A7132BE146D092FC282160574F86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D6A32F5F07A4D7EBE47A09BD30944AC3">
    <w:name w:val="9D6A32F5F07A4D7EBE47A09BD30944AC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EEEF202876440C841DF64E546500813">
    <w:name w:val="BAEEEF202876440C841DF64E5465008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9B696D82EF746C4B58BB36363B0884B3">
    <w:name w:val="29B696D82EF746C4B58BB36363B0884B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99ADDF970B444EA8DB6A97FA286AD33">
    <w:name w:val="8D99ADDF970B444EA8DB6A97FA286AD3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312AADF5FF40E98AC3298CBED8C0393">
    <w:name w:val="6E312AADF5FF40E98AC3298CBED8C039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C2934C8C0B4371888096620A58B3B13">
    <w:name w:val="BAC2934C8C0B4371888096620A58B3B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33BC3DD396E490AA044D315430C38643">
    <w:name w:val="A33BC3DD396E490AA044D315430C3864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E9D143CA46748EE9209406176AD3F073">
    <w:name w:val="DE9D143CA46748EE9209406176AD3F07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F9EC20BC2B7480EA5EAB34B1420C8563">
    <w:name w:val="AF9EC20BC2B7480EA5EAB34B1420C856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DF498851784C52885826AF6C6BD3E23">
    <w:name w:val="A4DF498851784C52885826AF6C6BD3E2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3CD44C422854A62873CB7F1870E4F703">
    <w:name w:val="33CD44C422854A62873CB7F1870E4F70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CF79DB7A58F43F491158B77C708441A3">
    <w:name w:val="7CF79DB7A58F43F491158B77C708441A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8D1D576206421CBA89C85CA8BB8ED53">
    <w:name w:val="4E8D1D576206421CBA89C85CA8BB8ED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224E7F11FF4D398F391A11B511F1C14">
    <w:name w:val="D3224E7F11FF4D398F391A11B511F1C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1D012C713974D5BB90373955BBD64B24">
    <w:name w:val="81D012C713974D5BB90373955BBD64B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E23D26A39A45D69C53CF2B88AD2BAD4">
    <w:name w:val="0FE23D26A39A45D69C53CF2B88AD2BA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4A8E7D17104A449F7FE570EFD6C8D14">
    <w:name w:val="1A4A8E7D17104A449F7FE570EFD6C8D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A35F67C3F54C3EA040E751DC87CE8D4">
    <w:name w:val="91A35F67C3F54C3EA040E751DC87CE8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7EB37593EC4456A21F8BC6AEB4DC4B4">
    <w:name w:val="1A7EB37593EC4456A21F8BC6AEB4DC4B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83450108AE4F2E8D07BA911A314BB54">
    <w:name w:val="ED83450108AE4F2E8D07BA911A314BB5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E4A7E43E8B4DA8A77D81E7154BA43D4">
    <w:name w:val="8DE4A7E43E8B4DA8A77D81E7154BA43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116641BE7544043923311FF0E3BBAF44">
    <w:name w:val="E116641BE7544043923311FF0E3BBAF4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CAD34D38D8D4342BBE2D79466156FA64">
    <w:name w:val="3CAD34D38D8D4342BBE2D79466156FA6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E4D800DCE14477991DF896D55D1E264">
    <w:name w:val="17E4D800DCE14477991DF896D55D1E26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90DD81655B42CEABDCF146C8AED7094">
    <w:name w:val="6090DD81655B42CEABDCF146C8AED709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C3F29AEE3AF42838A66BFF1D8C82E244">
    <w:name w:val="7C3F29AEE3AF42838A66BFF1D8C82E24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7B1508600D455FA863AE56AAC1A1074">
    <w:name w:val="E37B1508600D455FA863AE56AAC1A107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FCF40CA8C43C1A5CD3A205F7B33274">
    <w:name w:val="2E9FCF40CA8C43C1A5CD3A205F7B3327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7C88E29AC4B47D989455A249F9F54A14">
    <w:name w:val="37C88E29AC4B47D989455A249F9F54A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ACDBAACA724E039B431E4A11DCB9074">
    <w:name w:val="9EACDBAACA724E039B431E4A11DCB907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9D9E14FCE041119C17C5FD44421EAE4">
    <w:name w:val="499D9E14FCE041119C17C5FD44421EAE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FE1C61683141EAA88EC4E0C9BB12714">
    <w:name w:val="26FE1C61683141EAA88EC4E0C9BB127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5FE02002324E988352E84D9DC1E3CD4">
    <w:name w:val="D35FE02002324E988352E84D9DC1E3C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48B8F84F37410B9369B5FF114480794">
    <w:name w:val="4F48B8F84F37410B9369B5FF11448079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35ADED56734FFD938E9720FC290E504">
    <w:name w:val="D635ADED56734FFD938E9720FC290E50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A3DE8E9D2DB4542A29139B1115AD5824">
    <w:name w:val="6A3DE8E9D2DB4542A29139B1115AD58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F1CE458E1B0437F9B313F968ECAEF134">
    <w:name w:val="DF1CE458E1B0437F9B313F968ECAEF13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E3D95A5A734333A2C8445FCD87852D4">
    <w:name w:val="5EE3D95A5A734333A2C8445FCD87852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635AFEA4F749039121B6423FC4C4274">
    <w:name w:val="17635AFEA4F749039121B6423FC4C427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6EF90ED1CD4EC8819ADC8BE2FCC6884">
    <w:name w:val="4C6EF90ED1CD4EC8819ADC8BE2FCC688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357084FD94C44889B161E7F71F88DC04">
    <w:name w:val="A357084FD94C44889B161E7F71F88DC0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E545A0950640B088AC5FC0279DBC8C4">
    <w:name w:val="B6E545A0950640B088AC5FC0279DBC8C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1CE347CCD143B6822A2E4D8E8158764">
    <w:name w:val="851CE347CCD143B6822A2E4D8E815876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C5B37EDB164E9AB1A81B7ABA7F8BF34">
    <w:name w:val="5EC5B37EDB164E9AB1A81B7ABA7F8BF3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7E28C845B64489B3AED3D7B657B0C64">
    <w:name w:val="B97E28C845B64489B3AED3D7B657B0C6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FEB24C6E8D4030AC5174250B6313EF4">
    <w:name w:val="04FEB24C6E8D4030AC5174250B6313EF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B4E79C22754EE8B2E50324AD176D294">
    <w:name w:val="51B4E79C22754EE8B2E50324AD176D29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AFF5B0A343048A7832D045C4F23B5224">
    <w:name w:val="1AFF5B0A343048A7832D045C4F23B52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9DFE47B9AE476B886C618AB336E1724">
    <w:name w:val="1D9DFE47B9AE476B886C618AB336E17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94D5651CA074303ACDF7A7237B51ECF4">
    <w:name w:val="F94D5651CA074303ACDF7A7237B51ECF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C0FBF5D5ED48FDB5D325F68CCA65D34">
    <w:name w:val="91C0FBF5D5ED48FDB5D325F68CCA65D3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CE9F81D5E44828B8ECA3BCE47BFCB94">
    <w:name w:val="2ECE9F81D5E44828B8ECA3BCE47BFCB9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5B517A069F48C89315AFD4831CAF9F4">
    <w:name w:val="835B517A069F48C89315AFD4831CAF9F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5302C58AFE4D52BB4AD9D1BBD098F94">
    <w:name w:val="CD5302C58AFE4D52BB4AD9D1BBD098F9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A1B329DE924C8A8A1C360B37BEAD854">
    <w:name w:val="85A1B329DE924C8A8A1C360B37BEAD85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1EB29917A14E739C2DE8E502469AFD4">
    <w:name w:val="7D1EB29917A14E739C2DE8E502469AF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FBAC4175BF4AD5BB651AC91A0098594">
    <w:name w:val="FAFBAC4175BF4AD5BB651AC91A009859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22FB689B490408683F4C644553932494">
    <w:name w:val="C22FB689B490408683F4C64455393249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9F787411D04D438C8FBC6DAA34CF2B4">
    <w:name w:val="C89F787411D04D438C8FBC6DAA34CF2B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E71501465B4B859AC905D1ADF832624">
    <w:name w:val="79E71501465B4B859AC905D1ADF8326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120DE32EB648E286B70AC4118004464">
    <w:name w:val="1E120DE32EB648E286B70AC411800446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18FA79B9FD4EC2974BC7F9EC99B0D24">
    <w:name w:val="F418FA79B9FD4EC2974BC7F9EC99B0D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FD7089EBCDB476C803220E420E2B51C4">
    <w:name w:val="1FD7089EBCDB476C803220E420E2B51C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1158D3699294359878950B2D8FDD0A53">
    <w:name w:val="01158D3699294359878950B2D8FDD0A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935C9D07B4787A1D9A0C0F91EE9F83">
    <w:name w:val="3AE935C9D07B4787A1D9A0C0F91EE9F8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3F8002372144E79A6524B9613217E33">
    <w:name w:val="583F8002372144E79A6524B9613217E3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E71F4A067642888688B76EFAD0338A3">
    <w:name w:val="E4E71F4A067642888688B76EFAD0338A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D9A066642CA485D9AF850E432B7542F3">
    <w:name w:val="DD9A066642CA485D9AF850E432B7542F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242F7CD3BB486191F6394E1B38ED223">
    <w:name w:val="47242F7CD3BB486191F6394E1B38ED22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8DBDAF1B77410BA327AD6F391BF5F33">
    <w:name w:val="CA8DBDAF1B77410BA327AD6F391BF5F3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BE23B9374144DDAAC9C7E09A2757153">
    <w:name w:val="B6BE23B9374144DDAAC9C7E09A27571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1693770258447F2ADAEB721D647EAC03">
    <w:name w:val="D1693770258447F2ADAEB721D647EAC0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209A59679E347EEA587EE764A211E913">
    <w:name w:val="F209A59679E347EEA587EE764A211E9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97DFA8C10F42C6B5A7C91DDA8871153">
    <w:name w:val="5597DFA8C10F42C6B5A7C91DDA88711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823E2E60444641BFC8AD122EABB10A3">
    <w:name w:val="83823E2E60444641BFC8AD122EABB10A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13F645604F14D09AC98E33DACEF62333">
    <w:name w:val="613F645604F14D09AC98E33DACEF6233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5FEC5ECEF3D4A42AB842883B7423D753">
    <w:name w:val="95FEC5ECEF3D4A42AB842883B7423D7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F5AD8EB5DE043519B9C0122BA49E1B63">
    <w:name w:val="CF5AD8EB5DE043519B9C0122BA49E1B6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2FE36A0270B4DD59ED47FA41C30BFB13">
    <w:name w:val="C2FE36A0270B4DD59ED47FA41C30BFB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F2B91967DC42DE80F43EAA85D82F4C3">
    <w:name w:val="2AF2B91967DC42DE80F43EAA85D82F4C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DDDF0FAD8F4341931D795792AF63613">
    <w:name w:val="B1DDDF0FAD8F4341931D795792AF636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D9D11FC2BB459BB280ED7F8D2E98CA3">
    <w:name w:val="8FD9D11FC2BB459BB280ED7F8D2E98CA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8ABE675B3444FC5A5526F5213F4D2223">
    <w:name w:val="E8ABE675B3444FC5A5526F5213F4D222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F027765CBC44E0851E000A58FBF7E83">
    <w:name w:val="A0F027765CBC44E0851E000A58FBF7E8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F86E8328D842758F8E036CB9DF5B214">
    <w:name w:val="4AF86E8328D842758F8E036CB9DF5B2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16378A0C5D48CCA9B19AC57369D1D84">
    <w:name w:val="4516378A0C5D48CCA9B19AC57369D1D8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F0793526E8447C868D4A656B4F448D4">
    <w:name w:val="2DF0793526E8447C868D4A656B4F448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958BF726BF4BA3AADDA8CD050A7CD04">
    <w:name w:val="47958BF726BF4BA3AADDA8CD050A7CD0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D2A1F09B924F009B1054C35DDB6A9E4">
    <w:name w:val="0FD2A1F09B924F009B1054C35DDB6A9E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0E19B76F6B4DDA9BEE041E8658A2CF4">
    <w:name w:val="D50E19B76F6B4DDA9BEE041E8658A2CF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DBA65B15CE448F87D4CDA19A2D6AD24">
    <w:name w:val="74DBA65B15CE448F87D4CDA19A2D6AD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B4B858275EF42BD95F91006106E3DF14">
    <w:name w:val="EB4B858275EF42BD95F91006106E3DF1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C9B6BDABC44A4C9C7986083696632B4">
    <w:name w:val="7EC9B6BDABC44A4C9C7986083696632B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F33606DD08E4787AAFA9623A7C7F4584">
    <w:name w:val="2F33606DD08E4787AAFA9623A7C7F458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ED0C2E7F124778B85088280C73A58F3">
    <w:name w:val="D4ED0C2E7F124778B85088280C73A58F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D0422019C848E1B8E8BF25E532EA803">
    <w:name w:val="8AD0422019C848E1B8E8BF25E532EA80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AD38D7F6CC4EA5B82B2BA2298FCA003">
    <w:name w:val="F5AD38D7F6CC4EA5B82B2BA2298FCA00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A006BB43D1F4AC9B916710B46B1F2BB3">
    <w:name w:val="DA006BB43D1F4AC9B916710B46B1F2BB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467B15DA2145DAAA229B5FA86599C03">
    <w:name w:val="C0467B15DA2145DAAA229B5FA86599C0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993A44546641ABA09213E14490BD343">
    <w:name w:val="40993A44546641ABA09213E14490BD34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D2ECA634F149FDB60BD08A8DAFD49D3">
    <w:name w:val="FBD2ECA634F149FDB60BD08A8DAFD49D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A5C8C514AF3478291EDD7A40B7575153">
    <w:name w:val="6A5C8C514AF3478291EDD7A40B75751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08C7941470458DBD52B7EEC61941BB3">
    <w:name w:val="3D08C7941470458DBD52B7EEC61941BB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4942031D6144309087BF27D376AF653">
    <w:name w:val="A24942031D6144309087BF27D376AF6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796DD735694327AE381327419A20833">
    <w:name w:val="6D796DD735694327AE381327419A2083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E0611D414F40F5B74A6CBFD328945C3">
    <w:name w:val="02E0611D414F40F5B74A6CBFD328945C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98813ABFC3C409F863C4BA64554766C3">
    <w:name w:val="998813ABFC3C409F863C4BA64554766C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BD4D3C8B304797A4A45508306DA3273">
    <w:name w:val="E4BD4D3C8B304797A4A45508306DA327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D12BF5736464918997360BBFD7C5D4A3">
    <w:name w:val="AD12BF5736464918997360BBFD7C5D4A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804D97AF69F4E1D93739629DCFD4F204">
    <w:name w:val="B804D97AF69F4E1D93739629DCFD4F20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16BDB6D4064AFAB6FB1BA3C23A1B0D4">
    <w:name w:val="D416BDB6D4064AFAB6FB1BA3C23A1B0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DFDDD09A99A49DF94F7D01E158F89584">
    <w:name w:val="ADFDDD09A99A49DF94F7D01E158F8958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4661C242C34A9F8838E6B8A3D986EF4">
    <w:name w:val="854661C242C34A9F8838E6B8A3D986EF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81C130569E4177AEAE27FB5C9C675D4">
    <w:name w:val="BD81C130569E4177AEAE27FB5C9C675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6522DE7F1C841EDBB4E28741255D90A4">
    <w:name w:val="46522DE7F1C841EDBB4E28741255D90A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37C66F0DC54244BD0E9A9CA741C0EB4">
    <w:name w:val="F037C66F0DC54244BD0E9A9CA741C0EB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75F5BA646D47629CC375B93797872B4">
    <w:name w:val="D875F5BA646D47629CC375B93797872B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FBE2D71375642F3AC5ACF2C90087E174">
    <w:name w:val="1FBE2D71375642F3AC5ACF2C90087E17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8EC87E7631341F082372DDA138547254">
    <w:name w:val="48EC87E7631341F082372DDA13854725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97B34ABBB1C48BC9B5723F808DEA9813">
    <w:name w:val="997B34ABBB1C48BC9B5723F808DEA98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15C129493F4387A0627894F684D36F3">
    <w:name w:val="1215C129493F4387A0627894F684D36F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F2DB821F574F96A95466A9092BC1C93">
    <w:name w:val="ECF2DB821F574F96A95466A9092BC1C9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E38B5D4D4F44D6A9AA7967358F15803">
    <w:name w:val="C3E38B5D4D4F44D6A9AA7967358F1580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B99B23E97F4A44A230FEBE03C6B1773">
    <w:name w:val="5FB99B23E97F4A44A230FEBE03C6B177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59196E8797B47F7B48F8663480F96493">
    <w:name w:val="859196E8797B47F7B48F8663480F9649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E7DD81B6A342F4A9A2454BE3FB545D3">
    <w:name w:val="91E7DD81B6A342F4A9A2454BE3FB545D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7C7683C45B4DDEB3C2B1683748F2B13">
    <w:name w:val="697C7683C45B4DDEB3C2B1683748F2B1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1FB77660D1D47038EE7C2B38325036B3">
    <w:name w:val="A1FB77660D1D47038EE7C2B38325036B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F1D392581D452FB906DD1D06903AE53">
    <w:name w:val="35F1D392581D452FB906DD1D06903AE53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8BBA391DB7D4EDDA9CE29AA216975C21">
    <w:name w:val="A8BBA391DB7D4EDDA9CE29AA216975C21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B06CCE257694D9E9AD6D8AB340571E21">
    <w:name w:val="9B06CCE257694D9E9AD6D8AB340571E21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8416521E85C4B209FFD93ED5205B2551">
    <w:name w:val="E8416521E85C4B209FFD93ED5205B2551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E9B2533C32477BB147FB357DE2212C1">
    <w:name w:val="89E9B2533C32477BB147FB357DE2212C1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3B82C6644947F2B2222847B5F4962C1">
    <w:name w:val="9E3B82C6644947F2B2222847B5F4962C1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1400CF49724A45AF7451577E9B15DA4">
    <w:name w:val="EE1400CF49724A45AF7451577E9B15DA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4BA001EC7264CC38C771915366FF1824">
    <w:name w:val="14BA001EC7264CC38C771915366FF182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FF74A30BA0241C998A9A7EA955553564">
    <w:name w:val="1FF74A30BA0241C998A9A7EA95555356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CB6AC6B967B4B4EA6E1CFF3A8E1C64E4">
    <w:name w:val="CCB6AC6B967B4B4EA6E1CFF3A8E1C64E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8995702B01474283789E4757D99E5A4">
    <w:name w:val="6D8995702B01474283789E4757D99E5A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1B8CBC2C3A3473FB5F9BB1B5DDDCE8A4">
    <w:name w:val="21B8CBC2C3A3473FB5F9BB1B5DDDCE8A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AE3CC45F3E4D25A95BCB228AA9EA554">
    <w:name w:val="CDAE3CC45F3E4D25A95BCB228AA9EA55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CD4F2A24744846A8EC4947BA75E6DD4">
    <w:name w:val="65CD4F2A24744846A8EC4947BA75E6D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DB92E6B57240B1809AB0D8AD34A9734">
    <w:name w:val="2EDB92E6B57240B1809AB0D8AD34A973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60D9BE654947C6A4123860FA9F97CD4">
    <w:name w:val="8D60D9BE654947C6A4123860FA9F97CD4"/>
    <w:rsid w:val="00E52832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2D0A81-3BD6-4CCC-887D-1E884390C7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13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15</cp:revision>
  <dcterms:created xsi:type="dcterms:W3CDTF">2026-08-20T09:05:00Z</dcterms:created>
  <dcterms:modified xsi:type="dcterms:W3CDTF">2026-09-10T12:39:00Z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