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6B7FCA0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80DF5">
        <w:rPr>
          <w:b/>
          <w:bCs/>
          <w:sz w:val="40"/>
          <w:szCs w:val="40"/>
        </w:rPr>
        <w:t>Dermatology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0044685E" w14:textId="77777777" w:rsidR="00DD483C" w:rsidRDefault="00DD483C" w:rsidP="003A0599">
      <w:pPr>
        <w:pStyle w:val="Heading1"/>
      </w:pPr>
    </w:p>
    <w:p w14:paraId="6E5B97C0" w14:textId="4F0B518D" w:rsidR="00214ECC" w:rsidRPr="00F4085D" w:rsidRDefault="003729FB" w:rsidP="003A0599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Most Recent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2FFF2A1E">
                <wp:simplePos x="0" y="0"/>
                <wp:positionH relativeFrom="margin">
                  <wp:align>right</wp:align>
                </wp:positionH>
                <wp:positionV relativeFrom="paragraph">
                  <wp:posOffset>1881920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E790481" w:rsidR="002931FF" w:rsidRPr="00DD483C" w:rsidRDefault="00DD483C" w:rsidP="00DD483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8.2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ulj+&#10;wN4AAAAIAQAADwAAAAAAAAAAAAAAAABoBAAAZHJzL2Rvd25yZXYueG1sUEsFBgAAAAAEAAQA8wAA&#10;AHMFAAAAAA==&#10;">
                <v:textbox style="mso-fit-shape-to-text:t">
                  <w:txbxContent>
                    <w:p w14:paraId="0B7A552B" w14:textId="5E790481" w:rsidR="002931FF" w:rsidRPr="00DD483C" w:rsidRDefault="00DD483C" w:rsidP="00DD483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208D7B1F" w14:textId="77777777" w:rsidR="00880DF5" w:rsidRDefault="00880DF5" w:rsidP="00880DF5">
      <w:pPr>
        <w:pStyle w:val="Heading1"/>
      </w:pPr>
      <w:r w:rsidRPr="00880DF5">
        <w:lastRenderedPageBreak/>
        <w:t>Career Objective / Personal Statement</w:t>
      </w:r>
    </w:p>
    <w:p w14:paraId="58FFF99E" w14:textId="18EC49B9" w:rsidR="00880DF5" w:rsidRDefault="00880DF5" w:rsidP="00880DF5">
      <w:pPr>
        <w:rPr>
          <w:b/>
          <w:bCs/>
        </w:rPr>
      </w:pPr>
      <w:r w:rsidRPr="00880DF5">
        <w:rPr>
          <w:b/>
          <w:bCs/>
        </w:rPr>
        <w:t>Brief statement (250 words) outlining your motivation for a career in dermatology, and career goals within the HSE.</w:t>
      </w:r>
    </w:p>
    <w:sdt>
      <w:sdtPr>
        <w:id w:val="1199352235"/>
        <w:placeholder>
          <w:docPart w:val="FBB3D43A833542A1A3F03B74622B056A"/>
        </w:placeholder>
        <w:showingPlcHdr/>
      </w:sdtPr>
      <w:sdtContent>
        <w:p w14:paraId="753FA19C" w14:textId="749E0652" w:rsidR="00880DF5" w:rsidRPr="00880DF5" w:rsidRDefault="00880DF5" w:rsidP="00880DF5">
          <w:r w:rsidRPr="00053B32">
            <w:rPr>
              <w:rStyle w:val="PlaceholderText"/>
            </w:rPr>
            <w:t>Click or tap here to enter text.</w:t>
          </w:r>
        </w:p>
      </w:sdtContent>
    </w:sdt>
    <w:p w14:paraId="6B6FCFDD" w14:textId="77777777" w:rsidR="00DD483C" w:rsidRDefault="00DD483C" w:rsidP="00DD483C"/>
    <w:p w14:paraId="4C6806A8" w14:textId="6AFF9E7B" w:rsidR="002D7D98" w:rsidRDefault="003729FB" w:rsidP="003A0599">
      <w:pPr>
        <w:pStyle w:val="Heading1"/>
      </w:pPr>
      <w:r>
        <w:t>Medical Education &amp; Qualifications</w:t>
      </w:r>
      <w:r w:rsidR="002D7D98">
        <w:t xml:space="preserve"> </w:t>
      </w:r>
    </w:p>
    <w:p w14:paraId="004CBEBE" w14:textId="77777777" w:rsidR="00880DF5" w:rsidRPr="00880DF5" w:rsidRDefault="00880DF5" w:rsidP="00880DF5">
      <w:pPr>
        <w:pStyle w:val="Heading2"/>
      </w:pPr>
      <w:r w:rsidRPr="00880DF5">
        <w:t>Medical school degree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880DF5" w14:paraId="727FFFD1" w14:textId="77777777" w:rsidTr="00880DF5">
        <w:tc>
          <w:tcPr>
            <w:tcW w:w="1666" w:type="pct"/>
            <w:vAlign w:val="center"/>
          </w:tcPr>
          <w:p w14:paraId="06AD7424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6" w:type="pct"/>
            <w:vAlign w:val="center"/>
          </w:tcPr>
          <w:p w14:paraId="474D3CEE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1667" w:type="pct"/>
            <w:vAlign w:val="center"/>
          </w:tcPr>
          <w:p w14:paraId="7927449C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sdt>
        <w:sdtPr>
          <w:rPr>
            <w:lang w:val="en-GB"/>
          </w:rPr>
          <w:id w:val="-988082716"/>
          <w15:repeatingSection/>
        </w:sdtPr>
        <w:sdtContent>
          <w:sdt>
            <w:sdtPr>
              <w:rPr>
                <w:lang w:val="en-GB"/>
              </w:rPr>
              <w:id w:val="-1199622570"/>
              <w:placeholder>
                <w:docPart w:val="DefaultPlaceholder_-1854013435"/>
              </w:placeholder>
              <w15:repeatingSectionItem/>
            </w:sdtPr>
            <w:sdtContent>
              <w:tr w:rsidR="00880DF5" w14:paraId="5D9E1D2E" w14:textId="77777777" w:rsidTr="00880DF5">
                <w:sdt>
                  <w:sdtPr>
                    <w:rPr>
                      <w:lang w:val="en-GB"/>
                    </w:rPr>
                    <w:id w:val="2013266218"/>
                    <w:placeholder>
                      <w:docPart w:val="75C3EFAD7452407C87E62A863BB4624B"/>
                    </w:placeholder>
                    <w:showingPlcHdr/>
                  </w:sdtPr>
                  <w:sdtContent>
                    <w:tc>
                      <w:tcPr>
                        <w:tcW w:w="1666" w:type="pct"/>
                      </w:tcPr>
                      <w:p w14:paraId="3385EB8A" w14:textId="70BECB68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98306446"/>
                    <w:placeholder>
                      <w:docPart w:val="D44E2EFF640440A9B8666394183B9DE7"/>
                    </w:placeholder>
                    <w:showingPlcHdr/>
                  </w:sdtPr>
                  <w:sdtContent>
                    <w:tc>
                      <w:tcPr>
                        <w:tcW w:w="1666" w:type="pct"/>
                      </w:tcPr>
                      <w:p w14:paraId="33A9D54A" w14:textId="0A5A1C4A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64613494"/>
                    <w:placeholder>
                      <w:docPart w:val="2F6E6E5A21F044A795F2D76DC651D405"/>
                    </w:placeholder>
                    <w:showingPlcHdr/>
                  </w:sdtPr>
                  <w:sdtContent>
                    <w:tc>
                      <w:tcPr>
                        <w:tcW w:w="1667" w:type="pct"/>
                      </w:tcPr>
                      <w:p w14:paraId="15684EA7" w14:textId="727795E8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2480E7E3" w14:textId="77777777" w:rsidR="00880DF5" w:rsidRDefault="00880DF5"/>
    <w:p w14:paraId="4D8C9F80" w14:textId="77777777" w:rsidR="00880DF5" w:rsidRDefault="00880DF5" w:rsidP="00880DF5">
      <w:pPr>
        <w:pStyle w:val="Heading2"/>
      </w:pPr>
      <w:r w:rsidRPr="528D7560">
        <w:t>Higher degrees completed - MSc, PHD, MD, 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880DF5" w14:paraId="1407C9DD" w14:textId="77777777" w:rsidTr="00880DF5">
        <w:tc>
          <w:tcPr>
            <w:tcW w:w="2025" w:type="dxa"/>
            <w:vAlign w:val="center"/>
          </w:tcPr>
          <w:p w14:paraId="185213F0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  <w:vAlign w:val="center"/>
          </w:tcPr>
          <w:p w14:paraId="1FD39FC1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  <w:vAlign w:val="center"/>
          </w:tcPr>
          <w:p w14:paraId="14A4601F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  <w:vAlign w:val="center"/>
          </w:tcPr>
          <w:p w14:paraId="010830CD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  <w:vAlign w:val="center"/>
          </w:tcPr>
          <w:p w14:paraId="3244CA0B" w14:textId="77777777" w:rsidR="00880DF5" w:rsidRPr="00880DF5" w:rsidRDefault="00880DF5" w:rsidP="00880DF5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880DF5" w14:paraId="3C81ADE9" w14:textId="77777777" w:rsidTr="00496A0D">
        <w:sdt>
          <w:sdtPr>
            <w:rPr>
              <w:lang w:val="en-GB"/>
            </w:rPr>
            <w:id w:val="-2025233907"/>
            <w:placeholder>
              <w:docPart w:val="B9BD4932B7804BDCAC098E62C9743102"/>
            </w:placeholder>
            <w:showingPlcHdr/>
          </w:sdtPr>
          <w:sdtContent>
            <w:tc>
              <w:tcPr>
                <w:tcW w:w="2025" w:type="dxa"/>
              </w:tcPr>
              <w:p w14:paraId="09D7D54E" w14:textId="74A5CD71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362281628"/>
            <w:placeholder>
              <w:docPart w:val="6EEAB132E7624CE09EB07FA662BE4B54"/>
            </w:placeholder>
            <w:showingPlcHdr/>
          </w:sdtPr>
          <w:sdtContent>
            <w:tc>
              <w:tcPr>
                <w:tcW w:w="1667" w:type="dxa"/>
              </w:tcPr>
              <w:p w14:paraId="381EBB09" w14:textId="116FD59E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468977687"/>
            <w:placeholder>
              <w:docPart w:val="BBDDFD4D264E4F1EBCAADDF7CD87E6DD"/>
            </w:placeholder>
            <w:showingPlcHdr/>
          </w:sdtPr>
          <w:sdtContent>
            <w:tc>
              <w:tcPr>
                <w:tcW w:w="1577" w:type="dxa"/>
              </w:tcPr>
              <w:p w14:paraId="0DFA121D" w14:textId="07ED1795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49229446"/>
            <w:placeholder>
              <w:docPart w:val="23D71AEA8DAD49CF829841D88AEEAD23"/>
            </w:placeholder>
            <w:showingPlcHdr/>
          </w:sdtPr>
          <w:sdtContent>
            <w:tc>
              <w:tcPr>
                <w:tcW w:w="1722" w:type="dxa"/>
              </w:tcPr>
              <w:p w14:paraId="4D95A96B" w14:textId="1B6752C1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32945830"/>
            <w:placeholder>
              <w:docPart w:val="A2A8796FF4444E6E9374D2CC9215120F"/>
            </w:placeholder>
            <w:showingPlcHdr/>
          </w:sdtPr>
          <w:sdtContent>
            <w:tc>
              <w:tcPr>
                <w:tcW w:w="2025" w:type="dxa"/>
              </w:tcPr>
              <w:p w14:paraId="01914145" w14:textId="504599BC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296753024"/>
          <w15:repeatingSection/>
        </w:sdtPr>
        <w:sdtContent>
          <w:sdt>
            <w:sdtPr>
              <w:rPr>
                <w:lang w:val="en-GB"/>
              </w:rPr>
              <w:id w:val="-1890950487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880DF5" w14:paraId="0FD8D969" w14:textId="77777777" w:rsidTr="00496A0D">
                <w:sdt>
                  <w:sdtPr>
                    <w:rPr>
                      <w:lang w:val="en-GB"/>
                    </w:rPr>
                    <w:id w:val="-1447386953"/>
                    <w:placeholder>
                      <w:docPart w:val="0AD19C49F52B42ADA2E9426276FE58D6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55F9A62D" w14:textId="7400A07D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58743701"/>
                    <w:placeholder>
                      <w:docPart w:val="7B700F9DF6B344D0A697EB47A65199F3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6568EC2E" w14:textId="6673BA85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62433554"/>
                    <w:placeholder>
                      <w:docPart w:val="DFA481D92EC54425B89A6C0E0DA33898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053986C4" w14:textId="412F0987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77870122"/>
                    <w:placeholder>
                      <w:docPart w:val="209249182F024625AF33AA6A86E31A9B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0AF3CFD1" w14:textId="47ADA8A5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83681905"/>
                    <w:placeholder>
                      <w:docPart w:val="9A538215CA3442ACA439B68ECC928CD0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46784AC2" w14:textId="36945820" w:rsidR="00880DF5" w:rsidRDefault="00880DF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914777962"/>
              <w:placeholder>
                <w:docPart w:val="1974DB7898934EBBA6B52A08D02DB794"/>
              </w:placeholder>
              <w15:repeatingSectionItem/>
            </w:sdtPr>
            <w:sdtContent>
              <w:tr w:rsidR="00DD483C" w14:paraId="54ECBCC0" w14:textId="77777777" w:rsidTr="00496A0D">
                <w:sdt>
                  <w:sdtPr>
                    <w:rPr>
                      <w:lang w:val="en-GB"/>
                    </w:rPr>
                    <w:id w:val="140932266"/>
                    <w:placeholder>
                      <w:docPart w:val="6EB97B2E17F7442C9DB0CEA0F3DC1642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5188F00E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16667932"/>
                    <w:placeholder>
                      <w:docPart w:val="8BE386F068524F86906681F298E69597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0D6E3CA1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56808678"/>
                    <w:placeholder>
                      <w:docPart w:val="C9078DD3BF804388B3974E7F42B5EB5A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5918A36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99537932"/>
                    <w:placeholder>
                      <w:docPart w:val="E9D810DA09674174AC51A14F8A7B0F45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2141D27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336358053"/>
                    <w:placeholder>
                      <w:docPart w:val="5C9A788C6896469995BEAFAB96410486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753387C6" w14:textId="1673D009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945F465" w14:textId="77777777" w:rsidR="00880DF5" w:rsidRDefault="00880DF5"/>
    <w:p w14:paraId="7B3333ED" w14:textId="77777777" w:rsidR="00880DF5" w:rsidRDefault="00880DF5" w:rsidP="00880DF5">
      <w:pPr>
        <w:pStyle w:val="Heading2"/>
      </w:pPr>
      <w:r w:rsidRPr="528D7560">
        <w:t xml:space="preserve">Relevant other degrees completed – Certificate, diploma, </w:t>
      </w:r>
      <w:proofErr w:type="gramStart"/>
      <w:r w:rsidRPr="528D7560">
        <w:t>masters in medical education</w:t>
      </w:r>
      <w:proofErr w:type="gramEnd"/>
      <w:r w:rsidRPr="528D7560">
        <w:t xml:space="preserve"> or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880DF5" w14:paraId="4AB69E9E" w14:textId="77777777" w:rsidTr="00496A0D">
        <w:tc>
          <w:tcPr>
            <w:tcW w:w="2025" w:type="dxa"/>
            <w:vAlign w:val="center"/>
          </w:tcPr>
          <w:p w14:paraId="7E5E391C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  <w:vAlign w:val="center"/>
          </w:tcPr>
          <w:p w14:paraId="7FC1EB1E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  <w:vAlign w:val="center"/>
          </w:tcPr>
          <w:p w14:paraId="4D65D928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  <w:vAlign w:val="center"/>
          </w:tcPr>
          <w:p w14:paraId="5748A5BA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  <w:vAlign w:val="center"/>
          </w:tcPr>
          <w:p w14:paraId="190AB461" w14:textId="77777777" w:rsidR="00880DF5" w:rsidRPr="00880DF5" w:rsidRDefault="00880DF5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880DF5" w14:paraId="370B65F1" w14:textId="77777777" w:rsidTr="00496A0D">
        <w:sdt>
          <w:sdtPr>
            <w:rPr>
              <w:lang w:val="en-GB"/>
            </w:rPr>
            <w:id w:val="278928550"/>
            <w:placeholder>
              <w:docPart w:val="DB76D24AE19F4823A84506ED0F363ABE"/>
            </w:placeholder>
            <w:showingPlcHdr/>
          </w:sdtPr>
          <w:sdtContent>
            <w:tc>
              <w:tcPr>
                <w:tcW w:w="2025" w:type="dxa"/>
              </w:tcPr>
              <w:p w14:paraId="5AEFE1C6" w14:textId="77777777" w:rsidR="00880DF5" w:rsidRDefault="00880DF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33955682"/>
            <w:placeholder>
              <w:docPart w:val="DB76D24AE19F4823A84506ED0F363ABE"/>
            </w:placeholder>
            <w:showingPlcHdr/>
          </w:sdtPr>
          <w:sdtContent>
            <w:tc>
              <w:tcPr>
                <w:tcW w:w="1667" w:type="dxa"/>
              </w:tcPr>
              <w:p w14:paraId="3FB5429F" w14:textId="240CD292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21538245"/>
            <w:placeholder>
              <w:docPart w:val="DB76D24AE19F4823A84506ED0F363ABE"/>
            </w:placeholder>
            <w:showingPlcHdr/>
          </w:sdtPr>
          <w:sdtContent>
            <w:tc>
              <w:tcPr>
                <w:tcW w:w="1577" w:type="dxa"/>
              </w:tcPr>
              <w:p w14:paraId="27C99180" w14:textId="6C3947BD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968324055"/>
            <w:placeholder>
              <w:docPart w:val="DB76D24AE19F4823A84506ED0F363ABE"/>
            </w:placeholder>
            <w:showingPlcHdr/>
          </w:sdtPr>
          <w:sdtContent>
            <w:tc>
              <w:tcPr>
                <w:tcW w:w="1722" w:type="dxa"/>
              </w:tcPr>
              <w:p w14:paraId="7ADF96C4" w14:textId="56851EEB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43138848"/>
            <w:placeholder>
              <w:docPart w:val="DB76D24AE19F4823A84506ED0F363ABE"/>
            </w:placeholder>
            <w:showingPlcHdr/>
          </w:sdtPr>
          <w:sdtContent>
            <w:tc>
              <w:tcPr>
                <w:tcW w:w="2025" w:type="dxa"/>
              </w:tcPr>
              <w:p w14:paraId="6EA7D10A" w14:textId="69588AA1" w:rsidR="00880DF5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755141"/>
          <w15:repeatingSection/>
        </w:sdtPr>
        <w:sdtContent>
          <w:sdt>
            <w:sdtPr>
              <w:rPr>
                <w:lang w:val="en-GB"/>
              </w:rPr>
              <w:id w:val="2025052288"/>
              <w:placeholder>
                <w:docPart w:val="8ED9DF5459B54BD09C5DCA59032D0789"/>
              </w:placeholder>
              <w15:repeatingSectionItem/>
            </w:sdtPr>
            <w:sdtEndPr/>
            <w:sdtContent>
              <w:tr w:rsidR="00880DF5" w14:paraId="747DBDD6" w14:textId="77777777" w:rsidTr="00496A0D">
                <w:sdt>
                  <w:sdtPr>
                    <w:rPr>
                      <w:lang w:val="en-GB"/>
                    </w:rPr>
                    <w:id w:val="-25944018"/>
                    <w:placeholder>
                      <w:docPart w:val="DB76D24AE19F4823A84506ED0F363ABE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4B52AB63" w14:textId="38FEBFDE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94804006"/>
                    <w:placeholder>
                      <w:docPart w:val="DB76D24AE19F4823A84506ED0F363ABE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3D85D0D4" w14:textId="383F965C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11007193"/>
                    <w:placeholder>
                      <w:docPart w:val="DB76D24AE19F4823A84506ED0F363ABE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51A92304" w14:textId="5592558A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63212047"/>
                    <w:placeholder>
                      <w:docPart w:val="DB76D24AE19F4823A84506ED0F363ABE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60B12DAA" w14:textId="5C075671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9982436"/>
                    <w:placeholder>
                      <w:docPart w:val="DB76D24AE19F4823A84506ED0F363ABE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0831AB1A" w14:textId="5291987B" w:rsidR="00880DF5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981228548"/>
              <w:placeholder>
                <w:docPart w:val="838F45419D164CFBA2509E1BE2126382"/>
              </w:placeholder>
              <w15:repeatingSectionItem/>
            </w:sdtPr>
            <w:sdtContent>
              <w:tr w:rsidR="00DD483C" w14:paraId="7BF68F10" w14:textId="77777777" w:rsidTr="00496A0D">
                <w:sdt>
                  <w:sdtPr>
                    <w:rPr>
                      <w:lang w:val="en-GB"/>
                    </w:rPr>
                    <w:id w:val="1734432179"/>
                    <w:placeholder>
                      <w:docPart w:val="554A0E9A354C4714A49D911FFFDC8E6B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09CB6A8A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3025904"/>
                    <w:placeholder>
                      <w:docPart w:val="554A0E9A354C4714A49D911FFFDC8E6B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5BC2D705" w14:textId="065E8DF9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71611404"/>
                    <w:placeholder>
                      <w:docPart w:val="554A0E9A354C4714A49D911FFFDC8E6B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5CBFBF12" w14:textId="1B1FAFBB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250158451"/>
                    <w:placeholder>
                      <w:docPart w:val="554A0E9A354C4714A49D911FFFDC8E6B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4311F0BA" w14:textId="408DFFE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41000926"/>
                    <w:placeholder>
                      <w:docPart w:val="554A0E9A354C4714A49D911FFFDC8E6B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224CEB96" w14:textId="5592797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D567D30" w14:textId="5D9FE0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</w:p>
    <w:p w14:paraId="307D1B89" w14:textId="77777777" w:rsidR="00DD483C" w:rsidRDefault="00DD483C" w:rsidP="00DD483C"/>
    <w:p w14:paraId="6FAB7D99" w14:textId="59731F1A" w:rsidR="004C5511" w:rsidRPr="004C5511" w:rsidRDefault="004C5511" w:rsidP="004C5511">
      <w:pPr>
        <w:pStyle w:val="Heading1"/>
      </w:pPr>
      <w:r w:rsidRPr="004C5511">
        <w:t>Postgraduate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 w:rsidR="004C5511" w14:paraId="6AB6DABD" w14:textId="77777777" w:rsidTr="004C5511">
        <w:tc>
          <w:tcPr>
            <w:tcW w:w="3005" w:type="dxa"/>
            <w:vAlign w:val="center"/>
          </w:tcPr>
          <w:p w14:paraId="55F5A9FA" w14:textId="77777777" w:rsidR="004C5511" w:rsidRPr="004C5511" w:rsidRDefault="004C5511" w:rsidP="004C5511">
            <w:pPr>
              <w:jc w:val="center"/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MRCPI/MRCP UK</w:t>
            </w:r>
          </w:p>
        </w:tc>
        <w:tc>
          <w:tcPr>
            <w:tcW w:w="3005" w:type="dxa"/>
            <w:vAlign w:val="center"/>
          </w:tcPr>
          <w:p w14:paraId="4C86CEC3" w14:textId="77777777" w:rsidR="004C5511" w:rsidRPr="004C5511" w:rsidRDefault="004C5511" w:rsidP="004C5511">
            <w:pPr>
              <w:jc w:val="center"/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Pass/Fail</w:t>
            </w:r>
          </w:p>
        </w:tc>
      </w:tr>
      <w:tr w:rsidR="004C5511" w14:paraId="5B7F7148" w14:textId="77777777" w:rsidTr="00496A0D">
        <w:tc>
          <w:tcPr>
            <w:tcW w:w="3005" w:type="dxa"/>
          </w:tcPr>
          <w:p w14:paraId="03F284F1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1 – written</w:t>
            </w:r>
          </w:p>
        </w:tc>
        <w:tc>
          <w:tcPr>
            <w:tcW w:w="3005" w:type="dxa"/>
          </w:tcPr>
          <w:p w14:paraId="448F3666" w14:textId="5B5E549D" w:rsidR="004C5511" w:rsidRDefault="004C5511" w:rsidP="00496A0D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67685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09E2C3D5" w14:textId="335AB6A8" w:rsidR="004C5511" w:rsidRDefault="004C5511" w:rsidP="00496A0D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119195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4C5511" w14:paraId="520F8482" w14:textId="77777777" w:rsidTr="00496A0D">
        <w:tc>
          <w:tcPr>
            <w:tcW w:w="3005" w:type="dxa"/>
          </w:tcPr>
          <w:p w14:paraId="4329CC1F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2 - written</w:t>
            </w:r>
          </w:p>
        </w:tc>
        <w:tc>
          <w:tcPr>
            <w:tcW w:w="3005" w:type="dxa"/>
          </w:tcPr>
          <w:p w14:paraId="50336112" w14:textId="77777777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3948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3588897E" w14:textId="5E1FD092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-86075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4C5511" w14:paraId="15DCB137" w14:textId="77777777" w:rsidTr="00496A0D">
        <w:tc>
          <w:tcPr>
            <w:tcW w:w="3005" w:type="dxa"/>
          </w:tcPr>
          <w:p w14:paraId="385B51FC" w14:textId="77777777" w:rsidR="004C5511" w:rsidRPr="004C5511" w:rsidRDefault="004C5511" w:rsidP="00496A0D">
            <w:pPr>
              <w:rPr>
                <w:b/>
                <w:bCs/>
                <w:lang w:val="en-GB"/>
              </w:rPr>
            </w:pPr>
            <w:r w:rsidRPr="004C5511">
              <w:rPr>
                <w:b/>
                <w:bCs/>
                <w:lang w:val="en-GB"/>
              </w:rPr>
              <w:t>Part 2 - clinical</w:t>
            </w:r>
          </w:p>
        </w:tc>
        <w:tc>
          <w:tcPr>
            <w:tcW w:w="3005" w:type="dxa"/>
          </w:tcPr>
          <w:p w14:paraId="7FF3B6D2" w14:textId="77777777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Pass </w:t>
            </w:r>
            <w:sdt>
              <w:sdtPr>
                <w:rPr>
                  <w:lang w:val="en-GB"/>
                </w:rPr>
                <w:id w:val="18680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2264F376" w14:textId="43B9918C" w:rsidR="004C5511" w:rsidRDefault="004C5511" w:rsidP="004C5511">
            <w:pPr>
              <w:rPr>
                <w:lang w:val="en-GB"/>
              </w:rPr>
            </w:pPr>
            <w:r>
              <w:rPr>
                <w:lang w:val="en-GB"/>
              </w:rPr>
              <w:t xml:space="preserve">Fail </w:t>
            </w:r>
            <w:sdt>
              <w:sdtPr>
                <w:rPr>
                  <w:lang w:val="en-GB"/>
                </w:rPr>
                <w:id w:val="-19565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</w:tbl>
    <w:p w14:paraId="4E873910" w14:textId="77777777" w:rsidR="004C5511" w:rsidRDefault="004C5511" w:rsidP="004C5511">
      <w:pPr>
        <w:rPr>
          <w:lang w:val="en-GB"/>
        </w:rPr>
      </w:pPr>
    </w:p>
    <w:p w14:paraId="10954D4A" w14:textId="77777777" w:rsidR="004C5511" w:rsidRDefault="004C5511" w:rsidP="004C5511">
      <w:pPr>
        <w:pStyle w:val="Heading2"/>
      </w:pPr>
      <w:r w:rsidRPr="528D7560">
        <w:t>Other postgraduate medical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667"/>
        <w:gridCol w:w="1577"/>
        <w:gridCol w:w="1722"/>
        <w:gridCol w:w="2025"/>
      </w:tblGrid>
      <w:tr w:rsidR="004C5511" w14:paraId="69457854" w14:textId="77777777" w:rsidTr="004C5511">
        <w:tc>
          <w:tcPr>
            <w:tcW w:w="2025" w:type="dxa"/>
          </w:tcPr>
          <w:p w14:paraId="1629D71C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University</w:t>
            </w:r>
          </w:p>
        </w:tc>
        <w:tc>
          <w:tcPr>
            <w:tcW w:w="1667" w:type="dxa"/>
          </w:tcPr>
          <w:p w14:paraId="5E2E0EE2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Type of degree</w:t>
            </w:r>
          </w:p>
        </w:tc>
        <w:tc>
          <w:tcPr>
            <w:tcW w:w="1577" w:type="dxa"/>
          </w:tcPr>
          <w:p w14:paraId="27FDD968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Subject</w:t>
            </w:r>
          </w:p>
        </w:tc>
        <w:tc>
          <w:tcPr>
            <w:tcW w:w="1722" w:type="dxa"/>
          </w:tcPr>
          <w:p w14:paraId="508A346F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Year awarded</w:t>
            </w:r>
          </w:p>
        </w:tc>
        <w:tc>
          <w:tcPr>
            <w:tcW w:w="2025" w:type="dxa"/>
          </w:tcPr>
          <w:p w14:paraId="610A755E" w14:textId="77777777" w:rsidR="004C5511" w:rsidRPr="00880DF5" w:rsidRDefault="004C5511" w:rsidP="00496A0D">
            <w:pPr>
              <w:jc w:val="center"/>
              <w:rPr>
                <w:b/>
                <w:bCs/>
                <w:lang w:val="en-GB"/>
              </w:rPr>
            </w:pPr>
            <w:r w:rsidRPr="00880DF5">
              <w:rPr>
                <w:b/>
                <w:bCs/>
                <w:lang w:val="en-GB"/>
              </w:rPr>
              <w:t>Prize, grade, distinction etc</w:t>
            </w:r>
          </w:p>
        </w:tc>
      </w:tr>
      <w:tr w:rsidR="004C5511" w14:paraId="4CCB3017" w14:textId="77777777" w:rsidTr="004C5511">
        <w:sdt>
          <w:sdtPr>
            <w:rPr>
              <w:lang w:val="en-GB"/>
            </w:rPr>
            <w:id w:val="-1309243367"/>
            <w:placeholder>
              <w:docPart w:val="5EDD9383E22342FBA30E77AC1B6A8290"/>
            </w:placeholder>
            <w:showingPlcHdr/>
          </w:sdtPr>
          <w:sdtContent>
            <w:tc>
              <w:tcPr>
                <w:tcW w:w="2025" w:type="dxa"/>
              </w:tcPr>
              <w:p w14:paraId="29261EE9" w14:textId="77777777" w:rsidR="004C5511" w:rsidRDefault="004C5511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68369854"/>
            <w:placeholder>
              <w:docPart w:val="5EDD9383E22342FBA30E77AC1B6A8290"/>
            </w:placeholder>
            <w:showingPlcHdr/>
          </w:sdtPr>
          <w:sdtContent>
            <w:tc>
              <w:tcPr>
                <w:tcW w:w="1667" w:type="dxa"/>
              </w:tcPr>
              <w:p w14:paraId="367C95CE" w14:textId="6151D350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87355370"/>
            <w:placeholder>
              <w:docPart w:val="5EDD9383E22342FBA30E77AC1B6A8290"/>
            </w:placeholder>
            <w:showingPlcHdr/>
          </w:sdtPr>
          <w:sdtContent>
            <w:tc>
              <w:tcPr>
                <w:tcW w:w="1577" w:type="dxa"/>
              </w:tcPr>
              <w:p w14:paraId="648BCC69" w14:textId="017A85F3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434784789"/>
            <w:placeholder>
              <w:docPart w:val="5EDD9383E22342FBA30E77AC1B6A8290"/>
            </w:placeholder>
            <w:showingPlcHdr/>
          </w:sdtPr>
          <w:sdtContent>
            <w:tc>
              <w:tcPr>
                <w:tcW w:w="1722" w:type="dxa"/>
              </w:tcPr>
              <w:p w14:paraId="622DCA69" w14:textId="1842CA9D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221133844"/>
            <w:placeholder>
              <w:docPart w:val="5EDD9383E22342FBA30E77AC1B6A8290"/>
            </w:placeholder>
            <w:showingPlcHdr/>
          </w:sdtPr>
          <w:sdtContent>
            <w:tc>
              <w:tcPr>
                <w:tcW w:w="2025" w:type="dxa"/>
              </w:tcPr>
              <w:p w14:paraId="11BAF810" w14:textId="5A86F927" w:rsidR="004C5511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309285878"/>
          <w15:repeatingSection/>
        </w:sdtPr>
        <w:sdtContent>
          <w:sdt>
            <w:sdtPr>
              <w:rPr>
                <w:lang w:val="en-GB"/>
              </w:rPr>
              <w:id w:val="-1075354971"/>
              <w:placeholder>
                <w:docPart w:val="C829569DF55E4DD2872749AB9C5735E6"/>
              </w:placeholder>
              <w15:repeatingSectionItem/>
            </w:sdtPr>
            <w:sdtEndPr/>
            <w:sdtContent>
              <w:tr w:rsidR="004C5511" w14:paraId="25DFD5E0" w14:textId="77777777" w:rsidTr="004C5511">
                <w:sdt>
                  <w:sdtPr>
                    <w:rPr>
                      <w:lang w:val="en-GB"/>
                    </w:rPr>
                    <w:id w:val="-1329362968"/>
                    <w:placeholder>
                      <w:docPart w:val="5EDD9383E22342FBA30E77AC1B6A8290"/>
                    </w:placeholder>
                    <w:showingPlcHdr/>
                  </w:sdtPr>
                  <w:sdtEndPr/>
                  <w:sdtContent>
                    <w:tc>
                      <w:tcPr>
                        <w:tcW w:w="2025" w:type="dxa"/>
                      </w:tcPr>
                      <w:p w14:paraId="2A00B7A0" w14:textId="298E6543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76997526"/>
                    <w:placeholder>
                      <w:docPart w:val="5EDD9383E22342FBA30E77AC1B6A8290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789143B9" w14:textId="58295531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24750394"/>
                    <w:placeholder>
                      <w:docPart w:val="5EDD9383E22342FBA30E77AC1B6A8290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77DFFECC" w14:textId="729537D4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519822184"/>
                    <w:placeholder>
                      <w:docPart w:val="5EDD9383E22342FBA30E77AC1B6A8290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673EDC35" w14:textId="2050D9C8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81186748"/>
                    <w:placeholder>
                      <w:docPart w:val="5EDD9383E22342FBA30E77AC1B6A8290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7192C015" w14:textId="1F5F953C" w:rsidR="004C5511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109477141"/>
              <w:placeholder>
                <w:docPart w:val="3A5FB7E6AF95455E9AD10398BA498047"/>
              </w:placeholder>
              <w15:repeatingSectionItem/>
            </w:sdtPr>
            <w:sdtContent>
              <w:tr w:rsidR="00DD483C" w14:paraId="313EC8DA" w14:textId="77777777" w:rsidTr="004C5511">
                <w:sdt>
                  <w:sdtPr>
                    <w:rPr>
                      <w:lang w:val="en-GB"/>
                    </w:rPr>
                    <w:id w:val="-288738024"/>
                    <w:placeholder>
                      <w:docPart w:val="B2A2A66554954063B04C8225295570AF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111303A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633605744"/>
                    <w:placeholder>
                      <w:docPart w:val="B2A2A66554954063B04C8225295570AF"/>
                    </w:placeholder>
                    <w:showingPlcHdr/>
                  </w:sdtPr>
                  <w:sdtContent>
                    <w:tc>
                      <w:tcPr>
                        <w:tcW w:w="1667" w:type="dxa"/>
                      </w:tcPr>
                      <w:p w14:paraId="217F40C2" w14:textId="2D490E8F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10979726"/>
                    <w:placeholder>
                      <w:docPart w:val="B2A2A66554954063B04C8225295570AF"/>
                    </w:placeholder>
                    <w:showingPlcHdr/>
                  </w:sdtPr>
                  <w:sdtContent>
                    <w:tc>
                      <w:tcPr>
                        <w:tcW w:w="1577" w:type="dxa"/>
                      </w:tcPr>
                      <w:p w14:paraId="29E42353" w14:textId="0352D70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48117049"/>
                    <w:placeholder>
                      <w:docPart w:val="B2A2A66554954063B04C8225295570AF"/>
                    </w:placeholder>
                    <w:showingPlcHdr/>
                  </w:sdtPr>
                  <w:sdtContent>
                    <w:tc>
                      <w:tcPr>
                        <w:tcW w:w="1722" w:type="dxa"/>
                      </w:tcPr>
                      <w:p w14:paraId="302C009E" w14:textId="52C7A5D1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115163174"/>
                    <w:placeholder>
                      <w:docPart w:val="B2A2A66554954063B04C8225295570AF"/>
                    </w:placeholder>
                    <w:showingPlcHdr/>
                  </w:sdtPr>
                  <w:sdtContent>
                    <w:tc>
                      <w:tcPr>
                        <w:tcW w:w="2025" w:type="dxa"/>
                      </w:tcPr>
                      <w:p w14:paraId="23208298" w14:textId="1B0C8B1A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B8BD296" w14:textId="77777777" w:rsidR="004C5511" w:rsidRDefault="004C5511" w:rsidP="004C5511">
      <w:pPr>
        <w:rPr>
          <w:lang w:val="en-GB"/>
        </w:rPr>
      </w:pPr>
    </w:p>
    <w:p w14:paraId="54D8CF6F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5B4FEB0" w14:textId="5A0D8CA0" w:rsidR="3FE541D5" w:rsidRDefault="004C5511" w:rsidP="003A0599">
      <w:pPr>
        <w:pStyle w:val="Heading1"/>
      </w:pPr>
      <w:r>
        <w:lastRenderedPageBreak/>
        <w:t>C</w:t>
      </w:r>
      <w:r w:rsidR="002D7D98">
        <w:t>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4CA5094C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663FF465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211EF5FF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350EB8C9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733A599A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C89D0EE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7AEB8A31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5BD6ADFF" w:rsidR="00B16633" w:rsidRDefault="00DD483C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5516FF02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E7E9A40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4985080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227355D9" w:rsidR="00B16633" w:rsidRDefault="00DD483C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14AD253B" w14:textId="164CEBD5" w:rsidR="00214ECC" w:rsidRDefault="003729FB" w:rsidP="00DD483C">
      <w:pPr>
        <w:pStyle w:val="Heading1"/>
      </w:pPr>
      <w:r>
        <w:t xml:space="preserve">Clinical </w:t>
      </w:r>
      <w:r w:rsidR="009F0F2E">
        <w:t>Experience</w:t>
      </w:r>
    </w:p>
    <w:p w14:paraId="4EC1A406" w14:textId="77777777" w:rsidR="009F0F2E" w:rsidRDefault="009F0F2E" w:rsidP="009F0F2E">
      <w:pPr>
        <w:pStyle w:val="Heading2"/>
      </w:pPr>
      <w:r w:rsidRPr="528D7560">
        <w:t>Dermatology Registrar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65638980" w14:textId="77777777" w:rsidTr="009F0F2E">
        <w:tc>
          <w:tcPr>
            <w:tcW w:w="3005" w:type="dxa"/>
            <w:vAlign w:val="center"/>
          </w:tcPr>
          <w:p w14:paraId="248CD441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49B783C6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20472BAF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52B645C4" w14:textId="77777777" w:rsidTr="00496A0D">
        <w:sdt>
          <w:sdtPr>
            <w:rPr>
              <w:lang w:val="en-GB"/>
            </w:rPr>
            <w:id w:val="-1350022718"/>
            <w:placeholder>
              <w:docPart w:val="7BDD8212640343BF99D6E09226B61D4C"/>
            </w:placeholder>
            <w:showingPlcHdr/>
          </w:sdtPr>
          <w:sdtContent>
            <w:tc>
              <w:tcPr>
                <w:tcW w:w="3005" w:type="dxa"/>
              </w:tcPr>
              <w:p w14:paraId="369EE4CB" w14:textId="7D9E9ABF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491205931"/>
            <w:placeholder>
              <w:docPart w:val="584D96D8536C479D938D893B6D8CEF3F"/>
            </w:placeholder>
            <w:showingPlcHdr/>
          </w:sdtPr>
          <w:sdtContent>
            <w:tc>
              <w:tcPr>
                <w:tcW w:w="3005" w:type="dxa"/>
              </w:tcPr>
              <w:p w14:paraId="08BC0BCD" w14:textId="43F94F0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13022337"/>
            <w:placeholder>
              <w:docPart w:val="9580AC10BCAF4C61A459690257234B83"/>
            </w:placeholder>
            <w:showingPlcHdr/>
          </w:sdtPr>
          <w:sdtContent>
            <w:tc>
              <w:tcPr>
                <w:tcW w:w="3006" w:type="dxa"/>
              </w:tcPr>
              <w:p w14:paraId="311D78F6" w14:textId="6FA55FA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36FF4B7A" w14:textId="77777777" w:rsidTr="00496A0D">
        <w:sdt>
          <w:sdtPr>
            <w:rPr>
              <w:lang w:val="en-GB"/>
            </w:rPr>
            <w:id w:val="709534863"/>
            <w:placeholder>
              <w:docPart w:val="27838844F64D4FFCAE3132B3B2728D39"/>
            </w:placeholder>
            <w:showingPlcHdr/>
          </w:sdtPr>
          <w:sdtContent>
            <w:tc>
              <w:tcPr>
                <w:tcW w:w="3005" w:type="dxa"/>
              </w:tcPr>
              <w:p w14:paraId="359F4639" w14:textId="287F7738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918527165"/>
            <w:placeholder>
              <w:docPart w:val="22B26EB478B74D889D022D2E2F6B488F"/>
            </w:placeholder>
            <w:showingPlcHdr/>
          </w:sdtPr>
          <w:sdtContent>
            <w:tc>
              <w:tcPr>
                <w:tcW w:w="3005" w:type="dxa"/>
              </w:tcPr>
              <w:p w14:paraId="3A55C044" w14:textId="28E2D47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69623066"/>
            <w:placeholder>
              <w:docPart w:val="5730CD073D2A404F887440C3EC690966"/>
            </w:placeholder>
            <w:showingPlcHdr/>
          </w:sdtPr>
          <w:sdtContent>
            <w:tc>
              <w:tcPr>
                <w:tcW w:w="3006" w:type="dxa"/>
              </w:tcPr>
              <w:p w14:paraId="06BDB617" w14:textId="5C2CA9FE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3C3E121A" w14:textId="77777777" w:rsidTr="00496A0D">
        <w:sdt>
          <w:sdtPr>
            <w:rPr>
              <w:lang w:val="en-GB"/>
            </w:rPr>
            <w:id w:val="491225422"/>
            <w:placeholder>
              <w:docPart w:val="619FD92A56F2424BB3F6A5A652435EF5"/>
            </w:placeholder>
            <w:showingPlcHdr/>
          </w:sdtPr>
          <w:sdtContent>
            <w:tc>
              <w:tcPr>
                <w:tcW w:w="3005" w:type="dxa"/>
              </w:tcPr>
              <w:p w14:paraId="7AFF46DB" w14:textId="17946576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48465758"/>
            <w:placeholder>
              <w:docPart w:val="0BA81C7C72A64907A924DB32F6AFCCC2"/>
            </w:placeholder>
            <w:showingPlcHdr/>
          </w:sdtPr>
          <w:sdtContent>
            <w:tc>
              <w:tcPr>
                <w:tcW w:w="3005" w:type="dxa"/>
              </w:tcPr>
              <w:p w14:paraId="2E4E40F6" w14:textId="1E6EB7AC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033725626"/>
            <w:placeholder>
              <w:docPart w:val="39A8CBE4665D4CC4B6E67D389E62F2E3"/>
            </w:placeholder>
            <w:showingPlcHdr/>
          </w:sdtPr>
          <w:sdtContent>
            <w:tc>
              <w:tcPr>
                <w:tcW w:w="3006" w:type="dxa"/>
              </w:tcPr>
              <w:p w14:paraId="0B1EEB85" w14:textId="3B827A23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483C" w14:paraId="2AD4CE5C" w14:textId="77777777" w:rsidTr="00496A0D">
        <w:sdt>
          <w:sdtPr>
            <w:rPr>
              <w:lang w:val="en-GB"/>
            </w:rPr>
            <w:id w:val="465237772"/>
            <w:placeholder>
              <w:docPart w:val="91F9D9964E7545C7B3820CB4777ED8E4"/>
            </w:placeholder>
            <w:showingPlcHdr/>
          </w:sdtPr>
          <w:sdtContent>
            <w:tc>
              <w:tcPr>
                <w:tcW w:w="3005" w:type="dxa"/>
              </w:tcPr>
              <w:p w14:paraId="3D653989" w14:textId="018DCDC7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4690439"/>
            <w:placeholder>
              <w:docPart w:val="D876843E304A439586339230E908F78A"/>
            </w:placeholder>
            <w:showingPlcHdr/>
          </w:sdtPr>
          <w:sdtContent>
            <w:tc>
              <w:tcPr>
                <w:tcW w:w="3005" w:type="dxa"/>
              </w:tcPr>
              <w:p w14:paraId="6F5D1CD3" w14:textId="2564C586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96180605"/>
            <w:placeholder>
              <w:docPart w:val="2359719216194781A3EFCB74330CA1EB"/>
            </w:placeholder>
            <w:showingPlcHdr/>
          </w:sdtPr>
          <w:sdtContent>
            <w:tc>
              <w:tcPr>
                <w:tcW w:w="3006" w:type="dxa"/>
              </w:tcPr>
              <w:p w14:paraId="6227C59C" w14:textId="7215C709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79FB9C" w14:textId="7D021641" w:rsidR="00214ECC" w:rsidRDefault="00214ECC"/>
    <w:p w14:paraId="3422079B" w14:textId="77777777" w:rsidR="009F0F2E" w:rsidRDefault="009F0F2E" w:rsidP="009F0F2E">
      <w:pPr>
        <w:pStyle w:val="Heading2"/>
      </w:pPr>
      <w:r w:rsidRPr="528D7560">
        <w:t>Dermatology SHO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3BB7F187" w14:textId="77777777" w:rsidTr="00496A0D">
        <w:tc>
          <w:tcPr>
            <w:tcW w:w="3005" w:type="dxa"/>
            <w:vAlign w:val="center"/>
          </w:tcPr>
          <w:p w14:paraId="46B791E4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0B64B425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315F9A87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0887170C" w14:textId="77777777" w:rsidTr="00496A0D">
        <w:sdt>
          <w:sdtPr>
            <w:rPr>
              <w:lang w:val="en-GB"/>
            </w:rPr>
            <w:id w:val="-1573200223"/>
            <w:placeholder>
              <w:docPart w:val="7BA8B88BB76B41B1ADD9C8564BC40B97"/>
            </w:placeholder>
            <w:showingPlcHdr/>
          </w:sdtPr>
          <w:sdtContent>
            <w:tc>
              <w:tcPr>
                <w:tcW w:w="3005" w:type="dxa"/>
              </w:tcPr>
              <w:p w14:paraId="1AB9A2A2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714781429"/>
            <w:placeholder>
              <w:docPart w:val="7BA8B88BB76B41B1ADD9C8564BC40B97"/>
            </w:placeholder>
            <w:showingPlcHdr/>
          </w:sdtPr>
          <w:sdtContent>
            <w:tc>
              <w:tcPr>
                <w:tcW w:w="3005" w:type="dxa"/>
              </w:tcPr>
              <w:p w14:paraId="5EA0EB7B" w14:textId="318E35B9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809473577"/>
            <w:placeholder>
              <w:docPart w:val="7BA8B88BB76B41B1ADD9C8564BC40B97"/>
            </w:placeholder>
            <w:showingPlcHdr/>
          </w:sdtPr>
          <w:sdtContent>
            <w:tc>
              <w:tcPr>
                <w:tcW w:w="3006" w:type="dxa"/>
              </w:tcPr>
              <w:p w14:paraId="5E76A439" w14:textId="1F3D651A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65BBF42D" w14:textId="77777777" w:rsidTr="00496A0D">
        <w:sdt>
          <w:sdtPr>
            <w:rPr>
              <w:lang w:val="en-GB"/>
            </w:rPr>
            <w:id w:val="-1398125694"/>
            <w:placeholder>
              <w:docPart w:val="7BA8B88BB76B41B1ADD9C8564BC40B97"/>
            </w:placeholder>
            <w:showingPlcHdr/>
          </w:sdtPr>
          <w:sdtContent>
            <w:tc>
              <w:tcPr>
                <w:tcW w:w="3005" w:type="dxa"/>
              </w:tcPr>
              <w:p w14:paraId="418BCFE5" w14:textId="7C61E72C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13549649"/>
            <w:placeholder>
              <w:docPart w:val="7BA8B88BB76B41B1ADD9C8564BC40B97"/>
            </w:placeholder>
            <w:showingPlcHdr/>
          </w:sdtPr>
          <w:sdtContent>
            <w:tc>
              <w:tcPr>
                <w:tcW w:w="3005" w:type="dxa"/>
              </w:tcPr>
              <w:p w14:paraId="2BB3684C" w14:textId="1CE50EF6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21317008"/>
            <w:placeholder>
              <w:docPart w:val="7BA8B88BB76B41B1ADD9C8564BC40B97"/>
            </w:placeholder>
            <w:showingPlcHdr/>
          </w:sdtPr>
          <w:sdtContent>
            <w:tc>
              <w:tcPr>
                <w:tcW w:w="3006" w:type="dxa"/>
              </w:tcPr>
              <w:p w14:paraId="1CB4F8DD" w14:textId="5BDA39B9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528912670"/>
          <w15:repeatingSection/>
        </w:sdtPr>
        <w:sdtContent>
          <w:sdt>
            <w:sdtPr>
              <w:rPr>
                <w:lang w:val="en-GB"/>
              </w:rPr>
              <w:id w:val="-632101297"/>
              <w:placeholder>
                <w:docPart w:val="CDC73C97BEB74723B9746CDC069E70F3"/>
              </w:placeholder>
              <w15:repeatingSectionItem/>
            </w:sdtPr>
            <w:sdtContent>
              <w:tr w:rsidR="009F0F2E" w14:paraId="45008C30" w14:textId="77777777" w:rsidTr="00496A0D">
                <w:sdt>
                  <w:sdtPr>
                    <w:rPr>
                      <w:lang w:val="en-GB"/>
                    </w:rPr>
                    <w:id w:val="-552308021"/>
                    <w:placeholder>
                      <w:docPart w:val="7BA8B88BB76B41B1ADD9C8564BC40B97"/>
                    </w:placeholder>
                    <w:showingPlcHdr/>
                  </w:sdtPr>
                  <w:sdtContent>
                    <w:tc>
                      <w:tcPr>
                        <w:tcW w:w="3005" w:type="dxa"/>
                      </w:tcPr>
                      <w:p w14:paraId="76933D88" w14:textId="21BFEEDC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16176487"/>
                    <w:placeholder>
                      <w:docPart w:val="7BA8B88BB76B41B1ADD9C8564BC40B97"/>
                    </w:placeholder>
                    <w:showingPlcHdr/>
                  </w:sdtPr>
                  <w:sdtContent>
                    <w:tc>
                      <w:tcPr>
                        <w:tcW w:w="3005" w:type="dxa"/>
                      </w:tcPr>
                      <w:p w14:paraId="09AC8CC9" w14:textId="4D8BCEA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57606123"/>
                    <w:placeholder>
                      <w:docPart w:val="7BA8B88BB76B41B1ADD9C8564BC40B97"/>
                    </w:placeholder>
                    <w:showingPlcHdr/>
                  </w:sdtPr>
                  <w:sdtContent>
                    <w:tc>
                      <w:tcPr>
                        <w:tcW w:w="3006" w:type="dxa"/>
                      </w:tcPr>
                      <w:p w14:paraId="3BA1B098" w14:textId="145E1898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06C756C" w14:textId="77777777" w:rsidR="009F0F2E" w:rsidRDefault="009F0F2E"/>
    <w:p w14:paraId="685AC623" w14:textId="77777777" w:rsidR="009F0F2E" w:rsidRDefault="009F0F2E" w:rsidP="009F0F2E">
      <w:pPr>
        <w:pStyle w:val="Heading2"/>
      </w:pPr>
      <w:r w:rsidRPr="528D7560">
        <w:lastRenderedPageBreak/>
        <w:t>Other dermatology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F0F2E" w14:paraId="47CA1E8F" w14:textId="77777777" w:rsidTr="00496A0D">
        <w:tc>
          <w:tcPr>
            <w:tcW w:w="3005" w:type="dxa"/>
            <w:vAlign w:val="center"/>
          </w:tcPr>
          <w:p w14:paraId="0C2E967E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hospital</w:t>
            </w:r>
          </w:p>
        </w:tc>
        <w:tc>
          <w:tcPr>
            <w:tcW w:w="3005" w:type="dxa"/>
            <w:vAlign w:val="center"/>
          </w:tcPr>
          <w:p w14:paraId="7250145F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Dates of post</w:t>
            </w:r>
          </w:p>
        </w:tc>
        <w:tc>
          <w:tcPr>
            <w:tcW w:w="3006" w:type="dxa"/>
            <w:vAlign w:val="center"/>
          </w:tcPr>
          <w:p w14:paraId="052A6DFC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Duration</w:t>
            </w:r>
          </w:p>
        </w:tc>
      </w:tr>
      <w:tr w:rsidR="009F0F2E" w14:paraId="2261032F" w14:textId="77777777" w:rsidTr="00496A0D">
        <w:sdt>
          <w:sdtPr>
            <w:rPr>
              <w:lang w:val="en-GB"/>
            </w:rPr>
            <w:id w:val="528455150"/>
            <w:placeholder>
              <w:docPart w:val="3438E9FF62BE4C4C98C3C44EDE1B554C"/>
            </w:placeholder>
            <w:showingPlcHdr/>
          </w:sdtPr>
          <w:sdtContent>
            <w:tc>
              <w:tcPr>
                <w:tcW w:w="3005" w:type="dxa"/>
              </w:tcPr>
              <w:p w14:paraId="30032EC3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806742492"/>
            <w:placeholder>
              <w:docPart w:val="3438E9FF62BE4C4C98C3C44EDE1B554C"/>
            </w:placeholder>
            <w:showingPlcHdr/>
          </w:sdtPr>
          <w:sdtContent>
            <w:tc>
              <w:tcPr>
                <w:tcW w:w="3005" w:type="dxa"/>
              </w:tcPr>
              <w:p w14:paraId="0525CE61" w14:textId="3A5B3865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5539329"/>
            <w:placeholder>
              <w:docPart w:val="3438E9FF62BE4C4C98C3C44EDE1B554C"/>
            </w:placeholder>
            <w:showingPlcHdr/>
          </w:sdtPr>
          <w:sdtContent>
            <w:tc>
              <w:tcPr>
                <w:tcW w:w="3006" w:type="dxa"/>
              </w:tcPr>
              <w:p w14:paraId="166B030F" w14:textId="4E2A74FD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5422ECD9" w14:textId="77777777" w:rsidTr="00496A0D">
        <w:sdt>
          <w:sdtPr>
            <w:rPr>
              <w:lang w:val="en-GB"/>
            </w:rPr>
            <w:id w:val="-1418860649"/>
            <w:placeholder>
              <w:docPart w:val="3438E9FF62BE4C4C98C3C44EDE1B554C"/>
            </w:placeholder>
            <w:showingPlcHdr/>
          </w:sdtPr>
          <w:sdtContent>
            <w:tc>
              <w:tcPr>
                <w:tcW w:w="3005" w:type="dxa"/>
              </w:tcPr>
              <w:p w14:paraId="7EC3E668" w14:textId="424A6FEB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6686923"/>
            <w:placeholder>
              <w:docPart w:val="3438E9FF62BE4C4C98C3C44EDE1B554C"/>
            </w:placeholder>
            <w:showingPlcHdr/>
          </w:sdtPr>
          <w:sdtContent>
            <w:tc>
              <w:tcPr>
                <w:tcW w:w="3005" w:type="dxa"/>
              </w:tcPr>
              <w:p w14:paraId="3C6B16CC" w14:textId="5532A6C8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2741857"/>
            <w:placeholder>
              <w:docPart w:val="3438E9FF62BE4C4C98C3C44EDE1B554C"/>
            </w:placeholder>
            <w:showingPlcHdr/>
          </w:sdtPr>
          <w:sdtContent>
            <w:tc>
              <w:tcPr>
                <w:tcW w:w="3006" w:type="dxa"/>
              </w:tcPr>
              <w:p w14:paraId="7356630D" w14:textId="09FBFCF6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85351480"/>
          <w15:repeatingSection/>
        </w:sdtPr>
        <w:sdtContent>
          <w:sdt>
            <w:sdtPr>
              <w:rPr>
                <w:lang w:val="en-GB"/>
              </w:rPr>
              <w:id w:val="570168776"/>
              <w:placeholder>
                <w:docPart w:val="1777B4F31C8E4FA3967DA646A2413A9B"/>
              </w:placeholder>
              <w15:repeatingSectionItem/>
            </w:sdtPr>
            <w:sdtContent>
              <w:tr w:rsidR="009F0F2E" w14:paraId="522D13FB" w14:textId="77777777" w:rsidTr="00496A0D">
                <w:sdt>
                  <w:sdtPr>
                    <w:rPr>
                      <w:lang w:val="en-GB"/>
                    </w:rPr>
                    <w:id w:val="-334611482"/>
                    <w:placeholder>
                      <w:docPart w:val="3438E9FF62BE4C4C98C3C44EDE1B554C"/>
                    </w:placeholder>
                    <w:showingPlcHdr/>
                  </w:sdtPr>
                  <w:sdtContent>
                    <w:tc>
                      <w:tcPr>
                        <w:tcW w:w="3005" w:type="dxa"/>
                      </w:tcPr>
                      <w:p w14:paraId="5AE515E0" w14:textId="4B1E5F0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914593860"/>
                    <w:placeholder>
                      <w:docPart w:val="3438E9FF62BE4C4C98C3C44EDE1B554C"/>
                    </w:placeholder>
                    <w:showingPlcHdr/>
                  </w:sdtPr>
                  <w:sdtContent>
                    <w:tc>
                      <w:tcPr>
                        <w:tcW w:w="3005" w:type="dxa"/>
                      </w:tcPr>
                      <w:p w14:paraId="2185126F" w14:textId="29EBC12A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789505354"/>
                    <w:placeholder>
                      <w:docPart w:val="3438E9FF62BE4C4C98C3C44EDE1B554C"/>
                    </w:placeholder>
                    <w:showingPlcHdr/>
                  </w:sdtPr>
                  <w:sdtContent>
                    <w:tc>
                      <w:tcPr>
                        <w:tcW w:w="3006" w:type="dxa"/>
                      </w:tcPr>
                      <w:p w14:paraId="092100EC" w14:textId="0928C810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73CF075F" w14:textId="77777777" w:rsidR="009F0F2E" w:rsidRDefault="009F0F2E"/>
    <w:p w14:paraId="48F15E65" w14:textId="77777777" w:rsidR="009F0F2E" w:rsidRDefault="009F0F2E" w:rsidP="009F0F2E">
      <w:pPr>
        <w:pStyle w:val="Heading2"/>
      </w:pPr>
      <w:r w:rsidRPr="528D7560">
        <w:t>Surgical experience (200 words)</w:t>
      </w:r>
    </w:p>
    <w:sdt>
      <w:sdtPr>
        <w:id w:val="1685088390"/>
        <w:placeholder>
          <w:docPart w:val="548E9D54416A45C7A6298AEABE3594D6"/>
        </w:placeholder>
        <w:showingPlcHdr/>
      </w:sdtPr>
      <w:sdtContent>
        <w:p w14:paraId="4939C96E" w14:textId="159FB7F4" w:rsidR="009F0F2E" w:rsidRDefault="009F0F2E">
          <w:r w:rsidRPr="00053B32">
            <w:rPr>
              <w:rStyle w:val="PlaceholderText"/>
            </w:rPr>
            <w:t>Click or tap here to enter text.</w:t>
          </w:r>
        </w:p>
      </w:sdtContent>
    </w:sdt>
    <w:p w14:paraId="4E9C6795" w14:textId="77777777" w:rsidR="009F0F2E" w:rsidRDefault="009F0F2E"/>
    <w:p w14:paraId="18EC4A0D" w14:textId="77777777" w:rsidR="009F0F2E" w:rsidRDefault="009F0F2E" w:rsidP="009F0F2E">
      <w:pPr>
        <w:pStyle w:val="Heading2"/>
      </w:pPr>
      <w:r w:rsidRPr="528D7560">
        <w:t>Entire Clinical Employment History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1678"/>
        <w:gridCol w:w="1419"/>
        <w:gridCol w:w="1418"/>
        <w:gridCol w:w="2693"/>
      </w:tblGrid>
      <w:tr w:rsidR="009F0F2E" w:rsidRPr="004269C8" w14:paraId="61A8B776" w14:textId="77777777" w:rsidTr="009F0F2E">
        <w:tc>
          <w:tcPr>
            <w:tcW w:w="2001" w:type="dxa"/>
            <w:vAlign w:val="center"/>
          </w:tcPr>
          <w:p w14:paraId="63B3781A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Position (Intern; SHO; Reg)</w:t>
            </w:r>
          </w:p>
        </w:tc>
        <w:tc>
          <w:tcPr>
            <w:tcW w:w="1678" w:type="dxa"/>
            <w:vAlign w:val="center"/>
          </w:tcPr>
          <w:p w14:paraId="77135855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Hospital</w:t>
            </w:r>
          </w:p>
        </w:tc>
        <w:tc>
          <w:tcPr>
            <w:tcW w:w="1419" w:type="dxa"/>
            <w:vAlign w:val="center"/>
          </w:tcPr>
          <w:p w14:paraId="3C309B62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Start Date</w:t>
            </w:r>
          </w:p>
        </w:tc>
        <w:tc>
          <w:tcPr>
            <w:tcW w:w="1418" w:type="dxa"/>
            <w:vAlign w:val="center"/>
          </w:tcPr>
          <w:p w14:paraId="2FC5C4A9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End Date</w:t>
            </w:r>
          </w:p>
        </w:tc>
        <w:tc>
          <w:tcPr>
            <w:tcW w:w="2693" w:type="dxa"/>
            <w:vAlign w:val="center"/>
          </w:tcPr>
          <w:p w14:paraId="51165ADD" w14:textId="77777777" w:rsidR="009F0F2E" w:rsidRPr="009F0F2E" w:rsidRDefault="009F0F2E" w:rsidP="009F0F2E">
            <w:pPr>
              <w:jc w:val="center"/>
              <w:rPr>
                <w:b/>
                <w:bCs/>
              </w:rPr>
            </w:pPr>
            <w:r w:rsidRPr="009F0F2E">
              <w:rPr>
                <w:b/>
                <w:bCs/>
              </w:rPr>
              <w:t>Specialty</w:t>
            </w:r>
          </w:p>
        </w:tc>
      </w:tr>
      <w:tr w:rsidR="009F0F2E" w:rsidRPr="009F0F2E" w14:paraId="406DFBBC" w14:textId="77777777" w:rsidTr="009F0F2E">
        <w:sdt>
          <w:sdtPr>
            <w:id w:val="-1536802279"/>
            <w:placeholder>
              <w:docPart w:val="7138DF7F2C1241E1926FEE02C88C7A8F"/>
            </w:placeholder>
            <w:showingPlcHdr/>
          </w:sdtPr>
          <w:sdtContent>
            <w:tc>
              <w:tcPr>
                <w:tcW w:w="2001" w:type="dxa"/>
              </w:tcPr>
              <w:p w14:paraId="4A2C3E58" w14:textId="01BF635E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80211520"/>
            <w:placeholder>
              <w:docPart w:val="CF94C64897AD4F6B872E40FF73EF2154"/>
            </w:placeholder>
            <w:showingPlcHdr/>
          </w:sdtPr>
          <w:sdtContent>
            <w:tc>
              <w:tcPr>
                <w:tcW w:w="1678" w:type="dxa"/>
              </w:tcPr>
              <w:p w14:paraId="1E608A91" w14:textId="0A3D75B1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86058776"/>
            <w:placeholder>
              <w:docPart w:val="8544CB98F1BE40B6BD318E1C1F1181A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14:paraId="78B092EC" w14:textId="5F1792FE" w:rsidR="009F0F2E" w:rsidRPr="009F0F2E" w:rsidRDefault="009F0F2E" w:rsidP="00496A0D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964724250"/>
            <w:placeholder>
              <w:docPart w:val="AA77F121E76440BB999461970821889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1418" w:type="dxa"/>
              </w:tcPr>
              <w:p w14:paraId="2901550E" w14:textId="2E070AE3" w:rsidR="009F0F2E" w:rsidRPr="009F0F2E" w:rsidRDefault="009F0F2E" w:rsidP="00496A0D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036771800"/>
            <w:placeholder>
              <w:docPart w:val="DE6BF70450784D53A6D2E69468FA65E9"/>
            </w:placeholder>
            <w:showingPlcHdr/>
          </w:sdtPr>
          <w:sdtContent>
            <w:tc>
              <w:tcPr>
                <w:tcW w:w="2693" w:type="dxa"/>
              </w:tcPr>
              <w:p w14:paraId="3328D487" w14:textId="3CCFBEA4" w:rsidR="009F0F2E" w:rsidRPr="009F0F2E" w:rsidRDefault="009F0F2E" w:rsidP="00496A0D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:rsidRPr="009F0F2E" w14:paraId="63032F84" w14:textId="77777777" w:rsidTr="009F0F2E">
        <w:sdt>
          <w:sdtPr>
            <w:id w:val="-1721975976"/>
            <w:placeholder>
              <w:docPart w:val="39AA8D565BBB45B48AC6136F63A9DF66"/>
            </w:placeholder>
            <w:showingPlcHdr/>
          </w:sdtPr>
          <w:sdtContent>
            <w:tc>
              <w:tcPr>
                <w:tcW w:w="2001" w:type="dxa"/>
              </w:tcPr>
              <w:p w14:paraId="053EB38D" w14:textId="163F962B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28479716"/>
            <w:placeholder>
              <w:docPart w:val="369BA92FF7284BC7A42D538C4A9E1757"/>
            </w:placeholder>
            <w:showingPlcHdr/>
          </w:sdtPr>
          <w:sdtContent>
            <w:tc>
              <w:tcPr>
                <w:tcW w:w="1678" w:type="dxa"/>
              </w:tcPr>
              <w:p w14:paraId="517ADAE0" w14:textId="38F601DC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04145006"/>
            <w:placeholder>
              <w:docPart w:val="287141C29DBF4446882EEAD95771C1A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14:paraId="712B951E" w14:textId="799FA1A6" w:rsidR="009F0F2E" w:rsidRPr="009F0F2E" w:rsidRDefault="009F0F2E" w:rsidP="009F0F2E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742410040"/>
            <w:placeholder>
              <w:docPart w:val="7A989295E50140E082D9C94ADF3ACF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1418" w:type="dxa"/>
              </w:tcPr>
              <w:p w14:paraId="3004A69F" w14:textId="1DBCC1D3" w:rsidR="009F0F2E" w:rsidRPr="009F0F2E" w:rsidRDefault="009F0F2E" w:rsidP="009F0F2E"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061133085"/>
            <w:placeholder>
              <w:docPart w:val="0108EB877C9E4F9FB4928E63B7BB0977"/>
            </w:placeholder>
            <w:showingPlcHdr/>
          </w:sdtPr>
          <w:sdtContent>
            <w:tc>
              <w:tcPr>
                <w:tcW w:w="2693" w:type="dxa"/>
              </w:tcPr>
              <w:p w14:paraId="3D78EC04" w14:textId="21E54FB3" w:rsidR="009F0F2E" w:rsidRPr="009F0F2E" w:rsidRDefault="009F0F2E" w:rsidP="009F0F2E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id w:val="-362052162"/>
          <w15:repeatingSection/>
        </w:sdtPr>
        <w:sdtContent>
          <w:sdt>
            <w:sdtPr>
              <w:id w:val="-604579920"/>
              <w:placeholder>
                <w:docPart w:val="DefaultPlaceholder_-1854013435"/>
              </w:placeholder>
              <w15:repeatingSectionItem/>
            </w:sdtPr>
            <w:sdtContent>
              <w:tr w:rsidR="009F0F2E" w:rsidRPr="009F0F2E" w14:paraId="69AD1A3B" w14:textId="77777777" w:rsidTr="009F0F2E">
                <w:sdt>
                  <w:sdtPr>
                    <w:id w:val="-1221120446"/>
                    <w:placeholder>
                      <w:docPart w:val="7AAD0DEA244F412A84FA9525784EB00B"/>
                    </w:placeholder>
                    <w:showingPlcHdr/>
                  </w:sdtPr>
                  <w:sdtEndPr/>
                  <w:sdtContent>
                    <w:tc>
                      <w:tcPr>
                        <w:tcW w:w="2001" w:type="dxa"/>
                      </w:tcPr>
                      <w:p w14:paraId="565F3A15" w14:textId="58F2C9D9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4918444"/>
                    <w:placeholder>
                      <w:docPart w:val="A0BA3B61A8744314927BE8FCF81D6558"/>
                    </w:placeholder>
                    <w:showingPlcHdr/>
                  </w:sdtPr>
                  <w:sdtContent>
                    <w:tc>
                      <w:tcPr>
                        <w:tcW w:w="1678" w:type="dxa"/>
                      </w:tcPr>
                      <w:p w14:paraId="1E4408DB" w14:textId="280A6688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09096547"/>
                    <w:placeholder>
                      <w:docPart w:val="67E3CB7FF2CA4FB3AFF9694862B398D2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419" w:type="dxa"/>
                      </w:tcPr>
                      <w:p w14:paraId="33146924" w14:textId="20D455D3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  <w:sdt>
                  <w:sdtPr>
                    <w:id w:val="1662426852"/>
                    <w:placeholder>
                      <w:docPart w:val="5A56F1E22A564D72B201003429A98B0B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418" w:type="dxa"/>
                      </w:tcPr>
                      <w:p w14:paraId="31124AAB" w14:textId="35DEEACD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  <w:sdt>
                  <w:sdtPr>
                    <w:id w:val="-78069587"/>
                    <w:placeholder>
                      <w:docPart w:val="1148CC14497A46BE94CE789897C0E79C"/>
                    </w:placeholder>
                    <w:showingPlcHdr/>
                  </w:sdtPr>
                  <w:sdtContent>
                    <w:tc>
                      <w:tcPr>
                        <w:tcW w:w="2693" w:type="dxa"/>
                      </w:tcPr>
                      <w:p w14:paraId="25C74BA1" w14:textId="76A2A722" w:rsidR="009F0F2E" w:rsidRPr="009F0F2E" w:rsidRDefault="009F0F2E" w:rsidP="009F0F2E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3A458AD8" w14:textId="77777777" w:rsidR="009F0F2E" w:rsidRDefault="009F0F2E"/>
    <w:p w14:paraId="1649AF55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C1CE33E" w14:textId="4DAA3896" w:rsidR="009F0F2E" w:rsidRPr="009F0F2E" w:rsidRDefault="009F0F2E" w:rsidP="009F0F2E">
      <w:pPr>
        <w:pStyle w:val="Heading1"/>
      </w:pPr>
      <w:r w:rsidRPr="009F0F2E">
        <w:lastRenderedPageBreak/>
        <w:t>Dermatology conferences attended:</w:t>
      </w:r>
    </w:p>
    <w:p w14:paraId="519766E8" w14:textId="77777777" w:rsidR="009F0F2E" w:rsidRPr="007B1065" w:rsidRDefault="009F0F2E" w:rsidP="009F0F2E">
      <w:pPr>
        <w:pStyle w:val="Heading2"/>
      </w:pPr>
      <w:r w:rsidRPr="528D7560">
        <w:t>National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9F0F2E" w14:paraId="2D061118" w14:textId="77777777" w:rsidTr="00B24AF3">
        <w:tc>
          <w:tcPr>
            <w:tcW w:w="5240" w:type="dxa"/>
            <w:vAlign w:val="center"/>
          </w:tcPr>
          <w:p w14:paraId="7D0A726A" w14:textId="64A07B85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meeting</w:t>
            </w:r>
            <w:r>
              <w:rPr>
                <w:b/>
                <w:bCs/>
                <w:lang w:val="en-GB"/>
              </w:rPr>
              <w:t>/conference</w:t>
            </w:r>
          </w:p>
        </w:tc>
        <w:tc>
          <w:tcPr>
            <w:tcW w:w="3776" w:type="dxa"/>
            <w:vAlign w:val="center"/>
          </w:tcPr>
          <w:p w14:paraId="14D43BC7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Years attended</w:t>
            </w:r>
          </w:p>
        </w:tc>
      </w:tr>
      <w:tr w:rsidR="009F0F2E" w14:paraId="37925818" w14:textId="77777777" w:rsidTr="00B24AF3">
        <w:sdt>
          <w:sdtPr>
            <w:rPr>
              <w:lang w:val="en-GB"/>
            </w:rPr>
            <w:id w:val="783000886"/>
            <w:placeholder>
              <w:docPart w:val="4D138CBF03AE4537B06BBFBDD7911BEF"/>
            </w:placeholder>
            <w:showingPlcHdr/>
          </w:sdtPr>
          <w:sdtContent>
            <w:tc>
              <w:tcPr>
                <w:tcW w:w="5240" w:type="dxa"/>
              </w:tcPr>
              <w:p w14:paraId="5CCA8A5A" w14:textId="2FA268E0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92627913"/>
            <w:placeholder>
              <w:docPart w:val="EE356C4CED7842CA9624B285D2EDB824"/>
            </w:placeholder>
            <w:showingPlcHdr/>
          </w:sdtPr>
          <w:sdtContent>
            <w:tc>
              <w:tcPr>
                <w:tcW w:w="3776" w:type="dxa"/>
              </w:tcPr>
              <w:p w14:paraId="612A8738" w14:textId="54864AEF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4B44B9DE" w14:textId="77777777" w:rsidTr="00B24AF3">
        <w:sdt>
          <w:sdtPr>
            <w:rPr>
              <w:lang w:val="en-GB"/>
            </w:rPr>
            <w:id w:val="816374121"/>
            <w:placeholder>
              <w:docPart w:val="2BF68520AD6A4760B1AC14D8DD538B25"/>
            </w:placeholder>
            <w:showingPlcHdr/>
          </w:sdtPr>
          <w:sdtContent>
            <w:tc>
              <w:tcPr>
                <w:tcW w:w="5240" w:type="dxa"/>
              </w:tcPr>
              <w:p w14:paraId="044A6804" w14:textId="7B502030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93295670"/>
            <w:placeholder>
              <w:docPart w:val="D2486A18106041D591E5EB4609F2E7A6"/>
            </w:placeholder>
            <w:showingPlcHdr/>
          </w:sdtPr>
          <w:sdtContent>
            <w:tc>
              <w:tcPr>
                <w:tcW w:w="3776" w:type="dxa"/>
              </w:tcPr>
              <w:p w14:paraId="35850605" w14:textId="054185A2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981429177"/>
          <w15:repeatingSection/>
        </w:sdtPr>
        <w:sdtContent>
          <w:sdt>
            <w:sdtPr>
              <w:rPr>
                <w:lang w:val="en-GB"/>
              </w:rPr>
              <w:id w:val="115511053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9F0F2E" w14:paraId="1B1EBC93" w14:textId="77777777" w:rsidTr="00B24AF3">
                <w:sdt>
                  <w:sdtPr>
                    <w:rPr>
                      <w:lang w:val="en-GB"/>
                    </w:rPr>
                    <w:id w:val="931631429"/>
                    <w:placeholder>
                      <w:docPart w:val="6516F9AC5F1646F88B3AACD91A6533C5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269B6180" w14:textId="2A853837" w:rsidR="009F0F2E" w:rsidRDefault="009F0F2E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702873927"/>
                    <w:placeholder>
                      <w:docPart w:val="7CB61B8FEFBC4575AE40D3507D50CB8F"/>
                    </w:placeholder>
                    <w:showingPlcHdr/>
                  </w:sdtPr>
                  <w:sdtContent>
                    <w:tc>
                      <w:tcPr>
                        <w:tcW w:w="3776" w:type="dxa"/>
                      </w:tcPr>
                      <w:p w14:paraId="31F83BE6" w14:textId="2E4CE12C" w:rsidR="009F0F2E" w:rsidRDefault="009F0F2E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245344588"/>
              <w:placeholder>
                <w:docPart w:val="75F17BE659D442F6BFE27A3D9E163EC6"/>
              </w:placeholder>
              <w15:repeatingSectionItem/>
            </w:sdtPr>
            <w:sdtContent>
              <w:tr w:rsidR="00DD483C" w14:paraId="412E26C9" w14:textId="77777777" w:rsidTr="00B24AF3">
                <w:sdt>
                  <w:sdtPr>
                    <w:rPr>
                      <w:lang w:val="en-GB"/>
                    </w:rPr>
                    <w:id w:val="-1917624979"/>
                    <w:placeholder>
                      <w:docPart w:val="E68124A0443A4F7B999DF15E41A91C7E"/>
                    </w:placeholder>
                    <w:showingPlcHdr/>
                  </w:sdtPr>
                  <w:sdtContent>
                    <w:tc>
                      <w:tcPr>
                        <w:tcW w:w="5240" w:type="dxa"/>
                      </w:tcPr>
                      <w:p w14:paraId="193B60B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2123448987"/>
                    <w:placeholder>
                      <w:docPart w:val="38F8679BAA5A48B080E3880758BA4A7B"/>
                    </w:placeholder>
                    <w:showingPlcHdr/>
                  </w:sdtPr>
                  <w:sdtContent>
                    <w:tc>
                      <w:tcPr>
                        <w:tcW w:w="3776" w:type="dxa"/>
                      </w:tcPr>
                      <w:p w14:paraId="15FA5F7E" w14:textId="4B4ED66F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5351AF6" w14:textId="77777777" w:rsidR="009F0F2E" w:rsidRDefault="009F0F2E" w:rsidP="009F0F2E">
      <w:pPr>
        <w:rPr>
          <w:lang w:val="en-GB"/>
        </w:rPr>
      </w:pPr>
    </w:p>
    <w:p w14:paraId="615814C0" w14:textId="77777777" w:rsidR="009F0F2E" w:rsidRDefault="009F0F2E" w:rsidP="009F0F2E">
      <w:pPr>
        <w:pStyle w:val="Heading2"/>
      </w:pPr>
      <w:r w:rsidRPr="528D7560">
        <w:t>International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9F0F2E" w14:paraId="09C22962" w14:textId="77777777" w:rsidTr="00B24AF3">
        <w:tc>
          <w:tcPr>
            <w:tcW w:w="5240" w:type="dxa"/>
            <w:vAlign w:val="center"/>
          </w:tcPr>
          <w:p w14:paraId="1AF64721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meeting</w:t>
            </w:r>
            <w:r>
              <w:rPr>
                <w:b/>
                <w:bCs/>
                <w:lang w:val="en-GB"/>
              </w:rPr>
              <w:t>/conference</w:t>
            </w:r>
          </w:p>
        </w:tc>
        <w:tc>
          <w:tcPr>
            <w:tcW w:w="3776" w:type="dxa"/>
            <w:vAlign w:val="center"/>
          </w:tcPr>
          <w:p w14:paraId="75138AD6" w14:textId="77777777" w:rsidR="009F0F2E" w:rsidRPr="009F0F2E" w:rsidRDefault="009F0F2E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Years attended</w:t>
            </w:r>
          </w:p>
        </w:tc>
      </w:tr>
      <w:tr w:rsidR="009F0F2E" w14:paraId="7387F6AA" w14:textId="77777777" w:rsidTr="00B24AF3">
        <w:sdt>
          <w:sdtPr>
            <w:rPr>
              <w:lang w:val="en-GB"/>
            </w:rPr>
            <w:id w:val="714941070"/>
            <w:placeholder>
              <w:docPart w:val="CDBA8294BBA74E38B4732822E2337137"/>
            </w:placeholder>
            <w:showingPlcHdr/>
          </w:sdtPr>
          <w:sdtContent>
            <w:tc>
              <w:tcPr>
                <w:tcW w:w="5240" w:type="dxa"/>
              </w:tcPr>
              <w:p w14:paraId="78BA4EF8" w14:textId="77777777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0772082"/>
            <w:placeholder>
              <w:docPart w:val="CDBA8294BBA74E38B4732822E2337137"/>
            </w:placeholder>
            <w:showingPlcHdr/>
          </w:sdtPr>
          <w:sdtContent>
            <w:tc>
              <w:tcPr>
                <w:tcW w:w="3776" w:type="dxa"/>
              </w:tcPr>
              <w:p w14:paraId="1E746D0B" w14:textId="5DEE465F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F0F2E" w14:paraId="0BB5CB10" w14:textId="77777777" w:rsidTr="00B24AF3">
        <w:sdt>
          <w:sdtPr>
            <w:rPr>
              <w:lang w:val="en-GB"/>
            </w:rPr>
            <w:id w:val="1486828355"/>
            <w:placeholder>
              <w:docPart w:val="CDBA8294BBA74E38B4732822E2337137"/>
            </w:placeholder>
            <w:showingPlcHdr/>
          </w:sdtPr>
          <w:sdtContent>
            <w:tc>
              <w:tcPr>
                <w:tcW w:w="5240" w:type="dxa"/>
              </w:tcPr>
              <w:p w14:paraId="420ED663" w14:textId="75324A9A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82119775"/>
            <w:placeholder>
              <w:docPart w:val="CDBA8294BBA74E38B4732822E2337137"/>
            </w:placeholder>
            <w:showingPlcHdr/>
          </w:sdtPr>
          <w:sdtContent>
            <w:tc>
              <w:tcPr>
                <w:tcW w:w="3776" w:type="dxa"/>
              </w:tcPr>
              <w:p w14:paraId="4E436CE7" w14:textId="57557ECD" w:rsidR="009F0F2E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670405683"/>
          <w15:repeatingSection/>
        </w:sdtPr>
        <w:sdtContent>
          <w:sdt>
            <w:sdtPr>
              <w:rPr>
                <w:lang w:val="en-GB"/>
              </w:rPr>
              <w:id w:val="-1980363478"/>
              <w:placeholder>
                <w:docPart w:val="93BAA2AE2DCC4C66A43A2D1263821F5E"/>
              </w:placeholder>
              <w15:repeatingSectionItem/>
            </w:sdtPr>
            <w:sdtEndPr/>
            <w:sdtContent>
              <w:tr w:rsidR="009F0F2E" w14:paraId="47C4BD73" w14:textId="77777777" w:rsidTr="00B24AF3">
                <w:sdt>
                  <w:sdtPr>
                    <w:rPr>
                      <w:lang w:val="en-GB"/>
                    </w:rPr>
                    <w:id w:val="1357083207"/>
                    <w:placeholder>
                      <w:docPart w:val="CDBA8294BBA74E38B4732822E2337137"/>
                    </w:placeholder>
                    <w:showingPlcHdr/>
                  </w:sdtPr>
                  <w:sdtEndPr/>
                  <w:sdtContent>
                    <w:tc>
                      <w:tcPr>
                        <w:tcW w:w="5240" w:type="dxa"/>
                      </w:tcPr>
                      <w:p w14:paraId="583BE2ED" w14:textId="76BCBE72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23354586"/>
                    <w:placeholder>
                      <w:docPart w:val="CDBA8294BBA74E38B4732822E2337137"/>
                    </w:placeholder>
                    <w:showingPlcHdr/>
                  </w:sdtPr>
                  <w:sdtContent>
                    <w:tc>
                      <w:tcPr>
                        <w:tcW w:w="3776" w:type="dxa"/>
                      </w:tcPr>
                      <w:p w14:paraId="0C7D8E32" w14:textId="519AE188" w:rsidR="009F0F2E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635223704"/>
              <w:placeholder>
                <w:docPart w:val="56FA66E885384F0C9DB9BE9C896943BD"/>
              </w:placeholder>
              <w15:repeatingSectionItem/>
            </w:sdtPr>
            <w:sdtContent>
              <w:tr w:rsidR="00DD483C" w14:paraId="729339CF" w14:textId="77777777" w:rsidTr="00B24AF3">
                <w:sdt>
                  <w:sdtPr>
                    <w:rPr>
                      <w:lang w:val="en-GB"/>
                    </w:rPr>
                    <w:id w:val="759499608"/>
                    <w:placeholder>
                      <w:docPart w:val="1FBBCB75D1D541F49AA37A122A3ADAA0"/>
                    </w:placeholder>
                    <w:showingPlcHdr/>
                  </w:sdtPr>
                  <w:sdtContent>
                    <w:tc>
                      <w:tcPr>
                        <w:tcW w:w="5240" w:type="dxa"/>
                      </w:tcPr>
                      <w:p w14:paraId="540924B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78830403"/>
                    <w:placeholder>
                      <w:docPart w:val="1FBBCB75D1D541F49AA37A122A3ADAA0"/>
                    </w:placeholder>
                    <w:showingPlcHdr/>
                  </w:sdtPr>
                  <w:sdtContent>
                    <w:tc>
                      <w:tcPr>
                        <w:tcW w:w="3776" w:type="dxa"/>
                      </w:tcPr>
                      <w:p w14:paraId="7DD1BED7" w14:textId="1E076C35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B20EB3C" w14:textId="77777777" w:rsidR="009F0F2E" w:rsidRDefault="009F0F2E" w:rsidP="009F0F2E">
      <w:pPr>
        <w:rPr>
          <w:lang w:val="en-GB"/>
        </w:rPr>
      </w:pPr>
    </w:p>
    <w:p w14:paraId="247F31A2" w14:textId="77777777" w:rsidR="009F0F2E" w:rsidRPr="009F0F2E" w:rsidRDefault="009F0F2E" w:rsidP="009F0F2E">
      <w:pPr>
        <w:pStyle w:val="Heading1"/>
      </w:pPr>
      <w:r w:rsidRPr="009F0F2E">
        <w:t>Dermatology oral presentations</w:t>
      </w:r>
    </w:p>
    <w:tbl>
      <w:tblPr>
        <w:tblStyle w:val="TableGrid"/>
        <w:tblW w:w="5126" w:type="pct"/>
        <w:tblLook w:val="04A0" w:firstRow="1" w:lastRow="0" w:firstColumn="1" w:lastColumn="0" w:noHBand="0" w:noVBand="1"/>
      </w:tblPr>
      <w:tblGrid>
        <w:gridCol w:w="1901"/>
        <w:gridCol w:w="1908"/>
        <w:gridCol w:w="3229"/>
        <w:gridCol w:w="1417"/>
        <w:gridCol w:w="1131"/>
      </w:tblGrid>
      <w:tr w:rsidR="009F0F2E" w14:paraId="2AB00922" w14:textId="77777777" w:rsidTr="009F0F2E">
        <w:tc>
          <w:tcPr>
            <w:tcW w:w="992" w:type="pct"/>
            <w:vAlign w:val="center"/>
          </w:tcPr>
          <w:p w14:paraId="503BA9A4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995" w:type="pct"/>
            <w:vAlign w:val="center"/>
          </w:tcPr>
          <w:p w14:paraId="1BE7DC63" w14:textId="2AD69485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684" w:type="pct"/>
            <w:vAlign w:val="center"/>
          </w:tcPr>
          <w:p w14:paraId="28FE7358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 of presentation</w:t>
            </w:r>
          </w:p>
        </w:tc>
        <w:tc>
          <w:tcPr>
            <w:tcW w:w="739" w:type="pct"/>
            <w:vAlign w:val="center"/>
          </w:tcPr>
          <w:p w14:paraId="449BC558" w14:textId="4D82A0DB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Presenter</w:t>
            </w:r>
          </w:p>
        </w:tc>
        <w:tc>
          <w:tcPr>
            <w:tcW w:w="590" w:type="pct"/>
            <w:vAlign w:val="center"/>
          </w:tcPr>
          <w:p w14:paraId="26EE9AA9" w14:textId="77777777" w:rsidR="009F0F2E" w:rsidRPr="009F0F2E" w:rsidRDefault="009F0F2E" w:rsidP="009F0F2E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9F0F2E" w14:paraId="25A9678B" w14:textId="77777777" w:rsidTr="009F0F2E">
        <w:trPr>
          <w:trHeight w:val="219"/>
        </w:trPr>
        <w:sdt>
          <w:sdtPr>
            <w:rPr>
              <w:lang w:val="en-GB"/>
            </w:rPr>
            <w:id w:val="-498267859"/>
            <w:placeholder>
              <w:docPart w:val="66B72EB3A7E64981A7420EC4EB5FD807"/>
            </w:placeholder>
            <w:showingPlcHdr/>
          </w:sdtPr>
          <w:sdtContent>
            <w:tc>
              <w:tcPr>
                <w:tcW w:w="992" w:type="pct"/>
              </w:tcPr>
              <w:p w14:paraId="3E5B189F" w14:textId="29280734" w:rsidR="009F0F2E" w:rsidRDefault="009F0F2E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D0FEFD1" w14:textId="7E5691AB" w:rsidR="009F0F2E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88252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Local </w:t>
            </w:r>
          </w:p>
          <w:p w14:paraId="0DE505DC" w14:textId="2D1BB245" w:rsidR="009F0F2E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8238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National </w:t>
            </w:r>
          </w:p>
          <w:p w14:paraId="47CC593D" w14:textId="093070B6" w:rsidR="009F0F2E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72448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</w:t>
            </w:r>
            <w:r w:rsidR="009F0F2E">
              <w:rPr>
                <w:lang w:val="en-GB"/>
              </w:rPr>
              <w:t xml:space="preserve">International  </w:t>
            </w:r>
          </w:p>
        </w:tc>
        <w:sdt>
          <w:sdtPr>
            <w:rPr>
              <w:lang w:val="en-GB"/>
            </w:rPr>
            <w:id w:val="-707713350"/>
            <w:placeholder>
              <w:docPart w:val="AA3E3D28F60443FAB9D486BCF3D14332"/>
            </w:placeholder>
            <w:showingPlcHdr/>
          </w:sdtPr>
          <w:sdtContent>
            <w:tc>
              <w:tcPr>
                <w:tcW w:w="1684" w:type="pct"/>
              </w:tcPr>
              <w:p w14:paraId="05884BF6" w14:textId="75DC4242" w:rsidR="009F0F2E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18B5AFB0" w14:textId="2DA8754F" w:rsidR="009F0F2E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79626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58D6C4D4" w14:textId="0592F092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54066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-638641242"/>
            <w:placeholder>
              <w:docPart w:val="7482F2F0547B4BA1B89E0408AD5988D4"/>
            </w:placeholder>
            <w:showingPlcHdr/>
          </w:sdtPr>
          <w:sdtContent>
            <w:tc>
              <w:tcPr>
                <w:tcW w:w="590" w:type="pct"/>
              </w:tcPr>
              <w:p w14:paraId="4249D627" w14:textId="02B6CFE4" w:rsidR="009F0F2E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678830E0" w14:textId="77777777" w:rsidTr="009F0F2E">
        <w:sdt>
          <w:sdtPr>
            <w:rPr>
              <w:lang w:val="en-GB"/>
            </w:rPr>
            <w:id w:val="-954709630"/>
            <w:placeholder>
              <w:docPart w:val="D83819D339284FF1B6248436B676AB77"/>
            </w:placeholder>
            <w:showingPlcHdr/>
          </w:sdtPr>
          <w:sdtContent>
            <w:tc>
              <w:tcPr>
                <w:tcW w:w="992" w:type="pct"/>
              </w:tcPr>
              <w:p w14:paraId="6EF5FD02" w14:textId="0105F74E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4FC143A3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9875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444C9175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9111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6DF83ACC" w14:textId="48750A79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5234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553699081"/>
            <w:placeholder>
              <w:docPart w:val="003695BDC0EE420B801F261C4790ACBB"/>
            </w:placeholder>
            <w:showingPlcHdr/>
          </w:sdtPr>
          <w:sdtContent>
            <w:tc>
              <w:tcPr>
                <w:tcW w:w="1684" w:type="pct"/>
              </w:tcPr>
              <w:p w14:paraId="66F494B9" w14:textId="4D1F9D0C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B543B1C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13432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4FFA7DB5" w14:textId="196C9AB5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50655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75573315"/>
            <w:placeholder>
              <w:docPart w:val="4B4F747275254FA5ADDCE8835A836EDC"/>
            </w:placeholder>
            <w:showingPlcHdr/>
          </w:sdtPr>
          <w:sdtContent>
            <w:tc>
              <w:tcPr>
                <w:tcW w:w="590" w:type="pct"/>
              </w:tcPr>
              <w:p w14:paraId="57B5764C" w14:textId="7677DD3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49A522DA" w14:textId="77777777" w:rsidTr="009F0F2E">
        <w:sdt>
          <w:sdtPr>
            <w:rPr>
              <w:lang w:val="en-GB"/>
            </w:rPr>
            <w:id w:val="1077865769"/>
            <w:placeholder>
              <w:docPart w:val="4FE8FE8699424610B2FA72B9EADBD3CF"/>
            </w:placeholder>
            <w:showingPlcHdr/>
          </w:sdtPr>
          <w:sdtContent>
            <w:tc>
              <w:tcPr>
                <w:tcW w:w="992" w:type="pct"/>
              </w:tcPr>
              <w:p w14:paraId="6EC7F776" w14:textId="6E2A8208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19362BE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2237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3E400105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1882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086D4DE6" w14:textId="3873E92B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83564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1969470609"/>
            <w:placeholder>
              <w:docPart w:val="AF4D0BE0FA24420CAA1E3C41DD44F5F0"/>
            </w:placeholder>
            <w:showingPlcHdr/>
          </w:sdtPr>
          <w:sdtContent>
            <w:tc>
              <w:tcPr>
                <w:tcW w:w="1684" w:type="pct"/>
              </w:tcPr>
              <w:p w14:paraId="645236E9" w14:textId="51C4F3FB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2B896E2" w14:textId="1C6FBF5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4841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83C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Yes </w:t>
            </w:r>
          </w:p>
          <w:p w14:paraId="411177FD" w14:textId="5E8145AD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8924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622738312"/>
            <w:placeholder>
              <w:docPart w:val="87AF8AF736764176862D323CF52913BB"/>
            </w:placeholder>
            <w:showingPlcHdr/>
          </w:sdtPr>
          <w:sdtContent>
            <w:tc>
              <w:tcPr>
                <w:tcW w:w="590" w:type="pct"/>
              </w:tcPr>
              <w:p w14:paraId="5634FB9A" w14:textId="2B8D7E1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483C" w14:paraId="64AC1A5B" w14:textId="77777777" w:rsidTr="009F0F2E">
        <w:sdt>
          <w:sdtPr>
            <w:rPr>
              <w:lang w:val="en-GB"/>
            </w:rPr>
            <w:id w:val="224649693"/>
            <w:placeholder>
              <w:docPart w:val="C71004ED70E04B55A23BAD4EFE983B0B"/>
            </w:placeholder>
            <w:showingPlcHdr/>
          </w:sdtPr>
          <w:sdtContent>
            <w:tc>
              <w:tcPr>
                <w:tcW w:w="992" w:type="pct"/>
              </w:tcPr>
              <w:p w14:paraId="416444E5" w14:textId="7BA0A27A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2E5649DD" w14:textId="77777777" w:rsidR="00DD483C" w:rsidRDefault="00DD483C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1611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Local </w:t>
            </w:r>
          </w:p>
          <w:p w14:paraId="3F5C73E9" w14:textId="77777777" w:rsidR="00DD483C" w:rsidRDefault="00DD483C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3783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National </w:t>
            </w:r>
          </w:p>
          <w:p w14:paraId="3EB3E21A" w14:textId="58D77634" w:rsidR="00DD483C" w:rsidRDefault="00DD483C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65321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572115499"/>
            <w:placeholder>
              <w:docPart w:val="25B671AB538B432F98320A7EA9D1ACE0"/>
            </w:placeholder>
            <w:showingPlcHdr/>
          </w:sdtPr>
          <w:sdtContent>
            <w:tc>
              <w:tcPr>
                <w:tcW w:w="1684" w:type="pct"/>
              </w:tcPr>
              <w:p w14:paraId="15F5E247" w14:textId="5CDE8A72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4BCDB788" w14:textId="77777777" w:rsidR="00DD483C" w:rsidRDefault="00DD483C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13859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Yes </w:t>
            </w:r>
          </w:p>
          <w:p w14:paraId="14F687AD" w14:textId="2E06AA7C" w:rsidR="00DD483C" w:rsidRDefault="00DD483C" w:rsidP="00DD483C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7911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62391248"/>
            <w:placeholder>
              <w:docPart w:val="FB7367ED6B8B405AA02E65C6C70B1F83"/>
            </w:placeholder>
            <w:showingPlcHdr/>
          </w:sdtPr>
          <w:sdtContent>
            <w:tc>
              <w:tcPr>
                <w:tcW w:w="590" w:type="pct"/>
              </w:tcPr>
              <w:p w14:paraId="50BFAF12" w14:textId="50C714DD" w:rsidR="00DD483C" w:rsidRDefault="00DD483C" w:rsidP="00DD483C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93D9F82" w14:textId="77777777" w:rsidR="009F0F2E" w:rsidRDefault="009F0F2E"/>
    <w:p w14:paraId="437C8E67" w14:textId="77777777" w:rsidR="00C71FAB" w:rsidRPr="00C71FAB" w:rsidRDefault="00C71FAB" w:rsidP="00C71FAB">
      <w:pPr>
        <w:pStyle w:val="Heading1"/>
      </w:pPr>
      <w:r w:rsidRPr="00C71FAB">
        <w:lastRenderedPageBreak/>
        <w:t>Dermatology poster presentations</w:t>
      </w:r>
    </w:p>
    <w:tbl>
      <w:tblPr>
        <w:tblStyle w:val="TableGrid"/>
        <w:tblW w:w="5126" w:type="pct"/>
        <w:tblLook w:val="04A0" w:firstRow="1" w:lastRow="0" w:firstColumn="1" w:lastColumn="0" w:noHBand="0" w:noVBand="1"/>
      </w:tblPr>
      <w:tblGrid>
        <w:gridCol w:w="1901"/>
        <w:gridCol w:w="1908"/>
        <w:gridCol w:w="3229"/>
        <w:gridCol w:w="1417"/>
        <w:gridCol w:w="1131"/>
      </w:tblGrid>
      <w:tr w:rsidR="00C71FAB" w14:paraId="1764F4BB" w14:textId="77777777" w:rsidTr="00496A0D">
        <w:tc>
          <w:tcPr>
            <w:tcW w:w="992" w:type="pct"/>
            <w:vAlign w:val="center"/>
          </w:tcPr>
          <w:p w14:paraId="0839842E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995" w:type="pct"/>
            <w:vAlign w:val="center"/>
          </w:tcPr>
          <w:p w14:paraId="21907E8D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684" w:type="pct"/>
            <w:vAlign w:val="center"/>
          </w:tcPr>
          <w:p w14:paraId="3F53B6A6" w14:textId="191A2149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 xml:space="preserve">Title of </w:t>
            </w:r>
            <w:r>
              <w:rPr>
                <w:b/>
                <w:bCs/>
                <w:lang w:val="en-GB"/>
              </w:rPr>
              <w:t>poster</w:t>
            </w:r>
          </w:p>
        </w:tc>
        <w:tc>
          <w:tcPr>
            <w:tcW w:w="739" w:type="pct"/>
            <w:vAlign w:val="center"/>
          </w:tcPr>
          <w:p w14:paraId="0992C677" w14:textId="267864D3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590" w:type="pct"/>
            <w:vAlign w:val="center"/>
          </w:tcPr>
          <w:p w14:paraId="5ED473A2" w14:textId="77777777" w:rsidR="00C71FAB" w:rsidRPr="009F0F2E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C71FAB" w14:paraId="16810EA4" w14:textId="77777777" w:rsidTr="00496A0D">
        <w:trPr>
          <w:trHeight w:val="219"/>
        </w:trPr>
        <w:sdt>
          <w:sdtPr>
            <w:rPr>
              <w:lang w:val="en-GB"/>
            </w:rPr>
            <w:id w:val="-1407608774"/>
            <w:placeholder>
              <w:docPart w:val="0B4406776FC646A69360E6EF1D610D26"/>
            </w:placeholder>
            <w:showingPlcHdr/>
          </w:sdtPr>
          <w:sdtContent>
            <w:tc>
              <w:tcPr>
                <w:tcW w:w="992" w:type="pct"/>
              </w:tcPr>
              <w:p w14:paraId="170D6C79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79071CD2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11463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20E98D57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2802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3AE00F8F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6822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917622818"/>
            <w:placeholder>
              <w:docPart w:val="8555F3FE2A59436791DD916082C0287A"/>
            </w:placeholder>
            <w:showingPlcHdr/>
          </w:sdtPr>
          <w:sdtContent>
            <w:tc>
              <w:tcPr>
                <w:tcW w:w="1684" w:type="pct"/>
              </w:tcPr>
              <w:p w14:paraId="40C1A955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6089E730" w14:textId="524A1CB1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54451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2576F6F4" w14:textId="0E06202E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58005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-1769081260"/>
            <w:placeholder>
              <w:docPart w:val="5A79806F9A174B678A3E9D3B4FAE967A"/>
            </w:placeholder>
            <w:showingPlcHdr/>
          </w:sdtPr>
          <w:sdtContent>
            <w:tc>
              <w:tcPr>
                <w:tcW w:w="590" w:type="pct"/>
              </w:tcPr>
              <w:p w14:paraId="5FECB24D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19BA3C6B" w14:textId="77777777" w:rsidTr="00496A0D">
        <w:sdt>
          <w:sdtPr>
            <w:rPr>
              <w:lang w:val="en-GB"/>
            </w:rPr>
            <w:id w:val="1604371152"/>
            <w:placeholder>
              <w:docPart w:val="6C79B92521E04D4DB707C91847F4A0DE"/>
            </w:placeholder>
            <w:showingPlcHdr/>
          </w:sdtPr>
          <w:sdtContent>
            <w:tc>
              <w:tcPr>
                <w:tcW w:w="992" w:type="pct"/>
              </w:tcPr>
              <w:p w14:paraId="701B54CF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5" w:type="pct"/>
          </w:tcPr>
          <w:p w14:paraId="639181FB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36727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603472E4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0370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57288691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9041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859890389"/>
            <w:placeholder>
              <w:docPart w:val="A8195B6A4B604F9F9F3F6E4ABEEF3D9E"/>
            </w:placeholder>
            <w:showingPlcHdr/>
          </w:sdtPr>
          <w:sdtContent>
            <w:tc>
              <w:tcPr>
                <w:tcW w:w="1684" w:type="pct"/>
              </w:tcPr>
              <w:p w14:paraId="48BF5E8A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39" w:type="pct"/>
          </w:tcPr>
          <w:p w14:paraId="43099D5A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7623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7775ED9F" w14:textId="62E6527F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2242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789789805"/>
            <w:placeholder>
              <w:docPart w:val="8B17D4EDB68A40119164C62FB74818A7"/>
            </w:placeholder>
            <w:showingPlcHdr/>
          </w:sdtPr>
          <w:sdtContent>
            <w:tc>
              <w:tcPr>
                <w:tcW w:w="590" w:type="pct"/>
              </w:tcPr>
              <w:p w14:paraId="0229D418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699804828"/>
          <w15:repeatingSection/>
        </w:sdtPr>
        <w:sdtContent>
          <w:sdt>
            <w:sdtPr>
              <w:rPr>
                <w:lang w:val="en-GB"/>
              </w:rPr>
              <w:id w:val="488825197"/>
              <w:placeholder>
                <w:docPart w:val="27FD4B0434914D44B3C541ECB23CEE38"/>
              </w:placeholder>
              <w15:repeatingSectionItem/>
            </w:sdtPr>
            <w:sdtContent>
              <w:tr w:rsidR="00C71FAB" w14:paraId="2F7799D3" w14:textId="77777777" w:rsidTr="00496A0D">
                <w:sdt>
                  <w:sdtPr>
                    <w:rPr>
                      <w:lang w:val="en-GB"/>
                    </w:rPr>
                    <w:id w:val="1891920387"/>
                    <w:placeholder>
                      <w:docPart w:val="0E1E1B3702914429889E10C234E231EC"/>
                    </w:placeholder>
                    <w:showingPlcHdr/>
                  </w:sdtPr>
                  <w:sdtContent>
                    <w:tc>
                      <w:tcPr>
                        <w:tcW w:w="992" w:type="pct"/>
                      </w:tcPr>
                      <w:p w14:paraId="18AC81FC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95" w:type="pct"/>
                  </w:tcPr>
                  <w:p w14:paraId="2D035200" w14:textId="77777777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5557348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Local </w:t>
                    </w:r>
                  </w:p>
                  <w:p w14:paraId="736D9F57" w14:textId="77777777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889641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National </w:t>
                    </w:r>
                  </w:p>
                  <w:p w14:paraId="4F86C889" w14:textId="77777777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5974096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531652054"/>
                    <w:placeholder>
                      <w:docPart w:val="0882FD1D5A994484B44450831EFC82FE"/>
                    </w:placeholder>
                    <w:showingPlcHdr/>
                  </w:sdtPr>
                  <w:sdtContent>
                    <w:tc>
                      <w:tcPr>
                        <w:tcW w:w="1684" w:type="pct"/>
                      </w:tcPr>
                      <w:p w14:paraId="00C81A66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739" w:type="pct"/>
                  </w:tcPr>
                  <w:p w14:paraId="280411C0" w14:textId="77777777" w:rsidR="00C71FAB" w:rsidRDefault="00000000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5904360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1</w:t>
                    </w:r>
                    <w:r w:rsidR="00C71FAB" w:rsidRPr="00C71FAB">
                      <w:rPr>
                        <w:vertAlign w:val="superscript"/>
                        <w:lang w:val="en-GB"/>
                      </w:rPr>
                      <w:t>st</w:t>
                    </w:r>
                    <w:r w:rsidR="00C71FAB">
                      <w:rPr>
                        <w:lang w:val="en-GB"/>
                      </w:rPr>
                      <w:t xml:space="preserve"> author</w:t>
                    </w:r>
                  </w:p>
                  <w:p w14:paraId="56FCEBDE" w14:textId="3F29C206" w:rsidR="00C71FAB" w:rsidRDefault="00000000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9108999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1732571266"/>
                    <w:placeholder>
                      <w:docPart w:val="BE554C0493374CB7ACF78F506E5A887A"/>
                    </w:placeholder>
                    <w:showingPlcHdr/>
                  </w:sdtPr>
                  <w:sdtContent>
                    <w:tc>
                      <w:tcPr>
                        <w:tcW w:w="590" w:type="pct"/>
                      </w:tcPr>
                      <w:p w14:paraId="3FF18492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9F41597" w14:textId="77777777" w:rsidR="00C71FAB" w:rsidRDefault="00C71FAB"/>
    <w:p w14:paraId="547CAE86" w14:textId="77777777" w:rsidR="00C71FAB" w:rsidRPr="00C71FAB" w:rsidRDefault="00C71FAB" w:rsidP="00C71FAB">
      <w:pPr>
        <w:pStyle w:val="Heading1"/>
      </w:pPr>
      <w:r w:rsidRPr="00C71FAB">
        <w:t>Dermatology courses attended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C71FAB" w:rsidRPr="00C71FAB" w14:paraId="6F21CCD2" w14:textId="77777777" w:rsidTr="00B24AF3">
        <w:tc>
          <w:tcPr>
            <w:tcW w:w="5382" w:type="dxa"/>
            <w:vAlign w:val="center"/>
          </w:tcPr>
          <w:p w14:paraId="6A25C6B8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Name of course</w:t>
            </w:r>
          </w:p>
        </w:tc>
        <w:tc>
          <w:tcPr>
            <w:tcW w:w="3634" w:type="dxa"/>
            <w:vAlign w:val="center"/>
          </w:tcPr>
          <w:p w14:paraId="46456433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Year attended</w:t>
            </w:r>
          </w:p>
        </w:tc>
      </w:tr>
      <w:tr w:rsidR="00C71FAB" w14:paraId="459A9882" w14:textId="77777777" w:rsidTr="00B24AF3">
        <w:sdt>
          <w:sdtPr>
            <w:rPr>
              <w:lang w:val="en-GB"/>
            </w:rPr>
            <w:id w:val="-168483223"/>
            <w:placeholder>
              <w:docPart w:val="D6581EDF975B474BB7E0082AD169DE5E"/>
            </w:placeholder>
            <w:showingPlcHdr/>
          </w:sdtPr>
          <w:sdtContent>
            <w:tc>
              <w:tcPr>
                <w:tcW w:w="5382" w:type="dxa"/>
              </w:tcPr>
              <w:p w14:paraId="7EBB7B63" w14:textId="6E259BD5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34785605"/>
            <w:placeholder>
              <w:docPart w:val="1DA2BBF5EFD64FD8AB9F079FE913ABEC"/>
            </w:placeholder>
            <w:showingPlcHdr/>
          </w:sdtPr>
          <w:sdtContent>
            <w:tc>
              <w:tcPr>
                <w:tcW w:w="3634" w:type="dxa"/>
              </w:tcPr>
              <w:p w14:paraId="797982C4" w14:textId="45E74E40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214110081"/>
          <w15:repeatingSection/>
        </w:sdtPr>
        <w:sdtContent>
          <w:sdt>
            <w:sdtPr>
              <w:rPr>
                <w:lang w:val="en-GB"/>
              </w:rPr>
              <w:id w:val="-52070456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C71FAB" w14:paraId="11762218" w14:textId="77777777" w:rsidTr="00B24AF3">
                <w:sdt>
                  <w:sdtPr>
                    <w:rPr>
                      <w:lang w:val="en-GB"/>
                    </w:rPr>
                    <w:id w:val="-1335528487"/>
                    <w:placeholder>
                      <w:docPart w:val="6F84B4DD9D0740AF8F53BBD47E128C56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56D97E14" w14:textId="740D8835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7489146"/>
                    <w:placeholder>
                      <w:docPart w:val="6BCB5E31B3B6401FB55F6922B021F248"/>
                    </w:placeholder>
                    <w:showingPlcHdr/>
                  </w:sdtPr>
                  <w:sdtContent>
                    <w:tc>
                      <w:tcPr>
                        <w:tcW w:w="3634" w:type="dxa"/>
                      </w:tcPr>
                      <w:p w14:paraId="70C6B0B6" w14:textId="30EBA922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342522762"/>
              <w:placeholder>
                <w:docPart w:val="5FFBF32E9D904B75AC9544B06A6DDF50"/>
              </w:placeholder>
              <w15:repeatingSectionItem/>
            </w:sdtPr>
            <w:sdtContent>
              <w:tr w:rsidR="00DD483C" w14:paraId="14E6411A" w14:textId="77777777" w:rsidTr="00B24AF3">
                <w:sdt>
                  <w:sdtPr>
                    <w:rPr>
                      <w:lang w:val="en-GB"/>
                    </w:rPr>
                    <w:id w:val="-1115439181"/>
                    <w:placeholder>
                      <w:docPart w:val="26FAE8DBF7C54DA8A02FDBE7FB71DEBE"/>
                    </w:placeholder>
                    <w:showingPlcHdr/>
                  </w:sdtPr>
                  <w:sdtContent>
                    <w:tc>
                      <w:tcPr>
                        <w:tcW w:w="5382" w:type="dxa"/>
                      </w:tcPr>
                      <w:p w14:paraId="14BE179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73671405"/>
                    <w:placeholder>
                      <w:docPart w:val="F6483CFD1CBB41BCA09701F4087F7FCF"/>
                    </w:placeholder>
                    <w:showingPlcHdr/>
                  </w:sdtPr>
                  <w:sdtContent>
                    <w:tc>
                      <w:tcPr>
                        <w:tcW w:w="3634" w:type="dxa"/>
                      </w:tcPr>
                      <w:p w14:paraId="5B9C43EA" w14:textId="657D427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617758804"/>
              <w:placeholder>
                <w:docPart w:val="7E39F2AEB4554F11BEC234FA3E93221A"/>
              </w:placeholder>
              <w15:repeatingSectionItem/>
            </w:sdtPr>
            <w:sdtContent>
              <w:tr w:rsidR="00DD483C" w14:paraId="33A2A3C0" w14:textId="77777777" w:rsidTr="00B24AF3">
                <w:sdt>
                  <w:sdtPr>
                    <w:rPr>
                      <w:lang w:val="en-GB"/>
                    </w:rPr>
                    <w:id w:val="-1670327347"/>
                    <w:placeholder>
                      <w:docPart w:val="901384F49CF24746B451BA57C416831D"/>
                    </w:placeholder>
                    <w:showingPlcHdr/>
                  </w:sdtPr>
                  <w:sdtContent>
                    <w:tc>
                      <w:tcPr>
                        <w:tcW w:w="5382" w:type="dxa"/>
                      </w:tcPr>
                      <w:p w14:paraId="0806E5F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610748791"/>
                    <w:placeholder>
                      <w:docPart w:val="FAA3B5B17CF14564B36F024F831A2F8C"/>
                    </w:placeholder>
                    <w:showingPlcHdr/>
                  </w:sdtPr>
                  <w:sdtContent>
                    <w:tc>
                      <w:tcPr>
                        <w:tcW w:w="3634" w:type="dxa"/>
                      </w:tcPr>
                      <w:p w14:paraId="0BB180B0" w14:textId="17D57C48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C437F6F" w14:textId="77777777" w:rsidR="00C71FAB" w:rsidRDefault="00C71FAB"/>
    <w:p w14:paraId="62D65574" w14:textId="77777777" w:rsidR="00C71FAB" w:rsidRPr="00C71FAB" w:rsidRDefault="00C71FAB" w:rsidP="00C71FAB">
      <w:pPr>
        <w:pStyle w:val="Heading1"/>
      </w:pPr>
      <w:r w:rsidRPr="00C71FAB">
        <w:t>Membership of dermatological societies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C71FAB" w:rsidRPr="00C71FAB" w14:paraId="0B06011F" w14:textId="77777777" w:rsidTr="00B24AF3">
        <w:tc>
          <w:tcPr>
            <w:tcW w:w="5382" w:type="dxa"/>
            <w:vAlign w:val="center"/>
          </w:tcPr>
          <w:p w14:paraId="6E721A3B" w14:textId="1555A6E9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 xml:space="preserve">Name of </w:t>
            </w:r>
            <w:r>
              <w:rPr>
                <w:b/>
                <w:bCs/>
                <w:lang w:val="en-GB"/>
              </w:rPr>
              <w:t>society</w:t>
            </w:r>
          </w:p>
        </w:tc>
        <w:tc>
          <w:tcPr>
            <w:tcW w:w="3634" w:type="dxa"/>
            <w:vAlign w:val="center"/>
          </w:tcPr>
          <w:p w14:paraId="2A654B49" w14:textId="6A321466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 xml:space="preserve">Year </w:t>
            </w:r>
            <w:r>
              <w:rPr>
                <w:b/>
                <w:bCs/>
                <w:lang w:val="en-GB"/>
              </w:rPr>
              <w:t>joined</w:t>
            </w:r>
          </w:p>
        </w:tc>
      </w:tr>
      <w:tr w:rsidR="00C71FAB" w14:paraId="60A4D418" w14:textId="77777777" w:rsidTr="00B24AF3">
        <w:sdt>
          <w:sdtPr>
            <w:rPr>
              <w:lang w:val="en-GB"/>
            </w:rPr>
            <w:id w:val="-171028164"/>
            <w:placeholder>
              <w:docPart w:val="16B95228750948859B273991A8447024"/>
            </w:placeholder>
            <w:showingPlcHdr/>
          </w:sdtPr>
          <w:sdtContent>
            <w:tc>
              <w:tcPr>
                <w:tcW w:w="5382" w:type="dxa"/>
              </w:tcPr>
              <w:p w14:paraId="0065AE53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39222926"/>
            <w:placeholder>
              <w:docPart w:val="16B95228750948859B273991A8447024"/>
            </w:placeholder>
            <w:showingPlcHdr/>
          </w:sdtPr>
          <w:sdtContent>
            <w:tc>
              <w:tcPr>
                <w:tcW w:w="3634" w:type="dxa"/>
              </w:tcPr>
              <w:p w14:paraId="57DD5222" w14:textId="6E54E5CA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683880480"/>
          <w15:repeatingSection/>
        </w:sdtPr>
        <w:sdtContent>
          <w:sdt>
            <w:sdtPr>
              <w:rPr>
                <w:lang w:val="en-GB"/>
              </w:rPr>
              <w:id w:val="-1206168776"/>
              <w:placeholder>
                <w:docPart w:val="14FEE8BB9D5B45B3861608D239F05C0F"/>
              </w:placeholder>
              <w15:repeatingSectionItem/>
            </w:sdtPr>
            <w:sdtEndPr/>
            <w:sdtContent>
              <w:tr w:rsidR="00C71FAB" w14:paraId="25B58C40" w14:textId="77777777" w:rsidTr="00B24AF3">
                <w:sdt>
                  <w:sdtPr>
                    <w:rPr>
                      <w:lang w:val="en-GB"/>
                    </w:rPr>
                    <w:id w:val="-236556215"/>
                    <w:placeholder>
                      <w:docPart w:val="16B95228750948859B273991A8447024"/>
                    </w:placeholder>
                    <w:showingPlcHdr/>
                  </w:sdtPr>
                  <w:sdtEndPr/>
                  <w:sdtContent>
                    <w:tc>
                      <w:tcPr>
                        <w:tcW w:w="5382" w:type="dxa"/>
                      </w:tcPr>
                      <w:p w14:paraId="2E697A9B" w14:textId="5FFAFB08" w:rsidR="00C71FA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3343773"/>
                    <w:placeholder>
                      <w:docPart w:val="16B95228750948859B273991A8447024"/>
                    </w:placeholder>
                    <w:showingPlcHdr/>
                  </w:sdtPr>
                  <w:sdtContent>
                    <w:tc>
                      <w:tcPr>
                        <w:tcW w:w="3634" w:type="dxa"/>
                      </w:tcPr>
                      <w:p w14:paraId="1F9156A4" w14:textId="60413985" w:rsidR="00C71FA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2068870240"/>
              <w:placeholder>
                <w:docPart w:val="1F17F1DC540A4518A844AC746D8585F4"/>
              </w:placeholder>
              <w15:repeatingSectionItem/>
            </w:sdtPr>
            <w:sdtContent>
              <w:tr w:rsidR="00DD483C" w14:paraId="4ED0C31E" w14:textId="77777777" w:rsidTr="00B24AF3">
                <w:sdt>
                  <w:sdtPr>
                    <w:rPr>
                      <w:lang w:val="en-GB"/>
                    </w:rPr>
                    <w:id w:val="-588228313"/>
                    <w:placeholder>
                      <w:docPart w:val="6FBA12F07A5D41B894BCB2B6B6311932"/>
                    </w:placeholder>
                    <w:showingPlcHdr/>
                  </w:sdtPr>
                  <w:sdtContent>
                    <w:tc>
                      <w:tcPr>
                        <w:tcW w:w="5382" w:type="dxa"/>
                      </w:tcPr>
                      <w:p w14:paraId="06F3760B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21722212"/>
                    <w:placeholder>
                      <w:docPart w:val="6FBA12F07A5D41B894BCB2B6B6311932"/>
                    </w:placeholder>
                    <w:showingPlcHdr/>
                  </w:sdtPr>
                  <w:sdtContent>
                    <w:tc>
                      <w:tcPr>
                        <w:tcW w:w="3634" w:type="dxa"/>
                      </w:tcPr>
                      <w:p w14:paraId="45043E24" w14:textId="58C9A31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7BB42AC1" w14:textId="77777777" w:rsidR="00C71FAB" w:rsidRDefault="00C71FAB"/>
    <w:p w14:paraId="0C92A598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80A1E26" w14:textId="145B45D5" w:rsidR="00C71FAB" w:rsidRPr="00C71FAB" w:rsidRDefault="00C71FAB" w:rsidP="00C71FAB">
      <w:pPr>
        <w:pStyle w:val="Heading1"/>
      </w:pPr>
      <w:r w:rsidRPr="00C71FAB">
        <w:lastRenderedPageBreak/>
        <w:t>Dermatological Publications</w:t>
      </w:r>
    </w:p>
    <w:p w14:paraId="21AD6E5B" w14:textId="77777777" w:rsidR="00C71FAB" w:rsidRDefault="00C71FAB" w:rsidP="00C71FAB">
      <w:pPr>
        <w:pStyle w:val="Heading2"/>
      </w:pPr>
      <w:r w:rsidRPr="528D7560">
        <w:t>1st Author: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2013D262" w14:textId="77777777" w:rsidTr="00C71FAB">
        <w:tc>
          <w:tcPr>
            <w:tcW w:w="1555" w:type="dxa"/>
            <w:vAlign w:val="center"/>
          </w:tcPr>
          <w:p w14:paraId="156F5C92" w14:textId="3D976401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6C3F19C3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4BCC4E0B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77DACDBD" w14:textId="77777777" w:rsidR="00C71FAB" w:rsidRPr="00C71FAB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6E9E6833" w14:textId="77777777" w:rsidTr="00C71FAB">
        <w:sdt>
          <w:sdtPr>
            <w:rPr>
              <w:lang w:val="en-GB"/>
            </w:rPr>
            <w:id w:val="-976301616"/>
            <w:placeholder>
              <w:docPart w:val="10F1EE434F5A44E181E593E7752F56DD"/>
            </w:placeholder>
            <w:showingPlcHdr/>
          </w:sdtPr>
          <w:sdtContent>
            <w:tc>
              <w:tcPr>
                <w:tcW w:w="1555" w:type="dxa"/>
              </w:tcPr>
              <w:p w14:paraId="337AC3DB" w14:textId="421FD7C2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14941127"/>
            <w:placeholder>
              <w:docPart w:val="B40C584BB7E545F2879BA9633C74D256"/>
            </w:placeholder>
            <w:showingPlcHdr/>
          </w:sdtPr>
          <w:sdtContent>
            <w:tc>
              <w:tcPr>
                <w:tcW w:w="1701" w:type="dxa"/>
              </w:tcPr>
              <w:p w14:paraId="07B882A0" w14:textId="6CFC8C53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47882667"/>
            <w:placeholder>
              <w:docPart w:val="B7E38A93B8E5445D9BEE8158E2F84542"/>
            </w:placeholder>
            <w:showingPlcHdr/>
          </w:sdtPr>
          <w:sdtContent>
            <w:tc>
              <w:tcPr>
                <w:tcW w:w="3685" w:type="dxa"/>
              </w:tcPr>
              <w:p w14:paraId="4C77F457" w14:textId="3A48BE72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125613126"/>
            <w:placeholder>
              <w:docPart w:val="0295984F86F44A4D99FC09EE4C51D246"/>
            </w:placeholder>
            <w:showingPlcHdr/>
          </w:sdtPr>
          <w:sdtContent>
            <w:tc>
              <w:tcPr>
                <w:tcW w:w="2126" w:type="dxa"/>
              </w:tcPr>
              <w:p w14:paraId="30E57AA2" w14:textId="6912C831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7640285E" w14:textId="77777777" w:rsidTr="00C71FAB">
        <w:sdt>
          <w:sdtPr>
            <w:rPr>
              <w:lang w:val="en-GB"/>
            </w:rPr>
            <w:id w:val="325718970"/>
            <w:placeholder>
              <w:docPart w:val="8F450B719FE3485F8827E3FE0B57CF7B"/>
            </w:placeholder>
            <w:showingPlcHdr/>
          </w:sdtPr>
          <w:sdtContent>
            <w:tc>
              <w:tcPr>
                <w:tcW w:w="1555" w:type="dxa"/>
              </w:tcPr>
              <w:p w14:paraId="4E105414" w14:textId="12D9A160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631675603"/>
            <w:placeholder>
              <w:docPart w:val="7DDD901793894AB394970CAF054766F7"/>
            </w:placeholder>
            <w:showingPlcHdr/>
          </w:sdtPr>
          <w:sdtContent>
            <w:tc>
              <w:tcPr>
                <w:tcW w:w="1701" w:type="dxa"/>
              </w:tcPr>
              <w:p w14:paraId="63765E4D" w14:textId="48BEB304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374078542"/>
            <w:placeholder>
              <w:docPart w:val="E704E279F493452781E2A8CEEC24B5BB"/>
            </w:placeholder>
            <w:showingPlcHdr/>
          </w:sdtPr>
          <w:sdtContent>
            <w:tc>
              <w:tcPr>
                <w:tcW w:w="3685" w:type="dxa"/>
              </w:tcPr>
              <w:p w14:paraId="4F0CA469" w14:textId="15962D1A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4769206"/>
            <w:placeholder>
              <w:docPart w:val="04DDA817443C4FD5A8D3A9ED71F76113"/>
            </w:placeholder>
            <w:showingPlcHdr/>
          </w:sdtPr>
          <w:sdtContent>
            <w:tc>
              <w:tcPr>
                <w:tcW w:w="2126" w:type="dxa"/>
              </w:tcPr>
              <w:p w14:paraId="330C3453" w14:textId="1BF1D241" w:rsidR="00C71FAB" w:rsidRDefault="00C71FAB" w:rsidP="00C71FA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05030705"/>
          <w15:repeatingSection/>
        </w:sdtPr>
        <w:sdtContent>
          <w:sdt>
            <w:sdtPr>
              <w:rPr>
                <w:lang w:val="en-GB"/>
              </w:rPr>
              <w:id w:val="-1180737444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C71FAB" w14:paraId="0687C760" w14:textId="77777777" w:rsidTr="00C71FAB">
                <w:sdt>
                  <w:sdtPr>
                    <w:rPr>
                      <w:lang w:val="en-GB"/>
                    </w:rPr>
                    <w:id w:val="-971905640"/>
                    <w:placeholder>
                      <w:docPart w:val="0DB7386910054A43A9EDAECFBD75876A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1659A4A6" w14:textId="2CC33970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24533775"/>
                    <w:placeholder>
                      <w:docPart w:val="21F136CA1CC045C798AC5BA59B6D2BD4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080E2995" w14:textId="4DBC14E5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336914150"/>
                    <w:placeholder>
                      <w:docPart w:val="4D852D34F8924C6ABD9A772F9C080873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225DF23A" w14:textId="718BAE2C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5153704"/>
                    <w:placeholder>
                      <w:docPart w:val="201355B7C5634028946BD6AB7E6043F7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09225E49" w14:textId="3922FDF9" w:rsidR="00C71FAB" w:rsidRDefault="00C71FAB" w:rsidP="00C71FAB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52882793"/>
              <w:placeholder>
                <w:docPart w:val="E55EC93F111D4FB186A3192CEFEF02EC"/>
              </w:placeholder>
              <w15:repeatingSectionItem/>
            </w:sdtPr>
            <w:sdtContent>
              <w:tr w:rsidR="00DD483C" w14:paraId="5DD6090F" w14:textId="77777777" w:rsidTr="00C71FAB">
                <w:sdt>
                  <w:sdtPr>
                    <w:rPr>
                      <w:lang w:val="en-GB"/>
                    </w:rPr>
                    <w:id w:val="1087580231"/>
                    <w:placeholder>
                      <w:docPart w:val="BE7C403652B14722A96332BCDEBE92AB"/>
                    </w:placeholder>
                    <w:showingPlcHdr/>
                  </w:sdtPr>
                  <w:sdtContent>
                    <w:tc>
                      <w:tcPr>
                        <w:tcW w:w="1555" w:type="dxa"/>
                      </w:tcPr>
                      <w:p w14:paraId="4C8739E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80977648"/>
                    <w:placeholder>
                      <w:docPart w:val="B8F35BABCCA445B4BDAA6DE29C247095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7AC41C0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2055377"/>
                    <w:placeholder>
                      <w:docPart w:val="FDC2993B70954D40A6013B3915494301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5073B6E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412095258"/>
                    <w:placeholder>
                      <w:docPart w:val="5E9F7A3413814E77A4AAAF6B4CA02D5B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023C4956" w14:textId="62D1FC2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0883EC3A" w14:textId="77777777" w:rsidR="00C71FAB" w:rsidRDefault="00C71FAB"/>
    <w:p w14:paraId="766B678F" w14:textId="77777777" w:rsidR="00C71FAB" w:rsidRDefault="00C71FAB" w:rsidP="00C71FAB">
      <w:pPr>
        <w:pStyle w:val="Heading2"/>
      </w:pPr>
      <w:r w:rsidRPr="528D7560">
        <w:t>Joint author: (not first)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356D7313" w14:textId="77777777" w:rsidTr="00496A0D">
        <w:tc>
          <w:tcPr>
            <w:tcW w:w="1555" w:type="dxa"/>
            <w:vAlign w:val="center"/>
          </w:tcPr>
          <w:p w14:paraId="53EECAC3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0AE58C5C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23466005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5DDE54F0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17F59DF8" w14:textId="77777777" w:rsidTr="00496A0D">
        <w:sdt>
          <w:sdtPr>
            <w:rPr>
              <w:lang w:val="en-GB"/>
            </w:rPr>
            <w:id w:val="-608349060"/>
            <w:placeholder>
              <w:docPart w:val="CB682F3159C7437FBED2ADF24281A56B"/>
            </w:placeholder>
            <w:showingPlcHdr/>
          </w:sdtPr>
          <w:sdtContent>
            <w:tc>
              <w:tcPr>
                <w:tcW w:w="1555" w:type="dxa"/>
              </w:tcPr>
              <w:p w14:paraId="42E46B5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24404342"/>
            <w:placeholder>
              <w:docPart w:val="CB682F3159C7437FBED2ADF24281A56B"/>
            </w:placeholder>
            <w:showingPlcHdr/>
          </w:sdtPr>
          <w:sdtContent>
            <w:tc>
              <w:tcPr>
                <w:tcW w:w="1701" w:type="dxa"/>
              </w:tcPr>
              <w:p w14:paraId="4FF75886" w14:textId="4F5B2D3C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30383417"/>
            <w:placeholder>
              <w:docPart w:val="CB682F3159C7437FBED2ADF24281A56B"/>
            </w:placeholder>
            <w:showingPlcHdr/>
          </w:sdtPr>
          <w:sdtContent>
            <w:tc>
              <w:tcPr>
                <w:tcW w:w="3685" w:type="dxa"/>
              </w:tcPr>
              <w:p w14:paraId="5F0BFE0B" w14:textId="068326BF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14574345"/>
            <w:placeholder>
              <w:docPart w:val="CB682F3159C7437FBED2ADF24281A56B"/>
            </w:placeholder>
            <w:showingPlcHdr/>
          </w:sdtPr>
          <w:sdtContent>
            <w:tc>
              <w:tcPr>
                <w:tcW w:w="2126" w:type="dxa"/>
              </w:tcPr>
              <w:p w14:paraId="6A1DE561" w14:textId="45233D74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72C73B2B" w14:textId="77777777" w:rsidTr="00496A0D">
        <w:sdt>
          <w:sdtPr>
            <w:rPr>
              <w:lang w:val="en-GB"/>
            </w:rPr>
            <w:id w:val="2032064829"/>
            <w:placeholder>
              <w:docPart w:val="A05484B11E7448A2B18ED6F97E1B6532"/>
            </w:placeholder>
            <w:showingPlcHdr/>
          </w:sdtPr>
          <w:sdtContent>
            <w:tc>
              <w:tcPr>
                <w:tcW w:w="1555" w:type="dxa"/>
              </w:tcPr>
              <w:p w14:paraId="44BA03DE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96753205"/>
            <w:placeholder>
              <w:docPart w:val="BA46E1AB5C6E4F7D838FC83E170DA7C7"/>
            </w:placeholder>
            <w:showingPlcHdr/>
          </w:sdtPr>
          <w:sdtContent>
            <w:tc>
              <w:tcPr>
                <w:tcW w:w="1701" w:type="dxa"/>
              </w:tcPr>
              <w:p w14:paraId="2F332E25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2625209"/>
            <w:placeholder>
              <w:docPart w:val="3D5F40D85F7F4CD4B447AC2B146DB076"/>
            </w:placeholder>
            <w:showingPlcHdr/>
          </w:sdtPr>
          <w:sdtContent>
            <w:tc>
              <w:tcPr>
                <w:tcW w:w="3685" w:type="dxa"/>
              </w:tcPr>
              <w:p w14:paraId="597E1AC1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389533650"/>
            <w:placeholder>
              <w:docPart w:val="BA310A9C7A014DDF9E049241AD1E19AA"/>
            </w:placeholder>
            <w:showingPlcHdr/>
          </w:sdtPr>
          <w:sdtContent>
            <w:tc>
              <w:tcPr>
                <w:tcW w:w="2126" w:type="dxa"/>
              </w:tcPr>
              <w:p w14:paraId="55D54BB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2135929923"/>
          <w15:repeatingSection/>
        </w:sdtPr>
        <w:sdtContent>
          <w:sdt>
            <w:sdtPr>
              <w:rPr>
                <w:lang w:val="en-GB"/>
              </w:rPr>
              <w:id w:val="-466514046"/>
              <w:placeholder>
                <w:docPart w:val="ED14A24F39E54F8FBEBA54292DE77560"/>
              </w:placeholder>
              <w15:repeatingSectionItem/>
            </w:sdtPr>
            <w:sdtEndPr/>
            <w:sdtContent>
              <w:tr w:rsidR="00C71FAB" w14:paraId="3D92380E" w14:textId="77777777" w:rsidTr="00496A0D">
                <w:sdt>
                  <w:sdtPr>
                    <w:rPr>
                      <w:lang w:val="en-GB"/>
                    </w:rPr>
                    <w:id w:val="-810861988"/>
                    <w:placeholder>
                      <w:docPart w:val="308FBDA9B45C4701B0C05AEF8ED75BC3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6035D296" w14:textId="7EB180D2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999998483"/>
                    <w:placeholder>
                      <w:docPart w:val="199C243DDFDA4F028527A9A4A4F18649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0BDCA8F9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644155852"/>
                    <w:placeholder>
                      <w:docPart w:val="B0E7472F03B24077B2AB75F3055E3A74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2B4B2230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601176525"/>
                    <w:placeholder>
                      <w:docPart w:val="408BEA7FF9FA4940A3E1A1AB60493DAF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7C6B5B15" w14:textId="118F7FE4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262657265"/>
              <w:placeholder>
                <w:docPart w:val="61170E0537A4408893387EBFFFAF8BAD"/>
              </w:placeholder>
              <w15:repeatingSectionItem/>
            </w:sdtPr>
            <w:sdtContent>
              <w:tr w:rsidR="00DD483C" w14:paraId="09D9BD49" w14:textId="77777777" w:rsidTr="00496A0D">
                <w:sdt>
                  <w:sdtPr>
                    <w:rPr>
                      <w:lang w:val="en-GB"/>
                    </w:rPr>
                    <w:id w:val="-2004120160"/>
                    <w:placeholder>
                      <w:docPart w:val="5A149166FDF04F268230B9FFEB99B92F"/>
                    </w:placeholder>
                    <w:showingPlcHdr/>
                  </w:sdtPr>
                  <w:sdtContent>
                    <w:tc>
                      <w:tcPr>
                        <w:tcW w:w="1555" w:type="dxa"/>
                      </w:tcPr>
                      <w:p w14:paraId="22F7940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916696546"/>
                    <w:placeholder>
                      <w:docPart w:val="5A420BBD1E624A859916DA8D1D8302BC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0EF6688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02486604"/>
                    <w:placeholder>
                      <w:docPart w:val="24F732B9168F4D3BB882CEA6720903FC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1E1494F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558229807"/>
                    <w:placeholder>
                      <w:docPart w:val="D26BDF15CA6A491C95AEBCAE06201611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16A317EE" w14:textId="3581108D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2050495563"/>
              <w:placeholder>
                <w:docPart w:val="98731C3767E745D3955BEFFA8AC19D28"/>
              </w:placeholder>
              <w15:repeatingSectionItem/>
            </w:sdtPr>
            <w:sdtContent>
              <w:tr w:rsidR="00DD483C" w14:paraId="0B3BED0B" w14:textId="77777777" w:rsidTr="00496A0D">
                <w:sdt>
                  <w:sdtPr>
                    <w:rPr>
                      <w:lang w:val="en-GB"/>
                    </w:rPr>
                    <w:id w:val="-1029185400"/>
                    <w:placeholder>
                      <w:docPart w:val="EE4E2672458545188DDDA7BF64927F2B"/>
                    </w:placeholder>
                    <w:showingPlcHdr/>
                  </w:sdtPr>
                  <w:sdtContent>
                    <w:tc>
                      <w:tcPr>
                        <w:tcW w:w="1555" w:type="dxa"/>
                      </w:tcPr>
                      <w:p w14:paraId="1EEA59C3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026378867"/>
                    <w:placeholder>
                      <w:docPart w:val="2B883F15FACA48969B24455892AF21AF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1F82484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66947328"/>
                    <w:placeholder>
                      <w:docPart w:val="8CF9BA4B61E84C1D905D7818EEA5A101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641BE61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480576"/>
                    <w:placeholder>
                      <w:docPart w:val="840463F28D9F417B91987D42E6CBAB42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1D561A4E" w14:textId="3BBDE2C5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EAD4E53" w14:textId="77777777" w:rsidR="00C71FAB" w:rsidRDefault="00C71FAB"/>
    <w:p w14:paraId="0C93DD59" w14:textId="77777777" w:rsidR="00C71FAB" w:rsidRDefault="00C71FAB" w:rsidP="00C71FAB">
      <w:pPr>
        <w:pStyle w:val="Heading2"/>
      </w:pPr>
      <w:r w:rsidRPr="528D7560">
        <w:t xml:space="preserve">Case reports – 1st Author only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5"/>
        <w:gridCol w:w="1701"/>
        <w:gridCol w:w="3685"/>
        <w:gridCol w:w="2126"/>
      </w:tblGrid>
      <w:tr w:rsidR="00C71FAB" w14:paraId="4CE0692E" w14:textId="77777777" w:rsidTr="00496A0D">
        <w:tc>
          <w:tcPr>
            <w:tcW w:w="1555" w:type="dxa"/>
            <w:vAlign w:val="center"/>
          </w:tcPr>
          <w:p w14:paraId="54B76281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1701" w:type="dxa"/>
            <w:vAlign w:val="center"/>
          </w:tcPr>
          <w:p w14:paraId="1A4AD54B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3685" w:type="dxa"/>
            <w:vAlign w:val="center"/>
          </w:tcPr>
          <w:p w14:paraId="43E55D56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Title of paper</w:t>
            </w:r>
          </w:p>
        </w:tc>
        <w:tc>
          <w:tcPr>
            <w:tcW w:w="2126" w:type="dxa"/>
            <w:vAlign w:val="center"/>
          </w:tcPr>
          <w:p w14:paraId="513A83D5" w14:textId="77777777" w:rsidR="00C71FAB" w:rsidRPr="00C71FAB" w:rsidRDefault="00C71FAB" w:rsidP="00496A0D">
            <w:pPr>
              <w:jc w:val="center"/>
              <w:rPr>
                <w:b/>
                <w:bCs/>
                <w:lang w:val="en-GB"/>
              </w:rPr>
            </w:pPr>
            <w:r w:rsidRPr="00C71FAB">
              <w:rPr>
                <w:b/>
                <w:bCs/>
                <w:lang w:val="en-GB"/>
              </w:rPr>
              <w:t>Date of publication</w:t>
            </w:r>
          </w:p>
        </w:tc>
      </w:tr>
      <w:tr w:rsidR="00C71FAB" w14:paraId="1FF5ABAA" w14:textId="77777777" w:rsidTr="00496A0D">
        <w:sdt>
          <w:sdtPr>
            <w:rPr>
              <w:lang w:val="en-GB"/>
            </w:rPr>
            <w:id w:val="1980649524"/>
            <w:placeholder>
              <w:docPart w:val="38B3BFC45D7F4401B68629DA4530AF35"/>
            </w:placeholder>
            <w:showingPlcHdr/>
          </w:sdtPr>
          <w:sdtContent>
            <w:tc>
              <w:tcPr>
                <w:tcW w:w="1555" w:type="dxa"/>
              </w:tcPr>
              <w:p w14:paraId="582FEBA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843049525"/>
            <w:placeholder>
              <w:docPart w:val="38B3BFC45D7F4401B68629DA4530AF35"/>
            </w:placeholder>
            <w:showingPlcHdr/>
          </w:sdtPr>
          <w:sdtContent>
            <w:tc>
              <w:tcPr>
                <w:tcW w:w="1701" w:type="dxa"/>
              </w:tcPr>
              <w:p w14:paraId="416FDBED" w14:textId="2818EFBA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83302557"/>
            <w:placeholder>
              <w:docPart w:val="38B3BFC45D7F4401B68629DA4530AF35"/>
            </w:placeholder>
            <w:showingPlcHdr/>
          </w:sdtPr>
          <w:sdtContent>
            <w:tc>
              <w:tcPr>
                <w:tcW w:w="3685" w:type="dxa"/>
              </w:tcPr>
              <w:p w14:paraId="7B54FBC5" w14:textId="2407F725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94681804"/>
            <w:placeholder>
              <w:docPart w:val="38B3BFC45D7F4401B68629DA4530AF35"/>
            </w:placeholder>
            <w:showingPlcHdr/>
          </w:sdtPr>
          <w:sdtContent>
            <w:tc>
              <w:tcPr>
                <w:tcW w:w="2126" w:type="dxa"/>
              </w:tcPr>
              <w:p w14:paraId="064BAB42" w14:textId="0AEA7A27" w:rsidR="00C71FA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23256BDF" w14:textId="77777777" w:rsidTr="00496A0D">
        <w:sdt>
          <w:sdtPr>
            <w:rPr>
              <w:lang w:val="en-GB"/>
            </w:rPr>
            <w:id w:val="893619177"/>
            <w:placeholder>
              <w:docPart w:val="53D18B4C197645E781366B3C0E2FBAD6"/>
            </w:placeholder>
            <w:showingPlcHdr/>
          </w:sdtPr>
          <w:sdtContent>
            <w:tc>
              <w:tcPr>
                <w:tcW w:w="1555" w:type="dxa"/>
              </w:tcPr>
              <w:p w14:paraId="2EC76470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186827776"/>
            <w:placeholder>
              <w:docPart w:val="D8BF06A0471740EF9DF7F22ADCE90891"/>
            </w:placeholder>
            <w:showingPlcHdr/>
          </w:sdtPr>
          <w:sdtContent>
            <w:tc>
              <w:tcPr>
                <w:tcW w:w="1701" w:type="dxa"/>
              </w:tcPr>
              <w:p w14:paraId="3264E1B3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10987336"/>
            <w:placeholder>
              <w:docPart w:val="35AD3F7C9A1548ABB20CA7F584CA9D87"/>
            </w:placeholder>
            <w:showingPlcHdr/>
          </w:sdtPr>
          <w:sdtContent>
            <w:tc>
              <w:tcPr>
                <w:tcW w:w="3685" w:type="dxa"/>
              </w:tcPr>
              <w:p w14:paraId="63334EAA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89092421"/>
            <w:placeholder>
              <w:docPart w:val="C390AAF9BF9D42BDBC3849043CB18A06"/>
            </w:placeholder>
            <w:showingPlcHdr/>
          </w:sdtPr>
          <w:sdtContent>
            <w:tc>
              <w:tcPr>
                <w:tcW w:w="2126" w:type="dxa"/>
              </w:tcPr>
              <w:p w14:paraId="425DCA4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90525487"/>
          <w15:repeatingSection/>
        </w:sdtPr>
        <w:sdtContent>
          <w:sdt>
            <w:sdtPr>
              <w:rPr>
                <w:lang w:val="en-GB"/>
              </w:rPr>
              <w:id w:val="74942854"/>
              <w:placeholder>
                <w:docPart w:val="8385C49EDBB34783A2ECC9B96B707A6F"/>
              </w:placeholder>
              <w15:repeatingSectionItem/>
            </w:sdtPr>
            <w:sdtEndPr/>
            <w:sdtContent>
              <w:tr w:rsidR="00C71FAB" w14:paraId="68992B87" w14:textId="77777777" w:rsidTr="00496A0D">
                <w:sdt>
                  <w:sdtPr>
                    <w:rPr>
                      <w:lang w:val="en-GB"/>
                    </w:rPr>
                    <w:id w:val="777370462"/>
                    <w:placeholder>
                      <w:docPart w:val="2D403F3F55A641EA860C7E0B09500DB4"/>
                    </w:placeholder>
                    <w:showingPlcHdr/>
                  </w:sdtPr>
                  <w:sdtEndPr/>
                  <w:sdtContent>
                    <w:tc>
                      <w:tcPr>
                        <w:tcW w:w="1555" w:type="dxa"/>
                      </w:tcPr>
                      <w:p w14:paraId="6DA80354" w14:textId="0C5FF019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03690441"/>
                    <w:placeholder>
                      <w:docPart w:val="73A032C321A94FE1BCD573CBC19EBADB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6194ABFE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29588077"/>
                    <w:placeholder>
                      <w:docPart w:val="E5F2E39885F848DCB1A7376E4B8078BD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1F97207E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782145014"/>
                    <w:placeholder>
                      <w:docPart w:val="F18A9E417A70477EB41BE468D0F86994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03C646DC" w14:textId="6220802B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648679786"/>
              <w:placeholder>
                <w:docPart w:val="8920C0A52DB7438D93E06646670E624A"/>
              </w:placeholder>
              <w15:repeatingSectionItem/>
            </w:sdtPr>
            <w:sdtContent>
              <w:tr w:rsidR="00DD483C" w14:paraId="44560279" w14:textId="77777777" w:rsidTr="00496A0D">
                <w:sdt>
                  <w:sdtPr>
                    <w:rPr>
                      <w:lang w:val="en-GB"/>
                    </w:rPr>
                    <w:id w:val="1563757929"/>
                    <w:placeholder>
                      <w:docPart w:val="68B368A30B904213AFE6CE2AE1F9F2E9"/>
                    </w:placeholder>
                    <w:showingPlcHdr/>
                  </w:sdtPr>
                  <w:sdtContent>
                    <w:tc>
                      <w:tcPr>
                        <w:tcW w:w="1555" w:type="dxa"/>
                      </w:tcPr>
                      <w:p w14:paraId="2653B4A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920874776"/>
                    <w:placeholder>
                      <w:docPart w:val="0C1E35E8180A46C591543BBB1711FC9E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74467FD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658732223"/>
                    <w:placeholder>
                      <w:docPart w:val="7D2CEA99B1BB4A2FA5DE8661B50DE9D9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4FA39A7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887367746"/>
                    <w:placeholder>
                      <w:docPart w:val="BEB8F6EAF7474E90A20700F8F8F0DDE2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5269EA80" w14:textId="1FBA1256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419255359"/>
              <w:placeholder>
                <w:docPart w:val="9FD7BCDBD0FA4E4C9BDB52498F341BC4"/>
              </w:placeholder>
              <w15:repeatingSectionItem/>
            </w:sdtPr>
            <w:sdtContent>
              <w:tr w:rsidR="00DD483C" w14:paraId="3F812859" w14:textId="77777777" w:rsidTr="00496A0D">
                <w:sdt>
                  <w:sdtPr>
                    <w:rPr>
                      <w:lang w:val="en-GB"/>
                    </w:rPr>
                    <w:id w:val="1555272519"/>
                    <w:placeholder>
                      <w:docPart w:val="A14CB7F3BF7549418AC72067D9258867"/>
                    </w:placeholder>
                    <w:showingPlcHdr/>
                  </w:sdtPr>
                  <w:sdtContent>
                    <w:tc>
                      <w:tcPr>
                        <w:tcW w:w="1555" w:type="dxa"/>
                      </w:tcPr>
                      <w:p w14:paraId="62103BC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81871096"/>
                    <w:placeholder>
                      <w:docPart w:val="B097C4C0063948EC9B9B8BA6F1FFF913"/>
                    </w:placeholder>
                    <w:showingPlcHdr/>
                  </w:sdtPr>
                  <w:sdtContent>
                    <w:tc>
                      <w:tcPr>
                        <w:tcW w:w="1701" w:type="dxa"/>
                      </w:tcPr>
                      <w:p w14:paraId="23D11EC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808091441"/>
                    <w:placeholder>
                      <w:docPart w:val="1CAB76C93DEB4B5AA49124D0666CBFB4"/>
                    </w:placeholder>
                    <w:showingPlcHdr/>
                  </w:sdtPr>
                  <w:sdtContent>
                    <w:tc>
                      <w:tcPr>
                        <w:tcW w:w="3685" w:type="dxa"/>
                      </w:tcPr>
                      <w:p w14:paraId="28966C9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534972608"/>
                    <w:placeholder>
                      <w:docPart w:val="A5585E5ADF90480F9CEB405BBF0B1285"/>
                    </w:placeholder>
                    <w:showingPlcHdr/>
                  </w:sdtPr>
                  <w:sdtContent>
                    <w:tc>
                      <w:tcPr>
                        <w:tcW w:w="2126" w:type="dxa"/>
                      </w:tcPr>
                      <w:p w14:paraId="2DD0D4D1" w14:textId="76A3FE4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DD8E15D" w14:textId="77777777" w:rsidR="00C71FAB" w:rsidRDefault="00C71FAB"/>
    <w:p w14:paraId="788BA3CD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4011AFB" w14:textId="70E767F2" w:rsidR="00C71FAB" w:rsidRPr="00C71FAB" w:rsidRDefault="00C71FAB" w:rsidP="00C71FAB">
      <w:pPr>
        <w:pStyle w:val="Heading1"/>
      </w:pPr>
      <w:r w:rsidRPr="00C71FAB">
        <w:lastRenderedPageBreak/>
        <w:t xml:space="preserve">Other </w:t>
      </w:r>
      <w:proofErr w:type="spellStart"/>
      <w:r w:rsidRPr="00C71FAB">
        <w:t>specialities</w:t>
      </w:r>
      <w:proofErr w:type="spellEnd"/>
      <w:r w:rsidRPr="00C71FAB">
        <w:t xml:space="preserve"> – presentations and publications</w:t>
      </w:r>
    </w:p>
    <w:p w14:paraId="5889EAE0" w14:textId="77777777" w:rsidR="00C71FAB" w:rsidRDefault="00C71FAB" w:rsidP="00C71FAB">
      <w:pPr>
        <w:pStyle w:val="Heading2"/>
      </w:pPr>
      <w:r w:rsidRPr="528D7560">
        <w:t>Presentations in other specialties: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7"/>
        <w:gridCol w:w="1552"/>
        <w:gridCol w:w="1552"/>
        <w:gridCol w:w="2627"/>
        <w:gridCol w:w="1152"/>
        <w:gridCol w:w="920"/>
      </w:tblGrid>
      <w:tr w:rsidR="00C71FAB" w14:paraId="0884F366" w14:textId="77777777" w:rsidTr="00C71FAB">
        <w:tc>
          <w:tcPr>
            <w:tcW w:w="827" w:type="pct"/>
            <w:vAlign w:val="center"/>
          </w:tcPr>
          <w:p w14:paraId="6ED24491" w14:textId="77777777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830" w:type="pct"/>
            <w:vAlign w:val="center"/>
          </w:tcPr>
          <w:p w14:paraId="232E1824" w14:textId="4F3826BC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Specialty</w:t>
            </w:r>
          </w:p>
        </w:tc>
        <w:tc>
          <w:tcPr>
            <w:tcW w:w="830" w:type="pct"/>
            <w:vAlign w:val="center"/>
          </w:tcPr>
          <w:p w14:paraId="139D5541" w14:textId="19F6913A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Local/ National/ International</w:t>
            </w:r>
          </w:p>
        </w:tc>
        <w:tc>
          <w:tcPr>
            <w:tcW w:w="1405" w:type="pct"/>
            <w:vAlign w:val="center"/>
          </w:tcPr>
          <w:p w14:paraId="15DC6BB8" w14:textId="61CA1F28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 of presentation</w:t>
            </w:r>
            <w:r>
              <w:rPr>
                <w:b/>
                <w:bCs/>
                <w:lang w:val="en-GB"/>
              </w:rPr>
              <w:t xml:space="preserve"> or poster</w:t>
            </w:r>
          </w:p>
        </w:tc>
        <w:tc>
          <w:tcPr>
            <w:tcW w:w="616" w:type="pct"/>
            <w:vAlign w:val="center"/>
          </w:tcPr>
          <w:p w14:paraId="441D21CC" w14:textId="72839419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492" w:type="pct"/>
            <w:vAlign w:val="center"/>
          </w:tcPr>
          <w:p w14:paraId="2CA6728A" w14:textId="77777777" w:rsidR="00C71FAB" w:rsidRPr="009F0F2E" w:rsidRDefault="00C71FAB" w:rsidP="00C71FA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Year</w:t>
            </w:r>
          </w:p>
        </w:tc>
      </w:tr>
      <w:tr w:rsidR="00C71FAB" w14:paraId="4177804B" w14:textId="77777777" w:rsidTr="00C71FAB">
        <w:trPr>
          <w:trHeight w:val="219"/>
        </w:trPr>
        <w:sdt>
          <w:sdtPr>
            <w:rPr>
              <w:lang w:val="en-GB"/>
            </w:rPr>
            <w:id w:val="-948464092"/>
            <w:placeholder>
              <w:docPart w:val="ECA29882FE3845AA9803DEA553D28A05"/>
            </w:placeholder>
            <w:showingPlcHdr/>
          </w:sdtPr>
          <w:sdtContent>
            <w:tc>
              <w:tcPr>
                <w:tcW w:w="827" w:type="pct"/>
              </w:tcPr>
              <w:p w14:paraId="6F7A4CAB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0474491"/>
            <w:placeholder>
              <w:docPart w:val="EEA6BE38B9904860B12C3DC88D2EB799"/>
            </w:placeholder>
            <w:showingPlcHdr/>
          </w:sdtPr>
          <w:sdtContent>
            <w:tc>
              <w:tcPr>
                <w:tcW w:w="830" w:type="pct"/>
              </w:tcPr>
              <w:p w14:paraId="339D162D" w14:textId="3627AC61" w:rsidR="00C71FA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30" w:type="pct"/>
          </w:tcPr>
          <w:p w14:paraId="41DC3A4D" w14:textId="3A60EE2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5747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38B57151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0285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23C905FF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5555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-258913257"/>
            <w:placeholder>
              <w:docPart w:val="0A07F8CD6D494D028BD6B58BBB1EED60"/>
            </w:placeholder>
            <w:showingPlcHdr/>
          </w:sdtPr>
          <w:sdtContent>
            <w:tc>
              <w:tcPr>
                <w:tcW w:w="1405" w:type="pct"/>
              </w:tcPr>
              <w:p w14:paraId="71F7CBBE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16" w:type="pct"/>
          </w:tcPr>
          <w:p w14:paraId="69AD1F3F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7000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032DB360" w14:textId="3194A302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9274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1007331236"/>
            <w:placeholder>
              <w:docPart w:val="28C7B2C0679D43B6B54AE35A58D1A5BF"/>
            </w:placeholder>
            <w:showingPlcHdr/>
          </w:sdtPr>
          <w:sdtContent>
            <w:tc>
              <w:tcPr>
                <w:tcW w:w="492" w:type="pct"/>
              </w:tcPr>
              <w:p w14:paraId="0B47182F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1FAB" w14:paraId="3506AF79" w14:textId="77777777" w:rsidTr="00C71FAB">
        <w:sdt>
          <w:sdtPr>
            <w:rPr>
              <w:lang w:val="en-GB"/>
            </w:rPr>
            <w:id w:val="-1623151311"/>
            <w:placeholder>
              <w:docPart w:val="9B7DABFBBBAE442E89255EA1A7064E23"/>
            </w:placeholder>
            <w:showingPlcHdr/>
          </w:sdtPr>
          <w:sdtContent>
            <w:tc>
              <w:tcPr>
                <w:tcW w:w="827" w:type="pct"/>
              </w:tcPr>
              <w:p w14:paraId="20819714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1386788"/>
            <w:placeholder>
              <w:docPart w:val="968F5EED71B549C29FD790648C6D0985"/>
            </w:placeholder>
            <w:showingPlcHdr/>
          </w:sdtPr>
          <w:sdtContent>
            <w:tc>
              <w:tcPr>
                <w:tcW w:w="830" w:type="pct"/>
              </w:tcPr>
              <w:p w14:paraId="40C9FE77" w14:textId="1DA8AFD1" w:rsidR="00C71FA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30" w:type="pct"/>
          </w:tcPr>
          <w:p w14:paraId="268D9CA7" w14:textId="2C68852E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6578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Local </w:t>
            </w:r>
          </w:p>
          <w:p w14:paraId="21BF89F6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2058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National </w:t>
            </w:r>
          </w:p>
          <w:p w14:paraId="4C1C6D4C" w14:textId="77777777" w:rsidR="00C71FA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505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International  </w:t>
            </w:r>
          </w:p>
        </w:tc>
        <w:sdt>
          <w:sdtPr>
            <w:rPr>
              <w:lang w:val="en-GB"/>
            </w:rPr>
            <w:id w:val="139549604"/>
            <w:placeholder>
              <w:docPart w:val="45CCA457C00041E7BA31F89B49535ADC"/>
            </w:placeholder>
            <w:showingPlcHdr/>
          </w:sdtPr>
          <w:sdtContent>
            <w:tc>
              <w:tcPr>
                <w:tcW w:w="1405" w:type="pct"/>
              </w:tcPr>
              <w:p w14:paraId="7999C8A9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16" w:type="pct"/>
          </w:tcPr>
          <w:p w14:paraId="4E7FB7DF" w14:textId="7777777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91058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1</w:t>
            </w:r>
            <w:r w:rsidR="00C71FAB" w:rsidRPr="00C71FAB">
              <w:rPr>
                <w:vertAlign w:val="superscript"/>
                <w:lang w:val="en-GB"/>
              </w:rPr>
              <w:t>st</w:t>
            </w:r>
            <w:r w:rsidR="00C71FAB">
              <w:rPr>
                <w:lang w:val="en-GB"/>
              </w:rPr>
              <w:t xml:space="preserve"> author</w:t>
            </w:r>
          </w:p>
          <w:p w14:paraId="5F21B86F" w14:textId="14BDB357" w:rsidR="00C71FAB" w:rsidRDefault="00000000" w:rsidP="00C71FA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2031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FA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71FAB">
              <w:rPr>
                <w:lang w:val="en-GB"/>
              </w:rPr>
              <w:t xml:space="preserve"> Other</w:t>
            </w:r>
          </w:p>
        </w:tc>
        <w:sdt>
          <w:sdtPr>
            <w:rPr>
              <w:lang w:val="en-GB"/>
            </w:rPr>
            <w:id w:val="-788048404"/>
            <w:placeholder>
              <w:docPart w:val="E888EB62424A4D3A874915B3ADBD0839"/>
            </w:placeholder>
            <w:showingPlcHdr/>
          </w:sdtPr>
          <w:sdtContent>
            <w:tc>
              <w:tcPr>
                <w:tcW w:w="492" w:type="pct"/>
              </w:tcPr>
              <w:p w14:paraId="2BAD5E48" w14:textId="77777777" w:rsidR="00C71FAB" w:rsidRDefault="00C71FA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-1750794231"/>
          <w15:repeatingSection/>
        </w:sdtPr>
        <w:sdtContent>
          <w:sdt>
            <w:sdtPr>
              <w:rPr>
                <w:lang w:val="en-GB"/>
              </w:rPr>
              <w:id w:val="-1569570083"/>
              <w:placeholder>
                <w:docPart w:val="EC2C9AC7F143475E947DFAAC4EAA02E9"/>
              </w:placeholder>
              <w15:repeatingSectionItem/>
            </w:sdtPr>
            <w:sdtEndPr/>
            <w:sdtContent>
              <w:tr w:rsidR="00C71FAB" w14:paraId="78A29DE4" w14:textId="77777777" w:rsidTr="00C71FAB">
                <w:sdt>
                  <w:sdtPr>
                    <w:rPr>
                      <w:lang w:val="en-GB"/>
                    </w:rPr>
                    <w:id w:val="1553351827"/>
                    <w:placeholder>
                      <w:docPart w:val="A4F9E67898BD49E89F3547B3F0F38953"/>
                    </w:placeholder>
                    <w:showingPlcHdr/>
                  </w:sdtPr>
                  <w:sdtEndPr/>
                  <w:sdtContent>
                    <w:tc>
                      <w:tcPr>
                        <w:tcW w:w="827" w:type="pct"/>
                      </w:tcPr>
                      <w:p w14:paraId="5C867B17" w14:textId="4095786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062275105"/>
                    <w:placeholder>
                      <w:docPart w:val="774DF3ABE4C54495959EAECD40B8D74F"/>
                    </w:placeholder>
                    <w:showingPlcHdr/>
                  </w:sdtPr>
                  <w:sdtContent>
                    <w:tc>
                      <w:tcPr>
                        <w:tcW w:w="830" w:type="pct"/>
                      </w:tcPr>
                      <w:p w14:paraId="06728C83" w14:textId="55BBE535" w:rsidR="00C71FA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830" w:type="pct"/>
                  </w:tcPr>
                  <w:p w14:paraId="2E2CFBCC" w14:textId="20340362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5187449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Local </w:t>
                    </w:r>
                  </w:p>
                  <w:p w14:paraId="0EC47DCE" w14:textId="77777777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4731278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National </w:t>
                    </w:r>
                  </w:p>
                  <w:p w14:paraId="231B0042" w14:textId="77777777" w:rsidR="00C71FA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5820065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1544901547"/>
                    <w:placeholder>
                      <w:docPart w:val="DF9CB54F43D34C49A56B120DDB492CCF"/>
                    </w:placeholder>
                    <w:showingPlcHdr/>
                  </w:sdtPr>
                  <w:sdtContent>
                    <w:tc>
                      <w:tcPr>
                        <w:tcW w:w="1405" w:type="pct"/>
                      </w:tcPr>
                      <w:p w14:paraId="5DE5B533" w14:textId="77777777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16" w:type="pct"/>
                  </w:tcPr>
                  <w:p w14:paraId="20BA4A8F" w14:textId="77777777" w:rsidR="00C71FAB" w:rsidRDefault="00000000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26994509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1</w:t>
                    </w:r>
                    <w:r w:rsidR="00C71FAB" w:rsidRPr="00C71FAB">
                      <w:rPr>
                        <w:vertAlign w:val="superscript"/>
                        <w:lang w:val="en-GB"/>
                      </w:rPr>
                      <w:t>st</w:t>
                    </w:r>
                    <w:r w:rsidR="00C71FAB">
                      <w:rPr>
                        <w:lang w:val="en-GB"/>
                      </w:rPr>
                      <w:t xml:space="preserve"> author</w:t>
                    </w:r>
                  </w:p>
                  <w:p w14:paraId="56A7518B" w14:textId="25CB243F" w:rsidR="00C71FAB" w:rsidRDefault="00000000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80272422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71FA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C71FAB"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-717353342"/>
                    <w:placeholder>
                      <w:docPart w:val="33FE6DB818E5405FA51CE7AA12E50D56"/>
                    </w:placeholder>
                    <w:showingPlcHdr/>
                  </w:sdtPr>
                  <w:sdtContent>
                    <w:tc>
                      <w:tcPr>
                        <w:tcW w:w="492" w:type="pct"/>
                      </w:tcPr>
                      <w:p w14:paraId="6BF0315D" w14:textId="362F2818" w:rsidR="00C71FAB" w:rsidRDefault="00C71FA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1416927794"/>
              <w:placeholder>
                <w:docPart w:val="A22B1A5A22344EC1B93CF6B4A3FE1C2C"/>
              </w:placeholder>
              <w15:repeatingSectionItem/>
            </w:sdtPr>
            <w:sdtContent>
              <w:tr w:rsidR="00DD483C" w14:paraId="7B73D1B5" w14:textId="77777777" w:rsidTr="00C71FAB">
                <w:sdt>
                  <w:sdtPr>
                    <w:rPr>
                      <w:lang w:val="en-GB"/>
                    </w:rPr>
                    <w:id w:val="-535584704"/>
                    <w:placeholder>
                      <w:docPart w:val="EFC80408877A4F80A378ED52D134D32A"/>
                    </w:placeholder>
                    <w:showingPlcHdr/>
                  </w:sdtPr>
                  <w:sdtContent>
                    <w:tc>
                      <w:tcPr>
                        <w:tcW w:w="827" w:type="pct"/>
                      </w:tcPr>
                      <w:p w14:paraId="4DE3033D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3197201"/>
                    <w:placeholder>
                      <w:docPart w:val="835BC845A8C64A079BF674DB516785CB"/>
                    </w:placeholder>
                    <w:showingPlcHdr/>
                  </w:sdtPr>
                  <w:sdtContent>
                    <w:tc>
                      <w:tcPr>
                        <w:tcW w:w="830" w:type="pct"/>
                      </w:tcPr>
                      <w:p w14:paraId="190026A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830" w:type="pct"/>
                  </w:tcPr>
                  <w:p w14:paraId="35D8D427" w14:textId="77777777" w:rsidR="00DD483C" w:rsidRDefault="00DD483C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8916228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Local </w:t>
                    </w:r>
                  </w:p>
                  <w:p w14:paraId="5A4FA812" w14:textId="77777777" w:rsidR="00DD483C" w:rsidRDefault="00DD483C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32848951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National </w:t>
                    </w:r>
                  </w:p>
                  <w:p w14:paraId="3CEF9474" w14:textId="77777777" w:rsidR="00DD483C" w:rsidRDefault="00DD483C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4470736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International  </w:t>
                    </w:r>
                  </w:p>
                </w:tc>
                <w:sdt>
                  <w:sdtPr>
                    <w:rPr>
                      <w:lang w:val="en-GB"/>
                    </w:rPr>
                    <w:id w:val="-896659927"/>
                    <w:placeholder>
                      <w:docPart w:val="89BA6EBE23D74438A6CFD0BFBF045199"/>
                    </w:placeholder>
                    <w:showingPlcHdr/>
                  </w:sdtPr>
                  <w:sdtContent>
                    <w:tc>
                      <w:tcPr>
                        <w:tcW w:w="1405" w:type="pct"/>
                      </w:tcPr>
                      <w:p w14:paraId="4E1EFEC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16" w:type="pct"/>
                  </w:tcPr>
                  <w:p w14:paraId="162113ED" w14:textId="77777777" w:rsidR="00DD483C" w:rsidRDefault="00DD483C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671203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1</w:t>
                    </w:r>
                    <w:r w:rsidRPr="00C71FAB">
                      <w:rPr>
                        <w:vertAlign w:val="superscript"/>
                        <w:lang w:val="en-GB"/>
                      </w:rPr>
                      <w:t>st</w:t>
                    </w:r>
                    <w:r>
                      <w:rPr>
                        <w:lang w:val="en-GB"/>
                      </w:rPr>
                      <w:t xml:space="preserve"> author</w:t>
                    </w:r>
                  </w:p>
                  <w:p w14:paraId="0E0639B3" w14:textId="77777777" w:rsidR="00DD483C" w:rsidRDefault="00DD483C" w:rsidP="00C71FA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219031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Other</w:t>
                    </w:r>
                  </w:p>
                </w:tc>
                <w:sdt>
                  <w:sdtPr>
                    <w:rPr>
                      <w:lang w:val="en-GB"/>
                    </w:rPr>
                    <w:id w:val="496615867"/>
                    <w:placeholder>
                      <w:docPart w:val="4EE6CCCFEE7546299C1E57A89D419760"/>
                    </w:placeholder>
                    <w:showingPlcHdr/>
                  </w:sdtPr>
                  <w:sdtContent>
                    <w:tc>
                      <w:tcPr>
                        <w:tcW w:w="492" w:type="pct"/>
                      </w:tcPr>
                      <w:p w14:paraId="1FE05043" w14:textId="14C40F8E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434F4B1B" w14:textId="77777777" w:rsidR="00C71FAB" w:rsidRDefault="00C71FAB"/>
    <w:p w14:paraId="308F89D0" w14:textId="77777777" w:rsidR="000869BB" w:rsidRDefault="000869BB" w:rsidP="000869BB">
      <w:pPr>
        <w:pStyle w:val="Heading2"/>
      </w:pPr>
      <w:r w:rsidRPr="528D7560">
        <w:t>Papers and case reports published in other specialties: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0"/>
        <w:gridCol w:w="1257"/>
        <w:gridCol w:w="1257"/>
        <w:gridCol w:w="2197"/>
        <w:gridCol w:w="1122"/>
        <w:gridCol w:w="928"/>
        <w:gridCol w:w="1339"/>
      </w:tblGrid>
      <w:tr w:rsidR="000869BB" w14:paraId="6C55B934" w14:textId="77777777" w:rsidTr="000869BB">
        <w:tc>
          <w:tcPr>
            <w:tcW w:w="668" w:type="pct"/>
            <w:vAlign w:val="center"/>
          </w:tcPr>
          <w:p w14:paraId="5D4DE752" w14:textId="6BAF951D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672" w:type="pct"/>
            <w:vAlign w:val="center"/>
          </w:tcPr>
          <w:p w14:paraId="10B00CE8" w14:textId="77777777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Specialty</w:t>
            </w:r>
          </w:p>
        </w:tc>
        <w:tc>
          <w:tcPr>
            <w:tcW w:w="672" w:type="pct"/>
            <w:vAlign w:val="center"/>
          </w:tcPr>
          <w:p w14:paraId="4CEBEB22" w14:textId="79D6715B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Impact factor</w:t>
            </w:r>
          </w:p>
        </w:tc>
        <w:tc>
          <w:tcPr>
            <w:tcW w:w="1175" w:type="pct"/>
            <w:vAlign w:val="center"/>
          </w:tcPr>
          <w:p w14:paraId="11A862CD" w14:textId="59833A83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Title</w:t>
            </w:r>
          </w:p>
        </w:tc>
        <w:tc>
          <w:tcPr>
            <w:tcW w:w="600" w:type="pct"/>
            <w:vAlign w:val="center"/>
          </w:tcPr>
          <w:p w14:paraId="03E31816" w14:textId="77777777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496" w:type="pct"/>
            <w:vAlign w:val="center"/>
          </w:tcPr>
          <w:p w14:paraId="2339B81F" w14:textId="5492E73E" w:rsidR="000869BB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Joint author</w:t>
            </w:r>
          </w:p>
        </w:tc>
        <w:tc>
          <w:tcPr>
            <w:tcW w:w="716" w:type="pct"/>
            <w:vAlign w:val="center"/>
          </w:tcPr>
          <w:p w14:paraId="3A1FADA7" w14:textId="47304E54" w:rsidR="000869BB" w:rsidRPr="009F0F2E" w:rsidRDefault="000869BB" w:rsidP="000869BB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 of Publication</w:t>
            </w:r>
          </w:p>
        </w:tc>
      </w:tr>
      <w:tr w:rsidR="000869BB" w14:paraId="542715E5" w14:textId="77777777" w:rsidTr="000869BB">
        <w:trPr>
          <w:trHeight w:val="219"/>
        </w:trPr>
        <w:sdt>
          <w:sdtPr>
            <w:rPr>
              <w:lang w:val="en-GB"/>
            </w:rPr>
            <w:id w:val="-31882080"/>
            <w:placeholder>
              <w:docPart w:val="8732ECFF3420457DA10E2631C59455B0"/>
            </w:placeholder>
            <w:showingPlcHdr/>
          </w:sdtPr>
          <w:sdtContent>
            <w:tc>
              <w:tcPr>
                <w:tcW w:w="668" w:type="pct"/>
              </w:tcPr>
              <w:p w14:paraId="2FAF026B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26579085"/>
            <w:placeholder>
              <w:docPart w:val="C180B24565AD4EC59DB47520157DAD80"/>
            </w:placeholder>
            <w:showingPlcHdr/>
          </w:sdtPr>
          <w:sdtContent>
            <w:tc>
              <w:tcPr>
                <w:tcW w:w="672" w:type="pct"/>
              </w:tcPr>
              <w:p w14:paraId="67FC8687" w14:textId="56E87671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72" w:type="pct"/>
          </w:tcPr>
          <w:p w14:paraId="1A4FBF23" w14:textId="7C0CC868" w:rsidR="000869B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85621822"/>
                <w:placeholder>
                  <w:docPart w:val="C180B24565AD4EC59DB47520157DAD80"/>
                </w:placeholder>
                <w:showingPlcHdr/>
              </w:sdtPr>
              <w:sdtContent>
                <w:r w:rsidR="00DD483C" w:rsidRPr="00053B32">
                  <w:rPr>
                    <w:rStyle w:val="PlaceholderText"/>
                  </w:rPr>
                  <w:t>Click or tap here to enter text.</w:t>
                </w:r>
              </w:sdtContent>
            </w:sdt>
            <w:r w:rsidR="000869BB">
              <w:rPr>
                <w:lang w:val="en-GB"/>
              </w:rPr>
              <w:t xml:space="preserve"> </w:t>
            </w:r>
          </w:p>
        </w:tc>
        <w:sdt>
          <w:sdtPr>
            <w:rPr>
              <w:lang w:val="en-GB"/>
            </w:rPr>
            <w:id w:val="-153678235"/>
            <w:placeholder>
              <w:docPart w:val="2DCCFC867EEE4D34A1DDC2F6940ECFF7"/>
            </w:placeholder>
            <w:showingPlcHdr/>
          </w:sdtPr>
          <w:sdtContent>
            <w:tc>
              <w:tcPr>
                <w:tcW w:w="1175" w:type="pct"/>
              </w:tcPr>
              <w:p w14:paraId="00647411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00" w:type="pct"/>
          </w:tcPr>
          <w:p w14:paraId="28C55531" w14:textId="3E3CBBD9" w:rsidR="000869B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82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562084D" w14:textId="0405712F" w:rsidR="000869B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651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tc>
          <w:tcPr>
            <w:tcW w:w="496" w:type="pct"/>
          </w:tcPr>
          <w:p w14:paraId="08107EBB" w14:textId="77777777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8720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1244E21A" w14:textId="7BDA7404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47376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589054992"/>
            <w:placeholder>
              <w:docPart w:val="28F0AAED6EE74EFFAEA3636465E4643D"/>
            </w:placeholder>
            <w:showingPlcHdr/>
          </w:sdtPr>
          <w:sdtContent>
            <w:tc>
              <w:tcPr>
                <w:tcW w:w="716" w:type="pct"/>
              </w:tcPr>
              <w:p w14:paraId="0CE54F7D" w14:textId="78593B4D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69BB" w14:paraId="349AB5E2" w14:textId="77777777" w:rsidTr="000869BB">
        <w:sdt>
          <w:sdtPr>
            <w:rPr>
              <w:lang w:val="en-GB"/>
            </w:rPr>
            <w:id w:val="1828091298"/>
            <w:placeholder>
              <w:docPart w:val="C0DF559BA8D9449BB704FCCD11B8C656"/>
            </w:placeholder>
            <w:showingPlcHdr/>
          </w:sdtPr>
          <w:sdtContent>
            <w:tc>
              <w:tcPr>
                <w:tcW w:w="668" w:type="pct"/>
              </w:tcPr>
              <w:p w14:paraId="7A7FE7D3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 xml:space="preserve">Click or tap here </w:t>
                </w:r>
                <w:r w:rsidRPr="00053B32">
                  <w:rPr>
                    <w:rStyle w:val="PlaceholderText"/>
                  </w:rPr>
                  <w:lastRenderedPageBreak/>
                  <w:t>to enter text.</w:t>
                </w:r>
              </w:p>
            </w:tc>
          </w:sdtContent>
        </w:sdt>
        <w:sdt>
          <w:sdtPr>
            <w:rPr>
              <w:lang w:val="en-GB"/>
            </w:rPr>
            <w:id w:val="-1821414831"/>
            <w:placeholder>
              <w:docPart w:val="C180B24565AD4EC59DB47520157DAD80"/>
            </w:placeholder>
            <w:showingPlcHdr/>
          </w:sdtPr>
          <w:sdtContent>
            <w:tc>
              <w:tcPr>
                <w:tcW w:w="672" w:type="pct"/>
              </w:tcPr>
              <w:p w14:paraId="17ED909A" w14:textId="426C53BE" w:rsidR="000869BB" w:rsidRDefault="00DD483C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 xml:space="preserve">Click or tap here </w:t>
                </w:r>
                <w:r w:rsidRPr="00053B32">
                  <w:rPr>
                    <w:rStyle w:val="PlaceholderText"/>
                  </w:rPr>
                  <w:lastRenderedPageBreak/>
                  <w:t>to enter text.</w:t>
                </w:r>
              </w:p>
            </w:tc>
          </w:sdtContent>
        </w:sdt>
        <w:tc>
          <w:tcPr>
            <w:tcW w:w="672" w:type="pct"/>
          </w:tcPr>
          <w:p w14:paraId="5C1FA104" w14:textId="788B15D6" w:rsidR="000869BB" w:rsidRDefault="00000000" w:rsidP="00496A0D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7864563"/>
                <w:placeholder>
                  <w:docPart w:val="C180B24565AD4EC59DB47520157DAD80"/>
                </w:placeholder>
                <w:showingPlcHdr/>
              </w:sdtPr>
              <w:sdtContent>
                <w:r w:rsidR="00DD483C" w:rsidRPr="00053B32">
                  <w:rPr>
                    <w:rStyle w:val="PlaceholderText"/>
                  </w:rPr>
                  <w:t xml:space="preserve">Click or tap here </w:t>
                </w:r>
                <w:r w:rsidR="00DD483C" w:rsidRPr="00053B32">
                  <w:rPr>
                    <w:rStyle w:val="PlaceholderText"/>
                  </w:rPr>
                  <w:lastRenderedPageBreak/>
                  <w:t>to enter text.</w:t>
                </w:r>
              </w:sdtContent>
            </w:sdt>
            <w:r w:rsidR="000869BB">
              <w:rPr>
                <w:lang w:val="en-GB"/>
              </w:rPr>
              <w:t xml:space="preserve"> </w:t>
            </w:r>
          </w:p>
        </w:tc>
        <w:sdt>
          <w:sdtPr>
            <w:rPr>
              <w:lang w:val="en-GB"/>
            </w:rPr>
            <w:id w:val="-1182505466"/>
            <w:placeholder>
              <w:docPart w:val="4F6249A9849044E8BEE49E1CA3AF49E8"/>
            </w:placeholder>
            <w:showingPlcHdr/>
          </w:sdtPr>
          <w:sdtContent>
            <w:tc>
              <w:tcPr>
                <w:tcW w:w="1175" w:type="pct"/>
              </w:tcPr>
              <w:p w14:paraId="4470FEE7" w14:textId="77777777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00" w:type="pct"/>
          </w:tcPr>
          <w:p w14:paraId="1841B801" w14:textId="77777777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6475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2803F71" w14:textId="2C3CC58C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0170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tc>
          <w:tcPr>
            <w:tcW w:w="496" w:type="pct"/>
          </w:tcPr>
          <w:p w14:paraId="4873EBEA" w14:textId="77777777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2249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Yes</w:t>
            </w:r>
          </w:p>
          <w:p w14:paraId="36D0E3C1" w14:textId="222E40A2" w:rsidR="000869BB" w:rsidRDefault="00000000" w:rsidP="000869BB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56255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69B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869BB">
              <w:rPr>
                <w:lang w:val="en-GB"/>
              </w:rPr>
              <w:t xml:space="preserve"> No</w:t>
            </w:r>
          </w:p>
        </w:tc>
        <w:sdt>
          <w:sdtPr>
            <w:rPr>
              <w:lang w:val="en-GB"/>
            </w:rPr>
            <w:id w:val="445131917"/>
            <w:placeholder>
              <w:docPart w:val="1E99F148D3954628B656A0859BAD4462"/>
            </w:placeholder>
            <w:showingPlcHdr/>
          </w:sdtPr>
          <w:sdtContent>
            <w:tc>
              <w:tcPr>
                <w:tcW w:w="716" w:type="pct"/>
              </w:tcPr>
              <w:p w14:paraId="7D0E9C9A" w14:textId="77A2ACEC" w:rsidR="000869BB" w:rsidRDefault="000869BB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sdt>
        <w:sdtPr>
          <w:rPr>
            <w:lang w:val="en-GB"/>
          </w:rPr>
          <w:id w:val="1994990587"/>
          <w15:repeatingSection/>
        </w:sdtPr>
        <w:sdtContent>
          <w:sdt>
            <w:sdtPr>
              <w:rPr>
                <w:lang w:val="en-GB"/>
              </w:rPr>
              <w:id w:val="-1824881834"/>
              <w:placeholder>
                <w:docPart w:val="A394052FAC3E49328EEF265F9864C134"/>
              </w:placeholder>
              <w15:repeatingSectionItem/>
            </w:sdtPr>
            <w:sdtEndPr/>
            <w:sdtContent>
              <w:tr w:rsidR="000869BB" w14:paraId="5D61E3AF" w14:textId="77777777" w:rsidTr="000869BB">
                <w:sdt>
                  <w:sdtPr>
                    <w:rPr>
                      <w:lang w:val="en-GB"/>
                    </w:rPr>
                    <w:id w:val="-673194324"/>
                    <w:placeholder>
                      <w:docPart w:val="49CC2B0B98C0417CA925EF46235B38D5"/>
                    </w:placeholder>
                    <w:showingPlcHdr/>
                  </w:sdtPr>
                  <w:sdtEndPr/>
                  <w:sdtContent>
                    <w:tc>
                      <w:tcPr>
                        <w:tcW w:w="668" w:type="pct"/>
                      </w:tcPr>
                      <w:p w14:paraId="2E407558" w14:textId="689653C0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321777481"/>
                    <w:placeholder>
                      <w:docPart w:val="C180B24565AD4EC59DB47520157DAD80"/>
                    </w:placeholder>
                    <w:showingPlcHdr/>
                  </w:sdtPr>
                  <w:sdtContent>
                    <w:tc>
                      <w:tcPr>
                        <w:tcW w:w="672" w:type="pct"/>
                      </w:tcPr>
                      <w:p w14:paraId="79E28D6D" w14:textId="248E0E7F" w:rsidR="000869BB" w:rsidRDefault="00DD483C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72" w:type="pct"/>
                  </w:tcPr>
                  <w:p w14:paraId="441A809C" w14:textId="673CC029" w:rsidR="000869BB" w:rsidRDefault="00000000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70911532"/>
                        <w:placeholder>
                          <w:docPart w:val="C180B24565AD4EC59DB47520157DAD80"/>
                        </w:placeholder>
                        <w:showingPlcHdr/>
                      </w:sdtPr>
                      <w:sdtContent>
                        <w:r w:rsidR="00DD483C"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</w:t>
                    </w:r>
                  </w:p>
                </w:tc>
                <w:sdt>
                  <w:sdtPr>
                    <w:rPr>
                      <w:lang w:val="en-GB"/>
                    </w:rPr>
                    <w:id w:val="-331374506"/>
                    <w:placeholder>
                      <w:docPart w:val="4AD171C151EE4EEBAE05FE27C561BAB7"/>
                    </w:placeholder>
                    <w:showingPlcHdr/>
                  </w:sdtPr>
                  <w:sdtContent>
                    <w:tc>
                      <w:tcPr>
                        <w:tcW w:w="1175" w:type="pct"/>
                      </w:tcPr>
                      <w:p w14:paraId="47C4C680" w14:textId="77777777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00" w:type="pct"/>
                  </w:tcPr>
                  <w:p w14:paraId="582E8107" w14:textId="77777777" w:rsidR="000869BB" w:rsidRDefault="00000000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212915638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Yes</w:t>
                    </w:r>
                  </w:p>
                  <w:p w14:paraId="0FBCE33D" w14:textId="0B18C3AF" w:rsidR="000869BB" w:rsidRDefault="00000000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73190899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No</w:t>
                    </w:r>
                  </w:p>
                </w:tc>
                <w:tc>
                  <w:tcPr>
                    <w:tcW w:w="496" w:type="pct"/>
                  </w:tcPr>
                  <w:p w14:paraId="01CD8969" w14:textId="77777777" w:rsidR="000869BB" w:rsidRDefault="00000000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9581758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Yes</w:t>
                    </w:r>
                  </w:p>
                  <w:p w14:paraId="48D3C9BB" w14:textId="451D3B84" w:rsidR="000869BB" w:rsidRDefault="00000000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10390037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0869BB"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 w:rsidR="000869BB">
                      <w:rPr>
                        <w:lang w:val="en-GB"/>
                      </w:rPr>
                      <w:t xml:space="preserve"> No</w:t>
                    </w:r>
                  </w:p>
                </w:tc>
                <w:sdt>
                  <w:sdtPr>
                    <w:rPr>
                      <w:lang w:val="en-GB"/>
                    </w:rPr>
                    <w:id w:val="-1857341907"/>
                    <w:placeholder>
                      <w:docPart w:val="C0989EF89D2A4AC3A5E5E69A74621532"/>
                    </w:placeholder>
                    <w:showingPlcHdr/>
                  </w:sdtPr>
                  <w:sdtContent>
                    <w:tc>
                      <w:tcPr>
                        <w:tcW w:w="716" w:type="pct"/>
                      </w:tcPr>
                      <w:p w14:paraId="5C66589A" w14:textId="747F4C42" w:rsidR="000869BB" w:rsidRDefault="000869BB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590074731"/>
              <w:placeholder>
                <w:docPart w:val="48B23B178B7B47FE9D4BC736D48A0B0F"/>
              </w:placeholder>
              <w15:repeatingSectionItem/>
            </w:sdtPr>
            <w:sdtContent>
              <w:tr w:rsidR="00DD483C" w14:paraId="120DD328" w14:textId="77777777" w:rsidTr="000869BB">
                <w:sdt>
                  <w:sdtPr>
                    <w:rPr>
                      <w:lang w:val="en-GB"/>
                    </w:rPr>
                    <w:id w:val="-1450083184"/>
                    <w:placeholder>
                      <w:docPart w:val="A4ADF385F49D466CAC40C821116AA868"/>
                    </w:placeholder>
                    <w:showingPlcHdr/>
                  </w:sdtPr>
                  <w:sdtContent>
                    <w:tc>
                      <w:tcPr>
                        <w:tcW w:w="668" w:type="pct"/>
                      </w:tcPr>
                      <w:p w14:paraId="2224272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27686944"/>
                    <w:placeholder>
                      <w:docPart w:val="A70994F603C44445978E27024CB11526"/>
                    </w:placeholder>
                    <w:showingPlcHdr/>
                  </w:sdtPr>
                  <w:sdtContent>
                    <w:tc>
                      <w:tcPr>
                        <w:tcW w:w="672" w:type="pct"/>
                      </w:tcPr>
                      <w:p w14:paraId="5FFE6FA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72" w:type="pct"/>
                  </w:tcPr>
                  <w:p w14:paraId="3F0F8416" w14:textId="5380A610" w:rsidR="00DD483C" w:rsidRDefault="00DD483C" w:rsidP="00496A0D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945388491"/>
                        <w:placeholder>
                          <w:docPart w:val="A70994F603C44445978E27024CB11526"/>
                        </w:placeholder>
                        <w:showingPlcHdr/>
                      </w:sdtPr>
                      <w:sdtContent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</w:t>
                    </w:r>
                  </w:p>
                </w:tc>
                <w:sdt>
                  <w:sdtPr>
                    <w:rPr>
                      <w:lang w:val="en-GB"/>
                    </w:rPr>
                    <w:id w:val="1069460693"/>
                    <w:placeholder>
                      <w:docPart w:val="D8593657106B4AC19998D0BCEE957418"/>
                    </w:placeholder>
                    <w:showingPlcHdr/>
                  </w:sdtPr>
                  <w:sdtContent>
                    <w:tc>
                      <w:tcPr>
                        <w:tcW w:w="1175" w:type="pct"/>
                      </w:tcPr>
                      <w:p w14:paraId="514B0EF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600" w:type="pct"/>
                  </w:tcPr>
                  <w:p w14:paraId="478A04CE" w14:textId="77777777" w:rsidR="00DD483C" w:rsidRDefault="00DD483C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6054196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Yes</w:t>
                    </w:r>
                  </w:p>
                  <w:p w14:paraId="14E71BF8" w14:textId="77777777" w:rsidR="00DD483C" w:rsidRDefault="00DD483C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0186143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No</w:t>
                    </w:r>
                  </w:p>
                </w:tc>
                <w:tc>
                  <w:tcPr>
                    <w:tcW w:w="496" w:type="pct"/>
                  </w:tcPr>
                  <w:p w14:paraId="0128B75D" w14:textId="77777777" w:rsidR="00DD483C" w:rsidRDefault="00DD483C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7291567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Yes</w:t>
                    </w:r>
                  </w:p>
                  <w:p w14:paraId="120F1C17" w14:textId="77777777" w:rsidR="00DD483C" w:rsidRDefault="00DD483C" w:rsidP="000869BB">
                    <w:pPr>
                      <w:rPr>
                        <w:lang w:val="en-GB"/>
                      </w:rPr>
                    </w:pPr>
                    <w:sdt>
                      <w:sdtPr>
                        <w:rPr>
                          <w:lang w:val="en-GB"/>
                        </w:rPr>
                        <w:id w:val="-18352213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  <w:lang w:val="en-GB"/>
                          </w:rPr>
                          <w:t>☐</w:t>
                        </w:r>
                      </w:sdtContent>
                    </w:sdt>
                    <w:r>
                      <w:rPr>
                        <w:lang w:val="en-GB"/>
                      </w:rPr>
                      <w:t xml:space="preserve"> No</w:t>
                    </w:r>
                  </w:p>
                </w:tc>
                <w:sdt>
                  <w:sdtPr>
                    <w:rPr>
                      <w:lang w:val="en-GB"/>
                    </w:rPr>
                    <w:id w:val="49196602"/>
                    <w:placeholder>
                      <w:docPart w:val="2C48A62CF077499B809826F5BE352D45"/>
                    </w:placeholder>
                    <w:showingPlcHdr/>
                  </w:sdtPr>
                  <w:sdtContent>
                    <w:tc>
                      <w:tcPr>
                        <w:tcW w:w="716" w:type="pct"/>
                      </w:tcPr>
                      <w:p w14:paraId="68B565C3" w14:textId="7B1826D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6DE7DDE" w14:textId="77777777" w:rsidR="000869BB" w:rsidRDefault="000869BB"/>
    <w:p w14:paraId="4DA3BC03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017D71A" w:rsidR="00214ECC" w:rsidRDefault="007C3707" w:rsidP="003A0599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sdt>
        <w:sdtPr>
          <w:rPr>
            <w:b/>
            <w:bCs/>
          </w:rPr>
          <w:id w:val="-1270316029"/>
          <w15:repeatingSection/>
        </w:sdtPr>
        <w:sdtEndPr>
          <w:rPr>
            <w:b w:val="0"/>
            <w:bCs w:val="0"/>
          </w:rPr>
        </w:sdtEndPr>
        <w:sdtContent>
          <w:sdt>
            <w:sdtPr>
              <w:rPr>
                <w:b/>
                <w:bCs/>
              </w:rPr>
              <w:id w:val="1099294741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8525FA" w14:paraId="1AC9EFE7" w14:textId="77777777" w:rsidTr="0019370D">
                <w:tc>
                  <w:tcPr>
                    <w:tcW w:w="9350" w:type="dxa"/>
                    <w:gridSpan w:val="2"/>
                  </w:tcPr>
                  <w:p w14:paraId="4B30661B" w14:textId="661C3172" w:rsidR="008525FA" w:rsidRDefault="008525FA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 w:rsidR="00CD745A">
                      <w:rPr>
                        <w:b/>
                        <w:bCs/>
                      </w:rPr>
                      <w:t>:</w:t>
                    </w:r>
                    <w:r w:rsidR="00A0792E">
                      <w:rPr>
                        <w:b/>
                        <w:bCs/>
                      </w:rPr>
                      <w:t xml:space="preserve"> </w:t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r w:rsidR="00A0792E"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871966618"/>
                        <w:placeholder>
                          <w:docPart w:val="C6C5AA04D5744E5397F5B4C02E599FEC"/>
                        </w:placeholder>
                        <w:showingPlcHdr/>
                      </w:sdtPr>
                      <w:sdtContent>
                        <w:r w:rsidR="00CD745A"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8525FA" w14:paraId="176303B5" w14:textId="77777777" w:rsidTr="00A0792E">
                <w:tc>
                  <w:tcPr>
                    <w:tcW w:w="2830" w:type="dxa"/>
                    <w:vAlign w:val="center"/>
                  </w:tcPr>
                  <w:p w14:paraId="50053F71" w14:textId="65A68AAE" w:rsidR="008525FA" w:rsidRDefault="00CD745A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745FB9AC" w14:textId="768EDC1F" w:rsidR="008525FA" w:rsidRDefault="004A7F5A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2841104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-8297514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8525FA" w14:paraId="0F3FFF85" w14:textId="77777777" w:rsidTr="00A0792E">
                <w:tc>
                  <w:tcPr>
                    <w:tcW w:w="2830" w:type="dxa"/>
                    <w:vAlign w:val="center"/>
                  </w:tcPr>
                  <w:p w14:paraId="4C91F2EC" w14:textId="6D80818A" w:rsidR="008525FA" w:rsidRDefault="00CD745A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16211C1B" w14:textId="0510C58D" w:rsidR="008525FA" w:rsidRDefault="00CD745A" w:rsidP="002D7D98">
                    <w:r>
                      <w:t xml:space="preserve">Yes </w:t>
                    </w:r>
                    <w:sdt>
                      <w:sdtPr>
                        <w:id w:val="20904971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30328187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146538914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CD745A" w14:paraId="3C6DB542" w14:textId="77777777" w:rsidTr="00A0792E">
                <w:tc>
                  <w:tcPr>
                    <w:tcW w:w="2830" w:type="dxa"/>
                    <w:vAlign w:val="center"/>
                  </w:tcPr>
                  <w:p w14:paraId="3B040F6A" w14:textId="373393E4" w:rsidR="00CD745A" w:rsidRPr="00F4085D" w:rsidRDefault="004A7F5A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1609892518"/>
                    <w:placeholder>
                      <w:docPart w:val="4261ABEBA6024587BD9BFFA89B86CBAD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6520" w:type="dxa"/>
                      </w:tcPr>
                      <w:p w14:paraId="25D02023" w14:textId="60E95C39" w:rsidR="00CD745A" w:rsidRDefault="00CD745A" w:rsidP="002D7D98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8525FA" w14:paraId="65E572C5" w14:textId="77777777" w:rsidTr="00A0792E">
                <w:tc>
                  <w:tcPr>
                    <w:tcW w:w="2830" w:type="dxa"/>
                    <w:vAlign w:val="center"/>
                  </w:tcPr>
                  <w:p w14:paraId="098C6AF8" w14:textId="77777777" w:rsidR="00CD745A" w:rsidRPr="00F4085D" w:rsidRDefault="00CD745A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253A3E46" w14:textId="77777777" w:rsidR="008525FA" w:rsidRDefault="008525FA" w:rsidP="00CD745A"/>
                </w:tc>
                <w:sdt>
                  <w:sdtPr>
                    <w:id w:val="-2029861939"/>
                    <w:placeholder>
                      <w:docPart w:val="9444CF760006459A89EF2B7CE3AFF2D1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4673DCAB" w14:textId="7BD41298" w:rsidR="008525FA" w:rsidRDefault="00CD745A" w:rsidP="002D7D98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8525FA" w14:paraId="510BFC14" w14:textId="77777777" w:rsidTr="00A0792E">
                <w:tc>
                  <w:tcPr>
                    <w:tcW w:w="2830" w:type="dxa"/>
                    <w:vAlign w:val="center"/>
                  </w:tcPr>
                  <w:p w14:paraId="53BD32ED" w14:textId="77777777" w:rsidR="00CD745A" w:rsidRPr="00F4085D" w:rsidRDefault="00CD745A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E70E9ED" w14:textId="77777777" w:rsidR="008525FA" w:rsidRDefault="008525FA" w:rsidP="00CD745A"/>
                </w:tc>
                <w:sdt>
                  <w:sdtPr>
                    <w:id w:val="-719363920"/>
                    <w:placeholder>
                      <w:docPart w:val="A451D5A1F2414B9AB219F05CFB3EC45E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3CCAF454" w14:textId="4840209E" w:rsidR="008525FA" w:rsidRDefault="00CD745A" w:rsidP="002D7D98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8525FA" w14:paraId="39BC37AF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53D262A2" w14:textId="00B2C806" w:rsidR="008525FA" w:rsidRPr="004A7F5A" w:rsidRDefault="004A7F5A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359F7423" w14:textId="112F1281" w:rsidR="008525FA" w:rsidRDefault="00000000" w:rsidP="002D7D98">
                    <w:sdt>
                      <w:sdtPr>
                        <w:id w:val="-2263111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Local</w:t>
                    </w:r>
                  </w:p>
                  <w:p w14:paraId="26F80F40" w14:textId="12E6AADC" w:rsidR="004A7F5A" w:rsidRDefault="00000000" w:rsidP="002D7D98">
                    <w:sdt>
                      <w:sdtPr>
                        <w:id w:val="-10227055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National</w:t>
                    </w:r>
                  </w:p>
                  <w:p w14:paraId="491EB2BF" w14:textId="70C00C7B" w:rsidR="004A7F5A" w:rsidRDefault="00000000" w:rsidP="002D7D98">
                    <w:sdt>
                      <w:sdtPr>
                        <w:id w:val="-100428106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4A7F5A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4A7F5A">
                      <w:t xml:space="preserve"> International</w:t>
                    </w:r>
                  </w:p>
                </w:tc>
              </w:tr>
              <w:tr w:rsidR="00CD745A" w14:paraId="52CA7D1C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27ED39AD" w14:textId="7873554E" w:rsidR="00CD745A" w:rsidRDefault="00CD745A" w:rsidP="002D7D98"/>
                </w:tc>
              </w:tr>
            </w:sdtContent>
          </w:sdt>
          <w:sdt>
            <w:sdtPr>
              <w:rPr>
                <w:b/>
                <w:bCs/>
              </w:rPr>
              <w:id w:val="-949853644"/>
              <w:placeholder>
                <w:docPart w:val="2096B7963D684E9CBB479897EEC255B9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0B18F4A6" w14:textId="77777777" w:rsidTr="0019370D">
                <w:tc>
                  <w:tcPr>
                    <w:tcW w:w="9350" w:type="dxa"/>
                    <w:gridSpan w:val="2"/>
                  </w:tcPr>
                  <w:p w14:paraId="521502CB" w14:textId="77777777" w:rsidR="003D4225" w:rsidRDefault="003D4225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885798566"/>
                        <w:placeholder>
                          <w:docPart w:val="09F4C42A6EEB42DD80A561F6D33C3113"/>
                        </w:placeholder>
                        <w:showingPlcHdr/>
                      </w:sdtPr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3D4225" w14:paraId="6473ABED" w14:textId="77777777" w:rsidTr="00A0792E">
                <w:tc>
                  <w:tcPr>
                    <w:tcW w:w="2830" w:type="dxa"/>
                    <w:vAlign w:val="center"/>
                  </w:tcPr>
                  <w:p w14:paraId="576E420B" w14:textId="77777777" w:rsidR="003D4225" w:rsidRDefault="003D4225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3BE8939C" w14:textId="77777777" w:rsidR="003D4225" w:rsidRDefault="003D4225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68343361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9572159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3D4225" w14:paraId="30064758" w14:textId="77777777" w:rsidTr="00A0792E">
                <w:tc>
                  <w:tcPr>
                    <w:tcW w:w="2830" w:type="dxa"/>
                    <w:vAlign w:val="center"/>
                  </w:tcPr>
                  <w:p w14:paraId="44977E49" w14:textId="77777777" w:rsidR="003D4225" w:rsidRDefault="003D4225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02D49289" w14:textId="77777777" w:rsidR="003D4225" w:rsidRDefault="003D4225" w:rsidP="002D7D98">
                    <w:r>
                      <w:t xml:space="preserve">Yes </w:t>
                    </w:r>
                    <w:sdt>
                      <w:sdtPr>
                        <w:id w:val="-5679620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149468739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-2198330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3D4225" w14:paraId="131E0BCF" w14:textId="77777777" w:rsidTr="00A0792E">
                <w:tc>
                  <w:tcPr>
                    <w:tcW w:w="2830" w:type="dxa"/>
                    <w:vAlign w:val="center"/>
                  </w:tcPr>
                  <w:p w14:paraId="7BEBCFF0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944682974"/>
                    <w:placeholder>
                      <w:docPart w:val="AD435D26B4624747B8D9967626FC7B03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6520" w:type="dxa"/>
                      </w:tcPr>
                      <w:p w14:paraId="20951A48" w14:textId="77777777" w:rsidR="003D4225" w:rsidRDefault="003D4225" w:rsidP="00053B32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3D4225" w14:paraId="78AB89B3" w14:textId="77777777" w:rsidTr="00A0792E">
                <w:tc>
                  <w:tcPr>
                    <w:tcW w:w="2830" w:type="dxa"/>
                    <w:vAlign w:val="center"/>
                  </w:tcPr>
                  <w:p w14:paraId="02B7BAE7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5D89D3F5" w14:textId="77777777" w:rsidR="003D4225" w:rsidRDefault="003D4225" w:rsidP="00CD745A"/>
                </w:tc>
                <w:sdt>
                  <w:sdtPr>
                    <w:id w:val="-1494030418"/>
                    <w:placeholder>
                      <w:docPart w:val="649FBF3CDE1C494599737C2E4204C5AD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0B954603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4CFB5D76" w14:textId="77777777" w:rsidTr="00A0792E">
                <w:tc>
                  <w:tcPr>
                    <w:tcW w:w="2830" w:type="dxa"/>
                    <w:vAlign w:val="center"/>
                  </w:tcPr>
                  <w:p w14:paraId="67CE8319" w14:textId="77777777" w:rsidR="003D4225" w:rsidRPr="00F4085D" w:rsidRDefault="003D4225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788845A6" w14:textId="77777777" w:rsidR="003D4225" w:rsidRDefault="003D4225" w:rsidP="00CD745A"/>
                </w:tc>
                <w:sdt>
                  <w:sdtPr>
                    <w:id w:val="2032986084"/>
                    <w:placeholder>
                      <w:docPart w:val="C3A61D616D7E4D0687C040896A01549C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1EE4DCE7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DA7D38B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23D6603" w14:textId="77777777" w:rsidR="003D4225" w:rsidRPr="004A7F5A" w:rsidRDefault="003D4225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687F5B60" w14:textId="77777777" w:rsidR="003D4225" w:rsidRDefault="00000000" w:rsidP="002D7D98">
                    <w:sdt>
                      <w:sdtPr>
                        <w:id w:val="-191099490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Local</w:t>
                    </w:r>
                  </w:p>
                  <w:p w14:paraId="78E16D5B" w14:textId="77777777" w:rsidR="003D4225" w:rsidRDefault="00000000" w:rsidP="002D7D98">
                    <w:sdt>
                      <w:sdtPr>
                        <w:id w:val="197047378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National</w:t>
                    </w:r>
                  </w:p>
                  <w:p w14:paraId="7B2D2315" w14:textId="77777777" w:rsidR="003D4225" w:rsidRDefault="00000000" w:rsidP="002D7D98">
                    <w:sdt>
                      <w:sdtPr>
                        <w:id w:val="139385013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3D4225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 w:rsidR="003D4225">
                      <w:t xml:space="preserve"> International</w:t>
                    </w:r>
                  </w:p>
                </w:tc>
              </w:tr>
              <w:tr w:rsidR="003D4225" w14:paraId="7E7CC689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A6B3929" w14:textId="01572A7D" w:rsidR="003D4225" w:rsidRDefault="003D4225" w:rsidP="002D7D98"/>
                </w:tc>
              </w:tr>
            </w:sdtContent>
          </w:sdt>
          <w:sdt>
            <w:sdtPr>
              <w:rPr>
                <w:b/>
                <w:bCs/>
              </w:rPr>
              <w:id w:val="110014127"/>
              <w:placeholder>
                <w:docPart w:val="EA1FA4400DF447F7BA2711A022C85B0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245845A" w14:textId="77777777" w:rsidTr="0019370D">
                <w:tc>
                  <w:tcPr>
                    <w:tcW w:w="9350" w:type="dxa"/>
                    <w:gridSpan w:val="2"/>
                  </w:tcPr>
                  <w:p w14:paraId="0F170C74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473911293"/>
                        <w:placeholder>
                          <w:docPart w:val="1EAE8D0FB3404A9081F607D8EBA0D2A8"/>
                        </w:placeholder>
                        <w:showingPlcHdr/>
                      </w:sdtPr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680C4D61" w14:textId="77777777" w:rsidTr="00A0792E">
                <w:tc>
                  <w:tcPr>
                    <w:tcW w:w="2830" w:type="dxa"/>
                    <w:vAlign w:val="center"/>
                  </w:tcPr>
                  <w:p w14:paraId="3FF32BBD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6EE1D098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0090648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182586068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550FBF6E" w14:textId="77777777" w:rsidTr="00A0792E">
                <w:tc>
                  <w:tcPr>
                    <w:tcW w:w="2830" w:type="dxa"/>
                    <w:vAlign w:val="center"/>
                  </w:tcPr>
                  <w:p w14:paraId="3B016D50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0CB5F31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30705806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-106810450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15018535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32B50001" w14:textId="77777777" w:rsidTr="00A0792E">
                <w:tc>
                  <w:tcPr>
                    <w:tcW w:w="2830" w:type="dxa"/>
                    <w:vAlign w:val="center"/>
                  </w:tcPr>
                  <w:p w14:paraId="582FB6A0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297228663"/>
                    <w:placeholder>
                      <w:docPart w:val="EAB0893BB9864CF3A5FD5EF6FC4BC2D2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6520" w:type="dxa"/>
                      </w:tcPr>
                      <w:p w14:paraId="397E05E5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7BC9DFC8" w14:textId="77777777" w:rsidTr="00A0792E">
                <w:tc>
                  <w:tcPr>
                    <w:tcW w:w="2830" w:type="dxa"/>
                    <w:vAlign w:val="center"/>
                  </w:tcPr>
                  <w:p w14:paraId="64CDE9B9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4A8C435C" w14:textId="77777777" w:rsidR="00DD483C" w:rsidRDefault="00DD483C" w:rsidP="00CD745A"/>
                </w:tc>
                <w:sdt>
                  <w:sdtPr>
                    <w:id w:val="997075720"/>
                    <w:placeholder>
                      <w:docPart w:val="04F1EB74A2FD4752917F2F39F815AC51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02010282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6F8952C" w14:textId="77777777" w:rsidTr="00A0792E">
                <w:tc>
                  <w:tcPr>
                    <w:tcW w:w="2830" w:type="dxa"/>
                    <w:vAlign w:val="center"/>
                  </w:tcPr>
                  <w:p w14:paraId="0A9B0275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77BA0437" w14:textId="77777777" w:rsidR="00DD483C" w:rsidRDefault="00DD483C" w:rsidP="00CD745A"/>
                </w:tc>
                <w:sdt>
                  <w:sdtPr>
                    <w:id w:val="639075614"/>
                    <w:placeholder>
                      <w:docPart w:val="03E8BAE23C17418F8A9B9301B501A4BD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36409749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53C2775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97FA807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lastRenderedPageBreak/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615DF5B9" w14:textId="77777777" w:rsidR="00DD483C" w:rsidRDefault="00DD483C" w:rsidP="002D7D98">
                    <w:sdt>
                      <w:sdtPr>
                        <w:id w:val="8576222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Local</w:t>
                    </w:r>
                  </w:p>
                  <w:p w14:paraId="6CA8AA99" w14:textId="77777777" w:rsidR="00DD483C" w:rsidRDefault="00DD483C" w:rsidP="002D7D98">
                    <w:sdt>
                      <w:sdtPr>
                        <w:id w:val="55481778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National</w:t>
                    </w:r>
                  </w:p>
                  <w:p w14:paraId="1DA59B1B" w14:textId="77777777" w:rsidR="00DD483C" w:rsidRDefault="00DD483C" w:rsidP="002D7D98">
                    <w:sdt>
                      <w:sdtPr>
                        <w:id w:val="15254458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International</w:t>
                    </w:r>
                  </w:p>
                </w:tc>
              </w:tr>
              <w:tr w:rsidR="00DD483C" w14:paraId="0A69A49B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FC2ACBD" w14:textId="131AD5A3" w:rsidR="00DD483C" w:rsidRDefault="00DD483C" w:rsidP="002D7D98"/>
                </w:tc>
              </w:tr>
            </w:sdtContent>
          </w:sdt>
          <w:sdt>
            <w:sdtPr>
              <w:rPr>
                <w:b/>
                <w:bCs/>
              </w:rPr>
              <w:id w:val="3416546"/>
              <w:placeholder>
                <w:docPart w:val="93B016EDDF684B6AA9A30556CE466DA3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BFE7F89" w14:textId="77777777" w:rsidTr="0019370D">
                <w:tc>
                  <w:tcPr>
                    <w:tcW w:w="9350" w:type="dxa"/>
                    <w:gridSpan w:val="2"/>
                  </w:tcPr>
                  <w:p w14:paraId="40A16DCF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375357062"/>
                        <w:placeholder>
                          <w:docPart w:val="588DBB1BD51A4506A10064EABEF29AB3"/>
                        </w:placeholder>
                        <w:showingPlcHdr/>
                      </w:sdtPr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11FAB813" w14:textId="77777777" w:rsidTr="00A0792E">
                <w:tc>
                  <w:tcPr>
                    <w:tcW w:w="2830" w:type="dxa"/>
                    <w:vAlign w:val="center"/>
                  </w:tcPr>
                  <w:p w14:paraId="3D6F5C5F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74378BCA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74508431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-11219165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0281F0AC" w14:textId="77777777" w:rsidTr="00A0792E">
                <w:tc>
                  <w:tcPr>
                    <w:tcW w:w="2830" w:type="dxa"/>
                    <w:vAlign w:val="center"/>
                  </w:tcPr>
                  <w:p w14:paraId="5A7475C3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0D690E8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-14441436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-169168318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-18602719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0C6ED81B" w14:textId="77777777" w:rsidTr="00A0792E">
                <w:tc>
                  <w:tcPr>
                    <w:tcW w:w="2830" w:type="dxa"/>
                    <w:vAlign w:val="center"/>
                  </w:tcPr>
                  <w:p w14:paraId="4DFAA889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469833904"/>
                    <w:placeholder>
                      <w:docPart w:val="A74DD9015F8946FC87608BC881F34E63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6520" w:type="dxa"/>
                      </w:tcPr>
                      <w:p w14:paraId="24207680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188B849E" w14:textId="77777777" w:rsidTr="00A0792E">
                <w:tc>
                  <w:tcPr>
                    <w:tcW w:w="2830" w:type="dxa"/>
                    <w:vAlign w:val="center"/>
                  </w:tcPr>
                  <w:p w14:paraId="136541DA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2E9C0AF5" w14:textId="77777777" w:rsidR="00DD483C" w:rsidRDefault="00DD483C" w:rsidP="00CD745A"/>
                </w:tc>
                <w:sdt>
                  <w:sdtPr>
                    <w:id w:val="1599441277"/>
                    <w:placeholder>
                      <w:docPart w:val="BA181D53E55E4B93BCD9DEB679B58CBF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335D2CC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A6F7B8D" w14:textId="77777777" w:rsidTr="00A0792E">
                <w:tc>
                  <w:tcPr>
                    <w:tcW w:w="2830" w:type="dxa"/>
                    <w:vAlign w:val="center"/>
                  </w:tcPr>
                  <w:p w14:paraId="3B6B6F53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39A9966" w14:textId="77777777" w:rsidR="00DD483C" w:rsidRDefault="00DD483C" w:rsidP="00CD745A"/>
                </w:tc>
                <w:sdt>
                  <w:sdtPr>
                    <w:id w:val="-545145261"/>
                    <w:placeholder>
                      <w:docPart w:val="3514199E358E4DEE889A194806C60230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7CFB942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03453AD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1E3B2E8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17532A3A" w14:textId="77777777" w:rsidR="00DD483C" w:rsidRDefault="00DD483C" w:rsidP="002D7D98">
                    <w:sdt>
                      <w:sdtPr>
                        <w:id w:val="-6294806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Local</w:t>
                    </w:r>
                  </w:p>
                  <w:p w14:paraId="6C87B289" w14:textId="77777777" w:rsidR="00DD483C" w:rsidRDefault="00DD483C" w:rsidP="002D7D98">
                    <w:sdt>
                      <w:sdtPr>
                        <w:id w:val="-127524206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National</w:t>
                    </w:r>
                  </w:p>
                  <w:p w14:paraId="2CD91CD8" w14:textId="77777777" w:rsidR="00DD483C" w:rsidRDefault="00DD483C" w:rsidP="002D7D98">
                    <w:sdt>
                      <w:sdtPr>
                        <w:id w:val="-19248716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International</w:t>
                    </w:r>
                  </w:p>
                </w:tc>
              </w:tr>
              <w:tr w:rsidR="00DD483C" w14:paraId="0DE6CE2D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27AD916" w14:textId="2B6D46A2" w:rsidR="00DD483C" w:rsidRDefault="00DD483C" w:rsidP="002D7D98"/>
                </w:tc>
              </w:tr>
            </w:sdtContent>
          </w:sdt>
          <w:sdt>
            <w:sdtPr>
              <w:rPr>
                <w:b/>
                <w:bCs/>
              </w:rPr>
              <w:id w:val="-2083513857"/>
              <w:placeholder>
                <w:docPart w:val="1313270D5A1449B8A2750421690C0F36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AFA0A0C" w14:textId="77777777" w:rsidTr="0019370D">
                <w:tc>
                  <w:tcPr>
                    <w:tcW w:w="9350" w:type="dxa"/>
                    <w:gridSpan w:val="2"/>
                  </w:tcPr>
                  <w:p w14:paraId="7D6085CD" w14:textId="77777777" w:rsidR="00DD483C" w:rsidRDefault="00DD483C" w:rsidP="002D7D98">
                    <w:r w:rsidRPr="00F4085D">
                      <w:rPr>
                        <w:b/>
                        <w:bCs/>
                      </w:rPr>
                      <w:t>Project Title</w:t>
                    </w:r>
                    <w:r>
                      <w:rPr>
                        <w:b/>
                        <w:bCs/>
                      </w:rPr>
                      <w:t xml:space="preserve">: </w:t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r>
                      <w:rPr>
                        <w:b/>
                        <w:bCs/>
                      </w:rPr>
                      <w:tab/>
                    </w:r>
                    <w:sdt>
                      <w:sdtPr>
                        <w:rPr>
                          <w:b/>
                          <w:bCs/>
                        </w:rPr>
                        <w:id w:val="-1572275556"/>
                        <w:placeholder>
                          <w:docPart w:val="24C427CBCF874D7FA13A267561336825"/>
                        </w:placeholder>
                        <w:showingPlcHdr/>
                      </w:sdtPr>
                      <w:sdtContent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</w:tr>
              <w:tr w:rsidR="00DD483C" w14:paraId="3AB604DD" w14:textId="77777777" w:rsidTr="00A0792E">
                <w:tc>
                  <w:tcPr>
                    <w:tcW w:w="2830" w:type="dxa"/>
                    <w:vAlign w:val="center"/>
                  </w:tcPr>
                  <w:p w14:paraId="656062DF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Role</w:t>
                    </w:r>
                    <w:r>
                      <w:rPr>
                        <w:b/>
                        <w:bCs/>
                      </w:rPr>
                      <w:t>:</w:t>
                    </w:r>
                  </w:p>
                </w:tc>
                <w:tc>
                  <w:tcPr>
                    <w:tcW w:w="6520" w:type="dxa"/>
                  </w:tcPr>
                  <w:p w14:paraId="3DBDF03C" w14:textId="77777777" w:rsidR="00DD483C" w:rsidRDefault="00DD483C" w:rsidP="002D7D98">
                    <w:r>
                      <w:t>1</w:t>
                    </w:r>
                    <w:r w:rsidRPr="004A7F5A">
                      <w:rPr>
                        <w:vertAlign w:val="superscript"/>
                      </w:rPr>
                      <w:t>st</w:t>
                    </w:r>
                    <w:r>
                      <w:t xml:space="preserve"> author</w:t>
                    </w:r>
                    <w:sdt>
                      <w:sdtPr>
                        <w:id w:val="-140891941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</w:t>
                    </w:r>
                    <w:r>
                      <w:tab/>
                      <w:t>Joint</w:t>
                    </w:r>
                    <w:sdt>
                      <w:sdtPr>
                        <w:id w:val="19079531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27042249" w14:textId="77777777" w:rsidTr="00A0792E">
                <w:tc>
                  <w:tcPr>
                    <w:tcW w:w="2830" w:type="dxa"/>
                    <w:vAlign w:val="center"/>
                  </w:tcPr>
                  <w:p w14:paraId="73E56EAB" w14:textId="77777777" w:rsidR="00DD483C" w:rsidRDefault="00DD483C" w:rsidP="00CD745A">
                    <w:r w:rsidRPr="00F4085D">
                      <w:rPr>
                        <w:b/>
                        <w:bCs/>
                      </w:rPr>
                      <w:t>Was the audit cycle completed?</w:t>
                    </w:r>
                  </w:p>
                </w:tc>
                <w:tc>
                  <w:tcPr>
                    <w:tcW w:w="6520" w:type="dxa"/>
                  </w:tcPr>
                  <w:p w14:paraId="43D394E6" w14:textId="77777777" w:rsidR="00DD483C" w:rsidRDefault="00DD483C" w:rsidP="002D7D98">
                    <w:r>
                      <w:t xml:space="preserve">Yes </w:t>
                    </w:r>
                    <w:sdt>
                      <w:sdtPr>
                        <w:id w:val="10035539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No </w:t>
                    </w:r>
                    <w:sdt>
                      <w:sdtPr>
                        <w:id w:val="21426861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ab/>
                      <w:t xml:space="preserve">Ongoing </w:t>
                    </w:r>
                    <w:sdt>
                      <w:sdtPr>
                        <w:id w:val="9296327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  <w:tr w:rsidR="00DD483C" w14:paraId="5F7D7172" w14:textId="77777777" w:rsidTr="00A0792E">
                <w:tc>
                  <w:tcPr>
                    <w:tcW w:w="2830" w:type="dxa"/>
                    <w:vAlign w:val="center"/>
                  </w:tcPr>
                  <w:p w14:paraId="64A3FF1E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Date of audit</w:t>
                    </w:r>
                  </w:p>
                </w:tc>
                <w:sdt>
                  <w:sdtPr>
                    <w:id w:val="-344483522"/>
                    <w:placeholder>
                      <w:docPart w:val="9D47B4342BF44C208F687DC75F792D85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6520" w:type="dxa"/>
                      </w:tcPr>
                      <w:p w14:paraId="027F0F5F" w14:textId="77777777" w:rsidR="00DD483C" w:rsidRDefault="00DD483C" w:rsidP="001206C0">
                        <w:r w:rsidRPr="00076DED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  <w:tr w:rsidR="00DD483C" w14:paraId="5C5944E6" w14:textId="77777777" w:rsidTr="00A0792E">
                <w:tc>
                  <w:tcPr>
                    <w:tcW w:w="2830" w:type="dxa"/>
                    <w:vAlign w:val="center"/>
                  </w:tcPr>
                  <w:p w14:paraId="6A761C9F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change did you implement?</w:t>
                    </w:r>
                  </w:p>
                  <w:p w14:paraId="5034FA6B" w14:textId="77777777" w:rsidR="00DD483C" w:rsidRDefault="00DD483C" w:rsidP="00CD745A"/>
                </w:tc>
                <w:sdt>
                  <w:sdtPr>
                    <w:id w:val="1319312666"/>
                    <w:placeholder>
                      <w:docPart w:val="654A2794906D4AF8B16CB2CA8955374D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1B77C1FA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C4C2BF0" w14:textId="77777777" w:rsidTr="00A0792E">
                <w:tc>
                  <w:tcPr>
                    <w:tcW w:w="2830" w:type="dxa"/>
                    <w:vAlign w:val="center"/>
                  </w:tcPr>
                  <w:p w14:paraId="67B5046B" w14:textId="77777777" w:rsidR="00DD483C" w:rsidRPr="00F4085D" w:rsidRDefault="00DD483C" w:rsidP="00CD745A">
                    <w:pPr>
                      <w:rPr>
                        <w:b/>
                        <w:bCs/>
                      </w:rPr>
                    </w:pPr>
                    <w:r w:rsidRPr="00F4085D">
                      <w:rPr>
                        <w:b/>
                        <w:bCs/>
                      </w:rPr>
                      <w:t>What was the measurable impact?</w:t>
                    </w:r>
                  </w:p>
                  <w:p w14:paraId="2677670C" w14:textId="77777777" w:rsidR="00DD483C" w:rsidRDefault="00DD483C" w:rsidP="00CD745A"/>
                </w:tc>
                <w:sdt>
                  <w:sdtPr>
                    <w:id w:val="-1074815068"/>
                    <w:placeholder>
                      <w:docPart w:val="938CCF49B6D04A9ABD727E0884E29C9D"/>
                    </w:placeholder>
                    <w:showingPlcHdr/>
                  </w:sdtPr>
                  <w:sdtContent>
                    <w:tc>
                      <w:tcPr>
                        <w:tcW w:w="6520" w:type="dxa"/>
                      </w:tcPr>
                      <w:p w14:paraId="4DB8F998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1D5B592" w14:textId="77777777" w:rsidTr="004A7F5A">
                <w:tc>
                  <w:tcPr>
                    <w:tcW w:w="2830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13E695C" w14:textId="77777777" w:rsidR="00DD483C" w:rsidRPr="004A7F5A" w:rsidRDefault="00DD483C" w:rsidP="00CD745A">
                    <w:pPr>
                      <w:rPr>
                        <w:b/>
                        <w:bCs/>
                      </w:rPr>
                    </w:pPr>
                    <w:r w:rsidRPr="004A7F5A">
                      <w:rPr>
                        <w:b/>
                        <w:bCs/>
                      </w:rPr>
                      <w:t xml:space="preserve">Presented </w:t>
                    </w:r>
                    <w:r w:rsidRPr="004A7F5A">
                      <w:rPr>
                        <w:b/>
                        <w:bCs/>
                        <w:lang w:val="en-GB"/>
                      </w:rPr>
                      <w:t>at local, national or international</w:t>
                    </w:r>
                  </w:p>
                </w:tc>
                <w:tc>
                  <w:tcPr>
                    <w:tcW w:w="6520" w:type="dxa"/>
                    <w:tcBorders>
                      <w:bottom w:val="single" w:sz="4" w:space="0" w:color="auto"/>
                    </w:tcBorders>
                  </w:tcPr>
                  <w:p w14:paraId="725CB9B9" w14:textId="77777777" w:rsidR="00DD483C" w:rsidRDefault="00DD483C" w:rsidP="002D7D98">
                    <w:sdt>
                      <w:sdtPr>
                        <w:id w:val="-10622463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Local</w:t>
                    </w:r>
                  </w:p>
                  <w:p w14:paraId="6A4DDD19" w14:textId="77777777" w:rsidR="00DD483C" w:rsidRDefault="00DD483C" w:rsidP="002D7D98">
                    <w:sdt>
                      <w:sdtPr>
                        <w:id w:val="-38710445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National</w:t>
                    </w:r>
                  </w:p>
                  <w:p w14:paraId="482801B1" w14:textId="77777777" w:rsidR="00DD483C" w:rsidRDefault="00DD483C" w:rsidP="002D7D98">
                    <w:sdt>
                      <w:sdtPr>
                        <w:id w:val="-20457434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  <w:r>
                      <w:t xml:space="preserve"> International</w:t>
                    </w:r>
                  </w:p>
                </w:tc>
              </w:tr>
              <w:tr w:rsidR="00DD483C" w14:paraId="235DDB2F" w14:textId="77777777" w:rsidTr="004A7F5A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3EA38CD0" w14:textId="77572B11" w:rsidR="00DD483C" w:rsidRDefault="00DD483C" w:rsidP="002D7D98"/>
                </w:tc>
              </w:tr>
            </w:sdtContent>
          </w:sdt>
        </w:sdtContent>
      </w:sdt>
    </w:tbl>
    <w:p w14:paraId="05FAB95E" w14:textId="77777777" w:rsidR="00DD483C" w:rsidRDefault="00DD483C" w:rsidP="003A0599">
      <w:pPr>
        <w:pStyle w:val="Heading1"/>
      </w:pPr>
    </w:p>
    <w:p w14:paraId="3FB90239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9AC81AA" w14:textId="7EA5F51B" w:rsidR="004A7F5A" w:rsidRDefault="004A7F5A" w:rsidP="003A0599">
      <w:pPr>
        <w:pStyle w:val="Heading1"/>
      </w:pPr>
      <w:r w:rsidRPr="003D4225">
        <w:lastRenderedPageBreak/>
        <w:t>Leadership and management roles</w:t>
      </w:r>
    </w:p>
    <w:sdt>
      <w:sdtPr>
        <w:rPr>
          <w:b/>
          <w:bCs/>
          <w:lang w:val="en-GB"/>
        </w:rPr>
        <w:id w:val="-471136161"/>
        <w15:repeatingSection/>
      </w:sdtPr>
      <w:sdtEndPr>
        <w:rPr>
          <w:b w:val="0"/>
          <w:bCs w:val="0"/>
        </w:rPr>
      </w:sdtEndPr>
      <w:sdtContent>
        <w:tbl>
          <w:tblPr>
            <w:tblStyle w:val="TableGrid"/>
            <w:tblW w:w="5000" w:type="pct"/>
            <w:tblLook w:val="04A0" w:firstRow="1" w:lastRow="0" w:firstColumn="1" w:lastColumn="0" w:noHBand="0" w:noVBand="1"/>
          </w:tblPr>
          <w:tblGrid>
            <w:gridCol w:w="3751"/>
            <w:gridCol w:w="5599"/>
          </w:tblGrid>
          <w:sdt>
            <w:sdtPr>
              <w:rPr>
                <w:b/>
                <w:bCs/>
                <w:lang w:val="en-GB"/>
              </w:rPr>
              <w:id w:val="1698732479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54C0063C" w14:textId="77777777" w:rsidTr="003D4225">
                <w:tc>
                  <w:tcPr>
                    <w:tcW w:w="2006" w:type="pct"/>
                    <w:vAlign w:val="center"/>
                  </w:tcPr>
                  <w:p w14:paraId="50C17546" w14:textId="0D478FE4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752476140"/>
                    <w:placeholder>
                      <w:docPart w:val="6871417A5ECF4F4FA5F5682117266CD2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6F882352" w14:textId="6A5A2069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382842C" w14:textId="77777777" w:rsidTr="003D4225">
                <w:tc>
                  <w:tcPr>
                    <w:tcW w:w="2006" w:type="pct"/>
                    <w:vAlign w:val="center"/>
                  </w:tcPr>
                  <w:p w14:paraId="65BC18F7" w14:textId="238F2D6D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862577753"/>
                    <w:placeholder>
                      <w:docPart w:val="2525A8C29CF24ECD9EAACD5559B0D56B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0D3208A6" w14:textId="6D75999E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1070E4E" w14:textId="77777777" w:rsidTr="003D4225">
                <w:tc>
                  <w:tcPr>
                    <w:tcW w:w="2006" w:type="pct"/>
                    <w:vAlign w:val="center"/>
                  </w:tcPr>
                  <w:p w14:paraId="51156AD8" w14:textId="35463DF1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958633379"/>
                    <w:placeholder>
                      <w:docPart w:val="291B0967D3354F8ABBCABE81F4CD0193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3FA8FD37" w14:textId="38606872" w:rsidR="003D4225" w:rsidRDefault="003D4225" w:rsidP="003D4225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4B7E68F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16BCB2AF" w14:textId="57928CB8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850687253"/>
                    <w:placeholder>
                      <w:docPart w:val="139B1462D4794E338C60031991F15202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3AB2B433" w14:textId="7934E5CE" w:rsidR="003D4225" w:rsidRDefault="003D4225" w:rsidP="003D4225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103DFE4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4E14FA94" w14:textId="7777777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7ACF6287" w14:textId="2D49CBBC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1901093811"/>
              <w:placeholder>
                <w:docPart w:val="0764DA2CD2C34DBFA32853298554947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435AFC4D" w14:textId="77777777" w:rsidTr="003D4225">
                <w:tc>
                  <w:tcPr>
                    <w:tcW w:w="2006" w:type="pct"/>
                    <w:vAlign w:val="center"/>
                  </w:tcPr>
                  <w:p w14:paraId="389C7F0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625285138"/>
                    <w:placeholder>
                      <w:docPart w:val="2124066137484098867A6A4EBE15DF4B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66C2343D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3259CC5" w14:textId="77777777" w:rsidTr="003D4225">
                <w:tc>
                  <w:tcPr>
                    <w:tcW w:w="2006" w:type="pct"/>
                    <w:vAlign w:val="center"/>
                  </w:tcPr>
                  <w:p w14:paraId="148DDE4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926188183"/>
                    <w:placeholder>
                      <w:docPart w:val="71C06ABE0FD34BF884B8CD9B95AB9041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21952E80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42CC5034" w14:textId="77777777" w:rsidTr="003D4225">
                <w:tc>
                  <w:tcPr>
                    <w:tcW w:w="2006" w:type="pct"/>
                    <w:vAlign w:val="center"/>
                  </w:tcPr>
                  <w:p w14:paraId="04FC1B38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949192365"/>
                    <w:placeholder>
                      <w:docPart w:val="8897023ADFBD44C3BB718F7A184144FA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56ACEB50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54DB848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332DA333" w14:textId="77777777" w:rsidR="003D4225" w:rsidRPr="003D4225" w:rsidRDefault="003D4225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1590897578"/>
                    <w:placeholder>
                      <w:docPart w:val="BBC4C44B1BB345A2809FAF82C1D6D436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8DA99DD" w14:textId="77777777" w:rsidR="003D4225" w:rsidRDefault="003D4225" w:rsidP="00053B32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24FBBC7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41A38BE1" w14:textId="7777777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A3A1BF8" w14:textId="15BC9F67" w:rsidR="003D4225" w:rsidRDefault="003D4225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285092339"/>
              <w:placeholder>
                <w:docPart w:val="872674BEBE254D139E97694C08ADA8E4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638A3C5" w14:textId="77777777" w:rsidTr="003D4225">
                <w:tc>
                  <w:tcPr>
                    <w:tcW w:w="2006" w:type="pct"/>
                    <w:vAlign w:val="center"/>
                  </w:tcPr>
                  <w:p w14:paraId="2A63C86E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401902346"/>
                    <w:placeholder>
                      <w:docPart w:val="4E68C62238484DB6A715603E94640D14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510CE1A0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1F38B44" w14:textId="77777777" w:rsidTr="003D4225">
                <w:tc>
                  <w:tcPr>
                    <w:tcW w:w="2006" w:type="pct"/>
                    <w:vAlign w:val="center"/>
                  </w:tcPr>
                  <w:p w14:paraId="75EFA4F0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78594631"/>
                    <w:placeholder>
                      <w:docPart w:val="06F118206DEA4B4EA7E434CF7C8282D8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05978C71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8BA6EB6" w14:textId="77777777" w:rsidTr="003D4225">
                <w:tc>
                  <w:tcPr>
                    <w:tcW w:w="2006" w:type="pct"/>
                    <w:vAlign w:val="center"/>
                  </w:tcPr>
                  <w:p w14:paraId="17327CBB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227890409"/>
                    <w:placeholder>
                      <w:docPart w:val="693B24C7E1954657BAD634E2154DC4B0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06E7E14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F52ADAF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7335F0A4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-970364346"/>
                    <w:placeholder>
                      <w:docPart w:val="343A853215714F3AABF2252901FB9D91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75DAA1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76C774E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01DE0C7D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E91B8D4" w14:textId="6127047F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1009266420"/>
              <w:placeholder>
                <w:docPart w:val="03DBC09FEB89433A8A71F22369D6E37F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73139F24" w14:textId="77777777" w:rsidTr="003D4225">
                <w:tc>
                  <w:tcPr>
                    <w:tcW w:w="2006" w:type="pct"/>
                    <w:vAlign w:val="center"/>
                  </w:tcPr>
                  <w:p w14:paraId="647E28BC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1933497745"/>
                    <w:placeholder>
                      <w:docPart w:val="6DA83FDB11AC4884B8E29521BBB9FE52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56ED925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D876ACF" w14:textId="77777777" w:rsidTr="003D4225">
                <w:tc>
                  <w:tcPr>
                    <w:tcW w:w="2006" w:type="pct"/>
                    <w:vAlign w:val="center"/>
                  </w:tcPr>
                  <w:p w14:paraId="52CD273B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1171459161"/>
                    <w:placeholder>
                      <w:docPart w:val="E29F434EA97C4A8E92C07B199F7ABB35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2366E5B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8D84E56" w14:textId="77777777" w:rsidTr="003D4225">
                <w:tc>
                  <w:tcPr>
                    <w:tcW w:w="2006" w:type="pct"/>
                    <w:vAlign w:val="center"/>
                  </w:tcPr>
                  <w:p w14:paraId="0F194C10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204063209"/>
                    <w:placeholder>
                      <w:docPart w:val="CBF1D566378D4137AF83E0F278F7CF0D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5887B28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A10F575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4D423805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2021504434"/>
                    <w:placeholder>
                      <w:docPart w:val="6BB7827819FF458F942C25CD27569E58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006BFE8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577B089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07A576FB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71D22238" w14:textId="23259AA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258881552"/>
              <w:placeholder>
                <w:docPart w:val="1024D002574A4875A8F5EBA7E4AEB69C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64A6C476" w14:textId="77777777" w:rsidTr="003D4225">
                <w:tc>
                  <w:tcPr>
                    <w:tcW w:w="2006" w:type="pct"/>
                    <w:vAlign w:val="center"/>
                  </w:tcPr>
                  <w:p w14:paraId="5E6388F4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1815110"/>
                    <w:placeholder>
                      <w:docPart w:val="353BB274B49A4F17A021640B275CBAAC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2B89E86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A7F214E" w14:textId="77777777" w:rsidTr="003D4225">
                <w:tc>
                  <w:tcPr>
                    <w:tcW w:w="2006" w:type="pct"/>
                    <w:vAlign w:val="center"/>
                  </w:tcPr>
                  <w:p w14:paraId="6CCBD069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605697466"/>
                    <w:placeholder>
                      <w:docPart w:val="E3E315797D81445DB34AE1DA82424FD4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62073B69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0EFA12B" w14:textId="77777777" w:rsidTr="003D4225">
                <w:tc>
                  <w:tcPr>
                    <w:tcW w:w="2006" w:type="pct"/>
                    <w:vAlign w:val="center"/>
                  </w:tcPr>
                  <w:p w14:paraId="0A2D9856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947958772"/>
                    <w:placeholder>
                      <w:docPart w:val="EAEBA5EAFD3E424AA732EA49A0BD9D0A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1239DD6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9D6FF3D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1406C5EA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1617796341"/>
                    <w:placeholder>
                      <w:docPart w:val="D141045663FE4FA7BDB896D3BECFB11F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62E36CE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B794F6D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580AAF02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2CE8D67D" w14:textId="4F7FAFF6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  <w:sdt>
            <w:sdtPr>
              <w:rPr>
                <w:b/>
                <w:bCs/>
                <w:lang w:val="en-GB"/>
              </w:rPr>
              <w:id w:val="-49305664"/>
              <w:placeholder>
                <w:docPart w:val="34261A00F88A480AA0AF5FE2F7BC45F6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06F166B8" w14:textId="77777777" w:rsidTr="003D4225">
                <w:tc>
                  <w:tcPr>
                    <w:tcW w:w="2006" w:type="pct"/>
                    <w:vAlign w:val="center"/>
                  </w:tcPr>
                  <w:p w14:paraId="3C03A90C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Name of role</w:t>
                    </w:r>
                  </w:p>
                </w:tc>
                <w:sdt>
                  <w:sdtPr>
                    <w:rPr>
                      <w:lang w:val="en-GB"/>
                    </w:rPr>
                    <w:id w:val="-687291745"/>
                    <w:placeholder>
                      <w:docPart w:val="6199F2A5BA8A4EAEB758F6BCE8D87BF6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73791396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4730598" w14:textId="77777777" w:rsidTr="003D4225">
                <w:tc>
                  <w:tcPr>
                    <w:tcW w:w="2006" w:type="pct"/>
                    <w:vAlign w:val="center"/>
                  </w:tcPr>
                  <w:p w14:paraId="75FE52D1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Institution</w:t>
                    </w:r>
                  </w:p>
                </w:tc>
                <w:sdt>
                  <w:sdtPr>
                    <w:rPr>
                      <w:lang w:val="en-GB"/>
                    </w:rPr>
                    <w:id w:val="-1450396482"/>
                    <w:placeholder>
                      <w:docPart w:val="9F7B9CF44AE945CBB31712A7F8D2DF69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38BC220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013A345" w14:textId="77777777" w:rsidTr="003D4225">
                <w:tc>
                  <w:tcPr>
                    <w:tcW w:w="2006" w:type="pct"/>
                    <w:vAlign w:val="center"/>
                  </w:tcPr>
                  <w:p w14:paraId="6BAA6CE3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Dates of role</w:t>
                    </w:r>
                  </w:p>
                </w:tc>
                <w:sdt>
                  <w:sdtPr>
                    <w:rPr>
                      <w:lang w:val="en-GB"/>
                    </w:rPr>
                    <w:id w:val="1069997301"/>
                    <w:placeholder>
                      <w:docPart w:val="40C7C286F2E74597B8295B0DA3149F23"/>
                    </w:placeholder>
                    <w:showingPlcHdr/>
                  </w:sdtPr>
                  <w:sdtContent>
                    <w:tc>
                      <w:tcPr>
                        <w:tcW w:w="2994" w:type="pct"/>
                      </w:tcPr>
                      <w:p w14:paraId="0420240C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AD8D8A1" w14:textId="77777777" w:rsidTr="003D4225">
                <w:tc>
                  <w:tcPr>
                    <w:tcW w:w="2006" w:type="pct"/>
                    <w:tcBorders>
                      <w:bottom w:val="single" w:sz="4" w:space="0" w:color="auto"/>
                    </w:tcBorders>
                    <w:vAlign w:val="center"/>
                  </w:tcPr>
                  <w:p w14:paraId="6C6B6FC5" w14:textId="77777777" w:rsidR="00DD483C" w:rsidRPr="003D4225" w:rsidRDefault="00DD483C" w:rsidP="003D4225">
                    <w:pPr>
                      <w:rPr>
                        <w:b/>
                        <w:bCs/>
                        <w:lang w:val="en-GB"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</w:t>
                    </w:r>
                  </w:p>
                </w:tc>
                <w:sdt>
                  <w:sdtPr>
                    <w:rPr>
                      <w:lang w:val="en-GB"/>
                    </w:rPr>
                    <w:id w:val="327482645"/>
                    <w:placeholder>
                      <w:docPart w:val="2FE74ECC14244370A8BC68258C8F9363"/>
                    </w:placeholder>
                    <w:showingPlcHdr/>
                  </w:sdtPr>
                  <w:sdtContent>
                    <w:tc>
                      <w:tcPr>
                        <w:tcW w:w="2994" w:type="pct"/>
                        <w:tcBorders>
                          <w:bottom w:val="single" w:sz="4" w:space="0" w:color="auto"/>
                        </w:tcBorders>
                      </w:tcPr>
                      <w:p w14:paraId="70ABD35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84DB20E" w14:textId="77777777" w:rsidTr="003D4225">
                <w:tc>
                  <w:tcPr>
                    <w:tcW w:w="2006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BFB485E" w14:textId="77777777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  <w:tc>
                  <w:tcPr>
                    <w:tcW w:w="2994" w:type="pct"/>
                    <w:tcBorders>
                      <w:left w:val="nil"/>
                      <w:bottom w:val="nil"/>
                      <w:right w:val="nil"/>
                    </w:tcBorders>
                  </w:tcPr>
                  <w:p w14:paraId="32141A9C" w14:textId="1DEFA2DC" w:rsidR="00DD483C" w:rsidRDefault="00DD483C" w:rsidP="003D4225">
                    <w:pPr>
                      <w:rPr>
                        <w:lang w:val="en-GB"/>
                      </w:rPr>
                    </w:pPr>
                  </w:p>
                </w:tc>
              </w:tr>
            </w:sdtContent>
          </w:sdt>
        </w:tbl>
      </w:sdtContent>
    </w:sdt>
    <w:p w14:paraId="395F4AD8" w14:textId="77777777" w:rsidR="00DD483C" w:rsidRDefault="00DD483C" w:rsidP="003D4225">
      <w:pPr>
        <w:pStyle w:val="Heading1"/>
      </w:pPr>
    </w:p>
    <w:p w14:paraId="4D574E37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A71699E" w14:textId="17C7215B" w:rsidR="003D4225" w:rsidRDefault="003D4225" w:rsidP="003D4225">
      <w:pPr>
        <w:pStyle w:val="Heading1"/>
      </w:pPr>
      <w:r>
        <w:lastRenderedPageBreak/>
        <w:t>Teaching roles</w:t>
      </w:r>
    </w:p>
    <w:sdt>
      <w:sdtPr>
        <w:rPr>
          <w:b/>
          <w:bCs/>
        </w:rPr>
        <w:id w:val="-189065573"/>
        <w15:repeatingSection/>
      </w:sdtPr>
      <w:sdtEndPr>
        <w:rPr>
          <w:b w:val="0"/>
          <w:bCs w:val="0"/>
        </w:rPr>
      </w:sdtEndPr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6661"/>
          </w:tblGrid>
          <w:sdt>
            <w:sdtPr>
              <w:rPr>
                <w:b/>
                <w:bCs/>
              </w:rPr>
              <w:id w:val="981667689"/>
              <w:placeholder>
                <w:docPart w:val="F781B5300B27482F978D8FE0167C926B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104A080F" w14:textId="77777777" w:rsidTr="007427F2">
                <w:tc>
                  <w:tcPr>
                    <w:tcW w:w="2689" w:type="dxa"/>
                  </w:tcPr>
                  <w:p w14:paraId="4696C19C" w14:textId="68E71098" w:rsidR="003D4225" w:rsidRDefault="003D4225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902106861"/>
                    <w:placeholder>
                      <w:docPart w:val="9A6CA2AF8DF94CD69E896834E8685256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208E5B1C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31C7D75D" w14:textId="77777777" w:rsidTr="007427F2">
                <w:tc>
                  <w:tcPr>
                    <w:tcW w:w="2689" w:type="dxa"/>
                  </w:tcPr>
                  <w:p w14:paraId="0323D47C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15619653"/>
                    <w:placeholder>
                      <w:docPart w:val="B4C9C3BD6DAE445585208941AA04C9C7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109B52E5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08030E6" w14:textId="77777777" w:rsidTr="007427F2">
                <w:tc>
                  <w:tcPr>
                    <w:tcW w:w="2689" w:type="dxa"/>
                  </w:tcPr>
                  <w:p w14:paraId="5A9DCFCB" w14:textId="713C1C11" w:rsidR="003D4225" w:rsidRDefault="003D4225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1642029865"/>
                    <w:placeholder>
                      <w:docPart w:val="3DEE5954FCFC406D92213FF305264608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733983BF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29BCD58" w14:textId="77777777" w:rsidTr="007427F2">
                <w:tc>
                  <w:tcPr>
                    <w:tcW w:w="2689" w:type="dxa"/>
                  </w:tcPr>
                  <w:p w14:paraId="5391549D" w14:textId="681FD8BF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206851474"/>
                    <w:placeholder>
                      <w:docPart w:val="F3513A9A84864C3F9F7588EA499BB78D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0967EA7F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185B6240" w14:textId="77777777" w:rsidTr="007427F2">
                <w:tc>
                  <w:tcPr>
                    <w:tcW w:w="2689" w:type="dxa"/>
                  </w:tcPr>
                  <w:p w14:paraId="5E21A68C" w14:textId="0E93B11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2075569655"/>
                    <w:placeholder>
                      <w:docPart w:val="4B3E2B0B02804B6B9EB34D06EDE16C2C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4BFF332F" w14:textId="44FD08E4" w:rsidR="003D4225" w:rsidRDefault="003D4225" w:rsidP="007427F2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CAEBD03" w14:textId="77777777" w:rsidTr="007427F2">
                <w:tc>
                  <w:tcPr>
                    <w:tcW w:w="2689" w:type="dxa"/>
                  </w:tcPr>
                  <w:p w14:paraId="04D4F25E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144629995"/>
                    <w:placeholder>
                      <w:docPart w:val="085A5022E14D43D0AAECA4D7B07105ED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7862ADB4" w14:textId="77777777" w:rsidR="003D4225" w:rsidRDefault="003D4225" w:rsidP="007427F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00E6E3F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D69D49E" w14:textId="629DDE17" w:rsidR="003D4225" w:rsidRDefault="003D4225" w:rsidP="007427F2"/>
                </w:tc>
              </w:tr>
            </w:sdtContent>
          </w:sdt>
          <w:sdt>
            <w:sdtPr>
              <w:rPr>
                <w:b/>
                <w:bCs/>
              </w:rPr>
              <w:id w:val="-1295209995"/>
              <w:placeholder>
                <w:docPart w:val="92AA3BC0912C4285B1AF8D3AA3E6267D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3D4225" w14:paraId="6B163F70" w14:textId="77777777" w:rsidTr="007427F2">
                <w:tc>
                  <w:tcPr>
                    <w:tcW w:w="2689" w:type="dxa"/>
                  </w:tcPr>
                  <w:p w14:paraId="5DAC4FAC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1939826572"/>
                    <w:placeholder>
                      <w:docPart w:val="E03C20D0AC564E049B3D88E959C81C32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36796B4D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0ED7D06A" w14:textId="77777777" w:rsidTr="007427F2">
                <w:tc>
                  <w:tcPr>
                    <w:tcW w:w="2689" w:type="dxa"/>
                  </w:tcPr>
                  <w:p w14:paraId="4F8C9D0E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24186907"/>
                    <w:placeholder>
                      <w:docPart w:val="627B206A1F114B79923F70D146A387C5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6071F52E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11539EFB" w14:textId="77777777" w:rsidTr="007427F2">
                <w:tc>
                  <w:tcPr>
                    <w:tcW w:w="2689" w:type="dxa"/>
                  </w:tcPr>
                  <w:p w14:paraId="086318CD" w14:textId="77777777" w:rsidR="003D4225" w:rsidRDefault="003D4225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1759279741"/>
                    <w:placeholder>
                      <w:docPart w:val="1F7E10A372CF41B6B48CD20F8B9D8888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5CBB1CFB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78052FC4" w14:textId="77777777" w:rsidTr="007427F2">
                <w:tc>
                  <w:tcPr>
                    <w:tcW w:w="2689" w:type="dxa"/>
                  </w:tcPr>
                  <w:p w14:paraId="5006B5D6" w14:textId="7777777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1137992772"/>
                    <w:placeholder>
                      <w:docPart w:val="E818E31203DB4ADBAEA6C68283BE94AE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2C7AA47E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55332B6F" w14:textId="77777777" w:rsidTr="007427F2">
                <w:tc>
                  <w:tcPr>
                    <w:tcW w:w="2689" w:type="dxa"/>
                  </w:tcPr>
                  <w:p w14:paraId="7A0662AB" w14:textId="77777777" w:rsidR="003D4225" w:rsidRPr="003D4225" w:rsidRDefault="003D4225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408222798"/>
                    <w:placeholder>
                      <w:docPart w:val="7E444CB5FE3D4B7E8A005265B8BF5543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62042CAF" w14:textId="77777777" w:rsidR="003D4225" w:rsidRDefault="003D4225" w:rsidP="00053B32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2128481" w14:textId="77777777" w:rsidTr="007427F2">
                <w:tc>
                  <w:tcPr>
                    <w:tcW w:w="2689" w:type="dxa"/>
                  </w:tcPr>
                  <w:p w14:paraId="271636D0" w14:textId="77777777" w:rsidR="003D4225" w:rsidRDefault="003D4225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493219747"/>
                    <w:placeholder>
                      <w:docPart w:val="10713C7F24B9431EB025CD747680B2B8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1A419C36" w14:textId="77777777" w:rsidR="003D4225" w:rsidRDefault="003D4225" w:rsidP="00053B32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3D4225" w14:paraId="6664D125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B722E3D" w14:textId="7945FC97" w:rsidR="003D4225" w:rsidRDefault="003D4225" w:rsidP="007427F2"/>
                </w:tc>
              </w:tr>
            </w:sdtContent>
          </w:sdt>
          <w:sdt>
            <w:sdtPr>
              <w:rPr>
                <w:b/>
                <w:bCs/>
              </w:rPr>
              <w:id w:val="595831012"/>
              <w:placeholder>
                <w:docPart w:val="F90BC23E38754CA4801B2945EBEF2171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3F0A2097" w14:textId="77777777" w:rsidTr="007427F2">
                <w:tc>
                  <w:tcPr>
                    <w:tcW w:w="2689" w:type="dxa"/>
                  </w:tcPr>
                  <w:p w14:paraId="30237011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1705167694"/>
                    <w:placeholder>
                      <w:docPart w:val="F580F967A6FA466D94FA9F00370D0F21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5A8F1AF5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78F86A51" w14:textId="77777777" w:rsidTr="007427F2">
                <w:tc>
                  <w:tcPr>
                    <w:tcW w:w="2689" w:type="dxa"/>
                  </w:tcPr>
                  <w:p w14:paraId="029116CD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504056548"/>
                    <w:placeholder>
                      <w:docPart w:val="91F272D428C44BE1949E3D168527DE97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13247710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DF6A90A" w14:textId="77777777" w:rsidTr="007427F2">
                <w:tc>
                  <w:tcPr>
                    <w:tcW w:w="2689" w:type="dxa"/>
                  </w:tcPr>
                  <w:p w14:paraId="6D139D89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1224866600"/>
                    <w:placeholder>
                      <w:docPart w:val="06AE02CE171648B881F14805B40254A0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248F7134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96574BB" w14:textId="77777777" w:rsidTr="007427F2">
                <w:tc>
                  <w:tcPr>
                    <w:tcW w:w="2689" w:type="dxa"/>
                  </w:tcPr>
                  <w:p w14:paraId="6ABFB39B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-1458714972"/>
                    <w:placeholder>
                      <w:docPart w:val="8D10714B2DB34147BCB9387D38009F53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575A2C61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E124197" w14:textId="77777777" w:rsidTr="007427F2">
                <w:tc>
                  <w:tcPr>
                    <w:tcW w:w="2689" w:type="dxa"/>
                  </w:tcPr>
                  <w:p w14:paraId="043C0E91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-243343544"/>
                    <w:placeholder>
                      <w:docPart w:val="280A6527A87543CF8A81993E62671874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0F0781FB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6BCA7DD6" w14:textId="77777777" w:rsidTr="007427F2">
                <w:tc>
                  <w:tcPr>
                    <w:tcW w:w="2689" w:type="dxa"/>
                  </w:tcPr>
                  <w:p w14:paraId="0D6B1BAB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1095441894"/>
                    <w:placeholder>
                      <w:docPart w:val="D605B1F2154C4935A4C95444B97C44AD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6111327B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9D7DBA7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524A5CD3" w14:textId="4071C321" w:rsidR="00DD483C" w:rsidRDefault="00DD483C" w:rsidP="007427F2"/>
                </w:tc>
              </w:tr>
            </w:sdtContent>
          </w:sdt>
          <w:sdt>
            <w:sdtPr>
              <w:rPr>
                <w:b/>
                <w:bCs/>
              </w:rPr>
              <w:id w:val="-1670868941"/>
              <w:placeholder>
                <w:docPart w:val="E289DC2192504F659C18C64BDE961783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6530287C" w14:textId="77777777" w:rsidTr="007427F2">
                <w:tc>
                  <w:tcPr>
                    <w:tcW w:w="2689" w:type="dxa"/>
                  </w:tcPr>
                  <w:p w14:paraId="0625FC09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1325552459"/>
                    <w:placeholder>
                      <w:docPart w:val="3A1CBB68DA324248837B10D303DA9D01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7A428689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F21D6DB" w14:textId="77777777" w:rsidTr="007427F2">
                <w:tc>
                  <w:tcPr>
                    <w:tcW w:w="2689" w:type="dxa"/>
                  </w:tcPr>
                  <w:p w14:paraId="038DFA7D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-1412226058"/>
                    <w:placeholder>
                      <w:docPart w:val="5C9B1F060A094902B320A7584AAFEF50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78CF2DED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BD52E8E" w14:textId="77777777" w:rsidTr="007427F2">
                <w:tc>
                  <w:tcPr>
                    <w:tcW w:w="2689" w:type="dxa"/>
                  </w:tcPr>
                  <w:p w14:paraId="103C6FD8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-766930475"/>
                    <w:placeholder>
                      <w:docPart w:val="01B1A17687024D828E35C98280CC8FCB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799B749A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CA55448" w14:textId="77777777" w:rsidTr="007427F2">
                <w:tc>
                  <w:tcPr>
                    <w:tcW w:w="2689" w:type="dxa"/>
                  </w:tcPr>
                  <w:p w14:paraId="1C67EC1C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</w:t>
                    </w:r>
                    <w:r w:rsidRPr="003D4225">
                      <w:rPr>
                        <w:b/>
                        <w:bCs/>
                        <w:lang w:val="en-GB"/>
                      </w:rPr>
                      <w:lastRenderedPageBreak/>
                      <w:t xml:space="preserve">NCHDS, allied professionals or other </w:t>
                    </w:r>
                  </w:p>
                </w:tc>
                <w:sdt>
                  <w:sdtPr>
                    <w:id w:val="-338616238"/>
                    <w:placeholder>
                      <w:docPart w:val="3DFBC8AAE0354BD283E3E92D5348BD74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59D99E93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13089318" w14:textId="77777777" w:rsidTr="007427F2">
                <w:tc>
                  <w:tcPr>
                    <w:tcW w:w="2689" w:type="dxa"/>
                  </w:tcPr>
                  <w:p w14:paraId="3D9F10B1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968320662"/>
                    <w:placeholder>
                      <w:docPart w:val="4172EDAA93DA45EF9083FEE6A203B43A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1A503B88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4529F82D" w14:textId="77777777" w:rsidTr="007427F2">
                <w:tc>
                  <w:tcPr>
                    <w:tcW w:w="2689" w:type="dxa"/>
                  </w:tcPr>
                  <w:p w14:paraId="4AFFCC85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-778407075"/>
                    <w:placeholder>
                      <w:docPart w:val="24699E066C6543F1807498C9131D96D6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5255EB1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BCB133D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7622B01C" w14:textId="574E3D00" w:rsidR="00DD483C" w:rsidRDefault="00DD483C" w:rsidP="007427F2"/>
                </w:tc>
              </w:tr>
            </w:sdtContent>
          </w:sdt>
          <w:sdt>
            <w:sdtPr>
              <w:rPr>
                <w:b/>
                <w:bCs/>
              </w:rPr>
              <w:id w:val="836033159"/>
              <w:placeholder>
                <w:docPart w:val="C107D783E1744D9799003948EA3EB147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DD483C" w14:paraId="38DB8E08" w14:textId="77777777" w:rsidTr="007427F2">
                <w:tc>
                  <w:tcPr>
                    <w:tcW w:w="2689" w:type="dxa"/>
                  </w:tcPr>
                  <w:p w14:paraId="2B8C5C6C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Role</w:t>
                    </w:r>
                  </w:p>
                </w:tc>
                <w:sdt>
                  <w:sdtPr>
                    <w:id w:val="-411784448"/>
                    <w:placeholder>
                      <w:docPart w:val="7DAC52E2BDD441E3AB82CF5738186099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42C273A6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4208C33" w14:textId="77777777" w:rsidTr="007427F2">
                <w:tc>
                  <w:tcPr>
                    <w:tcW w:w="2689" w:type="dxa"/>
                  </w:tcPr>
                  <w:p w14:paraId="59E4A3DE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Institution</w:t>
                    </w:r>
                  </w:p>
                </w:tc>
                <w:sdt>
                  <w:sdtPr>
                    <w:id w:val="1882670021"/>
                    <w:placeholder>
                      <w:docPart w:val="49880A611FD94ECBB9AE63F3672EAAF9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336F691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85ACF93" w14:textId="77777777" w:rsidTr="007427F2">
                <w:tc>
                  <w:tcPr>
                    <w:tcW w:w="2689" w:type="dxa"/>
                  </w:tcPr>
                  <w:p w14:paraId="7FAF545E" w14:textId="77777777" w:rsidR="00DD483C" w:rsidRDefault="00DD483C" w:rsidP="007427F2">
                    <w:r>
                      <w:rPr>
                        <w:b/>
                        <w:bCs/>
                      </w:rPr>
                      <w:t>Dates of role</w:t>
                    </w:r>
                  </w:p>
                </w:tc>
                <w:sdt>
                  <w:sdtPr>
                    <w:id w:val="742152250"/>
                    <w:placeholder>
                      <w:docPart w:val="CE40C9FDD0EB42C58F21AAE1414E0F41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0444A42C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09975DEC" w14:textId="77777777" w:rsidTr="007427F2">
                <w:tc>
                  <w:tcPr>
                    <w:tcW w:w="2689" w:type="dxa"/>
                  </w:tcPr>
                  <w:p w14:paraId="2EDA1EF5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 xml:space="preserve">Type of student - medical students, NCHDS, allied professionals or other </w:t>
                    </w:r>
                  </w:p>
                </w:tc>
                <w:sdt>
                  <w:sdtPr>
                    <w:id w:val="267820460"/>
                    <w:placeholder>
                      <w:docPart w:val="A2339A162EFD4FD1992577EA2861B962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00E26DB5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571AD62C" w14:textId="77777777" w:rsidTr="007427F2">
                <w:tc>
                  <w:tcPr>
                    <w:tcW w:w="2689" w:type="dxa"/>
                  </w:tcPr>
                  <w:p w14:paraId="0EFADDD0" w14:textId="77777777" w:rsidR="00DD483C" w:rsidRPr="003D4225" w:rsidRDefault="00DD483C" w:rsidP="007427F2">
                    <w:pPr>
                      <w:rPr>
                        <w:b/>
                        <w:bCs/>
                      </w:rPr>
                    </w:pPr>
                    <w:r w:rsidRPr="003D4225">
                      <w:rPr>
                        <w:b/>
                        <w:bCs/>
                        <w:lang w:val="en-GB"/>
                      </w:rPr>
                      <w:t>Description of main activities, type of teaching</w:t>
                    </w:r>
                  </w:p>
                </w:tc>
                <w:sdt>
                  <w:sdtPr>
                    <w:id w:val="1059210151"/>
                    <w:placeholder>
                      <w:docPart w:val="5A3AE5D6500D45ADBD1E8009EAA63A17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491C2095" w14:textId="77777777" w:rsidR="00DD483C" w:rsidRDefault="00DD483C" w:rsidP="001206C0"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3E4C8498" w14:textId="77777777" w:rsidTr="007427F2">
                <w:tc>
                  <w:tcPr>
                    <w:tcW w:w="2689" w:type="dxa"/>
                  </w:tcPr>
                  <w:p w14:paraId="3B9736A4" w14:textId="77777777" w:rsidR="00DD483C" w:rsidRDefault="00DD483C" w:rsidP="007427F2">
                    <w:r w:rsidRPr="00F4085D">
                      <w:rPr>
                        <w:b/>
                        <w:bCs/>
                      </w:rPr>
                      <w:t>Feedback/Outcomes</w:t>
                    </w:r>
                  </w:p>
                </w:tc>
                <w:sdt>
                  <w:sdtPr>
                    <w:id w:val="-1465803541"/>
                    <w:placeholder>
                      <w:docPart w:val="6A5E5ED1F91D41CE93BD93454EFF0508"/>
                    </w:placeholder>
                    <w:showingPlcHdr/>
                  </w:sdtPr>
                  <w:sdtContent>
                    <w:tc>
                      <w:tcPr>
                        <w:tcW w:w="6661" w:type="dxa"/>
                      </w:tcPr>
                      <w:p w14:paraId="3318178F" w14:textId="77777777" w:rsidR="00DD483C" w:rsidRDefault="00DD483C" w:rsidP="001206C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DD483C" w14:paraId="220CCD8A" w14:textId="77777777" w:rsidTr="007427F2">
                <w:tc>
                  <w:tcPr>
                    <w:tcW w:w="9350" w:type="dxa"/>
                    <w:gridSpan w:val="2"/>
                    <w:tcBorders>
                      <w:top w:val="single" w:sz="4" w:space="0" w:color="auto"/>
                      <w:left w:val="nil"/>
                      <w:bottom w:val="nil"/>
                      <w:right w:val="nil"/>
                    </w:tcBorders>
                  </w:tcPr>
                  <w:p w14:paraId="1887852D" w14:textId="2BC969A8" w:rsidR="00DD483C" w:rsidRDefault="00DD483C" w:rsidP="007427F2"/>
                </w:tc>
              </w:tr>
            </w:sdtContent>
          </w:sdt>
        </w:tbl>
      </w:sdtContent>
    </w:sdt>
    <w:p w14:paraId="44A806E2" w14:textId="77777777" w:rsidR="003D4225" w:rsidRDefault="003D4225" w:rsidP="003D4225"/>
    <w:p w14:paraId="72C0EA33" w14:textId="77777777" w:rsidR="00DD483C" w:rsidRDefault="00DD483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23706F0" w14:textId="296069A0" w:rsidR="003D4225" w:rsidRPr="003D4225" w:rsidRDefault="003D4225" w:rsidP="003D4225">
      <w:pPr>
        <w:pStyle w:val="Heading1"/>
      </w:pPr>
      <w:r w:rsidRPr="003D4225">
        <w:lastRenderedPageBreak/>
        <w:t>Academic prizes and achievement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05"/>
        <w:gridCol w:w="2646"/>
        <w:gridCol w:w="2568"/>
        <w:gridCol w:w="2231"/>
      </w:tblGrid>
      <w:tr w:rsidR="003D4225" w:rsidRPr="003D4225" w14:paraId="4D4C929E" w14:textId="77777777" w:rsidTr="003D4225">
        <w:tc>
          <w:tcPr>
            <w:tcW w:w="1019" w:type="pct"/>
            <w:vAlign w:val="center"/>
          </w:tcPr>
          <w:p w14:paraId="10A9285B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Name of prize</w:t>
            </w:r>
          </w:p>
        </w:tc>
        <w:tc>
          <w:tcPr>
            <w:tcW w:w="1415" w:type="pct"/>
            <w:vAlign w:val="center"/>
          </w:tcPr>
          <w:p w14:paraId="447DF29D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Awarded by:</w:t>
            </w:r>
          </w:p>
        </w:tc>
        <w:tc>
          <w:tcPr>
            <w:tcW w:w="1373" w:type="pct"/>
            <w:vAlign w:val="center"/>
          </w:tcPr>
          <w:p w14:paraId="2ED15CC9" w14:textId="6416B700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In recognition of:</w:t>
            </w:r>
          </w:p>
        </w:tc>
        <w:tc>
          <w:tcPr>
            <w:tcW w:w="1193" w:type="pct"/>
            <w:vAlign w:val="center"/>
          </w:tcPr>
          <w:p w14:paraId="30E14624" w14:textId="77777777" w:rsidR="003D4225" w:rsidRPr="003D4225" w:rsidRDefault="003D4225" w:rsidP="003D4225">
            <w:pPr>
              <w:jc w:val="center"/>
              <w:rPr>
                <w:b/>
                <w:bCs/>
                <w:lang w:val="en-GB"/>
              </w:rPr>
            </w:pPr>
            <w:r w:rsidRPr="003D4225">
              <w:rPr>
                <w:b/>
                <w:bCs/>
                <w:lang w:val="en-GB"/>
              </w:rPr>
              <w:t>Date awarded</w:t>
            </w:r>
          </w:p>
        </w:tc>
      </w:tr>
      <w:tr w:rsidR="003D4225" w14:paraId="2AD8E267" w14:textId="77777777" w:rsidTr="003D4225">
        <w:sdt>
          <w:sdtPr>
            <w:rPr>
              <w:lang w:val="en-GB"/>
            </w:rPr>
            <w:id w:val="1581093166"/>
            <w:placeholder>
              <w:docPart w:val="FF3F671446BE423C80623186CD492216"/>
            </w:placeholder>
            <w:showingPlcHdr/>
          </w:sdtPr>
          <w:sdtContent>
            <w:tc>
              <w:tcPr>
                <w:tcW w:w="1019" w:type="pct"/>
              </w:tcPr>
              <w:p w14:paraId="0DA19271" w14:textId="7684C1F6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92719226"/>
            <w:placeholder>
              <w:docPart w:val="652B1F901B6E4BD7AD855DEFC0A041DB"/>
            </w:placeholder>
            <w:showingPlcHdr/>
          </w:sdtPr>
          <w:sdtContent>
            <w:tc>
              <w:tcPr>
                <w:tcW w:w="1415" w:type="pct"/>
              </w:tcPr>
              <w:p w14:paraId="0A7BA0C4" w14:textId="096EE944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638926069"/>
            <w:placeholder>
              <w:docPart w:val="7394E62410544E4E864820ED4D3FDE16"/>
            </w:placeholder>
            <w:showingPlcHdr/>
          </w:sdtPr>
          <w:sdtContent>
            <w:tc>
              <w:tcPr>
                <w:tcW w:w="1373" w:type="pct"/>
              </w:tcPr>
              <w:p w14:paraId="43D33D05" w14:textId="1D2C0EEE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24849060"/>
            <w:placeholder>
              <w:docPart w:val="5D569C1B2DF14551979EAD275563853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1193" w:type="pct"/>
              </w:tcPr>
              <w:p w14:paraId="19D8BD0A" w14:textId="4C1DA510" w:rsidR="003D4225" w:rsidRDefault="003D4225" w:rsidP="00496A0D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sdt>
        <w:sdtPr>
          <w:rPr>
            <w:lang w:val="en-GB"/>
          </w:rPr>
          <w:id w:val="1508251851"/>
          <w15:repeatingSection/>
        </w:sdtPr>
        <w:sdtContent>
          <w:sdt>
            <w:sdtPr>
              <w:rPr>
                <w:lang w:val="en-GB"/>
              </w:rPr>
              <w:id w:val="211929498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3D4225" w14:paraId="425A3F11" w14:textId="77777777" w:rsidTr="003D4225">
                <w:sdt>
                  <w:sdtPr>
                    <w:rPr>
                      <w:lang w:val="en-GB"/>
                    </w:rPr>
                    <w:id w:val="-71440863"/>
                    <w:placeholder>
                      <w:docPart w:val="FE919AA54FBB44B1A5F7342889967CC6"/>
                    </w:placeholder>
                    <w:showingPlcHdr/>
                  </w:sdtPr>
                  <w:sdtEndPr/>
                  <w:sdtContent>
                    <w:tc>
                      <w:tcPr>
                        <w:tcW w:w="1019" w:type="pct"/>
                      </w:tcPr>
                      <w:p w14:paraId="5D7264FB" w14:textId="65FB3737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375547638"/>
                    <w:placeholder>
                      <w:docPart w:val="90F1AAF87E7647C48C570DCB4B6D815E"/>
                    </w:placeholder>
                    <w:showingPlcHdr/>
                  </w:sdtPr>
                  <w:sdtContent>
                    <w:tc>
                      <w:tcPr>
                        <w:tcW w:w="1415" w:type="pct"/>
                      </w:tcPr>
                      <w:p w14:paraId="0898C9AD" w14:textId="42697FEA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16266863"/>
                    <w:placeholder>
                      <w:docPart w:val="6471BF55412A49EEA0069A38BEF548D9"/>
                    </w:placeholder>
                    <w:showingPlcHdr/>
                  </w:sdtPr>
                  <w:sdtContent>
                    <w:tc>
                      <w:tcPr>
                        <w:tcW w:w="1373" w:type="pct"/>
                      </w:tcPr>
                      <w:p w14:paraId="687DB92D" w14:textId="22BA96F0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002547983"/>
                    <w:placeholder>
                      <w:docPart w:val="0DACD686B9984973BF5D5F4D6870AAF4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193" w:type="pct"/>
                      </w:tcPr>
                      <w:p w14:paraId="3A35F08E" w14:textId="577106AC" w:rsidR="003D4225" w:rsidRDefault="003D4225" w:rsidP="00496A0D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34757858"/>
              <w:placeholder>
                <w:docPart w:val="5C05C33B0A814D8D85E3DCB94C2DC436"/>
              </w:placeholder>
              <w15:repeatingSectionItem/>
            </w:sdtPr>
            <w:sdtContent>
              <w:tr w:rsidR="00DD483C" w14:paraId="4F31C358" w14:textId="77777777" w:rsidTr="003D4225">
                <w:sdt>
                  <w:sdtPr>
                    <w:rPr>
                      <w:lang w:val="en-GB"/>
                    </w:rPr>
                    <w:id w:val="-814407223"/>
                    <w:placeholder>
                      <w:docPart w:val="23BA832256854304B5BA96F88B3D4A74"/>
                    </w:placeholder>
                    <w:showingPlcHdr/>
                  </w:sdtPr>
                  <w:sdtContent>
                    <w:tc>
                      <w:tcPr>
                        <w:tcW w:w="1019" w:type="pct"/>
                      </w:tcPr>
                      <w:p w14:paraId="5E7445A8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951664201"/>
                    <w:placeholder>
                      <w:docPart w:val="246FAE9296A54BEBACA366E9D9A45B94"/>
                    </w:placeholder>
                    <w:showingPlcHdr/>
                  </w:sdtPr>
                  <w:sdtContent>
                    <w:tc>
                      <w:tcPr>
                        <w:tcW w:w="1415" w:type="pct"/>
                      </w:tcPr>
                      <w:p w14:paraId="2DA1329F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644244527"/>
                    <w:placeholder>
                      <w:docPart w:val="0BB394E2CBAB483695D083584DBE3A92"/>
                    </w:placeholder>
                    <w:showingPlcHdr/>
                  </w:sdtPr>
                  <w:sdtContent>
                    <w:tc>
                      <w:tcPr>
                        <w:tcW w:w="1373" w:type="pct"/>
                      </w:tcPr>
                      <w:p w14:paraId="1C1FC984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434278867"/>
                    <w:placeholder>
                      <w:docPart w:val="1E86FEA1F74C42C589A364B14C1A7180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193" w:type="pct"/>
                      </w:tcPr>
                      <w:p w14:paraId="0A8298EF" w14:textId="707AAE9C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8348743"/>
              <w:placeholder>
                <w:docPart w:val="7B9E7065E5F54CA1AC08584C3A28F0E3"/>
              </w:placeholder>
              <w15:repeatingSectionItem/>
            </w:sdtPr>
            <w:sdtContent>
              <w:tr w:rsidR="00DD483C" w14:paraId="41488826" w14:textId="77777777" w:rsidTr="003D4225">
                <w:sdt>
                  <w:sdtPr>
                    <w:rPr>
                      <w:lang w:val="en-GB"/>
                    </w:rPr>
                    <w:id w:val="1586579557"/>
                    <w:placeholder>
                      <w:docPart w:val="96904F70EDBB4A8499ACAB806266E31C"/>
                    </w:placeholder>
                    <w:showingPlcHdr/>
                  </w:sdtPr>
                  <w:sdtContent>
                    <w:tc>
                      <w:tcPr>
                        <w:tcW w:w="1019" w:type="pct"/>
                      </w:tcPr>
                      <w:p w14:paraId="7F39D49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841919109"/>
                    <w:placeholder>
                      <w:docPart w:val="36EE657D716E4EB3B1A39EBE7A4356D5"/>
                    </w:placeholder>
                    <w:showingPlcHdr/>
                  </w:sdtPr>
                  <w:sdtContent>
                    <w:tc>
                      <w:tcPr>
                        <w:tcW w:w="1415" w:type="pct"/>
                      </w:tcPr>
                      <w:p w14:paraId="689D93D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523119946"/>
                    <w:placeholder>
                      <w:docPart w:val="639ED2F3DBD44680A75139320ED95278"/>
                    </w:placeholder>
                    <w:showingPlcHdr/>
                  </w:sdtPr>
                  <w:sdtContent>
                    <w:tc>
                      <w:tcPr>
                        <w:tcW w:w="1373" w:type="pct"/>
                      </w:tcPr>
                      <w:p w14:paraId="003CDFF2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889394853"/>
                    <w:placeholder>
                      <w:docPart w:val="49DAA2E057714914BB58B204C08DB401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193" w:type="pct"/>
                      </w:tcPr>
                      <w:p w14:paraId="3A67F5AC" w14:textId="600DDD28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lang w:val="en-GB"/>
              </w:rPr>
              <w:id w:val="-371764387"/>
              <w:placeholder>
                <w:docPart w:val="A423935E39C145808F09AD07EC547730"/>
              </w:placeholder>
              <w15:repeatingSectionItem/>
            </w:sdtPr>
            <w:sdtContent>
              <w:tr w:rsidR="00DD483C" w14:paraId="0E379A5A" w14:textId="77777777" w:rsidTr="003D4225">
                <w:sdt>
                  <w:sdtPr>
                    <w:rPr>
                      <w:lang w:val="en-GB"/>
                    </w:rPr>
                    <w:id w:val="1710993014"/>
                    <w:placeholder>
                      <w:docPart w:val="ECD0C39C19EF4A02A8A1695A367211AC"/>
                    </w:placeholder>
                    <w:showingPlcHdr/>
                  </w:sdtPr>
                  <w:sdtContent>
                    <w:tc>
                      <w:tcPr>
                        <w:tcW w:w="1019" w:type="pct"/>
                      </w:tcPr>
                      <w:p w14:paraId="66DE957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1439799610"/>
                    <w:placeholder>
                      <w:docPart w:val="E6696D04F9C24F0598E6FD7DC348E7DC"/>
                    </w:placeholder>
                    <w:showingPlcHdr/>
                  </w:sdtPr>
                  <w:sdtContent>
                    <w:tc>
                      <w:tcPr>
                        <w:tcW w:w="1415" w:type="pct"/>
                      </w:tcPr>
                      <w:p w14:paraId="0418D565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-1286498380"/>
                    <w:placeholder>
                      <w:docPart w:val="0C694D3353584FF29930D9C9C5AAE69E"/>
                    </w:placeholder>
                    <w:showingPlcHdr/>
                  </w:sdtPr>
                  <w:sdtContent>
                    <w:tc>
                      <w:tcPr>
                        <w:tcW w:w="1373" w:type="pct"/>
                      </w:tcPr>
                      <w:p w14:paraId="47BF2B07" w14:textId="77777777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lang w:val="en-GB"/>
                    </w:rPr>
                    <w:id w:val="734281629"/>
                    <w:placeholder>
                      <w:docPart w:val="D41C2E5102414D6E88120DA305E5098A"/>
                    </w:placeholder>
                    <w:showingPlcHdr/>
                    <w:date>
                      <w:dateFormat w:val="dd/MM/yyyy"/>
                      <w:lid w:val="en-IE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1193" w:type="pct"/>
                      </w:tcPr>
                      <w:p w14:paraId="0BE2933F" w14:textId="4850FCB3" w:rsidR="00DD483C" w:rsidRDefault="00DD483C" w:rsidP="001206C0">
                        <w:pPr>
                          <w:rPr>
                            <w:lang w:val="en-GB"/>
                          </w:rPr>
                        </w:pPr>
                        <w:r w:rsidRPr="00053B32">
                          <w:rPr>
                            <w:rStyle w:val="PlaceholderText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BE9E6A9" w14:textId="77777777" w:rsidR="004A7F5A" w:rsidRDefault="004A7F5A" w:rsidP="004A7F5A">
      <w:pPr>
        <w:rPr>
          <w:lang w:val="en-GB"/>
        </w:rPr>
      </w:pPr>
    </w:p>
    <w:p w14:paraId="3834CD59" w14:textId="2766735D" w:rsidR="003D4225" w:rsidRDefault="003D4225" w:rsidP="003D4225">
      <w:pPr>
        <w:pStyle w:val="Heading1"/>
      </w:pPr>
      <w:r w:rsidRPr="003D4225">
        <w:t>Extracurricular activities and achievements (200 words)</w:t>
      </w:r>
    </w:p>
    <w:sdt>
      <w:sdtPr>
        <w:id w:val="1593585912"/>
        <w:placeholder>
          <w:docPart w:val="577B2E4128AB4E12AA35D0322564C2CE"/>
        </w:placeholder>
        <w:showingPlcHdr/>
      </w:sdtPr>
      <w:sdtContent>
        <w:p w14:paraId="11E8CCC4" w14:textId="72867CB5" w:rsidR="003D4225" w:rsidRPr="003D4225" w:rsidRDefault="003D4225" w:rsidP="003D4225">
          <w:r w:rsidRPr="00053B32">
            <w:rPr>
              <w:rStyle w:val="PlaceholderText"/>
            </w:rPr>
            <w:t>Click or tap here to enter text.</w:t>
          </w:r>
        </w:p>
      </w:sdtContent>
    </w:sdt>
    <w:sectPr w:rsidR="003D4225" w:rsidRPr="003D4225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B67AA" w14:textId="77777777" w:rsidR="00233C56" w:rsidRDefault="00233C56" w:rsidP="001B2E81">
      <w:pPr>
        <w:spacing w:after="0" w:line="240" w:lineRule="auto"/>
      </w:pPr>
      <w:r>
        <w:separator/>
      </w:r>
    </w:p>
  </w:endnote>
  <w:endnote w:type="continuationSeparator" w:id="0">
    <w:p w14:paraId="28E2A638" w14:textId="77777777" w:rsidR="00233C56" w:rsidRDefault="00233C56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2BDA" w14:textId="77777777" w:rsidR="00233C56" w:rsidRDefault="00233C56" w:rsidP="001B2E81">
      <w:pPr>
        <w:spacing w:after="0" w:line="240" w:lineRule="auto"/>
      </w:pPr>
      <w:r>
        <w:separator/>
      </w:r>
    </w:p>
  </w:footnote>
  <w:footnote w:type="continuationSeparator" w:id="0">
    <w:p w14:paraId="5CC7CBFC" w14:textId="77777777" w:rsidR="00233C56" w:rsidRDefault="00233C56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43A6" w14:textId="0943E59D" w:rsidR="00880DF5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80DF5">
      <w:t>Dermatology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313E76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36"/>
    <w:rsid w:val="0006063C"/>
    <w:rsid w:val="00081140"/>
    <w:rsid w:val="000834D5"/>
    <w:rsid w:val="000869BB"/>
    <w:rsid w:val="0015074B"/>
    <w:rsid w:val="001B2E81"/>
    <w:rsid w:val="001C17E4"/>
    <w:rsid w:val="00214ECC"/>
    <w:rsid w:val="002319B9"/>
    <w:rsid w:val="00233C56"/>
    <w:rsid w:val="002931FF"/>
    <w:rsid w:val="0029639D"/>
    <w:rsid w:val="002D7D98"/>
    <w:rsid w:val="002E140B"/>
    <w:rsid w:val="00326F90"/>
    <w:rsid w:val="003729FB"/>
    <w:rsid w:val="003A0599"/>
    <w:rsid w:val="003D4225"/>
    <w:rsid w:val="004A41F5"/>
    <w:rsid w:val="004A7F5A"/>
    <w:rsid w:val="004C5511"/>
    <w:rsid w:val="004D6768"/>
    <w:rsid w:val="005227CF"/>
    <w:rsid w:val="00532322"/>
    <w:rsid w:val="00547911"/>
    <w:rsid w:val="00597958"/>
    <w:rsid w:val="005A051B"/>
    <w:rsid w:val="006D0099"/>
    <w:rsid w:val="0075109E"/>
    <w:rsid w:val="007C0991"/>
    <w:rsid w:val="007C3707"/>
    <w:rsid w:val="00821B93"/>
    <w:rsid w:val="008525FA"/>
    <w:rsid w:val="00880DF5"/>
    <w:rsid w:val="009A7B67"/>
    <w:rsid w:val="009E4AEB"/>
    <w:rsid w:val="009F0F2E"/>
    <w:rsid w:val="00A0792E"/>
    <w:rsid w:val="00A36383"/>
    <w:rsid w:val="00AA1D8D"/>
    <w:rsid w:val="00B16633"/>
    <w:rsid w:val="00B24AF3"/>
    <w:rsid w:val="00B47730"/>
    <w:rsid w:val="00B8038E"/>
    <w:rsid w:val="00BD4838"/>
    <w:rsid w:val="00C71FAB"/>
    <w:rsid w:val="00C7253B"/>
    <w:rsid w:val="00C95D05"/>
    <w:rsid w:val="00CB0664"/>
    <w:rsid w:val="00CD745A"/>
    <w:rsid w:val="00DA296B"/>
    <w:rsid w:val="00DD483C"/>
    <w:rsid w:val="00E9708F"/>
    <w:rsid w:val="00F0690A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5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80D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C6FF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0599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0DF5"/>
    <w:rPr>
      <w:rFonts w:asciiTheme="majorHAnsi" w:eastAsiaTheme="majorEastAsia" w:hAnsiTheme="majorHAnsi" w:cstheme="majorBidi"/>
      <w:b/>
      <w:bCs/>
      <w:color w:val="00C6FF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57EEC" w:rsidP="00157EEC">
          <w:pPr>
            <w:pStyle w:val="F4D6CB2241074A76A75ACE4A72F3BACA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57EEC" w:rsidP="00157EEC">
          <w:pPr>
            <w:pStyle w:val="5C6BE9DD57B042A78E73AE6C65AB81E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57EEC" w:rsidP="00157EEC">
          <w:pPr>
            <w:pStyle w:val="B94FF17A7DD844238942618D220CAEE0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57EEC" w:rsidP="00157EEC">
          <w:pPr>
            <w:pStyle w:val="E3F5175B57004446843F4F317C13BE7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57EEC" w:rsidP="00157EEC">
          <w:pPr>
            <w:pStyle w:val="74CADD3637F3476CAEF2795719E307A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57EEC" w:rsidP="00157EEC">
          <w:pPr>
            <w:pStyle w:val="6E2E25C8BD59485F83A4E1A3EB66C1CA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57EEC" w:rsidP="00157EEC">
          <w:pPr>
            <w:pStyle w:val="872FF4CA11794B8A841DB2220DF10EA6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57EEC" w:rsidP="00157EEC">
          <w:pPr>
            <w:pStyle w:val="4E97BD512F134974B65EC5CE1A1FFA5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57EEC" w:rsidP="00157EEC">
          <w:pPr>
            <w:pStyle w:val="43C24FC1DD4E4C25906C3761C0E444F2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57EEC" w:rsidP="00157EEC">
          <w:pPr>
            <w:pStyle w:val="6E5B51F8A20C49259CB13015EB12138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57EEC" w:rsidP="00157EEC">
          <w:pPr>
            <w:pStyle w:val="ACA81B7FEB124004A04A95F11ADBD7A7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57EEC" w:rsidP="00157EEC">
          <w:pPr>
            <w:pStyle w:val="C6C5AA04D5744E5397F5B4C02E599FE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57EEC" w:rsidP="00157EEC">
          <w:pPr>
            <w:pStyle w:val="4261ABEBA6024587BD9BFFA89B86CBAD4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57EEC" w:rsidP="00157EEC">
          <w:pPr>
            <w:pStyle w:val="9444CF760006459A89EF2B7CE3AFF2D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57EEC" w:rsidP="00157EEC">
          <w:pPr>
            <w:pStyle w:val="A451D5A1F2414B9AB219F05CFB3EC45E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57EEC" w:rsidP="00157EEC">
          <w:pPr>
            <w:pStyle w:val="1734C0B0E50C4165979C1D1CD6EF5118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6D24AE19F4823A84506ED0F363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D668F-14FB-4E22-9EF0-D3349806BDDB}"/>
      </w:docPartPr>
      <w:docPartBody>
        <w:p w:rsidR="00157EEC" w:rsidRDefault="00157EEC" w:rsidP="00157EEC">
          <w:pPr>
            <w:pStyle w:val="DB76D24AE19F4823A84506ED0F363ABE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9DF5459B54BD09C5DCA59032D0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DEA5-AA9D-49BA-9FA3-CB983943C4C0}"/>
      </w:docPartPr>
      <w:docPartBody>
        <w:p w:rsidR="00157EEC" w:rsidRDefault="0033193A" w:rsidP="0033193A">
          <w:pPr>
            <w:pStyle w:val="8ED9DF5459B54BD09C5DCA59032D078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EDD9383E22342FBA30E77AC1B6A8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85BDE-D3D9-4152-86B1-7BF3DE136E89}"/>
      </w:docPartPr>
      <w:docPartBody>
        <w:p w:rsidR="00157EEC" w:rsidRDefault="00157EEC" w:rsidP="00157EEC">
          <w:pPr>
            <w:pStyle w:val="5EDD9383E22342FBA30E77AC1B6A8290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9569DF55E4DD2872749AB9C573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D0278-B8F3-41EE-9E02-16FDB4F43429}"/>
      </w:docPartPr>
      <w:docPartBody>
        <w:p w:rsidR="00157EEC" w:rsidRDefault="0033193A" w:rsidP="0033193A">
          <w:pPr>
            <w:pStyle w:val="C829569DF55E4DD2872749AB9C5735E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BA8B88BB76B41B1ADD9C8564BC40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32BE6-43CD-42B1-8CC5-7DDCE08E9798}"/>
      </w:docPartPr>
      <w:docPartBody>
        <w:p w:rsidR="00157EEC" w:rsidRDefault="00157EEC" w:rsidP="00157EEC">
          <w:pPr>
            <w:pStyle w:val="7BA8B88BB76B41B1ADD9C8564BC40B9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C73C97BEB74723B9746CDC069E7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C62B5-438A-4EA8-80D6-D168F10420F9}"/>
      </w:docPartPr>
      <w:docPartBody>
        <w:p w:rsidR="00157EEC" w:rsidRDefault="0033193A" w:rsidP="0033193A">
          <w:pPr>
            <w:pStyle w:val="CDC73C97BEB74723B9746CDC069E70F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438E9FF62BE4C4C98C3C44EDE1B5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0AB7-ABF9-41C2-8D18-B9CDCADD66AB}"/>
      </w:docPartPr>
      <w:docPartBody>
        <w:p w:rsidR="00157EEC" w:rsidRDefault="00157EEC" w:rsidP="00157EEC">
          <w:pPr>
            <w:pStyle w:val="3438E9FF62BE4C4C98C3C44EDE1B554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77B4F31C8E4FA3967DA646A2413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7B6F6-5DA6-46A2-9018-2524286F0B18}"/>
      </w:docPartPr>
      <w:docPartBody>
        <w:p w:rsidR="00157EEC" w:rsidRDefault="0033193A" w:rsidP="0033193A">
          <w:pPr>
            <w:pStyle w:val="1777B4F31C8E4FA3967DA646A2413A9B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BB3D43A833542A1A3F03B74622B0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15460-B132-4FAF-934E-BC3B90014852}"/>
      </w:docPartPr>
      <w:docPartBody>
        <w:p w:rsidR="00157EEC" w:rsidRDefault="00157EEC" w:rsidP="00157EEC">
          <w:pPr>
            <w:pStyle w:val="FBB3D43A833542A1A3F03B74622B056A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C3EFAD7452407C87E62A863BB4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F5BDC-D7C1-4332-8838-C9BE412A1642}"/>
      </w:docPartPr>
      <w:docPartBody>
        <w:p w:rsidR="00157EEC" w:rsidRDefault="00157EEC" w:rsidP="00157EEC">
          <w:pPr>
            <w:pStyle w:val="75C3EFAD7452407C87E62A863BB4624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E2EFF640440A9B8666394183B9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AD362-C1CA-4710-893C-066AEDAA3F3D}"/>
      </w:docPartPr>
      <w:docPartBody>
        <w:p w:rsidR="00157EEC" w:rsidRDefault="00157EEC" w:rsidP="00157EEC">
          <w:pPr>
            <w:pStyle w:val="D44E2EFF640440A9B8666394183B9DE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E6E5A21F044A795F2D76DC651D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E69FF-6EC6-4FDE-9184-F29C78180F84}"/>
      </w:docPartPr>
      <w:docPartBody>
        <w:p w:rsidR="00157EEC" w:rsidRDefault="00157EEC" w:rsidP="00157EEC">
          <w:pPr>
            <w:pStyle w:val="2F6E6E5A21F044A795F2D76DC651D40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BD4932B7804BDCAC098E62C9743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6579-7971-440E-BE77-1E8429E798CC}"/>
      </w:docPartPr>
      <w:docPartBody>
        <w:p w:rsidR="00157EEC" w:rsidRDefault="00157EEC" w:rsidP="00157EEC">
          <w:pPr>
            <w:pStyle w:val="B9BD4932B7804BDCAC098E62C9743102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AB132E7624CE09EB07FA662BE4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68120-E45B-4B1F-87D0-15B7ADDED50E}"/>
      </w:docPartPr>
      <w:docPartBody>
        <w:p w:rsidR="00157EEC" w:rsidRDefault="00157EEC" w:rsidP="00157EEC">
          <w:pPr>
            <w:pStyle w:val="6EEAB132E7624CE09EB07FA662BE4B5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DFD4D264E4F1EBCAADDF7CD87E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DA45E-BA0C-43DB-BB32-E06BEB2B4EFF}"/>
      </w:docPartPr>
      <w:docPartBody>
        <w:p w:rsidR="00157EEC" w:rsidRDefault="00157EEC" w:rsidP="00157EEC">
          <w:pPr>
            <w:pStyle w:val="BBDDFD4D264E4F1EBCAADDF7CD87E6DD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71AEA8DAD49CF829841D88AEEA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C2BA4-C87F-4455-8191-137C61503A99}"/>
      </w:docPartPr>
      <w:docPartBody>
        <w:p w:rsidR="00157EEC" w:rsidRDefault="00157EEC" w:rsidP="00157EEC">
          <w:pPr>
            <w:pStyle w:val="23D71AEA8DAD49CF829841D88AEEAD2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A8796FF4444E6E9374D2CC9215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7320E-62EC-4634-8210-8E36F2D22452}"/>
      </w:docPartPr>
      <w:docPartBody>
        <w:p w:rsidR="00157EEC" w:rsidRDefault="00157EEC" w:rsidP="00157EEC">
          <w:pPr>
            <w:pStyle w:val="A2A8796FF4444E6E9374D2CC9215120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19C49F52B42ADA2E9426276FE5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3D01-98A0-446B-BFCE-4BBC4C5D6810}"/>
      </w:docPartPr>
      <w:docPartBody>
        <w:p w:rsidR="00157EEC" w:rsidRDefault="00157EEC" w:rsidP="00157EEC">
          <w:pPr>
            <w:pStyle w:val="0AD19C49F52B42ADA2E9426276FE58D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00F9DF6B344D0A697EB47A6519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087D6-5CB8-4F63-A777-CB0FEB2B58DA}"/>
      </w:docPartPr>
      <w:docPartBody>
        <w:p w:rsidR="00157EEC" w:rsidRDefault="00157EEC" w:rsidP="00157EEC">
          <w:pPr>
            <w:pStyle w:val="7B700F9DF6B344D0A697EB47A65199F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A481D92EC54425B89A6C0E0DA33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E56DF-FDCD-4E7A-8274-68F0BF00A47E}"/>
      </w:docPartPr>
      <w:docPartBody>
        <w:p w:rsidR="00157EEC" w:rsidRDefault="00157EEC" w:rsidP="00157EEC">
          <w:pPr>
            <w:pStyle w:val="DFA481D92EC54425B89A6C0E0DA33898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249182F024625AF33AA6A86E31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5FC27-E0A7-47D7-A6EA-8D5F10800404}"/>
      </w:docPartPr>
      <w:docPartBody>
        <w:p w:rsidR="00157EEC" w:rsidRDefault="00157EEC" w:rsidP="00157EEC">
          <w:pPr>
            <w:pStyle w:val="209249182F024625AF33AA6A86E31A9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538215CA3442ACA439B68ECC928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C135E-61A8-41CC-BFB9-3BECCDE7EEC9}"/>
      </w:docPartPr>
      <w:docPartBody>
        <w:p w:rsidR="00157EEC" w:rsidRDefault="00157EEC" w:rsidP="00157EEC">
          <w:pPr>
            <w:pStyle w:val="9A538215CA3442ACA439B68ECC928CD0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D8212640343BF99D6E09226B61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7275-9B5E-4526-BF26-0AC0473219F8}"/>
      </w:docPartPr>
      <w:docPartBody>
        <w:p w:rsidR="00157EEC" w:rsidRDefault="00157EEC" w:rsidP="00157EEC">
          <w:pPr>
            <w:pStyle w:val="7BDD8212640343BF99D6E09226B61D4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D96D8536C479D938D893B6D8CE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61CA8-3975-4C80-B3AD-EAA02B0C0322}"/>
      </w:docPartPr>
      <w:docPartBody>
        <w:p w:rsidR="00157EEC" w:rsidRDefault="00157EEC" w:rsidP="00157EEC">
          <w:pPr>
            <w:pStyle w:val="584D96D8536C479D938D893B6D8CEF3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0AC10BCAF4C61A459690257234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03553-9809-4C0A-A4D5-D4AAE5338D5A}"/>
      </w:docPartPr>
      <w:docPartBody>
        <w:p w:rsidR="00157EEC" w:rsidRDefault="00157EEC" w:rsidP="00157EEC">
          <w:pPr>
            <w:pStyle w:val="9580AC10BCAF4C61A459690257234B8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38844F64D4FFCAE3132B3B2728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0E7E6-C569-455B-8889-20386E572270}"/>
      </w:docPartPr>
      <w:docPartBody>
        <w:p w:rsidR="00157EEC" w:rsidRDefault="00157EEC" w:rsidP="00157EEC">
          <w:pPr>
            <w:pStyle w:val="27838844F64D4FFCAE3132B3B2728D39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B26EB478B74D889D022D2E2F6B4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C98FC-A6FE-4B55-9194-848D4F5DB9DF}"/>
      </w:docPartPr>
      <w:docPartBody>
        <w:p w:rsidR="00157EEC" w:rsidRDefault="00157EEC" w:rsidP="00157EEC">
          <w:pPr>
            <w:pStyle w:val="22B26EB478B74D889D022D2E2F6B48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0CD073D2A404F887440C3EC690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1CC17-B557-4968-BDBF-68CEDD0A7CBD}"/>
      </w:docPartPr>
      <w:docPartBody>
        <w:p w:rsidR="00157EEC" w:rsidRDefault="00157EEC" w:rsidP="00157EEC">
          <w:pPr>
            <w:pStyle w:val="5730CD073D2A404F887440C3EC69096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9FD92A56F2424BB3F6A5A652435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4DEB-0F52-4812-A129-867401B9761E}"/>
      </w:docPartPr>
      <w:docPartBody>
        <w:p w:rsidR="00157EEC" w:rsidRDefault="00157EEC" w:rsidP="00157EEC">
          <w:pPr>
            <w:pStyle w:val="619FD92A56F2424BB3F6A5A652435EF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A81C7C72A64907A924DB32F6AFC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8B8FF-ABB7-46BE-BEE3-A1E16298F2BC}"/>
      </w:docPartPr>
      <w:docPartBody>
        <w:p w:rsidR="00157EEC" w:rsidRDefault="00157EEC" w:rsidP="00157EEC">
          <w:pPr>
            <w:pStyle w:val="0BA81C7C72A64907A924DB32F6AFCCC2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8CBE4665D4CC4B6E67D389E62F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7CC26-34C6-4067-93FA-8F8DBF14CBA3}"/>
      </w:docPartPr>
      <w:docPartBody>
        <w:p w:rsidR="00157EEC" w:rsidRDefault="00157EEC" w:rsidP="00157EEC">
          <w:pPr>
            <w:pStyle w:val="39A8CBE4665D4CC4B6E67D389E62F2E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E9D54416A45C7A6298AEABE359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449DE-1E2C-41FA-A1A7-EB2C400738E2}"/>
      </w:docPartPr>
      <w:docPartBody>
        <w:p w:rsidR="00157EEC" w:rsidRDefault="00157EEC" w:rsidP="00157EEC">
          <w:pPr>
            <w:pStyle w:val="548E9D54416A45C7A6298AEABE3594D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A8D565BBB45B48AC6136F63A9D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477DA-9FB0-41CD-B141-CCA871CBE2C1}"/>
      </w:docPartPr>
      <w:docPartBody>
        <w:p w:rsidR="00157EEC" w:rsidRDefault="00157EEC" w:rsidP="00157EEC">
          <w:pPr>
            <w:pStyle w:val="39AA8D565BBB45B48AC6136F63A9DF6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9BA92FF7284BC7A42D538C4A9E1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2A6D3-0FBD-43B3-915F-2EB56198BC0A}"/>
      </w:docPartPr>
      <w:docPartBody>
        <w:p w:rsidR="00157EEC" w:rsidRDefault="00157EEC" w:rsidP="00157EEC">
          <w:pPr>
            <w:pStyle w:val="369BA92FF7284BC7A42D538C4A9E175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7141C29DBF4446882EEAD95771C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A635E-F507-4754-8DE3-D4F77EE5BBD1}"/>
      </w:docPartPr>
      <w:docPartBody>
        <w:p w:rsidR="00157EEC" w:rsidRDefault="00157EEC" w:rsidP="00157EEC">
          <w:pPr>
            <w:pStyle w:val="287141C29DBF4446882EEAD95771C1A8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A989295E50140E082D9C94ADF3A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32A03-D66A-4848-9839-C19B9586709B}"/>
      </w:docPartPr>
      <w:docPartBody>
        <w:p w:rsidR="00157EEC" w:rsidRDefault="00157EEC" w:rsidP="00157EEC">
          <w:pPr>
            <w:pStyle w:val="7A989295E50140E082D9C94ADF3ACFBE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08EB877C9E4F9FB4928E63B7BB0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36983-23CC-4D5D-9E78-915341AFB3E9}"/>
      </w:docPartPr>
      <w:docPartBody>
        <w:p w:rsidR="00157EEC" w:rsidRDefault="00157EEC" w:rsidP="00157EEC">
          <w:pPr>
            <w:pStyle w:val="0108EB877C9E4F9FB4928E63B7BB097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AD0DEA244F412A84FA9525784EB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A6225-F123-452F-95F0-E55C1AB2C7D7}"/>
      </w:docPartPr>
      <w:docPartBody>
        <w:p w:rsidR="00157EEC" w:rsidRDefault="00157EEC" w:rsidP="00157EEC">
          <w:pPr>
            <w:pStyle w:val="7AAD0DEA244F412A84FA9525784EB00B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BA3B61A8744314927BE8FCF81D6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75E91-3E27-4ED2-9405-0D9F6DD69427}"/>
      </w:docPartPr>
      <w:docPartBody>
        <w:p w:rsidR="00157EEC" w:rsidRDefault="00157EEC" w:rsidP="00157EEC">
          <w:pPr>
            <w:pStyle w:val="A0BA3B61A8744314927BE8FCF81D6558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3CB7FF2CA4FB3AFF9694862B39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778F4-47C1-4257-BBC8-5612F86E794E}"/>
      </w:docPartPr>
      <w:docPartBody>
        <w:p w:rsidR="00157EEC" w:rsidRDefault="00157EEC" w:rsidP="00157EEC">
          <w:pPr>
            <w:pStyle w:val="67E3CB7FF2CA4FB3AFF9694862B398D2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56F1E22A564D72B201003429A98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6D263-5E01-436D-8983-180592EDA0D8}"/>
      </w:docPartPr>
      <w:docPartBody>
        <w:p w:rsidR="00157EEC" w:rsidRDefault="00157EEC" w:rsidP="00157EEC">
          <w:pPr>
            <w:pStyle w:val="5A56F1E22A564D72B201003429A98B0B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48CC14497A46BE94CE789897C0E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0355-2B0B-4820-B9B3-2BD67B546032}"/>
      </w:docPartPr>
      <w:docPartBody>
        <w:p w:rsidR="00157EEC" w:rsidRDefault="00157EEC" w:rsidP="00157EEC">
          <w:pPr>
            <w:pStyle w:val="1148CC14497A46BE94CE789897C0E79C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BA8294BBA74E38B4732822E2337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E65EB-0341-4E78-A307-18883B12BCDD}"/>
      </w:docPartPr>
      <w:docPartBody>
        <w:p w:rsidR="00157EEC" w:rsidRDefault="00157EEC" w:rsidP="00157EEC">
          <w:pPr>
            <w:pStyle w:val="CDBA8294BBA74E38B4732822E233713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AA2AE2DCC4C66A43A2D1263821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7D14-0AD1-4D52-BC86-01675DF1B87D}"/>
      </w:docPartPr>
      <w:docPartBody>
        <w:p w:rsidR="00157EEC" w:rsidRDefault="0033193A" w:rsidP="0033193A">
          <w:pPr>
            <w:pStyle w:val="93BAA2AE2DCC4C66A43A2D1263821F5E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138DF7F2C1241E1926FEE02C88C7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36B9A-3EF5-4A07-9392-B366638C7F9A}"/>
      </w:docPartPr>
      <w:docPartBody>
        <w:p w:rsidR="00157EEC" w:rsidRDefault="00157EEC" w:rsidP="00157EEC">
          <w:pPr>
            <w:pStyle w:val="7138DF7F2C1241E1926FEE02C88C7A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94C64897AD4F6B872E40FF73EF2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94052-AECB-437B-8124-60F2C71F339C}"/>
      </w:docPartPr>
      <w:docPartBody>
        <w:p w:rsidR="00157EEC" w:rsidRDefault="00157EEC" w:rsidP="00157EEC">
          <w:pPr>
            <w:pStyle w:val="CF94C64897AD4F6B872E40FF73EF215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44CB98F1BE40B6BD318E1C1F118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61FB8-6840-43E9-BE47-774513399915}"/>
      </w:docPartPr>
      <w:docPartBody>
        <w:p w:rsidR="00157EEC" w:rsidRDefault="00157EEC" w:rsidP="00157EEC">
          <w:pPr>
            <w:pStyle w:val="8544CB98F1BE40B6BD318E1C1F1181A6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77F121E76440BB9994619708218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79F49-DBD7-40D1-9B1C-405BC8C7A163}"/>
      </w:docPartPr>
      <w:docPartBody>
        <w:p w:rsidR="00157EEC" w:rsidRDefault="00157EEC" w:rsidP="00157EEC">
          <w:pPr>
            <w:pStyle w:val="AA77F121E76440BB99946197082188994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6BF70450784D53A6D2E69468FA6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CA92-D705-45E7-B451-8B4B1759DBAF}"/>
      </w:docPartPr>
      <w:docPartBody>
        <w:p w:rsidR="00157EEC" w:rsidRDefault="00157EEC" w:rsidP="00157EEC">
          <w:pPr>
            <w:pStyle w:val="DE6BF70450784D53A6D2E69468FA65E9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138CBF03AE4537B06BBFBDD7911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0160-1273-4EB4-98AA-2FA363C1A357}"/>
      </w:docPartPr>
      <w:docPartBody>
        <w:p w:rsidR="00157EEC" w:rsidRDefault="00157EEC" w:rsidP="00157EEC">
          <w:pPr>
            <w:pStyle w:val="4D138CBF03AE4537B06BBFBDD7911BE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56C4CED7842CA9624B285D2EDB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FC0BF-F1C0-40DF-83F3-0C82D325FA1D}"/>
      </w:docPartPr>
      <w:docPartBody>
        <w:p w:rsidR="00157EEC" w:rsidRDefault="00157EEC" w:rsidP="00157EEC">
          <w:pPr>
            <w:pStyle w:val="EE356C4CED7842CA9624B285D2EDB824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F68520AD6A4760B1AC14D8DD538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6A97B-BE91-4552-A3BF-C96A4C94283E}"/>
      </w:docPartPr>
      <w:docPartBody>
        <w:p w:rsidR="00157EEC" w:rsidRDefault="00157EEC" w:rsidP="00157EEC">
          <w:pPr>
            <w:pStyle w:val="2BF68520AD6A4760B1AC14D8DD538B2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486A18106041D591E5EB4609F2E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52B2B-806B-40B1-B2D5-1910947660F8}"/>
      </w:docPartPr>
      <w:docPartBody>
        <w:p w:rsidR="00157EEC" w:rsidRDefault="00157EEC" w:rsidP="00157EEC">
          <w:pPr>
            <w:pStyle w:val="D2486A18106041D591E5EB4609F2E7A6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6F9AC5F1646F88B3AACD91A653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60084-C7AB-4D55-B7BC-58885626915A}"/>
      </w:docPartPr>
      <w:docPartBody>
        <w:p w:rsidR="00157EEC" w:rsidRDefault="00157EEC" w:rsidP="00157EEC">
          <w:pPr>
            <w:pStyle w:val="6516F9AC5F1646F88B3AACD91A6533C5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61B8FEFBC4575AE40D3507D50C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6E61C-C3A1-4339-8187-206613ADAD19}"/>
      </w:docPartPr>
      <w:docPartBody>
        <w:p w:rsidR="00157EEC" w:rsidRDefault="00157EEC" w:rsidP="00157EEC">
          <w:pPr>
            <w:pStyle w:val="7CB61B8FEFBC4575AE40D3507D50CB8F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72EB3A7E64981A7420EC4EB5FD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371ED-B4FB-43E0-BA0A-D30F78145623}"/>
      </w:docPartPr>
      <w:docPartBody>
        <w:p w:rsidR="00157EEC" w:rsidRDefault="00157EEC" w:rsidP="00157EEC">
          <w:pPr>
            <w:pStyle w:val="66B72EB3A7E64981A7420EC4EB5FD807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E3D28F60443FAB9D486BCF3D14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7A87B-7382-4F5B-AF2E-64E64E0330D7}"/>
      </w:docPartPr>
      <w:docPartBody>
        <w:p w:rsidR="00157EEC" w:rsidRDefault="00157EEC" w:rsidP="00157EEC">
          <w:pPr>
            <w:pStyle w:val="AA3E3D28F60443FAB9D486BCF3D143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819D339284FF1B6248436B676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F2CEC-809D-4C9B-B723-A9F35746BDEB}"/>
      </w:docPartPr>
      <w:docPartBody>
        <w:p w:rsidR="00157EEC" w:rsidRDefault="00157EEC" w:rsidP="00157EEC">
          <w:pPr>
            <w:pStyle w:val="D83819D339284FF1B6248436B676AB7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695BDC0EE420B801F261C4790A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09B9D-2F98-401C-AA6C-9403EF35DCDF}"/>
      </w:docPartPr>
      <w:docPartBody>
        <w:p w:rsidR="00157EEC" w:rsidRDefault="00157EEC" w:rsidP="00157EEC">
          <w:pPr>
            <w:pStyle w:val="003695BDC0EE420B801F261C4790AC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F747275254FA5ADDCE8835A836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D1022-A2D5-43A7-9FC5-F40BE03B68F4}"/>
      </w:docPartPr>
      <w:docPartBody>
        <w:p w:rsidR="00157EEC" w:rsidRDefault="00157EEC" w:rsidP="00157EEC">
          <w:pPr>
            <w:pStyle w:val="4B4F747275254FA5ADDCE8835A836ED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8FE8699424610B2FA72B9EADBD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85B81-0152-43AD-BC4E-360C1FF58F57}"/>
      </w:docPartPr>
      <w:docPartBody>
        <w:p w:rsidR="00157EEC" w:rsidRDefault="00157EEC" w:rsidP="00157EEC">
          <w:pPr>
            <w:pStyle w:val="4FE8FE8699424610B2FA72B9EADBD3C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4D0BE0FA24420CAA1E3C41DD44F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EBB64-2B2E-4FA1-BDEB-B1180BDBD70C}"/>
      </w:docPartPr>
      <w:docPartBody>
        <w:p w:rsidR="00157EEC" w:rsidRDefault="00157EEC" w:rsidP="00157EEC">
          <w:pPr>
            <w:pStyle w:val="AF4D0BE0FA24420CAA1E3C41DD44F5F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F8AF736764176862D323CF5291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505BB-0273-4DAB-A929-B7424A2A6FB0}"/>
      </w:docPartPr>
      <w:docPartBody>
        <w:p w:rsidR="00157EEC" w:rsidRDefault="00157EEC" w:rsidP="00157EEC">
          <w:pPr>
            <w:pStyle w:val="87AF8AF736764176862D323CF52913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4406776FC646A69360E6EF1D610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0DA7C-E765-492F-A163-BA6DB02BBCA4}"/>
      </w:docPartPr>
      <w:docPartBody>
        <w:p w:rsidR="00157EEC" w:rsidRDefault="00157EEC" w:rsidP="00157EEC">
          <w:pPr>
            <w:pStyle w:val="0B4406776FC646A69360E6EF1D610D2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55F3FE2A59436791DD916082C02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EB8E0-950C-48A5-874D-768744EA279B}"/>
      </w:docPartPr>
      <w:docPartBody>
        <w:p w:rsidR="00157EEC" w:rsidRDefault="00157EEC" w:rsidP="00157EEC">
          <w:pPr>
            <w:pStyle w:val="8555F3FE2A59436791DD916082C028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79806F9A174B678A3E9D3B4FAE9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70A74-28F6-4F02-B751-31BF467817A0}"/>
      </w:docPartPr>
      <w:docPartBody>
        <w:p w:rsidR="00157EEC" w:rsidRDefault="00157EEC" w:rsidP="00157EEC">
          <w:pPr>
            <w:pStyle w:val="5A79806F9A174B678A3E9D3B4FAE96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79B92521E04D4DB707C91847F4A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5F8B1-CAC1-4740-BEB1-F07DCCCFFD78}"/>
      </w:docPartPr>
      <w:docPartBody>
        <w:p w:rsidR="00157EEC" w:rsidRDefault="00157EEC" w:rsidP="00157EEC">
          <w:pPr>
            <w:pStyle w:val="6C79B92521E04D4DB707C91847F4A0D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195B6A4B604F9F9F3F6E4ABEEF3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33E00-8D60-4470-90E8-D945D270961D}"/>
      </w:docPartPr>
      <w:docPartBody>
        <w:p w:rsidR="00157EEC" w:rsidRDefault="00157EEC" w:rsidP="00157EEC">
          <w:pPr>
            <w:pStyle w:val="A8195B6A4B604F9F9F3F6E4ABEEF3D9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7D4EDB68A40119164C62FB7481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9F354-D49A-4437-8CC2-393DE14001BD}"/>
      </w:docPartPr>
      <w:docPartBody>
        <w:p w:rsidR="00157EEC" w:rsidRDefault="00157EEC" w:rsidP="00157EEC">
          <w:pPr>
            <w:pStyle w:val="8B17D4EDB68A40119164C62FB74818A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D4B0434914D44B3C541ECB23CE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4FA43-94AB-466C-8756-008BADC6325A}"/>
      </w:docPartPr>
      <w:docPartBody>
        <w:p w:rsidR="00157EEC" w:rsidRDefault="0033193A" w:rsidP="0033193A">
          <w:pPr>
            <w:pStyle w:val="27FD4B0434914D44B3C541ECB23CEE3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E1E1B3702914429889E10C234E23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F0804-9B0C-4030-AC84-1ECF79B68202}"/>
      </w:docPartPr>
      <w:docPartBody>
        <w:p w:rsidR="00157EEC" w:rsidRDefault="00157EEC" w:rsidP="00157EEC">
          <w:pPr>
            <w:pStyle w:val="0E1E1B3702914429889E10C234E231E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2FD1D5A994484B44450831EFC8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99D2E-901E-484C-BB1F-970206315E0F}"/>
      </w:docPartPr>
      <w:docPartBody>
        <w:p w:rsidR="00157EEC" w:rsidRDefault="00157EEC" w:rsidP="00157EEC">
          <w:pPr>
            <w:pStyle w:val="0882FD1D5A994484B44450831EFC82F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554C0493374CB7ACF78F506E5A8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81000-ED7B-41E0-866B-6C3D2B0888E5}"/>
      </w:docPartPr>
      <w:docPartBody>
        <w:p w:rsidR="00157EEC" w:rsidRDefault="00157EEC" w:rsidP="00157EEC">
          <w:pPr>
            <w:pStyle w:val="BE554C0493374CB7ACF78F506E5A887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2F2F0547B4BA1B89E0408AD598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5E9B7-D786-4904-9E56-AD4A5949EDB1}"/>
      </w:docPartPr>
      <w:docPartBody>
        <w:p w:rsidR="00157EEC" w:rsidRDefault="00157EEC" w:rsidP="00157EEC">
          <w:pPr>
            <w:pStyle w:val="7482F2F0547B4BA1B89E0408AD5988D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95228750948859B273991A8447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BF2F7-8CC7-49E2-856C-45BB4844D176}"/>
      </w:docPartPr>
      <w:docPartBody>
        <w:p w:rsidR="00157EEC" w:rsidRDefault="00157EEC" w:rsidP="00157EEC">
          <w:pPr>
            <w:pStyle w:val="16B95228750948859B273991A844702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FEE8BB9D5B45B3861608D239F05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97DEF-80C8-400D-AEF6-F6A909BAA2D1}"/>
      </w:docPartPr>
      <w:docPartBody>
        <w:p w:rsidR="00157EEC" w:rsidRDefault="0033193A" w:rsidP="0033193A">
          <w:pPr>
            <w:pStyle w:val="14FEE8BB9D5B45B3861608D239F05C0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F450B719FE3485F8827E3FE0B57C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EBDA-9427-4B5C-82BA-CFDC8C973369}"/>
      </w:docPartPr>
      <w:docPartBody>
        <w:p w:rsidR="00157EEC" w:rsidRDefault="00157EEC" w:rsidP="00157EEC">
          <w:pPr>
            <w:pStyle w:val="8F450B719FE3485F8827E3FE0B57CF7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DD901793894AB394970CAF05476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00B7D-64F2-4183-B209-29F5348D42E9}"/>
      </w:docPartPr>
      <w:docPartBody>
        <w:p w:rsidR="00157EEC" w:rsidRDefault="00157EEC" w:rsidP="00157EEC">
          <w:pPr>
            <w:pStyle w:val="7DDD901793894AB394970CAF054766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4E279F493452781E2A8CEEC24B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1F803-B826-4F40-AE97-3BBD2533EAEA}"/>
      </w:docPartPr>
      <w:docPartBody>
        <w:p w:rsidR="00157EEC" w:rsidRDefault="00157EEC" w:rsidP="00157EEC">
          <w:pPr>
            <w:pStyle w:val="E704E279F493452781E2A8CEEC24B5B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DDA817443C4FD5A8D3A9ED71F76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C9BC1-B028-4130-A2C6-59F258B98700}"/>
      </w:docPartPr>
      <w:docPartBody>
        <w:p w:rsidR="00157EEC" w:rsidRDefault="00157EEC" w:rsidP="00157EEC">
          <w:pPr>
            <w:pStyle w:val="04DDA817443C4FD5A8D3A9ED71F7611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B7386910054A43A9EDAECFBD758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9A9D2-406A-4362-BF4F-160208150812}"/>
      </w:docPartPr>
      <w:docPartBody>
        <w:p w:rsidR="00157EEC" w:rsidRDefault="00157EEC" w:rsidP="00157EEC">
          <w:pPr>
            <w:pStyle w:val="0DB7386910054A43A9EDAECFBD75876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136CA1CC045C798AC5BA59B6D2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C57AE-049F-4A7F-AB6A-747D63CA2C1B}"/>
      </w:docPartPr>
      <w:docPartBody>
        <w:p w:rsidR="00157EEC" w:rsidRDefault="00157EEC" w:rsidP="00157EEC">
          <w:pPr>
            <w:pStyle w:val="21F136CA1CC045C798AC5BA59B6D2BD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852D34F8924C6ABD9A772F9C080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90803-4FB7-4031-A4B2-5F1060C0C1A2}"/>
      </w:docPartPr>
      <w:docPartBody>
        <w:p w:rsidR="00157EEC" w:rsidRDefault="00157EEC" w:rsidP="00157EEC">
          <w:pPr>
            <w:pStyle w:val="4D852D34F8924C6ABD9A772F9C08087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355B7C5634028946BD6AB7E604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629ED-B7BB-4C39-B059-E08B817C20B5}"/>
      </w:docPartPr>
      <w:docPartBody>
        <w:p w:rsidR="00157EEC" w:rsidRDefault="00157EEC" w:rsidP="00157EEC">
          <w:pPr>
            <w:pStyle w:val="201355B7C5634028946BD6AB7E6043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82F3159C7437FBED2ADF24281A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5D21E-1B6F-458F-9436-2C897F63C16F}"/>
      </w:docPartPr>
      <w:docPartBody>
        <w:p w:rsidR="00157EEC" w:rsidRDefault="00157EEC" w:rsidP="00157EEC">
          <w:pPr>
            <w:pStyle w:val="CB682F3159C7437FBED2ADF24281A5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5484B11E7448A2B18ED6F97E1B6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C3997-6A4F-4D53-AA4E-518ACA468104}"/>
      </w:docPartPr>
      <w:docPartBody>
        <w:p w:rsidR="00157EEC" w:rsidRDefault="00157EEC" w:rsidP="00157EEC">
          <w:pPr>
            <w:pStyle w:val="A05484B11E7448A2B18ED6F97E1B65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6E1AB5C6E4F7D838FC83E170DA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2C4BF-5234-4BD1-9C95-BC2568085E38}"/>
      </w:docPartPr>
      <w:docPartBody>
        <w:p w:rsidR="00157EEC" w:rsidRDefault="00157EEC" w:rsidP="00157EEC">
          <w:pPr>
            <w:pStyle w:val="BA46E1AB5C6E4F7D838FC83E170DA7C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F40D85F7F4CD4B447AC2B146DB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E47F2-3347-4352-83D5-782BB97D475C}"/>
      </w:docPartPr>
      <w:docPartBody>
        <w:p w:rsidR="00157EEC" w:rsidRDefault="00157EEC" w:rsidP="00157EEC">
          <w:pPr>
            <w:pStyle w:val="3D5F40D85F7F4CD4B447AC2B146DB07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10A9C7A014DDF9E049241AD1E1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ED09A-5501-4AD6-90D3-04B3681B857A}"/>
      </w:docPartPr>
      <w:docPartBody>
        <w:p w:rsidR="00157EEC" w:rsidRDefault="00157EEC" w:rsidP="00157EEC">
          <w:pPr>
            <w:pStyle w:val="BA310A9C7A014DDF9E049241AD1E19A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14A24F39E54F8FBEBA54292DE77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6E5CF-4EE3-4325-B5D1-3BC9DC1CD545}"/>
      </w:docPartPr>
      <w:docPartBody>
        <w:p w:rsidR="00157EEC" w:rsidRDefault="0033193A" w:rsidP="0033193A">
          <w:pPr>
            <w:pStyle w:val="ED14A24F39E54F8FBEBA54292DE775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08FBDA9B45C4701B0C05AEF8ED75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E0A7D-7312-463F-BA12-02D8F7AE9CC5}"/>
      </w:docPartPr>
      <w:docPartBody>
        <w:p w:rsidR="00157EEC" w:rsidRDefault="00157EEC" w:rsidP="00157EEC">
          <w:pPr>
            <w:pStyle w:val="308FBDA9B45C4701B0C05AEF8ED75BC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C243DDFDA4F028527A9A4A4F18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1F268-077B-4AA1-8BF7-AEC71177A1BC}"/>
      </w:docPartPr>
      <w:docPartBody>
        <w:p w:rsidR="00157EEC" w:rsidRDefault="00157EEC" w:rsidP="00157EEC">
          <w:pPr>
            <w:pStyle w:val="199C243DDFDA4F028527A9A4A4F1864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E7472F03B24077B2AB75F3055E3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1088-7423-4337-81D0-64B6491554E5}"/>
      </w:docPartPr>
      <w:docPartBody>
        <w:p w:rsidR="00157EEC" w:rsidRDefault="00157EEC" w:rsidP="00157EEC">
          <w:pPr>
            <w:pStyle w:val="B0E7472F03B24077B2AB75F3055E3A7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8BEA7FF9FA4940A3E1A1AB60493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B98BD-3246-4EB6-A0C7-96E46C000111}"/>
      </w:docPartPr>
      <w:docPartBody>
        <w:p w:rsidR="00157EEC" w:rsidRDefault="00157EEC" w:rsidP="00157EEC">
          <w:pPr>
            <w:pStyle w:val="408BEA7FF9FA4940A3E1A1AB60493DA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3BFC45D7F4401B68629DA4530A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201B-1043-469F-B5E1-4D2ABF6F29B7}"/>
      </w:docPartPr>
      <w:docPartBody>
        <w:p w:rsidR="00157EEC" w:rsidRDefault="00157EEC" w:rsidP="00157EEC">
          <w:pPr>
            <w:pStyle w:val="38B3BFC45D7F4401B68629DA4530AF3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18B4C197645E781366B3C0E2FB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F201-A5D2-40CB-844D-70C855D362FE}"/>
      </w:docPartPr>
      <w:docPartBody>
        <w:p w:rsidR="00157EEC" w:rsidRDefault="00157EEC" w:rsidP="00157EEC">
          <w:pPr>
            <w:pStyle w:val="53D18B4C197645E781366B3C0E2FBAD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BF06A0471740EF9DF7F22ADCE90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43FAD-439D-414E-AFBF-3656C8700F66}"/>
      </w:docPartPr>
      <w:docPartBody>
        <w:p w:rsidR="00157EEC" w:rsidRDefault="00157EEC" w:rsidP="00157EEC">
          <w:pPr>
            <w:pStyle w:val="D8BF06A0471740EF9DF7F22ADCE90891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AD3F7C9A1548ABB20CA7F584CA9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5303C-8A71-4AF8-9D48-757F7C319278}"/>
      </w:docPartPr>
      <w:docPartBody>
        <w:p w:rsidR="00157EEC" w:rsidRDefault="00157EEC" w:rsidP="00157EEC">
          <w:pPr>
            <w:pStyle w:val="35AD3F7C9A1548ABB20CA7F584CA9D8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90AAF9BF9D42BDBC3849043CB18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71536-1D4D-4BB0-B31C-030ABBBEC3B8}"/>
      </w:docPartPr>
      <w:docPartBody>
        <w:p w:rsidR="00157EEC" w:rsidRDefault="00157EEC" w:rsidP="00157EEC">
          <w:pPr>
            <w:pStyle w:val="C390AAF9BF9D42BDBC3849043CB18A0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85C49EDBB34783A2ECC9B96B707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D4C1E-5229-453F-9DAC-E19EA3CD0B8B}"/>
      </w:docPartPr>
      <w:docPartBody>
        <w:p w:rsidR="00157EEC" w:rsidRDefault="0033193A" w:rsidP="0033193A">
          <w:pPr>
            <w:pStyle w:val="8385C49EDBB34783A2ECC9B96B707A6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D403F3F55A641EA860C7E0B09500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ACA4F-B999-460D-8020-EDD89E04C635}"/>
      </w:docPartPr>
      <w:docPartBody>
        <w:p w:rsidR="00157EEC" w:rsidRDefault="00157EEC" w:rsidP="00157EEC">
          <w:pPr>
            <w:pStyle w:val="2D403F3F55A641EA860C7E0B09500DB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032C321A94FE1BCD573CBC19EB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61B39-4E68-440B-B19C-E82985C1C997}"/>
      </w:docPartPr>
      <w:docPartBody>
        <w:p w:rsidR="00157EEC" w:rsidRDefault="00157EEC" w:rsidP="00157EEC">
          <w:pPr>
            <w:pStyle w:val="73A032C321A94FE1BCD573CBC19EBAD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F2E39885F848DCB1A7376E4B807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2FF5-412C-4A44-8F44-12C881C0DDF7}"/>
      </w:docPartPr>
      <w:docPartBody>
        <w:p w:rsidR="00157EEC" w:rsidRDefault="00157EEC" w:rsidP="00157EEC">
          <w:pPr>
            <w:pStyle w:val="E5F2E39885F848DCB1A7376E4B8078B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A9E417A70477EB41BE468D0F8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FBEED-F0BC-467B-9720-CD17ADA8D6FE}"/>
      </w:docPartPr>
      <w:docPartBody>
        <w:p w:rsidR="00157EEC" w:rsidRDefault="00157EEC" w:rsidP="00157EEC">
          <w:pPr>
            <w:pStyle w:val="F18A9E417A70477EB41BE468D0F86994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A29882FE3845AA9803DEA553D28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18D2B-AD45-46EE-8B3B-3D215480E8D2}"/>
      </w:docPartPr>
      <w:docPartBody>
        <w:p w:rsidR="00157EEC" w:rsidRDefault="00157EEC" w:rsidP="00157EEC">
          <w:pPr>
            <w:pStyle w:val="ECA29882FE3845AA9803DEA553D28A0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7F8CD6D494D028BD6B58BBB1EE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46F33-168E-41F9-9135-2CEA2BE2B2FA}"/>
      </w:docPartPr>
      <w:docPartBody>
        <w:p w:rsidR="00157EEC" w:rsidRDefault="00157EEC" w:rsidP="00157EEC">
          <w:pPr>
            <w:pStyle w:val="0A07F8CD6D494D028BD6B58BBB1EED6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7B2C0679D43B6B54AE35A58D1A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FF76B-B5CB-4F81-94D6-66580DDDE461}"/>
      </w:docPartPr>
      <w:docPartBody>
        <w:p w:rsidR="00157EEC" w:rsidRDefault="00157EEC" w:rsidP="00157EEC">
          <w:pPr>
            <w:pStyle w:val="28C7B2C0679D43B6B54AE35A58D1A5B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7DABFBBBAE442E89255EA1A7064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9E86E-47CE-4AC5-B842-E31F97494504}"/>
      </w:docPartPr>
      <w:docPartBody>
        <w:p w:rsidR="00157EEC" w:rsidRDefault="00157EEC" w:rsidP="00157EEC">
          <w:pPr>
            <w:pStyle w:val="9B7DABFBBBAE442E89255EA1A7064E2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CA457C00041E7BA31F89B49535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2B295-F6B4-44CD-8AF7-6CA6CD02A84B}"/>
      </w:docPartPr>
      <w:docPartBody>
        <w:p w:rsidR="00157EEC" w:rsidRDefault="00157EEC" w:rsidP="00157EEC">
          <w:pPr>
            <w:pStyle w:val="45CCA457C00041E7BA31F89B49535AD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8EB62424A4D3A874915B3ADBD0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55137-647E-4802-A442-EC8984E551E6}"/>
      </w:docPartPr>
      <w:docPartBody>
        <w:p w:rsidR="00157EEC" w:rsidRDefault="00157EEC" w:rsidP="00157EEC">
          <w:pPr>
            <w:pStyle w:val="E888EB62424A4D3A874915B3ADBD083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2C9AC7F143475E947DFAAC4EAA0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0C995-F908-485E-B068-90FFEC7EBE1B}"/>
      </w:docPartPr>
      <w:docPartBody>
        <w:p w:rsidR="00157EEC" w:rsidRDefault="0033193A" w:rsidP="0033193A">
          <w:pPr>
            <w:pStyle w:val="EC2C9AC7F143475E947DFAAC4EAA02E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4F9E67898BD49E89F3547B3F0F38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2A635-E6FE-4E82-97C3-72DA9DB7B7A7}"/>
      </w:docPartPr>
      <w:docPartBody>
        <w:p w:rsidR="00157EEC" w:rsidRDefault="00157EEC" w:rsidP="00157EEC">
          <w:pPr>
            <w:pStyle w:val="A4F9E67898BD49E89F3547B3F0F3895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9CB54F43D34C49A56B120DDB492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39C0F-E5FB-4C0A-A397-BF3AB01AE903}"/>
      </w:docPartPr>
      <w:docPartBody>
        <w:p w:rsidR="00157EEC" w:rsidRDefault="00157EEC" w:rsidP="00157EEC">
          <w:pPr>
            <w:pStyle w:val="DF9CB54F43D34C49A56B120DDB492CC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FE6DB818E5405FA51CE7AA12E50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AC92F-C489-44F3-AC21-345CA4ED09D8}"/>
      </w:docPartPr>
      <w:docPartBody>
        <w:p w:rsidR="00157EEC" w:rsidRDefault="00157EEC" w:rsidP="00157EEC">
          <w:pPr>
            <w:pStyle w:val="33FE6DB818E5405FA51CE7AA12E50D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32ECFF3420457DA10E2631C5945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3713-23FD-4763-B9AF-594D464466C7}"/>
      </w:docPartPr>
      <w:docPartBody>
        <w:p w:rsidR="00157EEC" w:rsidRDefault="00157EEC" w:rsidP="00157EEC">
          <w:pPr>
            <w:pStyle w:val="8732ECFF3420457DA10E2631C59455B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80B24565AD4EC59DB47520157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6E724-2790-48AC-B807-2047D9524E9A}"/>
      </w:docPartPr>
      <w:docPartBody>
        <w:p w:rsidR="00157EEC" w:rsidRDefault="00157EEC" w:rsidP="00157EEC">
          <w:pPr>
            <w:pStyle w:val="C180B24565AD4EC59DB47520157DAD8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CFC867EEE4D34A1DDC2F6940EC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24CD0-B7B3-4F95-9D6C-F0865E91391B}"/>
      </w:docPartPr>
      <w:docPartBody>
        <w:p w:rsidR="00157EEC" w:rsidRDefault="00157EEC" w:rsidP="00157EEC">
          <w:pPr>
            <w:pStyle w:val="2DCCFC867EEE4D34A1DDC2F6940ECFF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F0AAED6EE74EFFAEA3636465E46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606C8-8445-4BCF-94BD-CA44B5B81855}"/>
      </w:docPartPr>
      <w:docPartBody>
        <w:p w:rsidR="00157EEC" w:rsidRDefault="00157EEC" w:rsidP="00157EEC">
          <w:pPr>
            <w:pStyle w:val="28F0AAED6EE74EFFAEA3636465E4643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DF559BA8D9449BB704FCCD11B8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31106-EA92-460D-98B9-BDAEB8D76D0E}"/>
      </w:docPartPr>
      <w:docPartBody>
        <w:p w:rsidR="00157EEC" w:rsidRDefault="00157EEC" w:rsidP="00157EEC">
          <w:pPr>
            <w:pStyle w:val="C0DF559BA8D9449BB704FCCD11B8C6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249A9849044E8BEE49E1CA3AF4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63D6D-EBDE-404E-B315-7D7DB61B3194}"/>
      </w:docPartPr>
      <w:docPartBody>
        <w:p w:rsidR="00157EEC" w:rsidRDefault="00157EEC" w:rsidP="00157EEC">
          <w:pPr>
            <w:pStyle w:val="4F6249A9849044E8BEE49E1CA3AF49E8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9F148D3954628B656A0859BAD4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DBED2-794E-46D0-BF61-8B950F28F447}"/>
      </w:docPartPr>
      <w:docPartBody>
        <w:p w:rsidR="00157EEC" w:rsidRDefault="00157EEC" w:rsidP="00157EEC">
          <w:pPr>
            <w:pStyle w:val="1E99F148D3954628B656A0859BAD446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4052FAC3E49328EEF265F9864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EDEDA-94C8-49C1-88EE-4439325B4057}"/>
      </w:docPartPr>
      <w:docPartBody>
        <w:p w:rsidR="00157EEC" w:rsidRDefault="0033193A" w:rsidP="0033193A">
          <w:pPr>
            <w:pStyle w:val="A394052FAC3E49328EEF265F9864C13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9CC2B0B98C0417CA925EF46235B3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B39F7-6E4B-406F-B78A-9AF8E8FA11B1}"/>
      </w:docPartPr>
      <w:docPartBody>
        <w:p w:rsidR="00157EEC" w:rsidRDefault="00157EEC" w:rsidP="00157EEC">
          <w:pPr>
            <w:pStyle w:val="49CC2B0B98C0417CA925EF46235B38D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D171C151EE4EEBAE05FE27C561B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644D4-D1F0-4353-975B-C44E34478139}"/>
      </w:docPartPr>
      <w:docPartBody>
        <w:p w:rsidR="00157EEC" w:rsidRDefault="00157EEC" w:rsidP="00157EEC">
          <w:pPr>
            <w:pStyle w:val="4AD171C151EE4EEBAE05FE27C561BAB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989EF89D2A4AC3A5E5E69A74621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AB18E-A29E-4FEB-83C3-5812619B6569}"/>
      </w:docPartPr>
      <w:docPartBody>
        <w:p w:rsidR="00157EEC" w:rsidRDefault="00157EEC" w:rsidP="00157EEC">
          <w:pPr>
            <w:pStyle w:val="C0989EF89D2A4AC3A5E5E69A7462153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81EDF975B474BB7E0082AD169D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CF5BF-BCED-4E7E-BF32-B74A8786AD52}"/>
      </w:docPartPr>
      <w:docPartBody>
        <w:p w:rsidR="00157EEC" w:rsidRDefault="00157EEC" w:rsidP="00157EEC">
          <w:pPr>
            <w:pStyle w:val="D6581EDF975B474BB7E0082AD169DE5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2BBF5EFD64FD8AB9F079FE913A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A65F9-1957-4A6F-9801-7DD0F43B4139}"/>
      </w:docPartPr>
      <w:docPartBody>
        <w:p w:rsidR="00157EEC" w:rsidRDefault="00157EEC" w:rsidP="00157EEC">
          <w:pPr>
            <w:pStyle w:val="1DA2BBF5EFD64FD8AB9F079FE913ABE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84B4DD9D0740AF8F53BBD47E128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D4FF2-3C89-4409-A9B4-2C52C70869FD}"/>
      </w:docPartPr>
      <w:docPartBody>
        <w:p w:rsidR="00157EEC" w:rsidRDefault="00157EEC" w:rsidP="00157EEC">
          <w:pPr>
            <w:pStyle w:val="6F84B4DD9D0740AF8F53BBD47E128C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B5E31B3B6401FB55F6922B021F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173A5-0CE8-43F8-AFBA-F50EEFFEAAD2}"/>
      </w:docPartPr>
      <w:docPartBody>
        <w:p w:rsidR="00157EEC" w:rsidRDefault="00157EEC" w:rsidP="00157EEC">
          <w:pPr>
            <w:pStyle w:val="6BCB5E31B3B6401FB55F6922B021F248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F1EE434F5A44E181E593E7752F5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E1606-9A96-40A4-8D15-93B516772A65}"/>
      </w:docPartPr>
      <w:docPartBody>
        <w:p w:rsidR="00157EEC" w:rsidRDefault="00157EEC" w:rsidP="00157EEC">
          <w:pPr>
            <w:pStyle w:val="10F1EE434F5A44E181E593E7752F56DD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0C584BB7E545F2879BA9633C74D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407BF-52F1-4940-83F1-411FD7F1C946}"/>
      </w:docPartPr>
      <w:docPartBody>
        <w:p w:rsidR="00157EEC" w:rsidRDefault="00157EEC" w:rsidP="00157EEC">
          <w:pPr>
            <w:pStyle w:val="B40C584BB7E545F2879BA9633C74D25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E38A93B8E5445D9BEE8158E2F84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1F36C-F668-442C-8AAF-CD097516C0DC}"/>
      </w:docPartPr>
      <w:docPartBody>
        <w:p w:rsidR="00157EEC" w:rsidRDefault="00157EEC" w:rsidP="00157EEC">
          <w:pPr>
            <w:pStyle w:val="B7E38A93B8E5445D9BEE8158E2F8454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5984F86F44A4D99FC09EE4C51D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243E3-4432-406A-896C-826CE0A13744}"/>
      </w:docPartPr>
      <w:docPartBody>
        <w:p w:rsidR="00157EEC" w:rsidRDefault="00157EEC" w:rsidP="00157EEC">
          <w:pPr>
            <w:pStyle w:val="0295984F86F44A4D99FC09EE4C51D24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6BE38B9904860B12C3DC88D2EB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55953-942E-4A79-8C2D-0150B183F811}"/>
      </w:docPartPr>
      <w:docPartBody>
        <w:p w:rsidR="00157EEC" w:rsidRDefault="00157EEC" w:rsidP="00157EEC">
          <w:pPr>
            <w:pStyle w:val="EEA6BE38B9904860B12C3DC88D2EB79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F5EED71B549C29FD790648C6D0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0F763-2CFE-4ABC-8659-7B22E8AAE2B3}"/>
      </w:docPartPr>
      <w:docPartBody>
        <w:p w:rsidR="00157EEC" w:rsidRDefault="00157EEC" w:rsidP="00157EEC">
          <w:pPr>
            <w:pStyle w:val="968F5EED71B549C29FD790648C6D098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4DF3ABE4C54495959EAECD40B8D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07DD1-8E7B-4E14-8375-46387CFBC844}"/>
      </w:docPartPr>
      <w:docPartBody>
        <w:p w:rsidR="00157EEC" w:rsidRDefault="00157EEC" w:rsidP="00157EEC">
          <w:pPr>
            <w:pStyle w:val="774DF3ABE4C54495959EAECD40B8D74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1B5300B27482F978D8FE0167C9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1B4F5-E8A6-46E0-8DBA-92FF62351A1D}"/>
      </w:docPartPr>
      <w:docPartBody>
        <w:p w:rsidR="00157EEC" w:rsidRDefault="0033193A" w:rsidP="0033193A">
          <w:pPr>
            <w:pStyle w:val="F781B5300B27482F978D8FE0167C926B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A6CA2AF8DF94CD69E896834E8685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643EA-857F-4E9D-9D85-DF465EE6153F}"/>
      </w:docPartPr>
      <w:docPartBody>
        <w:p w:rsidR="00157EEC" w:rsidRDefault="00157EEC" w:rsidP="00157EEC">
          <w:pPr>
            <w:pStyle w:val="9A6CA2AF8DF94CD69E896834E868525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9C3BD6DAE445585208941AA04C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136B6-76F4-4D27-B00A-54672196C3BA}"/>
      </w:docPartPr>
      <w:docPartBody>
        <w:p w:rsidR="00157EEC" w:rsidRDefault="00157EEC" w:rsidP="00157EEC">
          <w:pPr>
            <w:pStyle w:val="B4C9C3BD6DAE445585208941AA04C9C7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E5954FCFC406D92213FF305264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825E-6D4B-40EF-97C1-7FEB7221F8A3}"/>
      </w:docPartPr>
      <w:docPartBody>
        <w:p w:rsidR="00157EEC" w:rsidRDefault="00157EEC" w:rsidP="00157EEC">
          <w:pPr>
            <w:pStyle w:val="3DEE5954FCFC406D92213FF30526460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513A9A84864C3F9F7588EA499BB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2A326-5E53-4798-B4B5-31EB833A71C8}"/>
      </w:docPartPr>
      <w:docPartBody>
        <w:p w:rsidR="00157EEC" w:rsidRDefault="00157EEC" w:rsidP="00157EEC">
          <w:pPr>
            <w:pStyle w:val="F3513A9A84864C3F9F7588EA499BB78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5A5022E14D43D0AAECA4D7B0710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8F0C6-BC3D-46D9-8413-B1F04E776A03}"/>
      </w:docPartPr>
      <w:docPartBody>
        <w:p w:rsidR="00157EEC" w:rsidRDefault="00157EEC" w:rsidP="00157EEC">
          <w:pPr>
            <w:pStyle w:val="085A5022E14D43D0AAECA4D7B07105E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E2B0B02804B6B9EB34D06EDE16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6BF4A-E702-4F9F-A491-13F067A06EEB}"/>
      </w:docPartPr>
      <w:docPartBody>
        <w:p w:rsidR="00157EEC" w:rsidRDefault="00157EEC" w:rsidP="00157EEC">
          <w:pPr>
            <w:pStyle w:val="4B3E2B0B02804B6B9EB34D06EDE16C2C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1417A5ECF4F4FA5F5682117266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97DEE-214C-4BE5-B7A7-B85506E495BF}"/>
      </w:docPartPr>
      <w:docPartBody>
        <w:p w:rsidR="00157EEC" w:rsidRDefault="00157EEC" w:rsidP="00157EEC">
          <w:pPr>
            <w:pStyle w:val="6871417A5ECF4F4FA5F5682117266CD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5A8C29CF24ECD9EAACD5559B0D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80C67-B177-4F78-9EF3-AB51FE10EC80}"/>
      </w:docPartPr>
      <w:docPartBody>
        <w:p w:rsidR="00157EEC" w:rsidRDefault="00157EEC" w:rsidP="00157EEC">
          <w:pPr>
            <w:pStyle w:val="2525A8C29CF24ECD9EAACD5559B0D5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B0967D3354F8ABBCABE81F4CD0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43CF8-D8AD-456E-AB77-E53A2EB6A125}"/>
      </w:docPartPr>
      <w:docPartBody>
        <w:p w:rsidR="00157EEC" w:rsidRDefault="00157EEC" w:rsidP="00157EEC">
          <w:pPr>
            <w:pStyle w:val="291B0967D3354F8ABBCABE81F4CD019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9B1462D4794E338C60031991F15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592C-B051-4743-B314-2784DC40F5D4}"/>
      </w:docPartPr>
      <w:docPartBody>
        <w:p w:rsidR="00157EEC" w:rsidRDefault="00157EEC" w:rsidP="00157EEC">
          <w:pPr>
            <w:pStyle w:val="139B1462D4794E338C60031991F1520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3F671446BE423C80623186CD492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9DA9-E474-403F-A8D6-ACD52F4C5ACE}"/>
      </w:docPartPr>
      <w:docPartBody>
        <w:p w:rsidR="00157EEC" w:rsidRDefault="00157EEC" w:rsidP="00157EEC">
          <w:pPr>
            <w:pStyle w:val="FF3F671446BE423C80623186CD49221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B1F901B6E4BD7AD855DEFC0A04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8A972-539E-448C-9601-239ABAC82BD7}"/>
      </w:docPartPr>
      <w:docPartBody>
        <w:p w:rsidR="00157EEC" w:rsidRDefault="00157EEC" w:rsidP="00157EEC">
          <w:pPr>
            <w:pStyle w:val="652B1F901B6E4BD7AD855DEFC0A041D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4E62410544E4E864820ED4D3FD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1E66-9897-4E51-BEDC-6D2EE7BA89AB}"/>
      </w:docPartPr>
      <w:docPartBody>
        <w:p w:rsidR="00157EEC" w:rsidRDefault="00157EEC" w:rsidP="00157EEC">
          <w:pPr>
            <w:pStyle w:val="7394E62410544E4E864820ED4D3FDE1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569C1B2DF14551979EAD2755638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084B8-24D7-49BB-B974-3E515B8F8BDF}"/>
      </w:docPartPr>
      <w:docPartBody>
        <w:p w:rsidR="00157EEC" w:rsidRDefault="00157EEC" w:rsidP="00157EEC">
          <w:pPr>
            <w:pStyle w:val="5D569C1B2DF14551979EAD275563853D5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919AA54FBB44B1A5F7342889967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32B63-67AD-4661-943A-19C8E508CBD5}"/>
      </w:docPartPr>
      <w:docPartBody>
        <w:p w:rsidR="00157EEC" w:rsidRDefault="00157EEC" w:rsidP="00157EEC">
          <w:pPr>
            <w:pStyle w:val="FE919AA54FBB44B1A5F7342889967CC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F1AAF87E7647C48C570DCB4B6D8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45534-91FD-4C5E-ADB8-3CD2D39C31F4}"/>
      </w:docPartPr>
      <w:docPartBody>
        <w:p w:rsidR="00157EEC" w:rsidRDefault="00157EEC" w:rsidP="00157EEC">
          <w:pPr>
            <w:pStyle w:val="90F1AAF87E7647C48C570DCB4B6D815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1BF55412A49EEA0069A38BEF54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5CF2F-8B9B-4BC9-A733-0A83E8682A34}"/>
      </w:docPartPr>
      <w:docPartBody>
        <w:p w:rsidR="00157EEC" w:rsidRDefault="00157EEC" w:rsidP="00157EEC">
          <w:pPr>
            <w:pStyle w:val="6471BF55412A49EEA0069A38BEF548D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ACD686B9984973BF5D5F4D6870A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6380F-6AE4-4038-BB8C-C83F4EE4A46C}"/>
      </w:docPartPr>
      <w:docPartBody>
        <w:p w:rsidR="00157EEC" w:rsidRDefault="00157EEC" w:rsidP="00157EEC">
          <w:pPr>
            <w:pStyle w:val="0DACD686B9984973BF5D5F4D6870AAF45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7B2E4128AB4E12AA35D0322564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0D9C4-750C-4434-8E52-6481BCE9335B}"/>
      </w:docPartPr>
      <w:docPartBody>
        <w:p w:rsidR="00157EEC" w:rsidRDefault="00157EEC" w:rsidP="00157EEC">
          <w:pPr>
            <w:pStyle w:val="577B2E4128AB4E12AA35D0322564C2C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4DA2CD2C34DBFA328532985549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20A89-ED95-4217-883E-5124B578F829}"/>
      </w:docPartPr>
      <w:docPartBody>
        <w:p w:rsidR="00157EEC" w:rsidRDefault="0033193A" w:rsidP="0033193A">
          <w:pPr>
            <w:pStyle w:val="0764DA2CD2C34DBFA32853298554947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124066137484098867A6A4EBE15D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E9F6D-CE0F-4E3E-9D15-F26795055162}"/>
      </w:docPartPr>
      <w:docPartBody>
        <w:p w:rsidR="00157EEC" w:rsidRDefault="00157EEC" w:rsidP="00157EEC">
          <w:pPr>
            <w:pStyle w:val="2124066137484098867A6A4EBE15DF4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C06ABE0FD34BF884B8CD9B95AB9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BD58C-5AC5-49AF-AEB0-85C8E3318628}"/>
      </w:docPartPr>
      <w:docPartBody>
        <w:p w:rsidR="00157EEC" w:rsidRDefault="00157EEC" w:rsidP="00157EEC">
          <w:pPr>
            <w:pStyle w:val="71C06ABE0FD34BF884B8CD9B95AB9041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7023ADFBD44C3BB718F7A18414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5DEAE-C0BD-4DB9-90F8-4C5777E89CBF}"/>
      </w:docPartPr>
      <w:docPartBody>
        <w:p w:rsidR="00157EEC" w:rsidRDefault="00157EEC" w:rsidP="00157EEC">
          <w:pPr>
            <w:pStyle w:val="8897023ADFBD44C3BB718F7A184144F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C4C44B1BB345A2809FAF82C1D6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0164C-13F7-4D93-93F7-4834799BEA9A}"/>
      </w:docPartPr>
      <w:docPartBody>
        <w:p w:rsidR="00157EEC" w:rsidRDefault="00157EEC" w:rsidP="00157EEC">
          <w:pPr>
            <w:pStyle w:val="BBC4C44B1BB345A2809FAF82C1D6D43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AA3BC0912C4285B1AF8D3AA3E62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B6BA5-1922-466E-A7FB-858187430058}"/>
      </w:docPartPr>
      <w:docPartBody>
        <w:p w:rsidR="00157EEC" w:rsidRDefault="0033193A" w:rsidP="0033193A">
          <w:pPr>
            <w:pStyle w:val="92AA3BC0912C4285B1AF8D3AA3E6267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03C20D0AC564E049B3D88E959C81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B2294-A4B9-4661-97D1-42A46B948996}"/>
      </w:docPartPr>
      <w:docPartBody>
        <w:p w:rsidR="00157EEC" w:rsidRDefault="00157EEC" w:rsidP="00157EEC">
          <w:pPr>
            <w:pStyle w:val="E03C20D0AC564E049B3D88E959C81C32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B206A1F114B79923F70D146A38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165E-C2F3-46C9-A419-CB16AA2DC4C0}"/>
      </w:docPartPr>
      <w:docPartBody>
        <w:p w:rsidR="00157EEC" w:rsidRDefault="00157EEC" w:rsidP="00157EEC">
          <w:pPr>
            <w:pStyle w:val="627B206A1F114B79923F70D146A387C5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E10A372CF41B6B48CD20F8B9D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68C0F-DA3F-46A0-B4BE-26CF949D05B6}"/>
      </w:docPartPr>
      <w:docPartBody>
        <w:p w:rsidR="00157EEC" w:rsidRDefault="00157EEC" w:rsidP="00157EEC">
          <w:pPr>
            <w:pStyle w:val="1F7E10A372CF41B6B48CD20F8B9D888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18E31203DB4ADBAEA6C68283BE9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47575-4572-4FC9-9E9F-37AC0907B087}"/>
      </w:docPartPr>
      <w:docPartBody>
        <w:p w:rsidR="00157EEC" w:rsidRDefault="00157EEC" w:rsidP="00157EEC">
          <w:pPr>
            <w:pStyle w:val="E818E31203DB4ADBAEA6C68283BE94AE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44CB5FE3D4B7E8A005265B8BF5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26BF7-EC63-43B4-9AEF-352FECAF4237}"/>
      </w:docPartPr>
      <w:docPartBody>
        <w:p w:rsidR="00157EEC" w:rsidRDefault="00157EEC" w:rsidP="00157EEC">
          <w:pPr>
            <w:pStyle w:val="7E444CB5FE3D4B7E8A005265B8BF5543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713C7F24B9431EB025CD747680B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BAEF3-8CAB-493A-990C-DB0AE344AFF8}"/>
      </w:docPartPr>
      <w:docPartBody>
        <w:p w:rsidR="00157EEC" w:rsidRDefault="00157EEC" w:rsidP="00157EEC">
          <w:pPr>
            <w:pStyle w:val="10713C7F24B9431EB025CD747680B2B8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6B7963D684E9CBB479897EEC25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EA725-FB30-483F-A492-B6321356818A}"/>
      </w:docPartPr>
      <w:docPartBody>
        <w:p w:rsidR="00157EEC" w:rsidRDefault="0033193A" w:rsidP="0033193A">
          <w:pPr>
            <w:pStyle w:val="2096B7963D684E9CBB479897EEC255B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9F4C42A6EEB42DD80A561F6D33C3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8D22C-1F88-4F41-AB12-B8273A25D8A0}"/>
      </w:docPartPr>
      <w:docPartBody>
        <w:p w:rsidR="00157EEC" w:rsidRDefault="00157EEC" w:rsidP="00157EEC">
          <w:pPr>
            <w:pStyle w:val="09F4C42A6EEB42DD80A561F6D33C3113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35D26B4624747B8D9967626FC7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E8EA7-975F-4F49-95AD-0EE4902D89F8}"/>
      </w:docPartPr>
      <w:docPartBody>
        <w:p w:rsidR="00157EEC" w:rsidRDefault="00157EEC" w:rsidP="00157EEC">
          <w:pPr>
            <w:pStyle w:val="AD435D26B4624747B8D9967626FC7B03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9FBF3CDE1C494599737C2E4204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D6CB-436E-41A7-94DE-2381452D432E}"/>
      </w:docPartPr>
      <w:docPartBody>
        <w:p w:rsidR="00157EEC" w:rsidRDefault="00157EEC" w:rsidP="00157EEC">
          <w:pPr>
            <w:pStyle w:val="649FBF3CDE1C494599737C2E4204C5AD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A61D616D7E4D0687C040896A015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45C23-A51C-436D-A0EF-137A18493129}"/>
      </w:docPartPr>
      <w:docPartBody>
        <w:p w:rsidR="00157EEC" w:rsidRDefault="00157EEC" w:rsidP="00157EEC">
          <w:pPr>
            <w:pStyle w:val="C3A61D616D7E4D0687C040896A01549C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8F45419D164CFBA2509E1BE2126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437A6-9AE7-4B0C-A7B9-038FCF7DD4B9}"/>
      </w:docPartPr>
      <w:docPartBody>
        <w:p w:rsidR="00000000" w:rsidRDefault="00157EEC" w:rsidP="00157EEC">
          <w:pPr>
            <w:pStyle w:val="838F45419D164CFBA2509E1BE2126382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54A0E9A354C4714A49D911FFFDC8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8DECE-2568-4FE8-B0A3-D04CAF5C7630}"/>
      </w:docPartPr>
      <w:docPartBody>
        <w:p w:rsidR="00000000" w:rsidRDefault="00157EEC" w:rsidP="00157EEC">
          <w:pPr>
            <w:pStyle w:val="554A0E9A354C4714A49D911FFFDC8E6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4DB7898934EBBA6B52A08D02DB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2411-8E32-4A5A-8E65-90350BC54EA3}"/>
      </w:docPartPr>
      <w:docPartBody>
        <w:p w:rsidR="00000000" w:rsidRDefault="00157EEC" w:rsidP="00157EEC">
          <w:pPr>
            <w:pStyle w:val="1974DB7898934EBBA6B52A08D02DB79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EB97B2E17F7442C9DB0CEA0F3DC1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78C4F-B98D-4CE0-BF19-EF4510FE743D}"/>
      </w:docPartPr>
      <w:docPartBody>
        <w:p w:rsidR="00000000" w:rsidRDefault="00157EEC" w:rsidP="00157EEC">
          <w:pPr>
            <w:pStyle w:val="6EB97B2E17F7442C9DB0CEA0F3DC1642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E386F068524F86906681F298E69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52FAA-74EC-450B-9AB9-C7CE971A9EAC}"/>
      </w:docPartPr>
      <w:docPartBody>
        <w:p w:rsidR="00000000" w:rsidRDefault="00157EEC" w:rsidP="00157EEC">
          <w:pPr>
            <w:pStyle w:val="8BE386F068524F86906681F298E69597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78DD3BF804388B3974E7F42B5E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C8858-E6E1-40F1-91A6-1B2251B15744}"/>
      </w:docPartPr>
      <w:docPartBody>
        <w:p w:rsidR="00000000" w:rsidRDefault="00157EEC" w:rsidP="00157EEC">
          <w:pPr>
            <w:pStyle w:val="C9078DD3BF804388B3974E7F42B5EB5A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810DA09674174AC51A14F8A7B0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9BA55-17FB-4282-B589-F027163D4A1F}"/>
      </w:docPartPr>
      <w:docPartBody>
        <w:p w:rsidR="00000000" w:rsidRDefault="00157EEC" w:rsidP="00157EEC">
          <w:pPr>
            <w:pStyle w:val="E9D810DA09674174AC51A14F8A7B0F45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A788C6896469995BEAFAB96410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C5B37-52BC-43AE-8B1E-5B5DF8A44954}"/>
      </w:docPartPr>
      <w:docPartBody>
        <w:p w:rsidR="00000000" w:rsidRDefault="00157EEC" w:rsidP="00157EEC">
          <w:pPr>
            <w:pStyle w:val="5C9A788C6896469995BEAFAB96410486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5FB7E6AF95455E9AD10398BA49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3DF6B-7106-4C3F-9C47-466F5C49CFF0}"/>
      </w:docPartPr>
      <w:docPartBody>
        <w:p w:rsidR="00000000" w:rsidRDefault="00157EEC" w:rsidP="00157EEC">
          <w:pPr>
            <w:pStyle w:val="3A5FB7E6AF95455E9AD10398BA498047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2A2A66554954063B04C822529557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F89D5-5410-4374-8980-8409610F86E0}"/>
      </w:docPartPr>
      <w:docPartBody>
        <w:p w:rsidR="00000000" w:rsidRDefault="00157EEC" w:rsidP="00157EEC">
          <w:pPr>
            <w:pStyle w:val="B2A2A66554954063B04C8225295570AF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F17BE659D442F6BFE27A3D9E163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193C4-23CD-474C-B1E5-7DF63F5C04DE}"/>
      </w:docPartPr>
      <w:docPartBody>
        <w:p w:rsidR="00000000" w:rsidRDefault="00157EEC" w:rsidP="00157EEC">
          <w:pPr>
            <w:pStyle w:val="75F17BE659D442F6BFE27A3D9E163EC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68124A0443A4F7B999DF15E41A91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02FC-156C-4477-B0D9-25229BCAE221}"/>
      </w:docPartPr>
      <w:docPartBody>
        <w:p w:rsidR="00000000" w:rsidRDefault="00157EEC" w:rsidP="00157EEC">
          <w:pPr>
            <w:pStyle w:val="E68124A0443A4F7B999DF15E41A91C7E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8679BAA5A48B080E3880758BA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01D7C-F587-4CF4-A102-3A9CFBB24593}"/>
      </w:docPartPr>
      <w:docPartBody>
        <w:p w:rsidR="00000000" w:rsidRDefault="00157EEC" w:rsidP="00157EEC">
          <w:pPr>
            <w:pStyle w:val="38F8679BAA5A48B080E3880758BA4A7B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A66E885384F0C9DB9BE9C89694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A2481-F124-4231-BCFA-D81A1B4E9ECB}"/>
      </w:docPartPr>
      <w:docPartBody>
        <w:p w:rsidR="00000000" w:rsidRDefault="00157EEC" w:rsidP="00157EEC">
          <w:pPr>
            <w:pStyle w:val="56FA66E885384F0C9DB9BE9C896943B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FBBCB75D1D541F49AA37A122A3AD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E82E6-0A11-4CB5-B9AF-846D99F95C0B}"/>
      </w:docPartPr>
      <w:docPartBody>
        <w:p w:rsidR="00000000" w:rsidRDefault="00157EEC" w:rsidP="00157EEC">
          <w:pPr>
            <w:pStyle w:val="1FBBCB75D1D541F49AA37A122A3ADAA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9D9964E7545C7B3820CB4777ED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CB0B6-54C7-47CC-90D7-5EE299CF1063}"/>
      </w:docPartPr>
      <w:docPartBody>
        <w:p w:rsidR="00000000" w:rsidRDefault="00157EEC" w:rsidP="00157EEC">
          <w:pPr>
            <w:pStyle w:val="91F9D9964E7545C7B3820CB4777ED8E4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76843E304A439586339230E908F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08537-053E-4892-A879-BA55CE75A18B}"/>
      </w:docPartPr>
      <w:docPartBody>
        <w:p w:rsidR="00000000" w:rsidRDefault="00157EEC" w:rsidP="00157EEC">
          <w:pPr>
            <w:pStyle w:val="D876843E304A439586339230E908F78A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59719216194781A3EFCB74330CA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40FF9-40FD-4DEB-9F8B-2660361A594F}"/>
      </w:docPartPr>
      <w:docPartBody>
        <w:p w:rsidR="00000000" w:rsidRDefault="00157EEC" w:rsidP="00157EEC">
          <w:pPr>
            <w:pStyle w:val="2359719216194781A3EFCB74330CA1EB3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05C33B0A814D8D85E3DCB94C2DC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23C95-77A1-45DC-A734-A39FFE4424D7}"/>
      </w:docPartPr>
      <w:docPartBody>
        <w:p w:rsidR="00000000" w:rsidRDefault="00157EEC" w:rsidP="00157EEC">
          <w:pPr>
            <w:pStyle w:val="5C05C33B0A814D8D85E3DCB94C2DC43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3BA832256854304B5BA96F88B3D4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4E15F-F1A3-43D9-AFF0-E0A34716665F}"/>
      </w:docPartPr>
      <w:docPartBody>
        <w:p w:rsidR="00000000" w:rsidRDefault="00157EEC" w:rsidP="00157EEC">
          <w:pPr>
            <w:pStyle w:val="23BA832256854304B5BA96F88B3D4A7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FAE9296A54BEBACA366E9D9A45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3BF85-0456-41B1-A8E6-FB89B712E873}"/>
      </w:docPartPr>
      <w:docPartBody>
        <w:p w:rsidR="00000000" w:rsidRDefault="00157EEC" w:rsidP="00157EEC">
          <w:pPr>
            <w:pStyle w:val="246FAE9296A54BEBACA366E9D9A45B9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394E2CBAB483695D083584DBE3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9789-B7A3-48C9-A7D0-F63BA02B38ED}"/>
      </w:docPartPr>
      <w:docPartBody>
        <w:p w:rsidR="00000000" w:rsidRDefault="00157EEC" w:rsidP="00157EEC">
          <w:pPr>
            <w:pStyle w:val="0BB394E2CBAB483695D083584DBE3A9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6FEA1F74C42C589A364B14C1A7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4EFEA-DE30-41D0-927E-E4999432E69D}"/>
      </w:docPartPr>
      <w:docPartBody>
        <w:p w:rsidR="00000000" w:rsidRDefault="00157EEC" w:rsidP="00157EEC">
          <w:pPr>
            <w:pStyle w:val="1E86FEA1F74C42C589A364B14C1A7180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9E7065E5F54CA1AC08584C3A28F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8E815-9C8F-4BF5-972A-909270E244E2}"/>
      </w:docPartPr>
      <w:docPartBody>
        <w:p w:rsidR="00000000" w:rsidRDefault="00157EEC" w:rsidP="00157EEC">
          <w:pPr>
            <w:pStyle w:val="7B9E7065E5F54CA1AC08584C3A28F0E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6904F70EDBB4A8499ACAB806266E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905B4-DBBD-4E02-B637-6D8004CFAA46}"/>
      </w:docPartPr>
      <w:docPartBody>
        <w:p w:rsidR="00000000" w:rsidRDefault="00157EEC" w:rsidP="00157EEC">
          <w:pPr>
            <w:pStyle w:val="96904F70EDBB4A8499ACAB806266E31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EE657D716E4EB3B1A39EBE7A435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6E3C2-1AEE-4514-98F6-6F64CF771D08}"/>
      </w:docPartPr>
      <w:docPartBody>
        <w:p w:rsidR="00000000" w:rsidRDefault="00157EEC" w:rsidP="00157EEC">
          <w:pPr>
            <w:pStyle w:val="36EE657D716E4EB3B1A39EBE7A4356D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ED2F3DBD44680A75139320ED95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A78BB-3E38-4183-85E9-9987A1680405}"/>
      </w:docPartPr>
      <w:docPartBody>
        <w:p w:rsidR="00000000" w:rsidRDefault="00157EEC" w:rsidP="00157EEC">
          <w:pPr>
            <w:pStyle w:val="639ED2F3DBD44680A75139320ED9527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AA2E057714914BB58B204C08DB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79EAB-8D02-468C-9619-F630D12AF791}"/>
      </w:docPartPr>
      <w:docPartBody>
        <w:p w:rsidR="00000000" w:rsidRDefault="00157EEC" w:rsidP="00157EEC">
          <w:pPr>
            <w:pStyle w:val="49DAA2E057714914BB58B204C08DB401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23935E39C145808F09AD07EC547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BC69B-FCEA-4FC3-9428-0A82DC5333A1}"/>
      </w:docPartPr>
      <w:docPartBody>
        <w:p w:rsidR="00000000" w:rsidRDefault="00157EEC" w:rsidP="00157EEC">
          <w:pPr>
            <w:pStyle w:val="A423935E39C145808F09AD07EC54773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CD0C39C19EF4A02A8A1695A36721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A563-E532-4885-8E7B-15CD3D461A6A}"/>
      </w:docPartPr>
      <w:docPartBody>
        <w:p w:rsidR="00000000" w:rsidRDefault="00157EEC" w:rsidP="00157EEC">
          <w:pPr>
            <w:pStyle w:val="ECD0C39C19EF4A02A8A1695A367211A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96D04F9C24F0598E6FD7DC348E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20F67-D915-4873-AA04-45BFFDEB3BDD}"/>
      </w:docPartPr>
      <w:docPartBody>
        <w:p w:rsidR="00000000" w:rsidRDefault="00157EEC" w:rsidP="00157EEC">
          <w:pPr>
            <w:pStyle w:val="E6696D04F9C24F0598E6FD7DC348E7D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94D3353584FF29930D9C9C5AAE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A0073-E5C5-4789-95BE-7091455A8DE8}"/>
      </w:docPartPr>
      <w:docPartBody>
        <w:p w:rsidR="00000000" w:rsidRDefault="00157EEC" w:rsidP="00157EEC">
          <w:pPr>
            <w:pStyle w:val="0C694D3353584FF29930D9C9C5AAE69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1C2E5102414D6E88120DA305E50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1363D-DCEB-4375-8AF1-0CC7954C4C0B}"/>
      </w:docPartPr>
      <w:docPartBody>
        <w:p w:rsidR="00000000" w:rsidRDefault="00157EEC" w:rsidP="00157EEC">
          <w:pPr>
            <w:pStyle w:val="D41C2E5102414D6E88120DA305E5098A2"/>
          </w:pPr>
          <w:r w:rsidRPr="00053B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0BC23E38754CA4801B2945EBEF2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A1FDB-357B-49D9-9569-3A7C19765636}"/>
      </w:docPartPr>
      <w:docPartBody>
        <w:p w:rsidR="00000000" w:rsidRDefault="00157EEC" w:rsidP="00157EEC">
          <w:pPr>
            <w:pStyle w:val="F90BC23E38754CA4801B2945EBEF2171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580F967A6FA466D94FA9F00370D0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7AAE0-2C49-4D8B-B640-C9BFD387D7D7}"/>
      </w:docPartPr>
      <w:docPartBody>
        <w:p w:rsidR="00000000" w:rsidRDefault="00157EEC" w:rsidP="00157EEC">
          <w:pPr>
            <w:pStyle w:val="F580F967A6FA466D94FA9F00370D0F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272D428C44BE1949E3D168527D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93B17-4789-498C-A5B4-020D03310F96}"/>
      </w:docPartPr>
      <w:docPartBody>
        <w:p w:rsidR="00000000" w:rsidRDefault="00157EEC" w:rsidP="00157EEC">
          <w:pPr>
            <w:pStyle w:val="91F272D428C44BE1949E3D168527DE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E02CE171648B881F14805B4025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AAD34-F458-4CE0-A131-154F7EFF7C74}"/>
      </w:docPartPr>
      <w:docPartBody>
        <w:p w:rsidR="00000000" w:rsidRDefault="00157EEC" w:rsidP="00157EEC">
          <w:pPr>
            <w:pStyle w:val="06AE02CE171648B881F14805B40254A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10714B2DB34147BCB9387D38009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F4F3C-DF5F-4C86-B74B-EB9AD754A420}"/>
      </w:docPartPr>
      <w:docPartBody>
        <w:p w:rsidR="00000000" w:rsidRDefault="00157EEC" w:rsidP="00157EEC">
          <w:pPr>
            <w:pStyle w:val="8D10714B2DB34147BCB9387D38009F5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0A6527A87543CF8A81993E62671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0245C-0F78-4729-86A7-46D89007A032}"/>
      </w:docPartPr>
      <w:docPartBody>
        <w:p w:rsidR="00000000" w:rsidRDefault="00157EEC" w:rsidP="00157EEC">
          <w:pPr>
            <w:pStyle w:val="280A6527A87543CF8A81993E6267187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5B1F2154C4935A4C95444B97C4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8E4B2-0166-442D-B41E-E07FDAF940A2}"/>
      </w:docPartPr>
      <w:docPartBody>
        <w:p w:rsidR="00000000" w:rsidRDefault="00157EEC" w:rsidP="00157EEC">
          <w:pPr>
            <w:pStyle w:val="D605B1F2154C4935A4C95444B97C44A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9DC2192504F659C18C64BDE961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17FAC-8757-4792-BBC0-0979064EDF69}"/>
      </w:docPartPr>
      <w:docPartBody>
        <w:p w:rsidR="00000000" w:rsidRDefault="00157EEC" w:rsidP="00157EEC">
          <w:pPr>
            <w:pStyle w:val="E289DC2192504F659C18C64BDE96178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A1CBB68DA324248837B10D303DA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F8BBE-8018-431A-8F61-EC5B78056899}"/>
      </w:docPartPr>
      <w:docPartBody>
        <w:p w:rsidR="00000000" w:rsidRDefault="00157EEC" w:rsidP="00157EEC">
          <w:pPr>
            <w:pStyle w:val="3A1CBB68DA324248837B10D303DA9D0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B1F060A094902B320A7584AAFE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0B634-7AAD-4BEB-951C-4B5C37F2A4AE}"/>
      </w:docPartPr>
      <w:docPartBody>
        <w:p w:rsidR="00000000" w:rsidRDefault="00157EEC" w:rsidP="00157EEC">
          <w:pPr>
            <w:pStyle w:val="5C9B1F060A094902B320A7584AAFEF5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1A17687024D828E35C98280CC8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8A060-9B70-4366-8EF2-B6F49F3329E7}"/>
      </w:docPartPr>
      <w:docPartBody>
        <w:p w:rsidR="00000000" w:rsidRDefault="00157EEC" w:rsidP="00157EEC">
          <w:pPr>
            <w:pStyle w:val="01B1A17687024D828E35C98280CC8F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BC8AAE0354BD283E3E92D5348B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445E0-2860-4D7E-AD10-F751302A731C}"/>
      </w:docPartPr>
      <w:docPartBody>
        <w:p w:rsidR="00000000" w:rsidRDefault="00157EEC" w:rsidP="00157EEC">
          <w:pPr>
            <w:pStyle w:val="3DFBC8AAE0354BD283E3E92D5348BD7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72EDAA93DA45EF9083FEE6A203B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8CE77-25AC-4851-AB0B-82CB5E9322CE}"/>
      </w:docPartPr>
      <w:docPartBody>
        <w:p w:rsidR="00000000" w:rsidRDefault="00157EEC" w:rsidP="00157EEC">
          <w:pPr>
            <w:pStyle w:val="4172EDAA93DA45EF9083FEE6A203B43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99E066C6543F1807498C9131D9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C9A1F-640D-4245-8354-A30F6F8AF8E3}"/>
      </w:docPartPr>
      <w:docPartBody>
        <w:p w:rsidR="00000000" w:rsidRDefault="00157EEC" w:rsidP="00157EEC">
          <w:pPr>
            <w:pStyle w:val="24699E066C6543F1807498C9131D96D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7D783E1744D9799003948EA3EB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854E8-E928-419F-A9BE-F1ABC8818937}"/>
      </w:docPartPr>
      <w:docPartBody>
        <w:p w:rsidR="00000000" w:rsidRDefault="00157EEC" w:rsidP="00157EEC">
          <w:pPr>
            <w:pStyle w:val="C107D783E1744D9799003948EA3EB147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AC52E2BDD441E3AB82CF5738186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8BFA2-E13C-46E9-993C-8E0C983E55C0}"/>
      </w:docPartPr>
      <w:docPartBody>
        <w:p w:rsidR="00000000" w:rsidRDefault="00157EEC" w:rsidP="00157EEC">
          <w:pPr>
            <w:pStyle w:val="7DAC52E2BDD441E3AB82CF573818609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880A611FD94ECBB9AE63F3672EA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4178-E837-43AB-BAE5-629DD8497A5A}"/>
      </w:docPartPr>
      <w:docPartBody>
        <w:p w:rsidR="00000000" w:rsidRDefault="00157EEC" w:rsidP="00157EEC">
          <w:pPr>
            <w:pStyle w:val="49880A611FD94ECBB9AE63F3672EAAF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40C9FDD0EB42C58F21AAE1414E0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ACBA9-611C-4A79-BAD0-EA584F6758B8}"/>
      </w:docPartPr>
      <w:docPartBody>
        <w:p w:rsidR="00000000" w:rsidRDefault="00157EEC" w:rsidP="00157EEC">
          <w:pPr>
            <w:pStyle w:val="CE40C9FDD0EB42C58F21AAE1414E0F4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39A162EFD4FD1992577EA2861B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64941-6797-4EBE-9AE0-2F90E7AFB475}"/>
      </w:docPartPr>
      <w:docPartBody>
        <w:p w:rsidR="00000000" w:rsidRDefault="00157EEC" w:rsidP="00157EEC">
          <w:pPr>
            <w:pStyle w:val="A2339A162EFD4FD1992577EA2861B96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3AE5D6500D45ADBD1E8009EAA63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B0789-C52C-4A50-97BF-308F45C09D97}"/>
      </w:docPartPr>
      <w:docPartBody>
        <w:p w:rsidR="00000000" w:rsidRDefault="00157EEC" w:rsidP="00157EEC">
          <w:pPr>
            <w:pStyle w:val="5A3AE5D6500D45ADBD1E8009EAA63A17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E5ED1F91D41CE93BD93454EFF0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7C9FE-B7C6-426E-A8B7-82E5AB8E9A39}"/>
      </w:docPartPr>
      <w:docPartBody>
        <w:p w:rsidR="00000000" w:rsidRDefault="00157EEC" w:rsidP="00157EEC">
          <w:pPr>
            <w:pStyle w:val="6A5E5ED1F91D41CE93BD93454EFF050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674BEBE254D139E97694C08ADA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ADCF1-62A4-4996-B223-1F626BCE395D}"/>
      </w:docPartPr>
      <w:docPartBody>
        <w:p w:rsidR="00000000" w:rsidRDefault="00157EEC" w:rsidP="00157EEC">
          <w:pPr>
            <w:pStyle w:val="872674BEBE254D139E97694C08ADA8E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E68C62238484DB6A715603E94640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F3277-A78A-4B4C-969C-1F99B2D01ECD}"/>
      </w:docPartPr>
      <w:docPartBody>
        <w:p w:rsidR="00000000" w:rsidRDefault="00157EEC" w:rsidP="00157EEC">
          <w:pPr>
            <w:pStyle w:val="4E68C62238484DB6A715603E94640D1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F118206DEA4B4EA7E434CF7C828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6C169-6C5C-4006-BA21-9E0DDC8B9C2C}"/>
      </w:docPartPr>
      <w:docPartBody>
        <w:p w:rsidR="00000000" w:rsidRDefault="00157EEC" w:rsidP="00157EEC">
          <w:pPr>
            <w:pStyle w:val="06F118206DEA4B4EA7E434CF7C8282D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B24C7E1954657BAD634E2154DC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7BB8C-B8A6-47A8-BDD2-4A2946F56299}"/>
      </w:docPartPr>
      <w:docPartBody>
        <w:p w:rsidR="00000000" w:rsidRDefault="00157EEC" w:rsidP="00157EEC">
          <w:pPr>
            <w:pStyle w:val="693B24C7E1954657BAD634E2154DC4B0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3A853215714F3AABF2252901FB9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5AC6A-953E-46FA-A269-C2840BD27E4B}"/>
      </w:docPartPr>
      <w:docPartBody>
        <w:p w:rsidR="00000000" w:rsidRDefault="00157EEC" w:rsidP="00157EEC">
          <w:pPr>
            <w:pStyle w:val="343A853215714F3AABF2252901FB9D9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DBC09FEB89433A8A71F22369D6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6C905-DC05-4034-9A07-144B5D79C1CE}"/>
      </w:docPartPr>
      <w:docPartBody>
        <w:p w:rsidR="00000000" w:rsidRDefault="00157EEC" w:rsidP="00157EEC">
          <w:pPr>
            <w:pStyle w:val="03DBC09FEB89433A8A71F22369D6E37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DA83FDB11AC4884B8E29521BBB9F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56E88-F838-49DA-B569-5D27BE4B364E}"/>
      </w:docPartPr>
      <w:docPartBody>
        <w:p w:rsidR="00000000" w:rsidRDefault="00157EEC" w:rsidP="00157EEC">
          <w:pPr>
            <w:pStyle w:val="6DA83FDB11AC4884B8E29521BBB9FE5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F434EA97C4A8E92C07B199F7AB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773B-AF9F-48C3-9996-B589A69C64D4}"/>
      </w:docPartPr>
      <w:docPartBody>
        <w:p w:rsidR="00000000" w:rsidRDefault="00157EEC" w:rsidP="00157EEC">
          <w:pPr>
            <w:pStyle w:val="E29F434EA97C4A8E92C07B199F7ABB3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F1D566378D4137AF83E0F278F7C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3D68B-0D57-4E6F-ABE3-11D4E0F3217B}"/>
      </w:docPartPr>
      <w:docPartBody>
        <w:p w:rsidR="00000000" w:rsidRDefault="00157EEC" w:rsidP="00157EEC">
          <w:pPr>
            <w:pStyle w:val="CBF1D566378D4137AF83E0F278F7CF0D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B7827819FF458F942C25CD27569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08673-65C2-468B-B82C-BA8151906B74}"/>
      </w:docPartPr>
      <w:docPartBody>
        <w:p w:rsidR="00000000" w:rsidRDefault="00157EEC" w:rsidP="00157EEC">
          <w:pPr>
            <w:pStyle w:val="6BB7827819FF458F942C25CD27569E5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4D002574A4875A8F5EBA7E4AEB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9144B-DEAB-4AB7-84D7-113887763263}"/>
      </w:docPartPr>
      <w:docPartBody>
        <w:p w:rsidR="00000000" w:rsidRDefault="00157EEC" w:rsidP="00157EEC">
          <w:pPr>
            <w:pStyle w:val="1024D002574A4875A8F5EBA7E4AEB69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53BB274B49A4F17A021640B275CB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6FADB-CE3A-4B33-BB4B-147BBEA27555}"/>
      </w:docPartPr>
      <w:docPartBody>
        <w:p w:rsidR="00000000" w:rsidRDefault="00157EEC" w:rsidP="00157EEC">
          <w:pPr>
            <w:pStyle w:val="353BB274B49A4F17A021640B275CBAA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E315797D81445DB34AE1DA82424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1249-596E-4E77-98A8-6B9F4626E841}"/>
      </w:docPartPr>
      <w:docPartBody>
        <w:p w:rsidR="00000000" w:rsidRDefault="00157EEC" w:rsidP="00157EEC">
          <w:pPr>
            <w:pStyle w:val="E3E315797D81445DB34AE1DA82424FD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EBA5EAFD3E424AA732EA49A0BD9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7967F-85EA-4E3F-A270-42EF1AEA3A1E}"/>
      </w:docPartPr>
      <w:docPartBody>
        <w:p w:rsidR="00000000" w:rsidRDefault="00157EEC" w:rsidP="00157EEC">
          <w:pPr>
            <w:pStyle w:val="EAEBA5EAFD3E424AA732EA49A0BD9D0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41045663FE4FA7BDB896D3BECFB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FD47A-680C-45A8-8A44-D6A2F390ACDE}"/>
      </w:docPartPr>
      <w:docPartBody>
        <w:p w:rsidR="00000000" w:rsidRDefault="00157EEC" w:rsidP="00157EEC">
          <w:pPr>
            <w:pStyle w:val="D141045663FE4FA7BDB896D3BECFB11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61A00F88A480AA0AF5FE2F7BC4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8D37C-1AF2-41C8-B28C-667669801075}"/>
      </w:docPartPr>
      <w:docPartBody>
        <w:p w:rsidR="00000000" w:rsidRDefault="00157EEC" w:rsidP="00157EEC">
          <w:pPr>
            <w:pStyle w:val="34261A00F88A480AA0AF5FE2F7BC45F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199F2A5BA8A4EAEB758F6BCE8D87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5778-1755-4CCF-9670-CF602AD1E264}"/>
      </w:docPartPr>
      <w:docPartBody>
        <w:p w:rsidR="00000000" w:rsidRDefault="00157EEC" w:rsidP="00157EEC">
          <w:pPr>
            <w:pStyle w:val="6199F2A5BA8A4EAEB758F6BCE8D87BF6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B9CF44AE945CBB31712A7F8D2D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032D4-6166-477D-9F5F-367485348F21}"/>
      </w:docPartPr>
      <w:docPartBody>
        <w:p w:rsidR="00000000" w:rsidRDefault="00157EEC" w:rsidP="00157EEC">
          <w:pPr>
            <w:pStyle w:val="9F7B9CF44AE945CBB31712A7F8D2DF6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7C286F2E74597B8295B0DA3149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F6240-07A7-445C-8EB0-6CE8F438F889}"/>
      </w:docPartPr>
      <w:docPartBody>
        <w:p w:rsidR="00000000" w:rsidRDefault="00157EEC" w:rsidP="00157EEC">
          <w:pPr>
            <w:pStyle w:val="40C7C286F2E74597B8295B0DA3149F2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E74ECC14244370A8BC68258C8F9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191D-C660-4EA4-B786-16F3D8E64479}"/>
      </w:docPartPr>
      <w:docPartBody>
        <w:p w:rsidR="00000000" w:rsidRDefault="00157EEC" w:rsidP="00157EEC">
          <w:pPr>
            <w:pStyle w:val="2FE74ECC14244370A8BC68258C8F936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1FA4400DF447F7BA2711A022C85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BDCC5-6F65-4DE5-80AE-0B0AFE71226C}"/>
      </w:docPartPr>
      <w:docPartBody>
        <w:p w:rsidR="00000000" w:rsidRDefault="00157EEC" w:rsidP="00157EEC">
          <w:pPr>
            <w:pStyle w:val="EA1FA4400DF447F7BA2711A022C85B0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EAE8D0FB3404A9081F607D8EBA0D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AA9AC-90F8-49DE-B9B0-BCF72270E717}"/>
      </w:docPartPr>
      <w:docPartBody>
        <w:p w:rsidR="00000000" w:rsidRDefault="00157EEC" w:rsidP="00157EEC">
          <w:pPr>
            <w:pStyle w:val="1EAE8D0FB3404A9081F607D8EBA0D2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B0893BB9864CF3A5FD5EF6FC4BC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DC19-FAF9-4378-9030-F52882A81344}"/>
      </w:docPartPr>
      <w:docPartBody>
        <w:p w:rsidR="00000000" w:rsidRDefault="00157EEC" w:rsidP="00157EEC">
          <w:pPr>
            <w:pStyle w:val="EAB0893BB9864CF3A5FD5EF6FC4BC2D2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F1EB74A2FD4752917F2F39F815A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A7702-B00C-409C-8154-11AEE143AE4F}"/>
      </w:docPartPr>
      <w:docPartBody>
        <w:p w:rsidR="00000000" w:rsidRDefault="00157EEC" w:rsidP="00157EEC">
          <w:pPr>
            <w:pStyle w:val="04F1EB74A2FD4752917F2F39F815AC5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E8BAE23C17418F8A9B9301B501A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56C7E-DA8B-47C3-943A-4F3B878D5AB0}"/>
      </w:docPartPr>
      <w:docPartBody>
        <w:p w:rsidR="00000000" w:rsidRDefault="00157EEC" w:rsidP="00157EEC">
          <w:pPr>
            <w:pStyle w:val="03E8BAE23C17418F8A9B9301B501A4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016EDDF684B6AA9A30556CE466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567E1-7494-4C0F-88B9-70BF6FD388D6}"/>
      </w:docPartPr>
      <w:docPartBody>
        <w:p w:rsidR="00000000" w:rsidRDefault="00157EEC" w:rsidP="00157EEC">
          <w:pPr>
            <w:pStyle w:val="93B016EDDF684B6AA9A30556CE466DA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88DBB1BD51A4506A10064EABEF29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D09DB-08BD-4EA3-9CF9-78CC96CA1859}"/>
      </w:docPartPr>
      <w:docPartBody>
        <w:p w:rsidR="00000000" w:rsidRDefault="00157EEC" w:rsidP="00157EEC">
          <w:pPr>
            <w:pStyle w:val="588DBB1BD51A4506A10064EABEF29AB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4DD9015F8946FC87608BC881F34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D2876-D3F1-489F-84C3-69DBCEE62D0B}"/>
      </w:docPartPr>
      <w:docPartBody>
        <w:p w:rsidR="00000000" w:rsidRDefault="00157EEC" w:rsidP="00157EEC">
          <w:pPr>
            <w:pStyle w:val="A74DD9015F8946FC87608BC881F34E6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181D53E55E4B93BCD9DEB679B5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15C35-2021-4D23-83AB-058BE15DC7BE}"/>
      </w:docPartPr>
      <w:docPartBody>
        <w:p w:rsidR="00000000" w:rsidRDefault="00157EEC" w:rsidP="00157EEC">
          <w:pPr>
            <w:pStyle w:val="BA181D53E55E4B93BCD9DEB679B58CB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14199E358E4DEE889A194806C60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20F9D-98A3-495A-8F26-C9FAF33BB0AA}"/>
      </w:docPartPr>
      <w:docPartBody>
        <w:p w:rsidR="00000000" w:rsidRDefault="00157EEC" w:rsidP="00157EEC">
          <w:pPr>
            <w:pStyle w:val="3514199E358E4DEE889A194806C6023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3270D5A1449B8A2750421690C0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FC5BA-4540-40DC-B993-B452C1D14A8A}"/>
      </w:docPartPr>
      <w:docPartBody>
        <w:p w:rsidR="00000000" w:rsidRDefault="00157EEC" w:rsidP="00157EEC">
          <w:pPr>
            <w:pStyle w:val="1313270D5A1449B8A2750421690C0F36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4C427CBCF874D7FA13A267561336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02E60-3AD2-406C-A783-5D34EA14B8D6}"/>
      </w:docPartPr>
      <w:docPartBody>
        <w:p w:rsidR="00000000" w:rsidRDefault="00157EEC" w:rsidP="00157EEC">
          <w:pPr>
            <w:pStyle w:val="24C427CBCF874D7FA13A2675613368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47B4342BF44C208F687DC75F79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BB9DB-2794-40F8-9402-EB064B8B459A}"/>
      </w:docPartPr>
      <w:docPartBody>
        <w:p w:rsidR="00000000" w:rsidRDefault="00157EEC" w:rsidP="00157EEC">
          <w:pPr>
            <w:pStyle w:val="9D47B4342BF44C208F687DC75F792D8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54A2794906D4AF8B16CB2CA89553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A48A8-F753-430B-8139-D8A45D84D7F8}"/>
      </w:docPartPr>
      <w:docPartBody>
        <w:p w:rsidR="00000000" w:rsidRDefault="00157EEC" w:rsidP="00157EEC">
          <w:pPr>
            <w:pStyle w:val="654A2794906D4AF8B16CB2CA8955374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8CCF49B6D04A9ABD727E0884E29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9D140-2257-46BF-918D-F308795ED6C8}"/>
      </w:docPartPr>
      <w:docPartBody>
        <w:p w:rsidR="00000000" w:rsidRDefault="00157EEC" w:rsidP="00157EEC">
          <w:pPr>
            <w:pStyle w:val="938CCF49B6D04A9ABD727E0884E29C9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B23B178B7B47FE9D4BC736D48A0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99C5F-AB27-445A-B4D8-766467E1F571}"/>
      </w:docPartPr>
      <w:docPartBody>
        <w:p w:rsidR="00000000" w:rsidRDefault="00157EEC" w:rsidP="00157EEC">
          <w:pPr>
            <w:pStyle w:val="48B23B178B7B47FE9D4BC736D48A0B0F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4ADF385F49D466CAC40C821116AA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0676E-0449-4C6A-B8E1-77FFAD015631}"/>
      </w:docPartPr>
      <w:docPartBody>
        <w:p w:rsidR="00000000" w:rsidRDefault="00157EEC" w:rsidP="00157EEC">
          <w:pPr>
            <w:pStyle w:val="A4ADF385F49D466CAC40C821116AA86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994F603C44445978E27024CB11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AD192-0E71-4803-85F1-93E7A2B23230}"/>
      </w:docPartPr>
      <w:docPartBody>
        <w:p w:rsidR="00000000" w:rsidRDefault="00157EEC" w:rsidP="00157EEC">
          <w:pPr>
            <w:pStyle w:val="A70994F603C44445978E27024CB11526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93657106B4AC19998D0BCEE957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B0623-9A90-4597-949B-07C243DAD63A}"/>
      </w:docPartPr>
      <w:docPartBody>
        <w:p w:rsidR="00000000" w:rsidRDefault="00157EEC" w:rsidP="00157EEC">
          <w:pPr>
            <w:pStyle w:val="D8593657106B4AC19998D0BCEE957418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48A62CF077499B809826F5BE352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5D91-B74A-4585-90E3-DAD2388B4922}"/>
      </w:docPartPr>
      <w:docPartBody>
        <w:p w:rsidR="00000000" w:rsidRDefault="00157EEC" w:rsidP="00157EEC">
          <w:pPr>
            <w:pStyle w:val="2C48A62CF077499B809826F5BE352D4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2B1A5A22344EC1B93CF6B4A3FE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93870-1393-407A-A8B5-647030558FDB}"/>
      </w:docPartPr>
      <w:docPartBody>
        <w:p w:rsidR="00000000" w:rsidRDefault="00157EEC" w:rsidP="00157EEC">
          <w:pPr>
            <w:pStyle w:val="A22B1A5A22344EC1B93CF6B4A3FE1C2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FC80408877A4F80A378ED52D134D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ECA69-C0B2-464E-B7AF-C4785D028453}"/>
      </w:docPartPr>
      <w:docPartBody>
        <w:p w:rsidR="00000000" w:rsidRDefault="00157EEC" w:rsidP="00157EEC">
          <w:pPr>
            <w:pStyle w:val="EFC80408877A4F80A378ED52D134D32A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5BC845A8C64A079BF674DB51678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28886-B902-452F-B18C-07D67EBFCF4F}"/>
      </w:docPartPr>
      <w:docPartBody>
        <w:p w:rsidR="00000000" w:rsidRDefault="00157EEC" w:rsidP="00157EEC">
          <w:pPr>
            <w:pStyle w:val="835BC845A8C64A079BF674DB516785C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A6EBE23D74438A6CFD0BFBF045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4A3EA-5278-4566-9840-7C73E26DAE35}"/>
      </w:docPartPr>
      <w:docPartBody>
        <w:p w:rsidR="00000000" w:rsidRDefault="00157EEC" w:rsidP="00157EEC">
          <w:pPr>
            <w:pStyle w:val="89BA6EBE23D74438A6CFD0BFBF04519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6CCCFEE7546299C1E57A89D419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AF472-3116-49DB-BA4D-FA5757ED0928}"/>
      </w:docPartPr>
      <w:docPartBody>
        <w:p w:rsidR="00000000" w:rsidRDefault="00157EEC" w:rsidP="00157EEC">
          <w:pPr>
            <w:pStyle w:val="4EE6CCCFEE7546299C1E57A89D419760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20C0A52DB7438D93E06646670E6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A8831-FC32-4FB7-92C7-70B3AEE376E7}"/>
      </w:docPartPr>
      <w:docPartBody>
        <w:p w:rsidR="00000000" w:rsidRDefault="00157EEC" w:rsidP="00157EEC">
          <w:pPr>
            <w:pStyle w:val="8920C0A52DB7438D93E06646670E624A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8B368A30B904213AFE6CE2AE1F9F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A8A9F-A1F2-4748-A01F-2EC54116BBA8}"/>
      </w:docPartPr>
      <w:docPartBody>
        <w:p w:rsidR="00000000" w:rsidRDefault="00157EEC" w:rsidP="00157EEC">
          <w:pPr>
            <w:pStyle w:val="68B368A30B904213AFE6CE2AE1F9F2E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E35E8180A46C591543BBB1711F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24D3F-9400-46A4-ABC8-0C5CF2C41CA8}"/>
      </w:docPartPr>
      <w:docPartBody>
        <w:p w:rsidR="00000000" w:rsidRDefault="00157EEC" w:rsidP="00157EEC">
          <w:pPr>
            <w:pStyle w:val="0C1E35E8180A46C591543BBB1711FC9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2CEA99B1BB4A2FA5DE8661B50D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698A-8FE0-4E09-A129-5ADBF5A5549E}"/>
      </w:docPartPr>
      <w:docPartBody>
        <w:p w:rsidR="00000000" w:rsidRDefault="00157EEC" w:rsidP="00157EEC">
          <w:pPr>
            <w:pStyle w:val="7D2CEA99B1BB4A2FA5DE8661B50DE9D9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B8F6EAF7474E90A20700F8F8F0D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4BD93-3A95-4E0F-831A-0A3A7E421A54}"/>
      </w:docPartPr>
      <w:docPartBody>
        <w:p w:rsidR="00000000" w:rsidRDefault="00157EEC" w:rsidP="00157EEC">
          <w:pPr>
            <w:pStyle w:val="BEB8F6EAF7474E90A20700F8F8F0DDE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170E0537A4408893387EBFFFAF8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E389E-74A8-4AB1-BBD0-FB01CDCEF12C}"/>
      </w:docPartPr>
      <w:docPartBody>
        <w:p w:rsidR="00000000" w:rsidRDefault="00157EEC" w:rsidP="00157EEC">
          <w:pPr>
            <w:pStyle w:val="61170E0537A4408893387EBFFFAF8BAD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A149166FDF04F268230B9FFEB99B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9F0B1-67F0-4B03-B203-9FF5CFB9F931}"/>
      </w:docPartPr>
      <w:docPartBody>
        <w:p w:rsidR="00000000" w:rsidRDefault="00157EEC" w:rsidP="00157EEC">
          <w:pPr>
            <w:pStyle w:val="5A149166FDF04F268230B9FFEB99B92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420BBD1E624A859916DA8D1D830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97B4F-7EEE-4DBB-B4BC-04088CF77E31}"/>
      </w:docPartPr>
      <w:docPartBody>
        <w:p w:rsidR="00000000" w:rsidRDefault="00157EEC" w:rsidP="00157EEC">
          <w:pPr>
            <w:pStyle w:val="5A420BBD1E624A859916DA8D1D8302B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732B9168F4D3BB882CEA672090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06A4C-BA64-4786-8E89-7CBA1600DD7E}"/>
      </w:docPartPr>
      <w:docPartBody>
        <w:p w:rsidR="00000000" w:rsidRDefault="00157EEC" w:rsidP="00157EEC">
          <w:pPr>
            <w:pStyle w:val="24F732B9168F4D3BB882CEA6720903F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6BDF15CA6A491C95AEBCAE06201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08A5A-AAC9-4810-8325-9827181F89B1}"/>
      </w:docPartPr>
      <w:docPartBody>
        <w:p w:rsidR="00000000" w:rsidRDefault="00157EEC" w:rsidP="00157EEC">
          <w:pPr>
            <w:pStyle w:val="D26BDF15CA6A491C95AEBCAE0620161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31C3767E745D3955BEFFA8AC19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DA4C-3EF2-45A8-8B35-CE17037488CB}"/>
      </w:docPartPr>
      <w:docPartBody>
        <w:p w:rsidR="00000000" w:rsidRDefault="00157EEC" w:rsidP="00157EEC">
          <w:pPr>
            <w:pStyle w:val="98731C3767E745D3955BEFFA8AC19D2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E4E2672458545188DDDA7BF6492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2EF91-AA84-4347-B508-A2E775B8E8F3}"/>
      </w:docPartPr>
      <w:docPartBody>
        <w:p w:rsidR="00000000" w:rsidRDefault="00157EEC" w:rsidP="00157EEC">
          <w:pPr>
            <w:pStyle w:val="EE4E2672458545188DDDA7BF64927F2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883F15FACA48969B24455892AF2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5D23F-AAD2-4A98-80F7-15EB26AF43D2}"/>
      </w:docPartPr>
      <w:docPartBody>
        <w:p w:rsidR="00000000" w:rsidRDefault="00157EEC" w:rsidP="00157EEC">
          <w:pPr>
            <w:pStyle w:val="2B883F15FACA48969B24455892AF21A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F9BA4B61E84C1D905D7818EEA5A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6935F-6FB8-48BF-AED5-E69158E1BABA}"/>
      </w:docPartPr>
      <w:docPartBody>
        <w:p w:rsidR="00000000" w:rsidRDefault="00157EEC" w:rsidP="00157EEC">
          <w:pPr>
            <w:pStyle w:val="8CF9BA4B61E84C1D905D7818EEA5A10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0463F28D9F417B91987D42E6CBA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5F5C5-BEAF-4D06-8827-91591537AE99}"/>
      </w:docPartPr>
      <w:docPartBody>
        <w:p w:rsidR="00000000" w:rsidRDefault="00157EEC" w:rsidP="00157EEC">
          <w:pPr>
            <w:pStyle w:val="840463F28D9F417B91987D42E6CBAB4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7BCDBD0FA4E4C9BDB52498F341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0E312-04B6-4275-9835-3A4B6CC7C5DD}"/>
      </w:docPartPr>
      <w:docPartBody>
        <w:p w:rsidR="00000000" w:rsidRDefault="00157EEC" w:rsidP="00157EEC">
          <w:pPr>
            <w:pStyle w:val="9FD7BCDBD0FA4E4C9BDB52498F341BC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14CB7F3BF7549418AC72067D9258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C723E-DE3C-4540-9ABE-8D297F13F981}"/>
      </w:docPartPr>
      <w:docPartBody>
        <w:p w:rsidR="00000000" w:rsidRDefault="00157EEC" w:rsidP="00157EEC">
          <w:pPr>
            <w:pStyle w:val="A14CB7F3BF7549418AC72067D9258867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7C4C0063948EC9B9B8BA6F1FFF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6A4D0-6567-4808-8216-E0ABE9F9CA5E}"/>
      </w:docPartPr>
      <w:docPartBody>
        <w:p w:rsidR="00000000" w:rsidRDefault="00157EEC" w:rsidP="00157EEC">
          <w:pPr>
            <w:pStyle w:val="B097C4C0063948EC9B9B8BA6F1FFF913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B76C93DEB4B5AA49124D0666CB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B8B8D-5580-43BB-B4E3-17178A2CFF39}"/>
      </w:docPartPr>
      <w:docPartBody>
        <w:p w:rsidR="00000000" w:rsidRDefault="00157EEC" w:rsidP="00157EEC">
          <w:pPr>
            <w:pStyle w:val="1CAB76C93DEB4B5AA49124D0666CBFB4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85E5ADF90480F9CEB405BBF0B1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0A7A4-C106-468A-BF49-F16AF8EFF3DE}"/>
      </w:docPartPr>
      <w:docPartBody>
        <w:p w:rsidR="00000000" w:rsidRDefault="00157EEC" w:rsidP="00157EEC">
          <w:pPr>
            <w:pStyle w:val="A5585E5ADF90480F9CEB405BBF0B128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5EC93F111D4FB186A3192CEFEF0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E2C7C-8358-442C-872B-5204B4CB1252}"/>
      </w:docPartPr>
      <w:docPartBody>
        <w:p w:rsidR="00000000" w:rsidRDefault="00157EEC" w:rsidP="00157EEC">
          <w:pPr>
            <w:pStyle w:val="E55EC93F111D4FB186A3192CEFEF02E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E7C403652B14722A96332BCDEBE9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01C79-E477-48E3-BB0A-73B95E5C6E6B}"/>
      </w:docPartPr>
      <w:docPartBody>
        <w:p w:rsidR="00000000" w:rsidRDefault="00157EEC" w:rsidP="00157EEC">
          <w:pPr>
            <w:pStyle w:val="BE7C403652B14722A96332BCDEBE92A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F35BABCCA445B4BDAA6DE29C247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491A-9C7C-4DFC-8ECC-2AC0186C52ED}"/>
      </w:docPartPr>
      <w:docPartBody>
        <w:p w:rsidR="00000000" w:rsidRDefault="00157EEC" w:rsidP="00157EEC">
          <w:pPr>
            <w:pStyle w:val="B8F35BABCCA445B4BDAA6DE29C247095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C2993B70954D40A6013B3915494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7EE02-C511-491C-951D-2DAA5E9D38AE}"/>
      </w:docPartPr>
      <w:docPartBody>
        <w:p w:rsidR="00000000" w:rsidRDefault="00157EEC" w:rsidP="00157EEC">
          <w:pPr>
            <w:pStyle w:val="FDC2993B70954D40A6013B3915494301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F7A3413814E77A4AAAF6B4CA02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27352-367D-463C-85E6-8D157F3647E4}"/>
      </w:docPartPr>
      <w:docPartBody>
        <w:p w:rsidR="00000000" w:rsidRDefault="00157EEC" w:rsidP="00157EEC">
          <w:pPr>
            <w:pStyle w:val="5E9F7A3413814E77A4AAAF6B4CA02D5B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7F1DC540A4518A844AC746D858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8D433-C81A-4743-B3B6-93DF0C4D34FB}"/>
      </w:docPartPr>
      <w:docPartBody>
        <w:p w:rsidR="00000000" w:rsidRDefault="00157EEC" w:rsidP="00157EEC">
          <w:pPr>
            <w:pStyle w:val="1F17F1DC540A4518A844AC746D8585F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FBA12F07A5D41B894BCB2B6B6311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1FDA5-F9FF-4900-B9AA-AB7F3869A925}"/>
      </w:docPartPr>
      <w:docPartBody>
        <w:p w:rsidR="00000000" w:rsidRDefault="00157EEC" w:rsidP="00157EEC">
          <w:pPr>
            <w:pStyle w:val="6FBA12F07A5D41B894BCB2B6B6311932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BF32E9D904B75AC9544B06A6D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02AAA-435D-4A65-BC19-26FCF0EA8BF8}"/>
      </w:docPartPr>
      <w:docPartBody>
        <w:p w:rsidR="00000000" w:rsidRDefault="00157EEC" w:rsidP="00157EEC">
          <w:pPr>
            <w:pStyle w:val="5FFBF32E9D904B75AC9544B06A6DDF5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6FAE8DBF7C54DA8A02FDBE7FB71D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B1183-941E-461E-9644-F25323A099FF}"/>
      </w:docPartPr>
      <w:docPartBody>
        <w:p w:rsidR="00000000" w:rsidRDefault="00157EEC" w:rsidP="00157EEC">
          <w:pPr>
            <w:pStyle w:val="26FAE8DBF7C54DA8A02FDBE7FB71DEBE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483CFD1CBB41BCA09701F4087F7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A3C82-D0C5-4D18-A7C6-DD6CAAB40334}"/>
      </w:docPartPr>
      <w:docPartBody>
        <w:p w:rsidR="00000000" w:rsidRDefault="00157EEC" w:rsidP="00157EEC">
          <w:pPr>
            <w:pStyle w:val="F6483CFD1CBB41BCA09701F4087F7FCF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39F2AEB4554F11BEC234FA3E932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8E23E-593E-4A9A-A300-7B9AFB15969A}"/>
      </w:docPartPr>
      <w:docPartBody>
        <w:p w:rsidR="00000000" w:rsidRDefault="00157EEC" w:rsidP="00157EEC">
          <w:pPr>
            <w:pStyle w:val="7E39F2AEB4554F11BEC234FA3E93221A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01384F49CF24746B451BA57C4168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8B831-0A90-44B6-B39F-FA5F1970E77F}"/>
      </w:docPartPr>
      <w:docPartBody>
        <w:p w:rsidR="00000000" w:rsidRDefault="00157EEC" w:rsidP="00157EEC">
          <w:pPr>
            <w:pStyle w:val="901384F49CF24746B451BA57C416831D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3B5B17CF14564B36F024F831A2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72224-04D8-42DE-8C01-8CADC27D34A5}"/>
      </w:docPartPr>
      <w:docPartBody>
        <w:p w:rsidR="00000000" w:rsidRDefault="00157EEC" w:rsidP="00157EEC">
          <w:pPr>
            <w:pStyle w:val="FAA3B5B17CF14564B36F024F831A2F8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1004ED70E04B55A23BAD4EFE983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DB115-23BD-4E90-845E-FCE099C41925}"/>
      </w:docPartPr>
      <w:docPartBody>
        <w:p w:rsidR="00000000" w:rsidRDefault="00157EEC" w:rsidP="00157EEC">
          <w:pPr>
            <w:pStyle w:val="C71004ED70E04B55A23BAD4EFE983B0B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B671AB538B432F98320A7EA9D1A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A794F-C2D1-4325-80BF-F5008228EA5C}"/>
      </w:docPartPr>
      <w:docPartBody>
        <w:p w:rsidR="00000000" w:rsidRDefault="00157EEC" w:rsidP="00157EEC">
          <w:pPr>
            <w:pStyle w:val="25B671AB538B432F98320A7EA9D1ACE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367ED6B8B405AA02E65C6C70B1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6583A-B4FF-4544-973F-A3D5A5D69DB4}"/>
      </w:docPartPr>
      <w:docPartBody>
        <w:p w:rsidR="00000000" w:rsidRDefault="00157EEC" w:rsidP="00157EEC">
          <w:pPr>
            <w:pStyle w:val="FB7367ED6B8B405AA02E65C6C70B1F83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157EEC"/>
    <w:rsid w:val="0033193A"/>
    <w:rsid w:val="004161F5"/>
    <w:rsid w:val="005227CF"/>
    <w:rsid w:val="005A051B"/>
    <w:rsid w:val="006239E1"/>
    <w:rsid w:val="00667F4B"/>
    <w:rsid w:val="006D0099"/>
    <w:rsid w:val="008C5926"/>
    <w:rsid w:val="009A5C93"/>
    <w:rsid w:val="009D3254"/>
    <w:rsid w:val="00B302C0"/>
    <w:rsid w:val="00BD0B7C"/>
    <w:rsid w:val="00F0690A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7EEC"/>
    <w:rPr>
      <w:color w:val="666666"/>
    </w:rPr>
  </w:style>
  <w:style w:type="paragraph" w:customStyle="1" w:styleId="838F45419D164CFBA2509E1BE2126382">
    <w:name w:val="838F45419D164CFBA2509E1BE2126382"/>
    <w:rsid w:val="00157EEC"/>
  </w:style>
  <w:style w:type="paragraph" w:customStyle="1" w:styleId="554A0E9A354C4714A49D911FFFDC8E6B">
    <w:name w:val="554A0E9A354C4714A49D911FFFDC8E6B"/>
    <w:rsid w:val="00157EEC"/>
  </w:style>
  <w:style w:type="paragraph" w:customStyle="1" w:styleId="1974DB7898934EBBA6B52A08D02DB794">
    <w:name w:val="1974DB7898934EBBA6B52A08D02DB794"/>
    <w:rsid w:val="00157EEC"/>
  </w:style>
  <w:style w:type="paragraph" w:customStyle="1" w:styleId="6EB97B2E17F7442C9DB0CEA0F3DC1642">
    <w:name w:val="6EB97B2E17F7442C9DB0CEA0F3DC1642"/>
    <w:rsid w:val="00157EEC"/>
  </w:style>
  <w:style w:type="paragraph" w:customStyle="1" w:styleId="8BE386F068524F86906681F298E69597">
    <w:name w:val="8BE386F068524F86906681F298E69597"/>
    <w:rsid w:val="00157EEC"/>
  </w:style>
  <w:style w:type="paragraph" w:customStyle="1" w:styleId="C9078DD3BF804388B3974E7F42B5EB5A">
    <w:name w:val="C9078DD3BF804388B3974E7F42B5EB5A"/>
    <w:rsid w:val="00157EEC"/>
  </w:style>
  <w:style w:type="paragraph" w:customStyle="1" w:styleId="E9D810DA09674174AC51A14F8A7B0F45">
    <w:name w:val="E9D810DA09674174AC51A14F8A7B0F45"/>
    <w:rsid w:val="00157EEC"/>
  </w:style>
  <w:style w:type="paragraph" w:customStyle="1" w:styleId="5C9A788C6896469995BEAFAB96410486">
    <w:name w:val="5C9A788C6896469995BEAFAB96410486"/>
    <w:rsid w:val="00157EEC"/>
  </w:style>
  <w:style w:type="paragraph" w:customStyle="1" w:styleId="3A5FB7E6AF95455E9AD10398BA498047">
    <w:name w:val="3A5FB7E6AF95455E9AD10398BA498047"/>
    <w:rsid w:val="00157EEC"/>
  </w:style>
  <w:style w:type="paragraph" w:customStyle="1" w:styleId="B2A2A66554954063B04C8225295570AF">
    <w:name w:val="B2A2A66554954063B04C8225295570AF"/>
    <w:rsid w:val="00157EEC"/>
  </w:style>
  <w:style w:type="paragraph" w:customStyle="1" w:styleId="75F17BE659D442F6BFE27A3D9E163EC6">
    <w:name w:val="75F17BE659D442F6BFE27A3D9E163EC6"/>
    <w:rsid w:val="00157EEC"/>
  </w:style>
  <w:style w:type="paragraph" w:customStyle="1" w:styleId="E68124A0443A4F7B999DF15E41A91C7E">
    <w:name w:val="E68124A0443A4F7B999DF15E41A91C7E"/>
    <w:rsid w:val="00157EEC"/>
  </w:style>
  <w:style w:type="paragraph" w:customStyle="1" w:styleId="38F8679BAA5A48B080E3880758BA4A7B">
    <w:name w:val="38F8679BAA5A48B080E3880758BA4A7B"/>
    <w:rsid w:val="00157EEC"/>
  </w:style>
  <w:style w:type="paragraph" w:customStyle="1" w:styleId="56FA66E885384F0C9DB9BE9C896943BD">
    <w:name w:val="56FA66E885384F0C9DB9BE9C896943BD"/>
    <w:rsid w:val="00157EEC"/>
  </w:style>
  <w:style w:type="paragraph" w:customStyle="1" w:styleId="1FBBCB75D1D541F49AA37A122A3ADAA0">
    <w:name w:val="1FBBCB75D1D541F49AA37A122A3ADAA0"/>
    <w:rsid w:val="00157EEC"/>
  </w:style>
  <w:style w:type="paragraph" w:customStyle="1" w:styleId="1734C0B0E50C4165979C1D1CD6EF5118">
    <w:name w:val="1734C0B0E50C4165979C1D1CD6EF511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">
    <w:name w:val="FBB3D43A833542A1A3F03B74622B056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">
    <w:name w:val="75C3EFAD7452407C87E62A863BB4624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">
    <w:name w:val="D44E2EFF640440A9B8666394183B9DE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">
    <w:name w:val="2F6E6E5A21F044A795F2D76DC651D4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">
    <w:name w:val="B9BD4932B7804BDCAC098E62C97431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EAB132E7624CE09EB07FA662BE4B54">
    <w:name w:val="6EEAB132E7624CE09EB07FA662BE4B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">
    <w:name w:val="BBDDFD4D264E4F1EBCAADDF7CD87E6D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">
    <w:name w:val="23D71AEA8DAD49CF829841D88AEEAD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">
    <w:name w:val="A2A8796FF4444E6E9374D2CC9215120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">
    <w:name w:val="0AD19C49F52B42ADA2E9426276FE58D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">
    <w:name w:val="7B700F9DF6B344D0A697EB47A65199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">
    <w:name w:val="DFA481D92EC54425B89A6C0E0DA3389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">
    <w:name w:val="209249182F024625AF33AA6A86E31A9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">
    <w:name w:val="9A538215CA3442ACA439B68ECC928CD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1">
    <w:name w:val="6EB97B2E17F7442C9DB0CEA0F3DC164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1">
    <w:name w:val="8BE386F068524F86906681F298E6959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1">
    <w:name w:val="C9078DD3BF804388B3974E7F42B5EB5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1">
    <w:name w:val="E9D810DA09674174AC51A14F8A7B0F4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1">
    <w:name w:val="5C9A788C6896469995BEAFAB9641048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">
    <w:name w:val="DB76D24AE19F4823A84506ED0F363AB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1">
    <w:name w:val="554A0E9A354C4714A49D911FFFDC8E6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">
    <w:name w:val="5EDD9383E22342FBA30E77AC1B6A829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1">
    <w:name w:val="B2A2A66554954063B04C8225295570A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">
    <w:name w:val="7BDD8212640343BF99D6E09226B61D4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">
    <w:name w:val="584D96D8536C479D938D893B6D8CEF3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">
    <w:name w:val="9580AC10BCAF4C61A459690257234B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">
    <w:name w:val="27838844F64D4FFCAE3132B3B2728D3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">
    <w:name w:val="22B26EB478B74D889D022D2E2F6B488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">
    <w:name w:val="5730CD073D2A404F887440C3EC69096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">
    <w:name w:val="619FD92A56F2424BB3F6A5A652435E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">
    <w:name w:val="0BA81C7C72A64907A924DB32F6AFCC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">
    <w:name w:val="39A8CBE4665D4CC4B6E67D389E62F2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">
    <w:name w:val="7BA8B88BB76B41B1ADD9C8564BC40B9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">
    <w:name w:val="3438E9FF62BE4C4C98C3C44EDE1B554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">
    <w:name w:val="548E9D54416A45C7A6298AEABE3594D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">
    <w:name w:val="7138DF7F2C1241E1926FEE02C88C7A8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">
    <w:name w:val="CF94C64897AD4F6B872E40FF73EF21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">
    <w:name w:val="8544CB98F1BE40B6BD318E1C1F1181A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">
    <w:name w:val="AA77F121E76440BB999461970821889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">
    <w:name w:val="DE6BF70450784D53A6D2E69468FA65E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">
    <w:name w:val="39AA8D565BBB45B48AC6136F63A9DF6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">
    <w:name w:val="369BA92FF7284BC7A42D538C4A9E175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">
    <w:name w:val="287141C29DBF4446882EEAD95771C1A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">
    <w:name w:val="7A989295E50140E082D9C94ADF3ACFB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">
    <w:name w:val="0108EB877C9E4F9FB4928E63B7BB097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">
    <w:name w:val="7AAD0DEA244F412A84FA9525784EB00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">
    <w:name w:val="A0BA3B61A8744314927BE8FCF81D655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">
    <w:name w:val="67E3CB7FF2CA4FB3AFF9694862B398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">
    <w:name w:val="5A56F1E22A564D72B201003429A98B0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">
    <w:name w:val="1148CC14497A46BE94CE789897C0E79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">
    <w:name w:val="4D138CBF03AE4537B06BBFBDD7911BE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">
    <w:name w:val="EE356C4CED7842CA9624B285D2EDB8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">
    <w:name w:val="2BF68520AD6A4760B1AC14D8DD538B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">
    <w:name w:val="D2486A18106041D591E5EB4609F2E7A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">
    <w:name w:val="6516F9AC5F1646F88B3AACD91A6533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">
    <w:name w:val="7CB61B8FEFBC4575AE40D3507D50CB8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1">
    <w:name w:val="E68124A0443A4F7B999DF15E41A91C7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1">
    <w:name w:val="38F8679BAA5A48B080E3880758BA4A7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">
    <w:name w:val="CDBA8294BBA74E38B4732822E233713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BCB75D1D541F49AA37A122A3ADAA01">
    <w:name w:val="1FBBCB75D1D541F49AA37A122A3ADAA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">
    <w:name w:val="66B72EB3A7E64981A7420EC4EB5FD80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">
    <w:name w:val="AA3E3D28F60443FAB9D486BCF3D143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">
    <w:name w:val="7482F2F0547B4BA1B89E0408AD5988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">
    <w:name w:val="D83819D339284FF1B6248436B676AB7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">
    <w:name w:val="003695BDC0EE420B801F261C4790ACB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D9DF5459B54BD09C5DCA59032D0789">
    <w:name w:val="8ED9DF5459B54BD09C5DCA59032D0789"/>
    <w:rsid w:val="0033193A"/>
  </w:style>
  <w:style w:type="paragraph" w:customStyle="1" w:styleId="4B4F747275254FA5ADDCE8835A836EDC">
    <w:name w:val="4B4F747275254FA5ADDCE8835A836ED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29569DF55E4DD2872749AB9C5735E6">
    <w:name w:val="C829569DF55E4DD2872749AB9C5735E6"/>
    <w:rsid w:val="0033193A"/>
  </w:style>
  <w:style w:type="paragraph" w:customStyle="1" w:styleId="4FE8FE8699424610B2FA72B9EADBD3CF">
    <w:name w:val="4FE8FE8699424610B2FA72B9EADBD3C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73C97BEB74723B9746CDC069E70F3">
    <w:name w:val="CDC73C97BEB74723B9746CDC069E70F3"/>
    <w:rsid w:val="0033193A"/>
  </w:style>
  <w:style w:type="paragraph" w:customStyle="1" w:styleId="AF4D0BE0FA24420CAA1E3C41DD44F5F0">
    <w:name w:val="AF4D0BE0FA24420CAA1E3C41DD44F5F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77B4F31C8E4FA3967DA646A2413A9B">
    <w:name w:val="1777B4F31C8E4FA3967DA646A2413A9B"/>
    <w:rsid w:val="0033193A"/>
  </w:style>
  <w:style w:type="paragraph" w:customStyle="1" w:styleId="87AF8AF736764176862D323CF52913BB">
    <w:name w:val="87AF8AF736764176862D323CF52913B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">
    <w:name w:val="0B4406776FC646A69360E6EF1D610D2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">
    <w:name w:val="8555F3FE2A59436791DD916082C0287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">
    <w:name w:val="5A79806F9A174B678A3E9D3B4FAE967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">
    <w:name w:val="6C79B92521E04D4DB707C91847F4A0D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">
    <w:name w:val="A8195B6A4B604F9F9F3F6E4ABEEF3D9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">
    <w:name w:val="8B17D4EDB68A40119164C62FB74818A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">
    <w:name w:val="0E1E1B3702914429889E10C234E231E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">
    <w:name w:val="0882FD1D5A994484B44450831EFC82F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">
    <w:name w:val="BE554C0493374CB7ACF78F506E5A887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">
    <w:name w:val="D6581EDF975B474BB7E0082AD169DE5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">
    <w:name w:val="1DA2BBF5EFD64FD8AB9F079FE913ABE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">
    <w:name w:val="6F84B4DD9D0740AF8F53BBD47E128C5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">
    <w:name w:val="6BCB5E31B3B6401FB55F6922B021F24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">
    <w:name w:val="16B95228750948859B273991A84470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">
    <w:name w:val="10F1EE434F5A44E181E593E7752F56D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">
    <w:name w:val="B40C584BB7E545F2879BA9633C74D25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">
    <w:name w:val="B7E38A93B8E5445D9BEE8158E2F845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">
    <w:name w:val="0295984F86F44A4D99FC09EE4C51D24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">
    <w:name w:val="8F450B719FE3485F8827E3FE0B57CF7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">
    <w:name w:val="7DDD901793894AB394970CAF054766F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">
    <w:name w:val="E704E279F493452781E2A8CEEC24B5B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">
    <w:name w:val="04DDA817443C4FD5A8D3A9ED71F7611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">
    <w:name w:val="0DB7386910054A43A9EDAECFBD75876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">
    <w:name w:val="21F136CA1CC045C798AC5BA59B6D2B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">
    <w:name w:val="4D852D34F8924C6ABD9A772F9C0808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">
    <w:name w:val="201355B7C5634028946BD6AB7E6043F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">
    <w:name w:val="CB682F3159C7437FBED2ADF24281A56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">
    <w:name w:val="A05484B11E7448A2B18ED6F97E1B65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">
    <w:name w:val="BA46E1AB5C6E4F7D838FC83E170DA7C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">
    <w:name w:val="3D5F40D85F7F4CD4B447AC2B146DB07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">
    <w:name w:val="BA310A9C7A014DDF9E049241AD1E19AA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">
    <w:name w:val="308FBDA9B45C4701B0C05AEF8ED75B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">
    <w:name w:val="199C243DDFDA4F028527A9A4A4F1864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">
    <w:name w:val="B0E7472F03B24077B2AB75F3055E3A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">
    <w:name w:val="408BEA7FF9FA4940A3E1A1AB60493DA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">
    <w:name w:val="38B3BFC45D7F4401B68629DA4530AF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">
    <w:name w:val="53D18B4C197645E781366B3C0E2FBAD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">
    <w:name w:val="D8BF06A0471740EF9DF7F22ADCE908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">
    <w:name w:val="35AD3F7C9A1548ABB20CA7F584CA9D8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">
    <w:name w:val="C390AAF9BF9D42BDBC3849043CB18A0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">
    <w:name w:val="2D403F3F55A641EA860C7E0B09500D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">
    <w:name w:val="73A032C321A94FE1BCD573CBC19EBADB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">
    <w:name w:val="E5F2E39885F848DCB1A7376E4B8078B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">
    <w:name w:val="F18A9E417A70477EB41BE468D0F869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">
    <w:name w:val="ECA29882FE3845AA9803DEA553D28A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">
    <w:name w:val="EEA6BE38B9904860B12C3DC88D2EB79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">
    <w:name w:val="0A07F8CD6D494D028BD6B58BBB1EED6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">
    <w:name w:val="28C7B2C0679D43B6B54AE35A58D1A5B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">
    <w:name w:val="9B7DABFBBBAE442E89255EA1A7064E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">
    <w:name w:val="968F5EED71B549C29FD790648C6D09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">
    <w:name w:val="45CCA457C00041E7BA31F89B49535AD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">
    <w:name w:val="E888EB62424A4D3A874915B3ADBD0839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">
    <w:name w:val="A4F9E67898BD49E89F3547B3F0F389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">
    <w:name w:val="774DF3ABE4C54495959EAECD40B8D74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">
    <w:name w:val="DF9CB54F43D34C49A56B120DDB492CCF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">
    <w:name w:val="33FE6DB818E5405FA51CE7AA12E50D5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">
    <w:name w:val="8732ECFF3420457DA10E2631C59455B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">
    <w:name w:val="C180B24565AD4EC59DB47520157DAD80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">
    <w:name w:val="2DCCFC867EEE4D34A1DDC2F6940ECFF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">
    <w:name w:val="28F0AAED6EE74EFFAEA3636465E4643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">
    <w:name w:val="C0DF559BA8D9449BB704FCCD11B8C65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">
    <w:name w:val="4F6249A9849044E8BEE49E1CA3AF49E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">
    <w:name w:val="1E99F148D3954628B656A0859BAD44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">
    <w:name w:val="49CC2B0B98C0417CA925EF46235B38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">
    <w:name w:val="4AD171C151EE4EEBAE05FE27C561BAB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">
    <w:name w:val="C0989EF89D2A4AC3A5E5E69A746215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1">
    <w:name w:val="09F4C42A6EEB42DD80A561F6D33C311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1">
    <w:name w:val="AD435D26B4624747B8D9967626FC7B0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1">
    <w:name w:val="649FBF3CDE1C494599737C2E4204C5A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1">
    <w:name w:val="C3A61D616D7E4D0687C040896A01549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1">
    <w:name w:val="6871417A5ECF4F4FA5F5682117266CD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1">
    <w:name w:val="2525A8C29CF24ECD9EAACD5559B0D56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1">
    <w:name w:val="291B0967D3354F8ABBCABE81F4CD019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1">
    <w:name w:val="139B1462D4794E338C60031991F1520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1">
    <w:name w:val="2124066137484098867A6A4EBE15DF4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1">
    <w:name w:val="71C06ABE0FD34BF884B8CD9B95AB904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1">
    <w:name w:val="8897023ADFBD44C3BB718F7A184144F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1">
    <w:name w:val="BBC4C44B1BB345A2809FAF82C1D6D43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">
    <w:name w:val="9A6CA2AF8DF94CD69E896834E8685256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">
    <w:name w:val="B4C9C3BD6DAE445585208941AA04C9C7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">
    <w:name w:val="3DEE5954FCFC406D92213FF305264608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">
    <w:name w:val="F3513A9A84864C3F9F7588EA499BB78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">
    <w:name w:val="4B3E2B0B02804B6B9EB34D06EDE16C2C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">
    <w:name w:val="085A5022E14D43D0AAECA4D7B07105ED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1">
    <w:name w:val="E03C20D0AC564E049B3D88E959C81C3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1">
    <w:name w:val="627B206A1F114B79923F70D146A387C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1">
    <w:name w:val="1F7E10A372CF41B6B48CD20F8B9D888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1">
    <w:name w:val="E818E31203DB4ADBAEA6C68283BE94A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1">
    <w:name w:val="7E444CB5FE3D4B7E8A005265B8BF554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1">
    <w:name w:val="10713C7F24B9431EB025CD747680B2B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BAA2AE2DCC4C66A43A2D1263821F5E">
    <w:name w:val="93BAA2AE2DCC4C66A43A2D1263821F5E"/>
    <w:rsid w:val="0033193A"/>
  </w:style>
  <w:style w:type="paragraph" w:customStyle="1" w:styleId="FF3F671446BE423C80623186CD4922161">
    <w:name w:val="FF3F671446BE423C80623186CD49221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1">
    <w:name w:val="652B1F901B6E4BD7AD855DEFC0A041D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1">
    <w:name w:val="7394E62410544E4E864820ED4D3FDE1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1">
    <w:name w:val="5D569C1B2DF14551979EAD275563853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1">
    <w:name w:val="FE919AA54FBB44B1A5F7342889967CC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1">
    <w:name w:val="90F1AAF87E7647C48C570DCB4B6D815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1">
    <w:name w:val="6471BF55412A49EEA0069A38BEF548D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1">
    <w:name w:val="0DACD686B9984973BF5D5F4D6870AAF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1">
    <w:name w:val="577B2E4128AB4E12AA35D0322564C2C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1">
    <w:name w:val="1734C0B0E50C4165979C1D1CD6EF511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1">
    <w:name w:val="FBB3D43A833542A1A3F03B74622B056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1">
    <w:name w:val="75C3EFAD7452407C87E62A863BB4624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1">
    <w:name w:val="D44E2EFF640440A9B8666394183B9DE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1">
    <w:name w:val="2F6E6E5A21F044A795F2D76DC651D40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1">
    <w:name w:val="B9BD4932B7804BDCAC098E62C974310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EAB132E7624CE09EB07FA662BE4B541">
    <w:name w:val="6EEAB132E7624CE09EB07FA662BE4B5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1">
    <w:name w:val="BBDDFD4D264E4F1EBCAADDF7CD87E6D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1">
    <w:name w:val="23D71AEA8DAD49CF829841D88AEEAD2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1">
    <w:name w:val="A2A8796FF4444E6E9374D2CC9215120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1">
    <w:name w:val="0AD19C49F52B42ADA2E9426276FE58D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1">
    <w:name w:val="7B700F9DF6B344D0A697EB47A65199F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1">
    <w:name w:val="DFA481D92EC54425B89A6C0E0DA3389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1">
    <w:name w:val="209249182F024625AF33AA6A86E31A9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1">
    <w:name w:val="9A538215CA3442ACA439B68ECC928CD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2">
    <w:name w:val="6EB97B2E17F7442C9DB0CEA0F3DC164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2">
    <w:name w:val="8BE386F068524F86906681F298E6959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2">
    <w:name w:val="C9078DD3BF804388B3974E7F42B5EB5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2">
    <w:name w:val="E9D810DA09674174AC51A14F8A7B0F4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2">
    <w:name w:val="5C9A788C6896469995BEAFAB9641048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1">
    <w:name w:val="DB76D24AE19F4823A84506ED0F363AB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2">
    <w:name w:val="554A0E9A354C4714A49D911FFFDC8E6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1">
    <w:name w:val="5EDD9383E22342FBA30E77AC1B6A829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2">
    <w:name w:val="B2A2A66554954063B04C8225295570A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1">
    <w:name w:val="7BDD8212640343BF99D6E09226B61D4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1">
    <w:name w:val="584D96D8536C479D938D893B6D8CEF3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1">
    <w:name w:val="9580AC10BCAF4C61A459690257234B8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1">
    <w:name w:val="27838844F64D4FFCAE3132B3B2728D3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1">
    <w:name w:val="22B26EB478B74D889D022D2E2F6B488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1">
    <w:name w:val="5730CD073D2A404F887440C3EC69096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1">
    <w:name w:val="619FD92A56F2424BB3F6A5A652435EF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1">
    <w:name w:val="0BA81C7C72A64907A924DB32F6AFCCC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1">
    <w:name w:val="39A8CBE4665D4CC4B6E67D389E62F2E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1">
    <w:name w:val="7BA8B88BB76B41B1ADD9C8564BC40B9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1">
    <w:name w:val="3438E9FF62BE4C4C98C3C44EDE1B554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1">
    <w:name w:val="548E9D54416A45C7A6298AEABE3594D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1">
    <w:name w:val="7138DF7F2C1241E1926FEE02C88C7A8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1">
    <w:name w:val="CF94C64897AD4F6B872E40FF73EF215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1">
    <w:name w:val="8544CB98F1BE40B6BD318E1C1F1181A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1">
    <w:name w:val="AA77F121E76440BB999461970821889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1">
    <w:name w:val="DE6BF70450784D53A6D2E69468FA65E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1">
    <w:name w:val="39AA8D565BBB45B48AC6136F63A9DF6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1">
    <w:name w:val="369BA92FF7284BC7A42D538C4A9E175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1">
    <w:name w:val="287141C29DBF4446882EEAD95771C1A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1">
    <w:name w:val="7A989295E50140E082D9C94ADF3ACFB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1">
    <w:name w:val="0108EB877C9E4F9FB4928E63B7BB097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1">
    <w:name w:val="7AAD0DEA244F412A84FA9525784EB00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1">
    <w:name w:val="A0BA3B61A8744314927BE8FCF81D655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1">
    <w:name w:val="67E3CB7FF2CA4FB3AFF9694862B398D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1">
    <w:name w:val="5A56F1E22A564D72B201003429A98B0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1">
    <w:name w:val="1148CC14497A46BE94CE789897C0E79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1">
    <w:name w:val="4D138CBF03AE4537B06BBFBDD7911BE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1">
    <w:name w:val="EE356C4CED7842CA9624B285D2EDB82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1">
    <w:name w:val="2BF68520AD6A4760B1AC14D8DD538B2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1">
    <w:name w:val="D2486A18106041D591E5EB4609F2E7A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1">
    <w:name w:val="6516F9AC5F1646F88B3AACD91A6533C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1">
    <w:name w:val="7CB61B8FEFBC4575AE40D3507D50CB8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2">
    <w:name w:val="E68124A0443A4F7B999DF15E41A91C7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2">
    <w:name w:val="38F8679BAA5A48B080E3880758BA4A7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1">
    <w:name w:val="CDBA8294BBA74E38B4732822E233713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BCB75D1D541F49AA37A122A3ADAA02">
    <w:name w:val="1FBBCB75D1D541F49AA37A122A3ADAA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1">
    <w:name w:val="66B72EB3A7E64981A7420EC4EB5FD80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1">
    <w:name w:val="AA3E3D28F60443FAB9D486BCF3D1433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1">
    <w:name w:val="7482F2F0547B4BA1B89E0408AD5988D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1">
    <w:name w:val="D83819D339284FF1B6248436B676AB7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1">
    <w:name w:val="003695BDC0EE420B801F261C4790ACB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1">
    <w:name w:val="4B4F747275254FA5ADDCE8835A836ED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1">
    <w:name w:val="4FE8FE8699424610B2FA72B9EADBD3C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1">
    <w:name w:val="AF4D0BE0FA24420CAA1E3C41DD44F5F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1">
    <w:name w:val="87AF8AF736764176862D323CF52913B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1">
    <w:name w:val="0B4406776FC646A69360E6EF1D610D2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1">
    <w:name w:val="8555F3FE2A59436791DD916082C0287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1">
    <w:name w:val="5A79806F9A174B678A3E9D3B4FAE967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1">
    <w:name w:val="6C79B92521E04D4DB707C91847F4A0D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1">
    <w:name w:val="A8195B6A4B604F9F9F3F6E4ABEEF3D9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1">
    <w:name w:val="8B17D4EDB68A40119164C62FB74818A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1">
    <w:name w:val="0E1E1B3702914429889E10C234E231E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1">
    <w:name w:val="0882FD1D5A994484B44450831EFC82F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1">
    <w:name w:val="BE554C0493374CB7ACF78F506E5A887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1">
    <w:name w:val="D6581EDF975B474BB7E0082AD169DE5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1">
    <w:name w:val="1DA2BBF5EFD64FD8AB9F079FE913ABE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1">
    <w:name w:val="6F84B4DD9D0740AF8F53BBD47E128C5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1">
    <w:name w:val="6BCB5E31B3B6401FB55F6922B021F24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1">
    <w:name w:val="16B95228750948859B273991A844702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1">
    <w:name w:val="10F1EE434F5A44E181E593E7752F56D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1">
    <w:name w:val="B40C584BB7E545F2879BA9633C74D25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1">
    <w:name w:val="B7E38A93B8E5445D9BEE8158E2F8454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1">
    <w:name w:val="0295984F86F44A4D99FC09EE4C51D24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1">
    <w:name w:val="8F450B719FE3485F8827E3FE0B57CF7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1">
    <w:name w:val="7DDD901793894AB394970CAF054766F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1">
    <w:name w:val="E704E279F493452781E2A8CEEC24B5B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1">
    <w:name w:val="04DDA817443C4FD5A8D3A9ED71F7611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1">
    <w:name w:val="0DB7386910054A43A9EDAECFBD75876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1">
    <w:name w:val="21F136CA1CC045C798AC5BA59B6D2BD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1">
    <w:name w:val="4D852D34F8924C6ABD9A772F9C08087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1">
    <w:name w:val="201355B7C5634028946BD6AB7E6043F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1">
    <w:name w:val="CB682F3159C7437FBED2ADF24281A56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1">
    <w:name w:val="A05484B11E7448A2B18ED6F97E1B653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1">
    <w:name w:val="BA46E1AB5C6E4F7D838FC83E170DA7C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1">
    <w:name w:val="3D5F40D85F7F4CD4B447AC2B146DB07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1">
    <w:name w:val="BA310A9C7A014DDF9E049241AD1E19A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1">
    <w:name w:val="308FBDA9B45C4701B0C05AEF8ED75BC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1">
    <w:name w:val="199C243DDFDA4F028527A9A4A4F1864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1">
    <w:name w:val="B0E7472F03B24077B2AB75F3055E3A7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1">
    <w:name w:val="408BEA7FF9FA4940A3E1A1AB60493DA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1">
    <w:name w:val="38B3BFC45D7F4401B68629DA4530AF3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1">
    <w:name w:val="53D18B4C197645E781366B3C0E2FBAD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1">
    <w:name w:val="D8BF06A0471740EF9DF7F22ADCE9089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1">
    <w:name w:val="35AD3F7C9A1548ABB20CA7F584CA9D8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1">
    <w:name w:val="C390AAF9BF9D42BDBC3849043CB18A0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1">
    <w:name w:val="2D403F3F55A641EA860C7E0B09500DB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1">
    <w:name w:val="73A032C321A94FE1BCD573CBC19EBAD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1">
    <w:name w:val="E5F2E39885F848DCB1A7376E4B8078B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1">
    <w:name w:val="F18A9E417A70477EB41BE468D0F8699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1">
    <w:name w:val="ECA29882FE3845AA9803DEA553D28A0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1">
    <w:name w:val="EEA6BE38B9904860B12C3DC88D2EB79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1">
    <w:name w:val="0A07F8CD6D494D028BD6B58BBB1EED6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1">
    <w:name w:val="28C7B2C0679D43B6B54AE35A58D1A5B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1">
    <w:name w:val="9B7DABFBBBAE442E89255EA1A7064E2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1">
    <w:name w:val="968F5EED71B549C29FD790648C6D098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1">
    <w:name w:val="45CCA457C00041E7BA31F89B49535AD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1">
    <w:name w:val="E888EB62424A4D3A874915B3ADBD083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1">
    <w:name w:val="A4F9E67898BD49E89F3547B3F0F3895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1">
    <w:name w:val="774DF3ABE4C54495959EAECD40B8D74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1">
    <w:name w:val="DF9CB54F43D34C49A56B120DDB492CC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1">
    <w:name w:val="33FE6DB818E5405FA51CE7AA12E50D5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1">
    <w:name w:val="8732ECFF3420457DA10E2631C59455B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1">
    <w:name w:val="C180B24565AD4EC59DB47520157DAD8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1">
    <w:name w:val="2DCCFC867EEE4D34A1DDC2F6940ECFF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1">
    <w:name w:val="28F0AAED6EE74EFFAEA3636465E4643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1">
    <w:name w:val="C0DF559BA8D9449BB704FCCD11B8C65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1">
    <w:name w:val="4F6249A9849044E8BEE49E1CA3AF49E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1">
    <w:name w:val="1E99F148D3954628B656A0859BAD446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1">
    <w:name w:val="49CC2B0B98C0417CA925EF46235B38D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1">
    <w:name w:val="4AD171C151EE4EEBAE05FE27C561BAB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1">
    <w:name w:val="C0989EF89D2A4AC3A5E5E69A7462153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2">
    <w:name w:val="09F4C42A6EEB42DD80A561F6D33C311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2">
    <w:name w:val="AD435D26B4624747B8D9967626FC7B0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2">
    <w:name w:val="649FBF3CDE1C494599737C2E4204C5A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2">
    <w:name w:val="C3A61D616D7E4D0687C040896A01549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2">
    <w:name w:val="6871417A5ECF4F4FA5F5682117266CD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2">
    <w:name w:val="2525A8C29CF24ECD9EAACD5559B0D56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2">
    <w:name w:val="291B0967D3354F8ABBCABE81F4CD019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2">
    <w:name w:val="139B1462D4794E338C60031991F1520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2">
    <w:name w:val="2124066137484098867A6A4EBE15DF4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2">
    <w:name w:val="71C06ABE0FD34BF884B8CD9B95AB904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2">
    <w:name w:val="8897023ADFBD44C3BB718F7A184144F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2">
    <w:name w:val="BBC4C44B1BB345A2809FAF82C1D6D43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1">
    <w:name w:val="9A6CA2AF8DF94CD69E896834E868525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1">
    <w:name w:val="B4C9C3BD6DAE445585208941AA04C9C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1">
    <w:name w:val="3DEE5954FCFC406D92213FF30526460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1">
    <w:name w:val="F3513A9A84864C3F9F7588EA499BB78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2">
    <w:name w:val="4B3E2B0B02804B6B9EB34D06EDE16C2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1">
    <w:name w:val="085A5022E14D43D0AAECA4D7B07105E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2">
    <w:name w:val="E03C20D0AC564E049B3D88E959C81C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2">
    <w:name w:val="627B206A1F114B79923F70D146A387C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2">
    <w:name w:val="1F7E10A372CF41B6B48CD20F8B9D888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2">
    <w:name w:val="E818E31203DB4ADBAEA6C68283BE94A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2">
    <w:name w:val="7E444CB5FE3D4B7E8A005265B8BF554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2">
    <w:name w:val="10713C7F24B9431EB025CD747680B2B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2">
    <w:name w:val="FF3F671446BE423C80623186CD49221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2">
    <w:name w:val="652B1F901B6E4BD7AD855DEFC0A041D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2">
    <w:name w:val="7394E62410544E4E864820ED4D3FDE1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2">
    <w:name w:val="5D569C1B2DF14551979EAD275563853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2">
    <w:name w:val="FE919AA54FBB44B1A5F7342889967CC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2">
    <w:name w:val="90F1AAF87E7647C48C570DCB4B6D815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2">
    <w:name w:val="6471BF55412A49EEA0069A38BEF548D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2">
    <w:name w:val="0DACD686B9984973BF5D5F4D6870AAF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2">
    <w:name w:val="577B2E4128AB4E12AA35D0322564C2C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9D9964E7545C7B3820CB4777ED8E4">
    <w:name w:val="91F9D9964E7545C7B3820CB4777ED8E4"/>
    <w:rsid w:val="00157EEC"/>
  </w:style>
  <w:style w:type="paragraph" w:customStyle="1" w:styleId="D876843E304A439586339230E908F78A">
    <w:name w:val="D876843E304A439586339230E908F78A"/>
    <w:rsid w:val="00157EEC"/>
  </w:style>
  <w:style w:type="paragraph" w:customStyle="1" w:styleId="2359719216194781A3EFCB74330CA1EB">
    <w:name w:val="2359719216194781A3EFCB74330CA1EB"/>
    <w:rsid w:val="00157EEC"/>
  </w:style>
  <w:style w:type="paragraph" w:customStyle="1" w:styleId="1734C0B0E50C4165979C1D1CD6EF51182">
    <w:name w:val="1734C0B0E50C4165979C1D1CD6EF511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2">
    <w:name w:val="FBB3D43A833542A1A3F03B74622B056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2">
    <w:name w:val="75C3EFAD7452407C87E62A863BB4624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2">
    <w:name w:val="D44E2EFF640440A9B8666394183B9DE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2">
    <w:name w:val="2F6E6E5A21F044A795F2D76DC651D40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2">
    <w:name w:val="B9BD4932B7804BDCAC098E62C974310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EAB132E7624CE09EB07FA662BE4B542">
    <w:name w:val="6EEAB132E7624CE09EB07FA662BE4B5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2">
    <w:name w:val="BBDDFD4D264E4F1EBCAADDF7CD87E6D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2">
    <w:name w:val="23D71AEA8DAD49CF829841D88AEEAD2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2">
    <w:name w:val="A2A8796FF4444E6E9374D2CC9215120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2">
    <w:name w:val="0AD19C49F52B42ADA2E9426276FE58D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2">
    <w:name w:val="7B700F9DF6B344D0A697EB47A65199F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2">
    <w:name w:val="DFA481D92EC54425B89A6C0E0DA3389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2">
    <w:name w:val="209249182F024625AF33AA6A86E31A9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2">
    <w:name w:val="9A538215CA3442ACA439B68ECC928CD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3">
    <w:name w:val="6EB97B2E17F7442C9DB0CEA0F3DC164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3">
    <w:name w:val="8BE386F068524F86906681F298E6959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3">
    <w:name w:val="C9078DD3BF804388B3974E7F42B5EB5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3">
    <w:name w:val="E9D810DA09674174AC51A14F8A7B0F4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3">
    <w:name w:val="5C9A788C6896469995BEAFAB9641048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2">
    <w:name w:val="DB76D24AE19F4823A84506ED0F363AB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3">
    <w:name w:val="554A0E9A354C4714A49D911FFFDC8E6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2">
    <w:name w:val="5EDD9383E22342FBA30E77AC1B6A829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3">
    <w:name w:val="B2A2A66554954063B04C8225295570A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2">
    <w:name w:val="7BDD8212640343BF99D6E09226B61D4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2">
    <w:name w:val="584D96D8536C479D938D893B6D8CEF3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2">
    <w:name w:val="9580AC10BCAF4C61A459690257234B8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2">
    <w:name w:val="27838844F64D4FFCAE3132B3B2728D3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2">
    <w:name w:val="22B26EB478B74D889D022D2E2F6B488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2">
    <w:name w:val="5730CD073D2A404F887440C3EC69096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2">
    <w:name w:val="619FD92A56F2424BB3F6A5A652435EF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2">
    <w:name w:val="0BA81C7C72A64907A924DB32F6AFCCC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2">
    <w:name w:val="39A8CBE4665D4CC4B6E67D389E62F2E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9D9964E7545C7B3820CB4777ED8E41">
    <w:name w:val="91F9D9964E7545C7B3820CB4777ED8E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76843E304A439586339230E908F78A1">
    <w:name w:val="D876843E304A439586339230E908F78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59719216194781A3EFCB74330CA1EB1">
    <w:name w:val="2359719216194781A3EFCB74330CA1E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2">
    <w:name w:val="7BA8B88BB76B41B1ADD9C8564BC40B9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2">
    <w:name w:val="3438E9FF62BE4C4C98C3C44EDE1B554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2">
    <w:name w:val="548E9D54416A45C7A6298AEABE3594D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2">
    <w:name w:val="7138DF7F2C1241E1926FEE02C88C7A8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2">
    <w:name w:val="CF94C64897AD4F6B872E40FF73EF215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2">
    <w:name w:val="8544CB98F1BE40B6BD318E1C1F1181A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2">
    <w:name w:val="AA77F121E76440BB999461970821889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2">
    <w:name w:val="DE6BF70450784D53A6D2E69468FA65E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2">
    <w:name w:val="39AA8D565BBB45B48AC6136F63A9DF6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2">
    <w:name w:val="369BA92FF7284BC7A42D538C4A9E175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2">
    <w:name w:val="287141C29DBF4446882EEAD95771C1A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2">
    <w:name w:val="7A989295E50140E082D9C94ADF3ACFB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2">
    <w:name w:val="0108EB877C9E4F9FB4928E63B7BB097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2">
    <w:name w:val="7AAD0DEA244F412A84FA9525784EB00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2">
    <w:name w:val="A0BA3B61A8744314927BE8FCF81D655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2">
    <w:name w:val="67E3CB7FF2CA4FB3AFF9694862B398D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2">
    <w:name w:val="5A56F1E22A564D72B201003429A98B0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2">
    <w:name w:val="1148CC14497A46BE94CE789897C0E79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2">
    <w:name w:val="4D138CBF03AE4537B06BBFBDD7911BE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2">
    <w:name w:val="EE356C4CED7842CA9624B285D2EDB82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2">
    <w:name w:val="2BF68520AD6A4760B1AC14D8DD538B2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2">
    <w:name w:val="D2486A18106041D591E5EB4609F2E7A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2">
    <w:name w:val="6516F9AC5F1646F88B3AACD91A6533C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2">
    <w:name w:val="7CB61B8FEFBC4575AE40D3507D50CB8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3">
    <w:name w:val="E68124A0443A4F7B999DF15E41A91C7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3">
    <w:name w:val="38F8679BAA5A48B080E3880758BA4A7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2">
    <w:name w:val="CDBA8294BBA74E38B4732822E233713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BCB75D1D541F49AA37A122A3ADAA03">
    <w:name w:val="1FBBCB75D1D541F49AA37A122A3ADAA0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2">
    <w:name w:val="66B72EB3A7E64981A7420EC4EB5FD80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2">
    <w:name w:val="AA3E3D28F60443FAB9D486BCF3D143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2">
    <w:name w:val="7482F2F0547B4BA1B89E0408AD5988D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2">
    <w:name w:val="D83819D339284FF1B6248436B676AB7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2">
    <w:name w:val="003695BDC0EE420B801F261C4790ACB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2">
    <w:name w:val="4B4F747275254FA5ADDCE8835A836ED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2">
    <w:name w:val="4FE8FE8699424610B2FA72B9EADBD3C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2">
    <w:name w:val="AF4D0BE0FA24420CAA1E3C41DD44F5F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2">
    <w:name w:val="87AF8AF736764176862D323CF52913B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2">
    <w:name w:val="0B4406776FC646A69360E6EF1D610D2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2">
    <w:name w:val="8555F3FE2A59436791DD916082C0287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2">
    <w:name w:val="5A79806F9A174B678A3E9D3B4FAE967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2">
    <w:name w:val="6C79B92521E04D4DB707C91847F4A0D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2">
    <w:name w:val="A8195B6A4B604F9F9F3F6E4ABEEF3D9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2">
    <w:name w:val="8B17D4EDB68A40119164C62FB74818A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2">
    <w:name w:val="0E1E1B3702914429889E10C234E231E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2">
    <w:name w:val="0882FD1D5A994484B44450831EFC82F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2">
    <w:name w:val="BE554C0493374CB7ACF78F506E5A887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3">
    <w:name w:val="D6581EDF975B474BB7E0082AD169DE5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3">
    <w:name w:val="1DA2BBF5EFD64FD8AB9F079FE913ABE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3">
    <w:name w:val="6F84B4DD9D0740AF8F53BBD47E128C5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3">
    <w:name w:val="6BCB5E31B3B6401FB55F6922B021F24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2">
    <w:name w:val="16B95228750948859B273991A844702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3">
    <w:name w:val="10F1EE434F5A44E181E593E7752F56D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3">
    <w:name w:val="B40C584BB7E545F2879BA9633C74D25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3">
    <w:name w:val="B7E38A93B8E5445D9BEE8158E2F8454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3">
    <w:name w:val="0295984F86F44A4D99FC09EE4C51D24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2">
    <w:name w:val="8F450B719FE3485F8827E3FE0B57CF7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2">
    <w:name w:val="7DDD901793894AB394970CAF054766F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2">
    <w:name w:val="E704E279F493452781E2A8CEEC24B5B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2">
    <w:name w:val="04DDA817443C4FD5A8D3A9ED71F7611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2">
    <w:name w:val="0DB7386910054A43A9EDAECFBD75876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2">
    <w:name w:val="21F136CA1CC045C798AC5BA59B6D2BD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2">
    <w:name w:val="4D852D34F8924C6ABD9A772F9C08087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2">
    <w:name w:val="201355B7C5634028946BD6AB7E6043F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2">
    <w:name w:val="CB682F3159C7437FBED2ADF24281A56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2">
    <w:name w:val="A05484B11E7448A2B18ED6F97E1B65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2">
    <w:name w:val="BA46E1AB5C6E4F7D838FC83E170DA7C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2">
    <w:name w:val="3D5F40D85F7F4CD4B447AC2B146DB07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2">
    <w:name w:val="BA310A9C7A014DDF9E049241AD1E19A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2">
    <w:name w:val="308FBDA9B45C4701B0C05AEF8ED75BC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2">
    <w:name w:val="199C243DDFDA4F028527A9A4A4F1864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2">
    <w:name w:val="B0E7472F03B24077B2AB75F3055E3A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2">
    <w:name w:val="408BEA7FF9FA4940A3E1A1AB60493DA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2">
    <w:name w:val="38B3BFC45D7F4401B68629DA4530AF3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2">
    <w:name w:val="53D18B4C197645E781366B3C0E2FBAD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2">
    <w:name w:val="D8BF06A0471740EF9DF7F22ADCE9089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2">
    <w:name w:val="35AD3F7C9A1548ABB20CA7F584CA9D8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2">
    <w:name w:val="C390AAF9BF9D42BDBC3849043CB18A0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2">
    <w:name w:val="2D403F3F55A641EA860C7E0B09500DB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2">
    <w:name w:val="73A032C321A94FE1BCD573CBC19EBAD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2">
    <w:name w:val="E5F2E39885F848DCB1A7376E4B8078B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2">
    <w:name w:val="F18A9E417A70477EB41BE468D0F8699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2">
    <w:name w:val="ECA29882FE3845AA9803DEA553D28A0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3">
    <w:name w:val="EEA6BE38B9904860B12C3DC88D2EB79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2">
    <w:name w:val="0A07F8CD6D494D028BD6B58BBB1EED6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2">
    <w:name w:val="28C7B2C0679D43B6B54AE35A58D1A5B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2">
    <w:name w:val="9B7DABFBBBAE442E89255EA1A7064E2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3">
    <w:name w:val="968F5EED71B549C29FD790648C6D098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2">
    <w:name w:val="45CCA457C00041E7BA31F89B49535AD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2">
    <w:name w:val="E888EB62424A4D3A874915B3ADBD083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2">
    <w:name w:val="A4F9E67898BD49E89F3547B3F0F3895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3">
    <w:name w:val="774DF3ABE4C54495959EAECD40B8D74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2">
    <w:name w:val="DF9CB54F43D34C49A56B120DDB492CC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2">
    <w:name w:val="33FE6DB818E5405FA51CE7AA12E50D5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2">
    <w:name w:val="8732ECFF3420457DA10E2631C59455B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2">
    <w:name w:val="C180B24565AD4EC59DB47520157DAD8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2">
    <w:name w:val="2DCCFC867EEE4D34A1DDC2F6940ECFF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2">
    <w:name w:val="28F0AAED6EE74EFFAEA3636465E4643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2">
    <w:name w:val="C0DF559BA8D9449BB704FCCD11B8C65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2">
    <w:name w:val="4F6249A9849044E8BEE49E1CA3AF49E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2">
    <w:name w:val="1E99F148D3954628B656A0859BAD446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2">
    <w:name w:val="49CC2B0B98C0417CA925EF46235B38D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2">
    <w:name w:val="4AD171C151EE4EEBAE05FE27C561BAB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2">
    <w:name w:val="C0989EF89D2A4AC3A5E5E69A746215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3">
    <w:name w:val="09F4C42A6EEB42DD80A561F6D33C311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3">
    <w:name w:val="AD435D26B4624747B8D9967626FC7B0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3">
    <w:name w:val="649FBF3CDE1C494599737C2E4204C5A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3">
    <w:name w:val="C3A61D616D7E4D0687C040896A01549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3">
    <w:name w:val="6871417A5ECF4F4FA5F5682117266CD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3">
    <w:name w:val="2525A8C29CF24ECD9EAACD5559B0D56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3">
    <w:name w:val="291B0967D3354F8ABBCABE81F4CD019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3">
    <w:name w:val="139B1462D4794E338C60031991F1520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3">
    <w:name w:val="2124066137484098867A6A4EBE15DF4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3">
    <w:name w:val="71C06ABE0FD34BF884B8CD9B95AB9041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3">
    <w:name w:val="8897023ADFBD44C3BB718F7A184144F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3">
    <w:name w:val="BBC4C44B1BB345A2809FAF82C1D6D43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3">
    <w:name w:val="9A6CA2AF8DF94CD69E896834E868525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3">
    <w:name w:val="B4C9C3BD6DAE445585208941AA04C9C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3">
    <w:name w:val="3DEE5954FCFC406D92213FF30526460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3">
    <w:name w:val="F3513A9A84864C3F9F7588EA499BB78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3">
    <w:name w:val="4B3E2B0B02804B6B9EB34D06EDE16C2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3">
    <w:name w:val="085A5022E14D43D0AAECA4D7B07105E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3">
    <w:name w:val="E03C20D0AC564E049B3D88E959C81C3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3">
    <w:name w:val="627B206A1F114B79923F70D146A387C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3">
    <w:name w:val="1F7E10A372CF41B6B48CD20F8B9D888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3">
    <w:name w:val="E818E31203DB4ADBAEA6C68283BE94A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3">
    <w:name w:val="7E444CB5FE3D4B7E8A005265B8BF554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3">
    <w:name w:val="10713C7F24B9431EB025CD747680B2B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3">
    <w:name w:val="FF3F671446BE423C80623186CD49221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3">
    <w:name w:val="652B1F901B6E4BD7AD855DEFC0A041D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3">
    <w:name w:val="7394E62410544E4E864820ED4D3FDE1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3">
    <w:name w:val="5D569C1B2DF14551979EAD275563853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3">
    <w:name w:val="FE919AA54FBB44B1A5F7342889967CC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3">
    <w:name w:val="90F1AAF87E7647C48C570DCB4B6D815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3">
    <w:name w:val="6471BF55412A49EEA0069A38BEF548D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3">
    <w:name w:val="0DACD686B9984973BF5D5F4D6870AAF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3">
    <w:name w:val="577B2E4128AB4E12AA35D0322564C2C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05C33B0A814D8D85E3DCB94C2DC436">
    <w:name w:val="5C05C33B0A814D8D85E3DCB94C2DC436"/>
    <w:rsid w:val="00157EEC"/>
  </w:style>
  <w:style w:type="paragraph" w:customStyle="1" w:styleId="23BA832256854304B5BA96F88B3D4A74">
    <w:name w:val="23BA832256854304B5BA96F88B3D4A74"/>
    <w:rsid w:val="00157EEC"/>
  </w:style>
  <w:style w:type="paragraph" w:customStyle="1" w:styleId="246FAE9296A54BEBACA366E9D9A45B94">
    <w:name w:val="246FAE9296A54BEBACA366E9D9A45B94"/>
    <w:rsid w:val="00157EEC"/>
  </w:style>
  <w:style w:type="paragraph" w:customStyle="1" w:styleId="0BB394E2CBAB483695D083584DBE3A92">
    <w:name w:val="0BB394E2CBAB483695D083584DBE3A92"/>
    <w:rsid w:val="00157EEC"/>
  </w:style>
  <w:style w:type="paragraph" w:customStyle="1" w:styleId="1E86FEA1F74C42C589A364B14C1A7180">
    <w:name w:val="1E86FEA1F74C42C589A364B14C1A7180"/>
    <w:rsid w:val="00157EEC"/>
  </w:style>
  <w:style w:type="paragraph" w:customStyle="1" w:styleId="7B9E7065E5F54CA1AC08584C3A28F0E3">
    <w:name w:val="7B9E7065E5F54CA1AC08584C3A28F0E3"/>
    <w:rsid w:val="00157EEC"/>
  </w:style>
  <w:style w:type="paragraph" w:customStyle="1" w:styleId="96904F70EDBB4A8499ACAB806266E31C">
    <w:name w:val="96904F70EDBB4A8499ACAB806266E31C"/>
    <w:rsid w:val="00157EEC"/>
  </w:style>
  <w:style w:type="paragraph" w:customStyle="1" w:styleId="36EE657D716E4EB3B1A39EBE7A4356D5">
    <w:name w:val="36EE657D716E4EB3B1A39EBE7A4356D5"/>
    <w:rsid w:val="00157EEC"/>
  </w:style>
  <w:style w:type="paragraph" w:customStyle="1" w:styleId="639ED2F3DBD44680A75139320ED95278">
    <w:name w:val="639ED2F3DBD44680A75139320ED95278"/>
    <w:rsid w:val="00157EEC"/>
  </w:style>
  <w:style w:type="paragraph" w:customStyle="1" w:styleId="49DAA2E057714914BB58B204C08DB401">
    <w:name w:val="49DAA2E057714914BB58B204C08DB401"/>
    <w:rsid w:val="00157EEC"/>
  </w:style>
  <w:style w:type="paragraph" w:customStyle="1" w:styleId="A423935E39C145808F09AD07EC547730">
    <w:name w:val="A423935E39C145808F09AD07EC547730"/>
    <w:rsid w:val="00157EEC"/>
  </w:style>
  <w:style w:type="paragraph" w:customStyle="1" w:styleId="ECD0C39C19EF4A02A8A1695A367211AC">
    <w:name w:val="ECD0C39C19EF4A02A8A1695A367211AC"/>
    <w:rsid w:val="00157EEC"/>
  </w:style>
  <w:style w:type="paragraph" w:customStyle="1" w:styleId="E6696D04F9C24F0598E6FD7DC348E7DC">
    <w:name w:val="E6696D04F9C24F0598E6FD7DC348E7DC"/>
    <w:rsid w:val="00157EEC"/>
  </w:style>
  <w:style w:type="paragraph" w:customStyle="1" w:styleId="0C694D3353584FF29930D9C9C5AAE69E">
    <w:name w:val="0C694D3353584FF29930D9C9C5AAE69E"/>
    <w:rsid w:val="00157EEC"/>
  </w:style>
  <w:style w:type="paragraph" w:customStyle="1" w:styleId="D41C2E5102414D6E88120DA305E5098A">
    <w:name w:val="D41C2E5102414D6E88120DA305E5098A"/>
    <w:rsid w:val="00157EEC"/>
  </w:style>
  <w:style w:type="paragraph" w:customStyle="1" w:styleId="F90BC23E38754CA4801B2945EBEF2171">
    <w:name w:val="F90BC23E38754CA4801B2945EBEF2171"/>
    <w:rsid w:val="00157EEC"/>
  </w:style>
  <w:style w:type="paragraph" w:customStyle="1" w:styleId="F580F967A6FA466D94FA9F00370D0F21">
    <w:name w:val="F580F967A6FA466D94FA9F00370D0F21"/>
    <w:rsid w:val="00157EEC"/>
  </w:style>
  <w:style w:type="paragraph" w:customStyle="1" w:styleId="91F272D428C44BE1949E3D168527DE97">
    <w:name w:val="91F272D428C44BE1949E3D168527DE97"/>
    <w:rsid w:val="00157EEC"/>
  </w:style>
  <w:style w:type="paragraph" w:customStyle="1" w:styleId="06AE02CE171648B881F14805B40254A0">
    <w:name w:val="06AE02CE171648B881F14805B40254A0"/>
    <w:rsid w:val="00157EEC"/>
  </w:style>
  <w:style w:type="paragraph" w:customStyle="1" w:styleId="8D10714B2DB34147BCB9387D38009F53">
    <w:name w:val="8D10714B2DB34147BCB9387D38009F53"/>
    <w:rsid w:val="00157EEC"/>
  </w:style>
  <w:style w:type="paragraph" w:customStyle="1" w:styleId="280A6527A87543CF8A81993E62671874">
    <w:name w:val="280A6527A87543CF8A81993E62671874"/>
    <w:rsid w:val="00157EEC"/>
  </w:style>
  <w:style w:type="paragraph" w:customStyle="1" w:styleId="D605B1F2154C4935A4C95444B97C44AD">
    <w:name w:val="D605B1F2154C4935A4C95444B97C44AD"/>
    <w:rsid w:val="00157EEC"/>
  </w:style>
  <w:style w:type="paragraph" w:customStyle="1" w:styleId="E289DC2192504F659C18C64BDE961783">
    <w:name w:val="E289DC2192504F659C18C64BDE961783"/>
    <w:rsid w:val="00157EEC"/>
  </w:style>
  <w:style w:type="paragraph" w:customStyle="1" w:styleId="3A1CBB68DA324248837B10D303DA9D01">
    <w:name w:val="3A1CBB68DA324248837B10D303DA9D01"/>
    <w:rsid w:val="00157EEC"/>
  </w:style>
  <w:style w:type="paragraph" w:customStyle="1" w:styleId="5C9B1F060A094902B320A7584AAFEF50">
    <w:name w:val="5C9B1F060A094902B320A7584AAFEF50"/>
    <w:rsid w:val="00157EEC"/>
  </w:style>
  <w:style w:type="paragraph" w:customStyle="1" w:styleId="01B1A17687024D828E35C98280CC8FCB">
    <w:name w:val="01B1A17687024D828E35C98280CC8FCB"/>
    <w:rsid w:val="00157EEC"/>
  </w:style>
  <w:style w:type="paragraph" w:customStyle="1" w:styleId="3DFBC8AAE0354BD283E3E92D5348BD74">
    <w:name w:val="3DFBC8AAE0354BD283E3E92D5348BD74"/>
    <w:rsid w:val="00157EEC"/>
  </w:style>
  <w:style w:type="paragraph" w:customStyle="1" w:styleId="4172EDAA93DA45EF9083FEE6A203B43A">
    <w:name w:val="4172EDAA93DA45EF9083FEE6A203B43A"/>
    <w:rsid w:val="00157EEC"/>
  </w:style>
  <w:style w:type="paragraph" w:customStyle="1" w:styleId="24699E066C6543F1807498C9131D96D6">
    <w:name w:val="24699E066C6543F1807498C9131D96D6"/>
    <w:rsid w:val="00157EEC"/>
  </w:style>
  <w:style w:type="paragraph" w:customStyle="1" w:styleId="C107D783E1744D9799003948EA3EB147">
    <w:name w:val="C107D783E1744D9799003948EA3EB147"/>
    <w:rsid w:val="00157EEC"/>
  </w:style>
  <w:style w:type="paragraph" w:customStyle="1" w:styleId="7DAC52E2BDD441E3AB82CF5738186099">
    <w:name w:val="7DAC52E2BDD441E3AB82CF5738186099"/>
    <w:rsid w:val="00157EEC"/>
  </w:style>
  <w:style w:type="paragraph" w:customStyle="1" w:styleId="49880A611FD94ECBB9AE63F3672EAAF9">
    <w:name w:val="49880A611FD94ECBB9AE63F3672EAAF9"/>
    <w:rsid w:val="00157EEC"/>
  </w:style>
  <w:style w:type="paragraph" w:customStyle="1" w:styleId="CE40C9FDD0EB42C58F21AAE1414E0F41">
    <w:name w:val="CE40C9FDD0EB42C58F21AAE1414E0F41"/>
    <w:rsid w:val="00157EEC"/>
  </w:style>
  <w:style w:type="paragraph" w:customStyle="1" w:styleId="A2339A162EFD4FD1992577EA2861B962">
    <w:name w:val="A2339A162EFD4FD1992577EA2861B962"/>
    <w:rsid w:val="00157EEC"/>
  </w:style>
  <w:style w:type="paragraph" w:customStyle="1" w:styleId="5A3AE5D6500D45ADBD1E8009EAA63A17">
    <w:name w:val="5A3AE5D6500D45ADBD1E8009EAA63A17"/>
    <w:rsid w:val="00157EEC"/>
  </w:style>
  <w:style w:type="paragraph" w:customStyle="1" w:styleId="6A5E5ED1F91D41CE93BD93454EFF0508">
    <w:name w:val="6A5E5ED1F91D41CE93BD93454EFF0508"/>
    <w:rsid w:val="00157EEC"/>
  </w:style>
  <w:style w:type="paragraph" w:customStyle="1" w:styleId="872674BEBE254D139E97694C08ADA8E4">
    <w:name w:val="872674BEBE254D139E97694C08ADA8E4"/>
    <w:rsid w:val="00157EEC"/>
  </w:style>
  <w:style w:type="paragraph" w:customStyle="1" w:styleId="4E68C62238484DB6A715603E94640D14">
    <w:name w:val="4E68C62238484DB6A715603E94640D14"/>
    <w:rsid w:val="00157EEC"/>
  </w:style>
  <w:style w:type="paragraph" w:customStyle="1" w:styleId="06F118206DEA4B4EA7E434CF7C8282D8">
    <w:name w:val="06F118206DEA4B4EA7E434CF7C8282D8"/>
    <w:rsid w:val="00157EEC"/>
  </w:style>
  <w:style w:type="paragraph" w:customStyle="1" w:styleId="693B24C7E1954657BAD634E2154DC4B0">
    <w:name w:val="693B24C7E1954657BAD634E2154DC4B0"/>
    <w:rsid w:val="00157EEC"/>
  </w:style>
  <w:style w:type="paragraph" w:customStyle="1" w:styleId="343A853215714F3AABF2252901FB9D91">
    <w:name w:val="343A853215714F3AABF2252901FB9D91"/>
    <w:rsid w:val="00157EEC"/>
  </w:style>
  <w:style w:type="paragraph" w:customStyle="1" w:styleId="03DBC09FEB89433A8A71F22369D6E37F">
    <w:name w:val="03DBC09FEB89433A8A71F22369D6E37F"/>
    <w:rsid w:val="00157EEC"/>
  </w:style>
  <w:style w:type="paragraph" w:customStyle="1" w:styleId="27FD4B0434914D44B3C541ECB23CEE38">
    <w:name w:val="27FD4B0434914D44B3C541ECB23CEE38"/>
    <w:rsid w:val="0033193A"/>
  </w:style>
  <w:style w:type="paragraph" w:customStyle="1" w:styleId="6DA83FDB11AC4884B8E29521BBB9FE52">
    <w:name w:val="6DA83FDB11AC4884B8E29521BBB9FE52"/>
    <w:rsid w:val="00157EEC"/>
  </w:style>
  <w:style w:type="paragraph" w:customStyle="1" w:styleId="E29F434EA97C4A8E92C07B199F7ABB35">
    <w:name w:val="E29F434EA97C4A8E92C07B199F7ABB35"/>
    <w:rsid w:val="00157EEC"/>
  </w:style>
  <w:style w:type="paragraph" w:customStyle="1" w:styleId="CBF1D566378D4137AF83E0F278F7CF0D">
    <w:name w:val="CBF1D566378D4137AF83E0F278F7CF0D"/>
    <w:rsid w:val="00157EEC"/>
  </w:style>
  <w:style w:type="paragraph" w:customStyle="1" w:styleId="6BB7827819FF458F942C25CD27569E58">
    <w:name w:val="6BB7827819FF458F942C25CD27569E58"/>
    <w:rsid w:val="00157EEC"/>
  </w:style>
  <w:style w:type="paragraph" w:customStyle="1" w:styleId="1024D002574A4875A8F5EBA7E4AEB69C">
    <w:name w:val="1024D002574A4875A8F5EBA7E4AEB69C"/>
    <w:rsid w:val="00157EEC"/>
  </w:style>
  <w:style w:type="paragraph" w:customStyle="1" w:styleId="353BB274B49A4F17A021640B275CBAAC">
    <w:name w:val="353BB274B49A4F17A021640B275CBAAC"/>
    <w:rsid w:val="00157EEC"/>
  </w:style>
  <w:style w:type="paragraph" w:customStyle="1" w:styleId="E3E315797D81445DB34AE1DA82424FD4">
    <w:name w:val="E3E315797D81445DB34AE1DA82424FD4"/>
    <w:rsid w:val="00157EEC"/>
  </w:style>
  <w:style w:type="paragraph" w:customStyle="1" w:styleId="EAEBA5EAFD3E424AA732EA49A0BD9D0A">
    <w:name w:val="EAEBA5EAFD3E424AA732EA49A0BD9D0A"/>
    <w:rsid w:val="00157EEC"/>
  </w:style>
  <w:style w:type="paragraph" w:customStyle="1" w:styleId="D141045663FE4FA7BDB896D3BECFB11F">
    <w:name w:val="D141045663FE4FA7BDB896D3BECFB11F"/>
    <w:rsid w:val="00157EEC"/>
  </w:style>
  <w:style w:type="paragraph" w:customStyle="1" w:styleId="34261A00F88A480AA0AF5FE2F7BC45F6">
    <w:name w:val="34261A00F88A480AA0AF5FE2F7BC45F6"/>
    <w:rsid w:val="00157EEC"/>
  </w:style>
  <w:style w:type="paragraph" w:customStyle="1" w:styleId="6199F2A5BA8A4EAEB758F6BCE8D87BF6">
    <w:name w:val="6199F2A5BA8A4EAEB758F6BCE8D87BF6"/>
    <w:rsid w:val="00157EEC"/>
  </w:style>
  <w:style w:type="paragraph" w:customStyle="1" w:styleId="9F7B9CF44AE945CBB31712A7F8D2DF69">
    <w:name w:val="9F7B9CF44AE945CBB31712A7F8D2DF69"/>
    <w:rsid w:val="00157EEC"/>
  </w:style>
  <w:style w:type="paragraph" w:customStyle="1" w:styleId="40C7C286F2E74597B8295B0DA3149F23">
    <w:name w:val="40C7C286F2E74597B8295B0DA3149F23"/>
    <w:rsid w:val="00157EEC"/>
  </w:style>
  <w:style w:type="paragraph" w:customStyle="1" w:styleId="2FE74ECC14244370A8BC68258C8F9363">
    <w:name w:val="2FE74ECC14244370A8BC68258C8F9363"/>
    <w:rsid w:val="00157EEC"/>
  </w:style>
  <w:style w:type="paragraph" w:customStyle="1" w:styleId="EA1FA4400DF447F7BA2711A022C85B04">
    <w:name w:val="EA1FA4400DF447F7BA2711A022C85B04"/>
    <w:rsid w:val="00157EEC"/>
  </w:style>
  <w:style w:type="paragraph" w:customStyle="1" w:styleId="1EAE8D0FB3404A9081F607D8EBA0D2A8">
    <w:name w:val="1EAE8D0FB3404A9081F607D8EBA0D2A8"/>
    <w:rsid w:val="00157EEC"/>
  </w:style>
  <w:style w:type="paragraph" w:customStyle="1" w:styleId="EAB0893BB9864CF3A5FD5EF6FC4BC2D2">
    <w:name w:val="EAB0893BB9864CF3A5FD5EF6FC4BC2D2"/>
    <w:rsid w:val="00157EEC"/>
  </w:style>
  <w:style w:type="paragraph" w:customStyle="1" w:styleId="04F1EB74A2FD4752917F2F39F815AC51">
    <w:name w:val="04F1EB74A2FD4752917F2F39F815AC51"/>
    <w:rsid w:val="00157EEC"/>
  </w:style>
  <w:style w:type="paragraph" w:customStyle="1" w:styleId="03E8BAE23C17418F8A9B9301B501A4BD">
    <w:name w:val="03E8BAE23C17418F8A9B9301B501A4BD"/>
    <w:rsid w:val="00157EEC"/>
  </w:style>
  <w:style w:type="paragraph" w:customStyle="1" w:styleId="93B016EDDF684B6AA9A30556CE466DA3">
    <w:name w:val="93B016EDDF684B6AA9A30556CE466DA3"/>
    <w:rsid w:val="00157EEC"/>
  </w:style>
  <w:style w:type="paragraph" w:customStyle="1" w:styleId="588DBB1BD51A4506A10064EABEF29AB3">
    <w:name w:val="588DBB1BD51A4506A10064EABEF29AB3"/>
    <w:rsid w:val="00157EEC"/>
  </w:style>
  <w:style w:type="paragraph" w:customStyle="1" w:styleId="A74DD9015F8946FC87608BC881F34E63">
    <w:name w:val="A74DD9015F8946FC87608BC881F34E63"/>
    <w:rsid w:val="00157EEC"/>
  </w:style>
  <w:style w:type="paragraph" w:customStyle="1" w:styleId="BA181D53E55E4B93BCD9DEB679B58CBF">
    <w:name w:val="BA181D53E55E4B93BCD9DEB679B58CBF"/>
    <w:rsid w:val="00157EEC"/>
  </w:style>
  <w:style w:type="paragraph" w:customStyle="1" w:styleId="3514199E358E4DEE889A194806C60230">
    <w:name w:val="3514199E358E4DEE889A194806C60230"/>
    <w:rsid w:val="00157EEC"/>
  </w:style>
  <w:style w:type="paragraph" w:customStyle="1" w:styleId="1313270D5A1449B8A2750421690C0F36">
    <w:name w:val="1313270D5A1449B8A2750421690C0F36"/>
    <w:rsid w:val="00157EEC"/>
  </w:style>
  <w:style w:type="paragraph" w:customStyle="1" w:styleId="24C427CBCF874D7FA13A267561336825">
    <w:name w:val="24C427CBCF874D7FA13A267561336825"/>
    <w:rsid w:val="00157EEC"/>
  </w:style>
  <w:style w:type="paragraph" w:customStyle="1" w:styleId="9D47B4342BF44C208F687DC75F792D85">
    <w:name w:val="9D47B4342BF44C208F687DC75F792D85"/>
    <w:rsid w:val="00157EEC"/>
  </w:style>
  <w:style w:type="paragraph" w:customStyle="1" w:styleId="654A2794906D4AF8B16CB2CA8955374D">
    <w:name w:val="654A2794906D4AF8B16CB2CA8955374D"/>
    <w:rsid w:val="00157EEC"/>
  </w:style>
  <w:style w:type="paragraph" w:customStyle="1" w:styleId="938CCF49B6D04A9ABD727E0884E29C9D">
    <w:name w:val="938CCF49B6D04A9ABD727E0884E29C9D"/>
    <w:rsid w:val="00157EEC"/>
  </w:style>
  <w:style w:type="paragraph" w:customStyle="1" w:styleId="48B23B178B7B47FE9D4BC736D48A0B0F">
    <w:name w:val="48B23B178B7B47FE9D4BC736D48A0B0F"/>
    <w:rsid w:val="00157EEC"/>
  </w:style>
  <w:style w:type="paragraph" w:customStyle="1" w:styleId="A4ADF385F49D466CAC40C821116AA868">
    <w:name w:val="A4ADF385F49D466CAC40C821116AA868"/>
    <w:rsid w:val="00157EEC"/>
  </w:style>
  <w:style w:type="paragraph" w:customStyle="1" w:styleId="A70994F603C44445978E27024CB11526">
    <w:name w:val="A70994F603C44445978E27024CB11526"/>
    <w:rsid w:val="00157EEC"/>
  </w:style>
  <w:style w:type="paragraph" w:customStyle="1" w:styleId="D8593657106B4AC19998D0BCEE957418">
    <w:name w:val="D8593657106B4AC19998D0BCEE957418"/>
    <w:rsid w:val="00157EEC"/>
  </w:style>
  <w:style w:type="paragraph" w:customStyle="1" w:styleId="2C48A62CF077499B809826F5BE352D45">
    <w:name w:val="2C48A62CF077499B809826F5BE352D45"/>
    <w:rsid w:val="00157EEC"/>
  </w:style>
  <w:style w:type="paragraph" w:customStyle="1" w:styleId="A22B1A5A22344EC1B93CF6B4A3FE1C2C">
    <w:name w:val="A22B1A5A22344EC1B93CF6B4A3FE1C2C"/>
    <w:rsid w:val="00157EEC"/>
  </w:style>
  <w:style w:type="paragraph" w:customStyle="1" w:styleId="EFC80408877A4F80A378ED52D134D32A">
    <w:name w:val="EFC80408877A4F80A378ED52D134D32A"/>
    <w:rsid w:val="00157EEC"/>
  </w:style>
  <w:style w:type="paragraph" w:customStyle="1" w:styleId="835BC845A8C64A079BF674DB516785CB">
    <w:name w:val="835BC845A8C64A079BF674DB516785CB"/>
    <w:rsid w:val="00157EEC"/>
  </w:style>
  <w:style w:type="paragraph" w:customStyle="1" w:styleId="89BA6EBE23D74438A6CFD0BFBF045199">
    <w:name w:val="89BA6EBE23D74438A6CFD0BFBF045199"/>
    <w:rsid w:val="00157EEC"/>
  </w:style>
  <w:style w:type="paragraph" w:customStyle="1" w:styleId="4EE6CCCFEE7546299C1E57A89D419760">
    <w:name w:val="4EE6CCCFEE7546299C1E57A89D419760"/>
    <w:rsid w:val="00157EEC"/>
  </w:style>
  <w:style w:type="paragraph" w:customStyle="1" w:styleId="8920C0A52DB7438D93E06646670E624A">
    <w:name w:val="8920C0A52DB7438D93E06646670E624A"/>
    <w:rsid w:val="00157EEC"/>
  </w:style>
  <w:style w:type="paragraph" w:customStyle="1" w:styleId="68B368A30B904213AFE6CE2AE1F9F2E9">
    <w:name w:val="68B368A30B904213AFE6CE2AE1F9F2E9"/>
    <w:rsid w:val="00157EEC"/>
  </w:style>
  <w:style w:type="paragraph" w:customStyle="1" w:styleId="0C1E35E8180A46C591543BBB1711FC9E">
    <w:name w:val="0C1E35E8180A46C591543BBB1711FC9E"/>
    <w:rsid w:val="00157EEC"/>
  </w:style>
  <w:style w:type="paragraph" w:customStyle="1" w:styleId="7D2CEA99B1BB4A2FA5DE8661B50DE9D9">
    <w:name w:val="7D2CEA99B1BB4A2FA5DE8661B50DE9D9"/>
    <w:rsid w:val="00157EEC"/>
  </w:style>
  <w:style w:type="paragraph" w:customStyle="1" w:styleId="BEB8F6EAF7474E90A20700F8F8F0DDE2">
    <w:name w:val="BEB8F6EAF7474E90A20700F8F8F0DDE2"/>
    <w:rsid w:val="00157EEC"/>
  </w:style>
  <w:style w:type="paragraph" w:customStyle="1" w:styleId="61170E0537A4408893387EBFFFAF8BAD">
    <w:name w:val="61170E0537A4408893387EBFFFAF8BAD"/>
    <w:rsid w:val="00157EEC"/>
  </w:style>
  <w:style w:type="paragraph" w:customStyle="1" w:styleId="5A149166FDF04F268230B9FFEB99B92F">
    <w:name w:val="5A149166FDF04F268230B9FFEB99B92F"/>
    <w:rsid w:val="00157EEC"/>
  </w:style>
  <w:style w:type="paragraph" w:customStyle="1" w:styleId="5A420BBD1E624A859916DA8D1D8302BC">
    <w:name w:val="5A420BBD1E624A859916DA8D1D8302BC"/>
    <w:rsid w:val="00157EEC"/>
  </w:style>
  <w:style w:type="paragraph" w:customStyle="1" w:styleId="24F732B9168F4D3BB882CEA6720903FC">
    <w:name w:val="24F732B9168F4D3BB882CEA6720903FC"/>
    <w:rsid w:val="00157EEC"/>
  </w:style>
  <w:style w:type="paragraph" w:customStyle="1" w:styleId="D26BDF15CA6A491C95AEBCAE06201611">
    <w:name w:val="D26BDF15CA6A491C95AEBCAE06201611"/>
    <w:rsid w:val="00157EEC"/>
  </w:style>
  <w:style w:type="paragraph" w:customStyle="1" w:styleId="98731C3767E745D3955BEFFA8AC19D28">
    <w:name w:val="98731C3767E745D3955BEFFA8AC19D28"/>
    <w:rsid w:val="00157EEC"/>
  </w:style>
  <w:style w:type="paragraph" w:customStyle="1" w:styleId="EE4E2672458545188DDDA7BF64927F2B">
    <w:name w:val="EE4E2672458545188DDDA7BF64927F2B"/>
    <w:rsid w:val="00157EEC"/>
  </w:style>
  <w:style w:type="paragraph" w:customStyle="1" w:styleId="2B883F15FACA48969B24455892AF21AF">
    <w:name w:val="2B883F15FACA48969B24455892AF21AF"/>
    <w:rsid w:val="00157EEC"/>
  </w:style>
  <w:style w:type="paragraph" w:customStyle="1" w:styleId="8CF9BA4B61E84C1D905D7818EEA5A101">
    <w:name w:val="8CF9BA4B61E84C1D905D7818EEA5A101"/>
    <w:rsid w:val="00157EEC"/>
  </w:style>
  <w:style w:type="paragraph" w:customStyle="1" w:styleId="840463F28D9F417B91987D42E6CBAB42">
    <w:name w:val="840463F28D9F417B91987D42E6CBAB42"/>
    <w:rsid w:val="00157EEC"/>
  </w:style>
  <w:style w:type="paragraph" w:customStyle="1" w:styleId="9FD7BCDBD0FA4E4C9BDB52498F341BC4">
    <w:name w:val="9FD7BCDBD0FA4E4C9BDB52498F341BC4"/>
    <w:rsid w:val="00157EEC"/>
  </w:style>
  <w:style w:type="paragraph" w:customStyle="1" w:styleId="A14CB7F3BF7549418AC72067D9258867">
    <w:name w:val="A14CB7F3BF7549418AC72067D9258867"/>
    <w:rsid w:val="00157EEC"/>
  </w:style>
  <w:style w:type="paragraph" w:customStyle="1" w:styleId="B097C4C0063948EC9B9B8BA6F1FFF913">
    <w:name w:val="B097C4C0063948EC9B9B8BA6F1FFF913"/>
    <w:rsid w:val="00157EEC"/>
  </w:style>
  <w:style w:type="paragraph" w:customStyle="1" w:styleId="1CAB76C93DEB4B5AA49124D0666CBFB4">
    <w:name w:val="1CAB76C93DEB4B5AA49124D0666CBFB4"/>
    <w:rsid w:val="00157EEC"/>
  </w:style>
  <w:style w:type="paragraph" w:customStyle="1" w:styleId="A5585E5ADF90480F9CEB405BBF0B1285">
    <w:name w:val="A5585E5ADF90480F9CEB405BBF0B1285"/>
    <w:rsid w:val="00157EEC"/>
  </w:style>
  <w:style w:type="paragraph" w:customStyle="1" w:styleId="E55EC93F111D4FB186A3192CEFEF02EC">
    <w:name w:val="E55EC93F111D4FB186A3192CEFEF02EC"/>
    <w:rsid w:val="00157EEC"/>
  </w:style>
  <w:style w:type="paragraph" w:customStyle="1" w:styleId="BE7C403652B14722A96332BCDEBE92AB">
    <w:name w:val="BE7C403652B14722A96332BCDEBE92AB"/>
    <w:rsid w:val="00157EEC"/>
  </w:style>
  <w:style w:type="paragraph" w:customStyle="1" w:styleId="B8F35BABCCA445B4BDAA6DE29C247095">
    <w:name w:val="B8F35BABCCA445B4BDAA6DE29C247095"/>
    <w:rsid w:val="00157EEC"/>
  </w:style>
  <w:style w:type="paragraph" w:customStyle="1" w:styleId="FDC2993B70954D40A6013B3915494301">
    <w:name w:val="FDC2993B70954D40A6013B3915494301"/>
    <w:rsid w:val="00157EEC"/>
  </w:style>
  <w:style w:type="paragraph" w:customStyle="1" w:styleId="5E9F7A3413814E77A4AAAF6B4CA02D5B">
    <w:name w:val="5E9F7A3413814E77A4AAAF6B4CA02D5B"/>
    <w:rsid w:val="00157EEC"/>
  </w:style>
  <w:style w:type="paragraph" w:customStyle="1" w:styleId="1F17F1DC540A4518A844AC746D8585F4">
    <w:name w:val="1F17F1DC540A4518A844AC746D8585F4"/>
    <w:rsid w:val="00157EEC"/>
  </w:style>
  <w:style w:type="paragraph" w:customStyle="1" w:styleId="6FBA12F07A5D41B894BCB2B6B6311932">
    <w:name w:val="6FBA12F07A5D41B894BCB2B6B6311932"/>
    <w:rsid w:val="00157EEC"/>
  </w:style>
  <w:style w:type="paragraph" w:customStyle="1" w:styleId="5FFBF32E9D904B75AC9544B06A6DDF50">
    <w:name w:val="5FFBF32E9D904B75AC9544B06A6DDF50"/>
    <w:rsid w:val="00157EEC"/>
  </w:style>
  <w:style w:type="paragraph" w:customStyle="1" w:styleId="26FAE8DBF7C54DA8A02FDBE7FB71DEBE">
    <w:name w:val="26FAE8DBF7C54DA8A02FDBE7FB71DEBE"/>
    <w:rsid w:val="00157EEC"/>
  </w:style>
  <w:style w:type="paragraph" w:customStyle="1" w:styleId="F6483CFD1CBB41BCA09701F4087F7FCF">
    <w:name w:val="F6483CFD1CBB41BCA09701F4087F7FCF"/>
    <w:rsid w:val="00157EEC"/>
  </w:style>
  <w:style w:type="paragraph" w:customStyle="1" w:styleId="7E39F2AEB4554F11BEC234FA3E93221A">
    <w:name w:val="7E39F2AEB4554F11BEC234FA3E93221A"/>
    <w:rsid w:val="00157EEC"/>
  </w:style>
  <w:style w:type="paragraph" w:customStyle="1" w:styleId="901384F49CF24746B451BA57C416831D">
    <w:name w:val="901384F49CF24746B451BA57C416831D"/>
    <w:rsid w:val="00157EEC"/>
  </w:style>
  <w:style w:type="paragraph" w:customStyle="1" w:styleId="FAA3B5B17CF14564B36F024F831A2F8C">
    <w:name w:val="FAA3B5B17CF14564B36F024F831A2F8C"/>
    <w:rsid w:val="00157EEC"/>
  </w:style>
  <w:style w:type="paragraph" w:customStyle="1" w:styleId="1734C0B0E50C4165979C1D1CD6EF51183">
    <w:name w:val="1734C0B0E50C4165979C1D1CD6EF511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3">
    <w:name w:val="F4D6CB2241074A76A75ACE4A72F3BAC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3">
    <w:name w:val="5C6BE9DD57B042A78E73AE6C65AB81E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3">
    <w:name w:val="B94FF17A7DD844238942618D220CAEE0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3">
    <w:name w:val="FBB3D43A833542A1A3F03B74622B056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3">
    <w:name w:val="75C3EFAD7452407C87E62A863BB4624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3">
    <w:name w:val="D44E2EFF640440A9B8666394183B9DE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3">
    <w:name w:val="2F6E6E5A21F044A795F2D76DC651D40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3">
    <w:name w:val="B9BD4932B7804BDCAC098E62C974310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EAB132E7624CE09EB07FA662BE4B543">
    <w:name w:val="6EEAB132E7624CE09EB07FA662BE4B5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3">
    <w:name w:val="BBDDFD4D264E4F1EBCAADDF7CD87E6D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3">
    <w:name w:val="23D71AEA8DAD49CF829841D88AEEAD2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3">
    <w:name w:val="A2A8796FF4444E6E9374D2CC9215120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3">
    <w:name w:val="0AD19C49F52B42ADA2E9426276FE58D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3">
    <w:name w:val="7B700F9DF6B344D0A697EB47A65199F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3">
    <w:name w:val="DFA481D92EC54425B89A6C0E0DA3389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3">
    <w:name w:val="209249182F024625AF33AA6A86E31A9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3">
    <w:name w:val="9A538215CA3442ACA439B68ECC928CD0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4">
    <w:name w:val="6EB97B2E17F7442C9DB0CEA0F3DC164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4">
    <w:name w:val="8BE386F068524F86906681F298E6959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4">
    <w:name w:val="C9078DD3BF804388B3974E7F42B5EB5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4">
    <w:name w:val="E9D810DA09674174AC51A14F8A7B0F4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4">
    <w:name w:val="5C9A788C6896469995BEAFAB9641048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3">
    <w:name w:val="DB76D24AE19F4823A84506ED0F363AB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4">
    <w:name w:val="554A0E9A354C4714A49D911FFFDC8E6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3">
    <w:name w:val="5EDD9383E22342FBA30E77AC1B6A8290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4">
    <w:name w:val="B2A2A66554954063B04C8225295570A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3">
    <w:name w:val="872FF4CA11794B8A841DB2220DF10EA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3">
    <w:name w:val="4E97BD512F134974B65EC5CE1A1FFA5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3">
    <w:name w:val="43C24FC1DD4E4C25906C3761C0E444F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3">
    <w:name w:val="6E5B51F8A20C49259CB13015EB12138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3">
    <w:name w:val="ACA81B7FEB124004A04A95F11ADBD7A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3">
    <w:name w:val="E3F5175B57004446843F4F317C13BE7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3">
    <w:name w:val="6E2E25C8BD59485F83A4E1A3EB66C1C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3">
    <w:name w:val="74CADD3637F3476CAEF2795719E307A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3">
    <w:name w:val="7BDD8212640343BF99D6E09226B61D4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3">
    <w:name w:val="584D96D8536C479D938D893B6D8CEF3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3">
    <w:name w:val="9580AC10BCAF4C61A459690257234B8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3">
    <w:name w:val="27838844F64D4FFCAE3132B3B2728D3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3">
    <w:name w:val="22B26EB478B74D889D022D2E2F6B488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3">
    <w:name w:val="5730CD073D2A404F887440C3EC69096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3">
    <w:name w:val="619FD92A56F2424BB3F6A5A652435EF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3">
    <w:name w:val="0BA81C7C72A64907A924DB32F6AFCCC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3">
    <w:name w:val="39A8CBE4665D4CC4B6E67D389E62F2E3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9D9964E7545C7B3820CB4777ED8E42">
    <w:name w:val="91F9D9964E7545C7B3820CB4777ED8E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76843E304A439586339230E908F78A2">
    <w:name w:val="D876843E304A439586339230E908F78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59719216194781A3EFCB74330CA1EB2">
    <w:name w:val="2359719216194781A3EFCB74330CA1E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3">
    <w:name w:val="7BA8B88BB76B41B1ADD9C8564BC40B9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3">
    <w:name w:val="3438E9FF62BE4C4C98C3C44EDE1B554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3">
    <w:name w:val="548E9D54416A45C7A6298AEABE3594D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3">
    <w:name w:val="7138DF7F2C1241E1926FEE02C88C7A8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3">
    <w:name w:val="CF94C64897AD4F6B872E40FF73EF215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FEE8BB9D5B45B3861608D239F05C0F">
    <w:name w:val="14FEE8BB9D5B45B3861608D239F05C0F"/>
    <w:rsid w:val="0033193A"/>
  </w:style>
  <w:style w:type="paragraph" w:customStyle="1" w:styleId="8544CB98F1BE40B6BD318E1C1F1181A63">
    <w:name w:val="8544CB98F1BE40B6BD318E1C1F1181A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3">
    <w:name w:val="AA77F121E76440BB999461970821889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3">
    <w:name w:val="DE6BF70450784D53A6D2E69468FA65E9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3">
    <w:name w:val="39AA8D565BBB45B48AC6136F63A9DF6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3">
    <w:name w:val="369BA92FF7284BC7A42D538C4A9E175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3">
    <w:name w:val="287141C29DBF4446882EEAD95771C1A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3">
    <w:name w:val="7A989295E50140E082D9C94ADF3ACFB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3">
    <w:name w:val="0108EB877C9E4F9FB4928E63B7BB097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3">
    <w:name w:val="7AAD0DEA244F412A84FA9525784EB00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3">
    <w:name w:val="A0BA3B61A8744314927BE8FCF81D6558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3">
    <w:name w:val="67E3CB7FF2CA4FB3AFF9694862B398D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3">
    <w:name w:val="5A56F1E22A564D72B201003429A98B0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3">
    <w:name w:val="1148CC14497A46BE94CE789897C0E79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14A24F39E54F8FBEBA54292DE77560">
    <w:name w:val="ED14A24F39E54F8FBEBA54292DE77560"/>
    <w:rsid w:val="0033193A"/>
  </w:style>
  <w:style w:type="paragraph" w:customStyle="1" w:styleId="4D138CBF03AE4537B06BBFBDD7911BEF3">
    <w:name w:val="4D138CBF03AE4537B06BBFBDD7911BE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3">
    <w:name w:val="EE356C4CED7842CA9624B285D2EDB82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3">
    <w:name w:val="2BF68520AD6A4760B1AC14D8DD538B2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3">
    <w:name w:val="D2486A18106041D591E5EB4609F2E7A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3">
    <w:name w:val="6516F9AC5F1646F88B3AACD91A6533C5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3">
    <w:name w:val="7CB61B8FEFBC4575AE40D3507D50CB8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4">
    <w:name w:val="E68124A0443A4F7B999DF15E41A91C7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4">
    <w:name w:val="38F8679BAA5A48B080E3880758BA4A7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3">
    <w:name w:val="CDBA8294BBA74E38B4732822E233713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85C49EDBB34783A2ECC9B96B707A6F">
    <w:name w:val="8385C49EDBB34783A2ECC9B96B707A6F"/>
    <w:rsid w:val="0033193A"/>
  </w:style>
  <w:style w:type="paragraph" w:customStyle="1" w:styleId="1FBBCB75D1D541F49AA37A122A3ADAA04">
    <w:name w:val="1FBBCB75D1D541F49AA37A122A3ADAA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3">
    <w:name w:val="66B72EB3A7E64981A7420EC4EB5FD80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3">
    <w:name w:val="AA3E3D28F60443FAB9D486BCF3D14332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4">
    <w:name w:val="7482F2F0547B4BA1B89E0408AD5988D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3">
    <w:name w:val="D83819D339284FF1B6248436B676AB7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3">
    <w:name w:val="003695BDC0EE420B801F261C4790ACB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3">
    <w:name w:val="4B4F747275254FA5ADDCE8835A836ED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3">
    <w:name w:val="4FE8FE8699424610B2FA72B9EADBD3CF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3">
    <w:name w:val="AF4D0BE0FA24420CAA1E3C41DD44F5F0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3">
    <w:name w:val="87AF8AF736764176862D323CF52913B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3">
    <w:name w:val="0B4406776FC646A69360E6EF1D610D26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3">
    <w:name w:val="8555F3FE2A59436791DD916082C0287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3">
    <w:name w:val="5A79806F9A174B678A3E9D3B4FAE967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3">
    <w:name w:val="6C79B92521E04D4DB707C91847F4A0D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3">
    <w:name w:val="A8195B6A4B604F9F9F3F6E4ABEEF3D9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3">
    <w:name w:val="8B17D4EDB68A40119164C62FB74818A7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3">
    <w:name w:val="0E1E1B3702914429889E10C234E231E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3">
    <w:name w:val="0882FD1D5A994484B44450831EFC82F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3">
    <w:name w:val="BE554C0493374CB7ACF78F506E5A887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4">
    <w:name w:val="D6581EDF975B474BB7E0082AD169DE5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2C9AC7F143475E947DFAAC4EAA02E9">
    <w:name w:val="EC2C9AC7F143475E947DFAAC4EAA02E9"/>
    <w:rsid w:val="0033193A"/>
  </w:style>
  <w:style w:type="paragraph" w:customStyle="1" w:styleId="1DA2BBF5EFD64FD8AB9F079FE913ABEC4">
    <w:name w:val="1DA2BBF5EFD64FD8AB9F079FE913ABE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4">
    <w:name w:val="6F84B4DD9D0740AF8F53BBD47E128C5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4">
    <w:name w:val="6BCB5E31B3B6401FB55F6922B021F24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FAE8DBF7C54DA8A02FDBE7FB71DEBE1">
    <w:name w:val="26FAE8DBF7C54DA8A02FDBE7FB71DEB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483CFD1CBB41BCA09701F4087F7FCF1">
    <w:name w:val="F6483CFD1CBB41BCA09701F4087F7FC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384F49CF24746B451BA57C416831D1">
    <w:name w:val="901384F49CF24746B451BA57C416831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A3B5B17CF14564B36F024F831A2F8C1">
    <w:name w:val="FAA3B5B17CF14564B36F024F831A2F8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4">
    <w:name w:val="16B95228750948859B273991A844702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A12F07A5D41B894BCB2B6B63119321">
    <w:name w:val="6FBA12F07A5D41B894BCB2B6B631193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4">
    <w:name w:val="10F1EE434F5A44E181E593E7752F56D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4">
    <w:name w:val="B40C584BB7E545F2879BA9633C74D25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4">
    <w:name w:val="B7E38A93B8E5445D9BEE8158E2F8454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4">
    <w:name w:val="0295984F86F44A4D99FC09EE4C51D24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4">
    <w:name w:val="8F450B719FE3485F8827E3FE0B57CF7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4">
    <w:name w:val="7DDD901793894AB394970CAF054766F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4">
    <w:name w:val="E704E279F493452781E2A8CEEC24B5B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4">
    <w:name w:val="04DDA817443C4FD5A8D3A9ED71F7611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4">
    <w:name w:val="0DB7386910054A43A9EDAECFBD75876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4">
    <w:name w:val="21F136CA1CC045C798AC5BA59B6D2BD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4">
    <w:name w:val="4D852D34F8924C6ABD9A772F9C08087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94052FAC3E49328EEF265F9864C134">
    <w:name w:val="A394052FAC3E49328EEF265F9864C134"/>
    <w:rsid w:val="0033193A"/>
  </w:style>
  <w:style w:type="paragraph" w:customStyle="1" w:styleId="201355B7C5634028946BD6AB7E6043F74">
    <w:name w:val="201355B7C5634028946BD6AB7E6043F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7C403652B14722A96332BCDEBE92AB1">
    <w:name w:val="BE7C403652B14722A96332BCDEBE92A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F35BABCCA445B4BDAA6DE29C2470951">
    <w:name w:val="B8F35BABCCA445B4BDAA6DE29C24709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C2993B70954D40A6013B39154943011">
    <w:name w:val="FDC2993B70954D40A6013B391549430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9F7A3413814E77A4AAAF6B4CA02D5B1">
    <w:name w:val="5E9F7A3413814E77A4AAAF6B4CA02D5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4">
    <w:name w:val="CB682F3159C7437FBED2ADF24281A56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4">
    <w:name w:val="A05484B11E7448A2B18ED6F97E1B653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4">
    <w:name w:val="BA46E1AB5C6E4F7D838FC83E170DA7C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4">
    <w:name w:val="3D5F40D85F7F4CD4B447AC2B146DB07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4">
    <w:name w:val="BA310A9C7A014DDF9E049241AD1E19A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4">
    <w:name w:val="308FBDA9B45C4701B0C05AEF8ED75BC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4">
    <w:name w:val="199C243DDFDA4F028527A9A4A4F1864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4">
    <w:name w:val="B0E7472F03B24077B2AB75F3055E3A7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4">
    <w:name w:val="408BEA7FF9FA4940A3E1A1AB60493DA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149166FDF04F268230B9FFEB99B92F1">
    <w:name w:val="5A149166FDF04F268230B9FFEB99B92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420BBD1E624A859916DA8D1D8302BC1">
    <w:name w:val="5A420BBD1E624A859916DA8D1D8302B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F732B9168F4D3BB882CEA6720903FC1">
    <w:name w:val="24F732B9168F4D3BB882CEA6720903F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6BDF15CA6A491C95AEBCAE062016111">
    <w:name w:val="D26BDF15CA6A491C95AEBCAE0620161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E2672458545188DDDA7BF64927F2B1">
    <w:name w:val="EE4E2672458545188DDDA7BF64927F2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883F15FACA48969B24455892AF21AF1">
    <w:name w:val="2B883F15FACA48969B24455892AF21A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F9BA4B61E84C1D905D7818EEA5A1011">
    <w:name w:val="8CF9BA4B61E84C1D905D7818EEA5A10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0463F28D9F417B91987D42E6CBAB421">
    <w:name w:val="840463F28D9F417B91987D42E6CBAB4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4">
    <w:name w:val="38B3BFC45D7F4401B68629DA4530AF3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4">
    <w:name w:val="53D18B4C197645E781366B3C0E2FBAD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4">
    <w:name w:val="D8BF06A0471740EF9DF7F22ADCE90891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4">
    <w:name w:val="35AD3F7C9A1548ABB20CA7F584CA9D8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4">
    <w:name w:val="C390AAF9BF9D42BDBC3849043CB18A0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4">
    <w:name w:val="2D403F3F55A641EA860C7E0B09500DB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4">
    <w:name w:val="73A032C321A94FE1BCD573CBC19EBAD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4">
    <w:name w:val="E5F2E39885F848DCB1A7376E4B8078B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4">
    <w:name w:val="F18A9E417A70477EB41BE468D0F8699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B368A30B904213AFE6CE2AE1F9F2E91">
    <w:name w:val="68B368A30B904213AFE6CE2AE1F9F2E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1E35E8180A46C591543BBB1711FC9E1">
    <w:name w:val="0C1E35E8180A46C591543BBB1711FC9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2CEA99B1BB4A2FA5DE8661B50DE9D91">
    <w:name w:val="7D2CEA99B1BB4A2FA5DE8661B50DE9D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B8F6EAF7474E90A20700F8F8F0DDE21">
    <w:name w:val="BEB8F6EAF7474E90A20700F8F8F0DDE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CB7F3BF7549418AC72067D92588671">
    <w:name w:val="A14CB7F3BF7549418AC72067D925886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97C4C0063948EC9B9B8BA6F1FFF9131">
    <w:name w:val="B097C4C0063948EC9B9B8BA6F1FFF91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B76C93DEB4B5AA49124D0666CBFB41">
    <w:name w:val="1CAB76C93DEB4B5AA49124D0666CBFB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585E5ADF90480F9CEB405BBF0B12851">
    <w:name w:val="A5585E5ADF90480F9CEB405BBF0B128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4">
    <w:name w:val="ECA29882FE3845AA9803DEA553D28A0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4">
    <w:name w:val="EEA6BE38B9904860B12C3DC88D2EB79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4">
    <w:name w:val="0A07F8CD6D494D028BD6B58BBB1EED6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4">
    <w:name w:val="28C7B2C0679D43B6B54AE35A58D1A5B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4">
    <w:name w:val="9B7DABFBBBAE442E89255EA1A7064E2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4">
    <w:name w:val="968F5EED71B549C29FD790648C6D098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4">
    <w:name w:val="45CCA457C00041E7BA31F89B49535AD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4">
    <w:name w:val="E888EB62424A4D3A874915B3ADBD083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4">
    <w:name w:val="A4F9E67898BD49E89F3547B3F0F3895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4">
    <w:name w:val="774DF3ABE4C54495959EAECD40B8D74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4">
    <w:name w:val="DF9CB54F43D34C49A56B120DDB492CC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4">
    <w:name w:val="33FE6DB818E5405FA51CE7AA12E50D5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C80408877A4F80A378ED52D134D32A1">
    <w:name w:val="EFC80408877A4F80A378ED52D134D32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5BC845A8C64A079BF674DB516785CB1">
    <w:name w:val="835BC845A8C64A079BF674DB516785C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BA6EBE23D74438A6CFD0BFBF0451991">
    <w:name w:val="89BA6EBE23D74438A6CFD0BFBF04519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E6CCCFEE7546299C1E57A89D4197601">
    <w:name w:val="4EE6CCCFEE7546299C1E57A89D41976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4">
    <w:name w:val="8732ECFF3420457DA10E2631C59455B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4">
    <w:name w:val="C180B24565AD4EC59DB47520157DAD8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4">
    <w:name w:val="2DCCFC867EEE4D34A1DDC2F6940ECFF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4">
    <w:name w:val="28F0AAED6EE74EFFAEA3636465E4643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4">
    <w:name w:val="C0DF559BA8D9449BB704FCCD11B8C65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4">
    <w:name w:val="4F6249A9849044E8BEE49E1CA3AF49E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4">
    <w:name w:val="1E99F148D3954628B656A0859BAD446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4">
    <w:name w:val="49CC2B0B98C0417CA925EF46235B38D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4">
    <w:name w:val="4AD171C151EE4EEBAE05FE27C561BAB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4">
    <w:name w:val="C0989EF89D2A4AC3A5E5E69A7462153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ADF385F49D466CAC40C821116AA8681">
    <w:name w:val="A4ADF385F49D466CAC40C821116AA86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0994F603C44445978E27024CB115261">
    <w:name w:val="A70994F603C44445978E27024CB1152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593657106B4AC19998D0BCEE9574181">
    <w:name w:val="D8593657106B4AC19998D0BCEE95741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48A62CF077499B809826F5BE352D451">
    <w:name w:val="2C48A62CF077499B809826F5BE352D4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3">
    <w:name w:val="C6C5AA04D5744E5397F5B4C02E599FEC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3">
    <w:name w:val="4261ABEBA6024587BD9BFFA89B86CBAD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3">
    <w:name w:val="9444CF760006459A89EF2B7CE3AFF2D1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3">
    <w:name w:val="A451D5A1F2414B9AB219F05CFB3EC45E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4">
    <w:name w:val="09F4C42A6EEB42DD80A561F6D33C311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4">
    <w:name w:val="AD435D26B4624747B8D9967626FC7B0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4">
    <w:name w:val="649FBF3CDE1C494599737C2E4204C5A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4">
    <w:name w:val="C3A61D616D7E4D0687C040896A01549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AE8D0FB3404A9081F607D8EBA0D2A81">
    <w:name w:val="1EAE8D0FB3404A9081F607D8EBA0D2A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0893BB9864CF3A5FD5EF6FC4BC2D21">
    <w:name w:val="EAB0893BB9864CF3A5FD5EF6FC4BC2D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F1EB74A2FD4752917F2F39F815AC511">
    <w:name w:val="04F1EB74A2FD4752917F2F39F815AC5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E8BAE23C17418F8A9B9301B501A4BD1">
    <w:name w:val="03E8BAE23C17418F8A9B9301B501A4B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8DBB1BD51A4506A10064EABEF29AB31">
    <w:name w:val="588DBB1BD51A4506A10064EABEF29AB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4DD9015F8946FC87608BC881F34E631">
    <w:name w:val="A74DD9015F8946FC87608BC881F34E6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181D53E55E4B93BCD9DEB679B58CBF1">
    <w:name w:val="BA181D53E55E4B93BCD9DEB679B58CB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14199E358E4DEE889A194806C602301">
    <w:name w:val="3514199E358E4DEE889A194806C6023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C427CBCF874D7FA13A2675613368251">
    <w:name w:val="24C427CBCF874D7FA13A26756133682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47B4342BF44C208F687DC75F792D851">
    <w:name w:val="9D47B4342BF44C208F687DC75F792D8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4A2794906D4AF8B16CB2CA8955374D1">
    <w:name w:val="654A2794906D4AF8B16CB2CA8955374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8CCF49B6D04A9ABD727E0884E29C9D1">
    <w:name w:val="938CCF49B6D04A9ABD727E0884E29C9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4">
    <w:name w:val="6871417A5ECF4F4FA5F5682117266CD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4">
    <w:name w:val="2525A8C29CF24ECD9EAACD5559B0D56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4">
    <w:name w:val="291B0967D3354F8ABBCABE81F4CD019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4">
    <w:name w:val="139B1462D4794E338C60031991F1520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4">
    <w:name w:val="2124066137484098867A6A4EBE15DF4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4">
    <w:name w:val="71C06ABE0FD34BF884B8CD9B95AB9041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4">
    <w:name w:val="8897023ADFBD44C3BB718F7A184144F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4">
    <w:name w:val="BBC4C44B1BB345A2809FAF82C1D6D43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68C62238484DB6A715603E94640D141">
    <w:name w:val="4E68C62238484DB6A715603E94640D1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F118206DEA4B4EA7E434CF7C8282D81">
    <w:name w:val="06F118206DEA4B4EA7E434CF7C8282D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3B24C7E1954657BAD634E2154DC4B01">
    <w:name w:val="693B24C7E1954657BAD634E2154DC4B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A853215714F3AABF2252901FB9D911">
    <w:name w:val="343A853215714F3AABF2252901FB9D9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A83FDB11AC4884B8E29521BBB9FE521">
    <w:name w:val="6DA83FDB11AC4884B8E29521BBB9FE5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9F434EA97C4A8E92C07B199F7ABB351">
    <w:name w:val="E29F434EA97C4A8E92C07B199F7ABB3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F1D566378D4137AF83E0F278F7CF0D1">
    <w:name w:val="CBF1D566378D4137AF83E0F278F7CF0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7827819FF458F942C25CD27569E581">
    <w:name w:val="6BB7827819FF458F942C25CD27569E5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3BB274B49A4F17A021640B275CBAAC1">
    <w:name w:val="353BB274B49A4F17A021640B275CBAA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E315797D81445DB34AE1DA82424FD41">
    <w:name w:val="E3E315797D81445DB34AE1DA82424FD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BA5EAFD3E424AA732EA49A0BD9D0A1">
    <w:name w:val="EAEBA5EAFD3E424AA732EA49A0BD9D0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41045663FE4FA7BDB896D3BECFB11F1">
    <w:name w:val="D141045663FE4FA7BDB896D3BECFB11F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F2A5BA8A4EAEB758F6BCE8D87BF61">
    <w:name w:val="6199F2A5BA8A4EAEB758F6BCE8D87BF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7B9CF44AE945CBB31712A7F8D2DF691">
    <w:name w:val="9F7B9CF44AE945CBB31712A7F8D2DF6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7C286F2E74597B8295B0DA3149F231">
    <w:name w:val="40C7C286F2E74597B8295B0DA3149F2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E74ECC14244370A8BC68258C8F93631">
    <w:name w:val="2FE74ECC14244370A8BC68258C8F936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4">
    <w:name w:val="9A6CA2AF8DF94CD69E896834E868525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4">
    <w:name w:val="B4C9C3BD6DAE445585208941AA04C9C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4">
    <w:name w:val="3DEE5954FCFC406D92213FF30526460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4">
    <w:name w:val="F3513A9A84864C3F9F7588EA499BB78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4">
    <w:name w:val="4B3E2B0B02804B6B9EB34D06EDE16C2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4">
    <w:name w:val="085A5022E14D43D0AAECA4D7B07105E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4">
    <w:name w:val="E03C20D0AC564E049B3D88E959C81C3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4">
    <w:name w:val="627B206A1F114B79923F70D146A387C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4">
    <w:name w:val="1F7E10A372CF41B6B48CD20F8B9D888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4">
    <w:name w:val="E818E31203DB4ADBAEA6C68283BE94A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4">
    <w:name w:val="7E444CB5FE3D4B7E8A005265B8BF554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4">
    <w:name w:val="10713C7F24B9431EB025CD747680B2B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80F967A6FA466D94FA9F00370D0F211">
    <w:name w:val="F580F967A6FA466D94FA9F00370D0F2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272D428C44BE1949E3D168527DE971">
    <w:name w:val="91F272D428C44BE1949E3D168527DE9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AE02CE171648B881F14805B40254A01">
    <w:name w:val="06AE02CE171648B881F14805B40254A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10714B2DB34147BCB9387D38009F531">
    <w:name w:val="8D10714B2DB34147BCB9387D38009F5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0A6527A87543CF8A81993E626718741">
    <w:name w:val="280A6527A87543CF8A81993E6267187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5B1F2154C4935A4C95444B97C44AD1">
    <w:name w:val="D605B1F2154C4935A4C95444B97C44AD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1CBB68DA324248837B10D303DA9D011">
    <w:name w:val="3A1CBB68DA324248837B10D303DA9D0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B1F060A094902B320A7584AAFEF501">
    <w:name w:val="5C9B1F060A094902B320A7584AAFEF5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B1A17687024D828E35C98280CC8FCB1">
    <w:name w:val="01B1A17687024D828E35C98280CC8FC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C8AAE0354BD283E3E92D5348BD741">
    <w:name w:val="3DFBC8AAE0354BD283E3E92D5348BD7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72EDAA93DA45EF9083FEE6A203B43A1">
    <w:name w:val="4172EDAA93DA45EF9083FEE6A203B43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99E066C6543F1807498C9131D96D61">
    <w:name w:val="24699E066C6543F1807498C9131D96D6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AC52E2BDD441E3AB82CF57381860991">
    <w:name w:val="7DAC52E2BDD441E3AB82CF573818609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880A611FD94ECBB9AE63F3672EAAF91">
    <w:name w:val="49880A611FD94ECBB9AE63F3672EAAF9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40C9FDD0EB42C58F21AAE1414E0F411">
    <w:name w:val="CE40C9FDD0EB42C58F21AAE1414E0F4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339A162EFD4FD1992577EA2861B9621">
    <w:name w:val="A2339A162EFD4FD1992577EA2861B96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3AE5D6500D45ADBD1E8009EAA63A171">
    <w:name w:val="5A3AE5D6500D45ADBD1E8009EAA63A17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5E5ED1F91D41CE93BD93454EFF05081">
    <w:name w:val="6A5E5ED1F91D41CE93BD93454EFF050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4">
    <w:name w:val="FF3F671446BE423C80623186CD49221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4">
    <w:name w:val="652B1F901B6E4BD7AD855DEFC0A041D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4">
    <w:name w:val="7394E62410544E4E864820ED4D3FDE1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4">
    <w:name w:val="5D569C1B2DF14551979EAD275563853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4">
    <w:name w:val="FE919AA54FBB44B1A5F7342889967CC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4">
    <w:name w:val="90F1AAF87E7647C48C570DCB4B6D815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4">
    <w:name w:val="6471BF55412A49EEA0069A38BEF548D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4">
    <w:name w:val="0DACD686B9984973BF5D5F4D6870AAF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BA832256854304B5BA96F88B3D4A741">
    <w:name w:val="23BA832256854304B5BA96F88B3D4A7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FAE9296A54BEBACA366E9D9A45B941">
    <w:name w:val="246FAE9296A54BEBACA366E9D9A45B94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394E2CBAB483695D083584DBE3A921">
    <w:name w:val="0BB394E2CBAB483695D083584DBE3A92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86FEA1F74C42C589A364B14C1A71801">
    <w:name w:val="1E86FEA1F74C42C589A364B14C1A718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904F70EDBB4A8499ACAB806266E31C1">
    <w:name w:val="96904F70EDBB4A8499ACAB806266E31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EE657D716E4EB3B1A39EBE7A4356D51">
    <w:name w:val="36EE657D716E4EB3B1A39EBE7A4356D5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9ED2F3DBD44680A75139320ED952781">
    <w:name w:val="639ED2F3DBD44680A75139320ED95278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DAA2E057714914BB58B204C08DB4011">
    <w:name w:val="49DAA2E057714914BB58B204C08DB401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D0C39C19EF4A02A8A1695A367211AC1">
    <w:name w:val="ECD0C39C19EF4A02A8A1695A367211A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696D04F9C24F0598E6FD7DC348E7DC1">
    <w:name w:val="E6696D04F9C24F0598E6FD7DC348E7DC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694D3353584FF29930D9C9C5AAE69E1">
    <w:name w:val="0C694D3353584FF29930D9C9C5AAE69E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1C2E5102414D6E88120DA305E5098A1">
    <w:name w:val="D41C2E5102414D6E88120DA305E5098A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4">
    <w:name w:val="577B2E4128AB4E12AA35D0322564C2C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A81D73BC549F79678BDAA7B6F6BD5">
    <w:name w:val="BA8A81D73BC549F79678BDAA7B6F6BD5"/>
    <w:rsid w:val="00157EEC"/>
  </w:style>
  <w:style w:type="paragraph" w:customStyle="1" w:styleId="092066BF707B4607B3059BBEAFC90DBE">
    <w:name w:val="092066BF707B4607B3059BBEAFC90DBE"/>
    <w:rsid w:val="00157EEC"/>
  </w:style>
  <w:style w:type="paragraph" w:customStyle="1" w:styleId="7A07D2A9C9B5430CA9407954911B022B">
    <w:name w:val="7A07D2A9C9B5430CA9407954911B022B"/>
    <w:rsid w:val="00157EEC"/>
  </w:style>
  <w:style w:type="paragraph" w:customStyle="1" w:styleId="040B7E5936B547D3834A9D250AACC1B1">
    <w:name w:val="040B7E5936B547D3834A9D250AACC1B1"/>
    <w:rsid w:val="00157EEC"/>
  </w:style>
  <w:style w:type="paragraph" w:customStyle="1" w:styleId="C71004ED70E04B55A23BAD4EFE983B0B">
    <w:name w:val="C71004ED70E04B55A23BAD4EFE983B0B"/>
    <w:rsid w:val="00157EEC"/>
  </w:style>
  <w:style w:type="paragraph" w:customStyle="1" w:styleId="25B671AB538B432F98320A7EA9D1ACE0">
    <w:name w:val="25B671AB538B432F98320A7EA9D1ACE0"/>
    <w:rsid w:val="00157EEC"/>
  </w:style>
  <w:style w:type="paragraph" w:customStyle="1" w:styleId="FB7367ED6B8B405AA02E65C6C70B1F83">
    <w:name w:val="FB7367ED6B8B405AA02E65C6C70B1F83"/>
    <w:rsid w:val="00157EEC"/>
  </w:style>
  <w:style w:type="paragraph" w:customStyle="1" w:styleId="1734C0B0E50C4165979C1D1CD6EF51184">
    <w:name w:val="1734C0B0E50C4165979C1D1CD6EF511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4">
    <w:name w:val="F4D6CB2241074A76A75ACE4A72F3BAC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4">
    <w:name w:val="5C6BE9DD57B042A78E73AE6C65AB81E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4">
    <w:name w:val="B94FF17A7DD844238942618D220CAEE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4">
    <w:name w:val="FBB3D43A833542A1A3F03B74622B056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4">
    <w:name w:val="75C3EFAD7452407C87E62A863BB4624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4">
    <w:name w:val="D44E2EFF640440A9B8666394183B9DE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4">
    <w:name w:val="2F6E6E5A21F044A795F2D76DC651D40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4">
    <w:name w:val="B9BD4932B7804BDCAC098E62C974310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81B5300B27482F978D8FE0167C926B">
    <w:name w:val="F781B5300B27482F978D8FE0167C926B"/>
    <w:rsid w:val="0033193A"/>
  </w:style>
  <w:style w:type="paragraph" w:customStyle="1" w:styleId="6EEAB132E7624CE09EB07FA662BE4B544">
    <w:name w:val="6EEAB132E7624CE09EB07FA662BE4B5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4">
    <w:name w:val="BBDDFD4D264E4F1EBCAADDF7CD87E6D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4">
    <w:name w:val="23D71AEA8DAD49CF829841D88AEEAD2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4">
    <w:name w:val="A2A8796FF4444E6E9374D2CC9215120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4">
    <w:name w:val="0AD19C49F52B42ADA2E9426276FE58D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4">
    <w:name w:val="7B700F9DF6B344D0A697EB47A65199F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4">
    <w:name w:val="DFA481D92EC54425B89A6C0E0DA3389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4">
    <w:name w:val="209249182F024625AF33AA6A86E31A9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4">
    <w:name w:val="9A538215CA3442ACA439B68ECC928CD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B97B2E17F7442C9DB0CEA0F3DC16425">
    <w:name w:val="6EB97B2E17F7442C9DB0CEA0F3DC164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E386F068524F86906681F298E695975">
    <w:name w:val="8BE386F068524F86906681F298E6959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078DD3BF804388B3974E7F42B5EB5A5">
    <w:name w:val="C9078DD3BF804388B3974E7F42B5EB5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D810DA09674174AC51A14F8A7B0F455">
    <w:name w:val="E9D810DA09674174AC51A14F8A7B0F4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A788C6896469995BEAFAB964104865">
    <w:name w:val="5C9A788C6896469995BEAFAB9641048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4">
    <w:name w:val="DB76D24AE19F4823A84506ED0F363AB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4A0E9A354C4714A49D911FFFDC8E6B5">
    <w:name w:val="554A0E9A354C4714A49D911FFFDC8E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4">
    <w:name w:val="5EDD9383E22342FBA30E77AC1B6A8290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A2A66554954063B04C8225295570AF5">
    <w:name w:val="B2A2A66554954063B04C8225295570A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4">
    <w:name w:val="872FF4CA11794B8A841DB2220DF10E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4">
    <w:name w:val="4E97BD512F134974B65EC5CE1A1FFA5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4">
    <w:name w:val="43C24FC1DD4E4C25906C3761C0E444F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4">
    <w:name w:val="6E5B51F8A20C49259CB13015EB12138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4">
    <w:name w:val="ACA81B7FEB124004A04A95F11ADBD7A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4">
    <w:name w:val="E3F5175B57004446843F4F317C13BE7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4">
    <w:name w:val="6E2E25C8BD59485F83A4E1A3EB66C1CA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4">
    <w:name w:val="74CADD3637F3476CAEF2795719E307A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4">
    <w:name w:val="7BDD8212640343BF99D6E09226B61D4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4">
    <w:name w:val="584D96D8536C479D938D893B6D8CEF3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4">
    <w:name w:val="9580AC10BCAF4C61A459690257234B8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4">
    <w:name w:val="27838844F64D4FFCAE3132B3B2728D3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4">
    <w:name w:val="22B26EB478B74D889D022D2E2F6B48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4">
    <w:name w:val="5730CD073D2A404F887440C3EC69096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4">
    <w:name w:val="619FD92A56F2424BB3F6A5A652435EF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4">
    <w:name w:val="0BA81C7C72A64907A924DB32F6AFCCC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4">
    <w:name w:val="39A8CBE4665D4CC4B6E67D389E62F2E3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9D9964E7545C7B3820CB4777ED8E43">
    <w:name w:val="91F9D9964E7545C7B3820CB4777ED8E4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76843E304A439586339230E908F78A3">
    <w:name w:val="D876843E304A439586339230E908F78A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59719216194781A3EFCB74330CA1EB3">
    <w:name w:val="2359719216194781A3EFCB74330CA1EB3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4">
    <w:name w:val="7BA8B88BB76B41B1ADD9C8564BC40B9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4">
    <w:name w:val="3438E9FF62BE4C4C98C3C44EDE1B554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4">
    <w:name w:val="548E9D54416A45C7A6298AEABE3594D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4">
    <w:name w:val="7138DF7F2C1241E1926FEE02C88C7A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4">
    <w:name w:val="CF94C64897AD4F6B872E40FF73EF215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4">
    <w:name w:val="8544CB98F1BE40B6BD318E1C1F1181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4">
    <w:name w:val="AA77F121E76440BB999461970821889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4">
    <w:name w:val="DE6BF70450784D53A6D2E69468FA65E9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4">
    <w:name w:val="39AA8D565BBB45B48AC6136F63A9DF6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4">
    <w:name w:val="369BA92FF7284BC7A42D538C4A9E175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4">
    <w:name w:val="287141C29DBF4446882EEAD95771C1A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4">
    <w:name w:val="7A989295E50140E082D9C94ADF3ACFB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4">
    <w:name w:val="0108EB877C9E4F9FB4928E63B7BB097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4">
    <w:name w:val="7AAD0DEA244F412A84FA9525784EB00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4">
    <w:name w:val="A0BA3B61A8744314927BE8FCF81D6558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4">
    <w:name w:val="67E3CB7FF2CA4FB3AFF9694862B398D2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4">
    <w:name w:val="5A56F1E22A564D72B201003429A98B0B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4">
    <w:name w:val="1148CC14497A46BE94CE789897C0E79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4">
    <w:name w:val="4D138CBF03AE4537B06BBFBDD7911BE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4">
    <w:name w:val="EE356C4CED7842CA9624B285D2EDB824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4">
    <w:name w:val="2BF68520AD6A4760B1AC14D8DD538B2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4">
    <w:name w:val="D2486A18106041D591E5EB4609F2E7A6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4">
    <w:name w:val="6516F9AC5F1646F88B3AACD91A6533C5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4">
    <w:name w:val="7CB61B8FEFBC4575AE40D3507D50CB8F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8124A0443A4F7B999DF15E41A91C7E5">
    <w:name w:val="E68124A0443A4F7B999DF15E41A91C7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8679BAA5A48B080E3880758BA4A7B5">
    <w:name w:val="38F8679BAA5A48B080E3880758BA4A7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4">
    <w:name w:val="CDBA8294BBA74E38B4732822E233713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BCB75D1D541F49AA37A122A3ADAA05">
    <w:name w:val="1FBBCB75D1D541F49AA37A122A3ADAA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4">
    <w:name w:val="66B72EB3A7E64981A7420EC4EB5FD807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5">
    <w:name w:val="AA3E3D28F60443FAB9D486BCF3D143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5">
    <w:name w:val="7482F2F0547B4BA1B89E0408AD5988D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5">
    <w:name w:val="D83819D339284FF1B6248436B676AB7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5">
    <w:name w:val="003695BDC0EE420B801F261C4790AC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5">
    <w:name w:val="4B4F747275254FA5ADDCE8835A836ED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5">
    <w:name w:val="4FE8FE8699424610B2FA72B9EADBD3C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5">
    <w:name w:val="AF4D0BE0FA24420CAA1E3C41DD44F5F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5">
    <w:name w:val="87AF8AF736764176862D323CF52913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1004ED70E04B55A23BAD4EFE983B0B1">
    <w:name w:val="C71004ED70E04B55A23BAD4EFE983B0B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B671AB538B432F98320A7EA9D1ACE01">
    <w:name w:val="25B671AB538B432F98320A7EA9D1ACE0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367ED6B8B405AA02E65C6C70B1F831">
    <w:name w:val="FB7367ED6B8B405AA02E65C6C70B1F831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5">
    <w:name w:val="0B4406776FC646A69360E6EF1D610D2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5">
    <w:name w:val="8555F3FE2A59436791DD916082C028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5">
    <w:name w:val="5A79806F9A174B678A3E9D3B4FAE96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5">
    <w:name w:val="6C79B92521E04D4DB707C91847F4A0D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5">
    <w:name w:val="A8195B6A4B604F9F9F3F6E4ABEEF3D9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5">
    <w:name w:val="8B17D4EDB68A40119164C62FB74818A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5">
    <w:name w:val="0E1E1B3702914429889E10C234E231E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5">
    <w:name w:val="0882FD1D5A994484B44450831EFC82F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5">
    <w:name w:val="BE554C0493374CB7ACF78F506E5A887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5">
    <w:name w:val="D6581EDF975B474BB7E0082AD169DE5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5">
    <w:name w:val="1DA2BBF5EFD64FD8AB9F079FE913ABE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5">
    <w:name w:val="6F84B4DD9D0740AF8F53BBD47E128C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5">
    <w:name w:val="6BCB5E31B3B6401FB55F6922B021F24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FAE8DBF7C54DA8A02FDBE7FB71DEBE2">
    <w:name w:val="26FAE8DBF7C54DA8A02FDBE7FB71DEB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483CFD1CBB41BCA09701F4087F7FCF2">
    <w:name w:val="F6483CFD1CBB41BCA09701F4087F7FC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1384F49CF24746B451BA57C416831D2">
    <w:name w:val="901384F49CF24746B451BA57C416831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A3B5B17CF14564B36F024F831A2F8C2">
    <w:name w:val="FAA3B5B17CF14564B36F024F831A2F8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5">
    <w:name w:val="16B95228750948859B273991A844702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A12F07A5D41B894BCB2B6B63119322">
    <w:name w:val="6FBA12F07A5D41B894BCB2B6B631193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5">
    <w:name w:val="10F1EE434F5A44E181E593E7752F56D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5">
    <w:name w:val="B40C584BB7E545F2879BA9633C74D2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5">
    <w:name w:val="B7E38A93B8E5445D9BEE8158E2F8454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5">
    <w:name w:val="0295984F86F44A4D99FC09EE4C51D24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5">
    <w:name w:val="8F450B719FE3485F8827E3FE0B57CF7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5">
    <w:name w:val="7DDD901793894AB394970CAF054766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5">
    <w:name w:val="E704E279F493452781E2A8CEEC24B5B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5">
    <w:name w:val="04DDA817443C4FD5A8D3A9ED71F7611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5">
    <w:name w:val="0DB7386910054A43A9EDAECFBD75876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5">
    <w:name w:val="21F136CA1CC045C798AC5BA59B6D2BD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5">
    <w:name w:val="4D852D34F8924C6ABD9A772F9C08087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5">
    <w:name w:val="201355B7C5634028946BD6AB7E6043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7C403652B14722A96332BCDEBE92AB2">
    <w:name w:val="BE7C403652B14722A96332BCDEBE92A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F35BABCCA445B4BDAA6DE29C2470952">
    <w:name w:val="B8F35BABCCA445B4BDAA6DE29C24709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C2993B70954D40A6013B39154943012">
    <w:name w:val="FDC2993B70954D40A6013B39154943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9F7A3413814E77A4AAAF6B4CA02D5B2">
    <w:name w:val="5E9F7A3413814E77A4AAAF6B4CA02D5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5">
    <w:name w:val="CB682F3159C7437FBED2ADF24281A5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5">
    <w:name w:val="A05484B11E7448A2B18ED6F97E1B65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5">
    <w:name w:val="BA46E1AB5C6E4F7D838FC83E170DA7C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5">
    <w:name w:val="3D5F40D85F7F4CD4B447AC2B146DB07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5">
    <w:name w:val="BA310A9C7A014DDF9E049241AD1E19A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5">
    <w:name w:val="308FBDA9B45C4701B0C05AEF8ED75BC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5">
    <w:name w:val="199C243DDFDA4F028527A9A4A4F1864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5">
    <w:name w:val="B0E7472F03B24077B2AB75F3055E3A7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5">
    <w:name w:val="408BEA7FF9FA4940A3E1A1AB60493DA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149166FDF04F268230B9FFEB99B92F2">
    <w:name w:val="5A149166FDF04F268230B9FFEB99B92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420BBD1E624A859916DA8D1D8302BC2">
    <w:name w:val="5A420BBD1E624A859916DA8D1D8302B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F732B9168F4D3BB882CEA6720903FC2">
    <w:name w:val="24F732B9168F4D3BB882CEA6720903F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6BDF15CA6A491C95AEBCAE062016112">
    <w:name w:val="D26BDF15CA6A491C95AEBCAE0620161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4E2672458545188DDDA7BF64927F2B2">
    <w:name w:val="EE4E2672458545188DDDA7BF64927F2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883F15FACA48969B24455892AF21AF2">
    <w:name w:val="2B883F15FACA48969B24455892AF21A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F9BA4B61E84C1D905D7818EEA5A1012">
    <w:name w:val="8CF9BA4B61E84C1D905D7818EEA5A1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0463F28D9F417B91987D42E6CBAB422">
    <w:name w:val="840463F28D9F417B91987D42E6CBAB4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5">
    <w:name w:val="38B3BFC45D7F4401B68629DA4530AF3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5">
    <w:name w:val="53D18B4C197645E781366B3C0E2FBAD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5">
    <w:name w:val="D8BF06A0471740EF9DF7F22ADCE90891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5">
    <w:name w:val="35AD3F7C9A1548ABB20CA7F584CA9D8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5">
    <w:name w:val="C390AAF9BF9D42BDBC3849043CB18A0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5">
    <w:name w:val="2D403F3F55A641EA860C7E0B09500DB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5">
    <w:name w:val="73A032C321A94FE1BCD573CBC19EBAD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5">
    <w:name w:val="E5F2E39885F848DCB1A7376E4B8078B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5">
    <w:name w:val="F18A9E417A70477EB41BE468D0F8699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B368A30B904213AFE6CE2AE1F9F2E92">
    <w:name w:val="68B368A30B904213AFE6CE2AE1F9F2E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1E35E8180A46C591543BBB1711FC9E2">
    <w:name w:val="0C1E35E8180A46C591543BBB1711FC9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2CEA99B1BB4A2FA5DE8661B50DE9D92">
    <w:name w:val="7D2CEA99B1BB4A2FA5DE8661B50DE9D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B8F6EAF7474E90A20700F8F8F0DDE22">
    <w:name w:val="BEB8F6EAF7474E90A20700F8F8F0DDE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CB7F3BF7549418AC72067D92588672">
    <w:name w:val="A14CB7F3BF7549418AC72067D925886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97C4C0063948EC9B9B8BA6F1FFF9132">
    <w:name w:val="B097C4C0063948EC9B9B8BA6F1FFF91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B76C93DEB4B5AA49124D0666CBFB42">
    <w:name w:val="1CAB76C93DEB4B5AA49124D0666CBFB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585E5ADF90480F9CEB405BBF0B12852">
    <w:name w:val="A5585E5ADF90480F9CEB405BBF0B128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5">
    <w:name w:val="ECA29882FE3845AA9803DEA553D28A0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5">
    <w:name w:val="EEA6BE38B9904860B12C3DC88D2EB79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5">
    <w:name w:val="0A07F8CD6D494D028BD6B58BBB1EED6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5">
    <w:name w:val="28C7B2C0679D43B6B54AE35A58D1A5B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5">
    <w:name w:val="9B7DABFBBBAE442E89255EA1A7064E2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5">
    <w:name w:val="968F5EED71B549C29FD790648C6D098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5">
    <w:name w:val="45CCA457C00041E7BA31F89B49535AD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5">
    <w:name w:val="E888EB62424A4D3A874915B3ADBD083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5">
    <w:name w:val="A4F9E67898BD49E89F3547B3F0F3895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5">
    <w:name w:val="774DF3ABE4C54495959EAECD40B8D74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5">
    <w:name w:val="DF9CB54F43D34C49A56B120DDB492CCF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5">
    <w:name w:val="33FE6DB818E5405FA51CE7AA12E50D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C80408877A4F80A378ED52D134D32A2">
    <w:name w:val="EFC80408877A4F80A378ED52D134D32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5BC845A8C64A079BF674DB516785CB2">
    <w:name w:val="835BC845A8C64A079BF674DB516785C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BA6EBE23D74438A6CFD0BFBF0451992">
    <w:name w:val="89BA6EBE23D74438A6CFD0BFBF04519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E6CCCFEE7546299C1E57A89D4197602">
    <w:name w:val="4EE6CCCFEE7546299C1E57A89D41976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5">
    <w:name w:val="8732ECFF3420457DA10E2631C59455B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5">
    <w:name w:val="C180B24565AD4EC59DB47520157DAD80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5">
    <w:name w:val="2DCCFC867EEE4D34A1DDC2F6940ECFF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5">
    <w:name w:val="28F0AAED6EE74EFFAEA3636465E4643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5">
    <w:name w:val="C0DF559BA8D9449BB704FCCD11B8C6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5">
    <w:name w:val="4F6249A9849044E8BEE49E1CA3AF49E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5">
    <w:name w:val="1E99F148D3954628B656A0859BAD446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5">
    <w:name w:val="49CC2B0B98C0417CA925EF46235B38D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5">
    <w:name w:val="4AD171C151EE4EEBAE05FE27C561BAB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5">
    <w:name w:val="C0989EF89D2A4AC3A5E5E69A746215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ADF385F49D466CAC40C821116AA8682">
    <w:name w:val="A4ADF385F49D466CAC40C821116AA86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0994F603C44445978E27024CB115262">
    <w:name w:val="A70994F603C44445978E27024CB1152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9">
    <w:name w:val="1734C0B0E50C4165979C1D1CD6EF5118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9">
    <w:name w:val="F4D6CB2241074A76A75ACE4A72F3BACA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9">
    <w:name w:val="5C6BE9DD57B042A78E73AE6C65AB81E9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9">
    <w:name w:val="B94FF17A7DD844238942618D220CAEE0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9">
    <w:name w:val="96F24E541B0145AAA4C1F913603E646E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9">
    <w:name w:val="2C3A3162D80445F78DDE0C5B1FC1D376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9">
    <w:name w:val="3BB3224C02224BE9B27FBD8B4FA44C85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8">
    <w:name w:val="FBB3D43A833542A1A3F03B74622B056A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C3EFAD7452407C87E62A863BB4624B8">
    <w:name w:val="75C3EFAD7452407C87E62A863BB4624B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4E2EFF640440A9B8666394183B9DE78">
    <w:name w:val="D44E2EFF640440A9B8666394183B9DE7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E6E5A21F044A795F2D76DC651D4058">
    <w:name w:val="2F6E6E5A21F044A795F2D76DC651D405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BD4932B7804BDCAC098E62C97431028">
    <w:name w:val="B9BD4932B7804BDCAC098E62C9743102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EAB132E7624CE09EB07FA662BE4B548">
    <w:name w:val="6EEAB132E7624CE09EB07FA662BE4B54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DDFD4D264E4F1EBCAADDF7CD87E6DD8">
    <w:name w:val="BBDDFD4D264E4F1EBCAADDF7CD87E6DD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D71AEA8DAD49CF829841D88AEEAD238">
    <w:name w:val="23D71AEA8DAD49CF829841D88AEEAD23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A8796FF4444E6E9374D2CC9215120F8">
    <w:name w:val="A2A8796FF4444E6E9374D2CC9215120F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19C49F52B42ADA2E9426276FE58D68">
    <w:name w:val="0AD19C49F52B42ADA2E9426276FE58D6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700F9DF6B344D0A697EB47A65199F38">
    <w:name w:val="7B700F9DF6B344D0A697EB47A65199F3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A481D92EC54425B89A6C0E0DA338988">
    <w:name w:val="DFA481D92EC54425B89A6C0E0DA33898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9249182F024625AF33AA6A86E31A9B8">
    <w:name w:val="209249182F024625AF33AA6A86E31A9B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38215CA3442ACA439B68ECC928CD08">
    <w:name w:val="9A538215CA3442ACA439B68ECC928CD0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6D24AE19F4823A84506ED0F363ABE9">
    <w:name w:val="DB76D24AE19F4823A84506ED0F363ABE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DD9383E22342FBA30E77AC1B6A82909">
    <w:name w:val="5EDD9383E22342FBA30E77AC1B6A8290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9">
    <w:name w:val="872FF4CA11794B8A841DB2220DF10EA6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9">
    <w:name w:val="4E97BD512F134974B65EC5CE1A1FFA5C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9">
    <w:name w:val="43C24FC1DD4E4C25906C3761C0E444F2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9">
    <w:name w:val="6E5B51F8A20C49259CB13015EB121389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9">
    <w:name w:val="ACA81B7FEB124004A04A95F11ADBD7A7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9">
    <w:name w:val="E3F5175B57004446843F4F317C13BE7C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9">
    <w:name w:val="6E2E25C8BD59485F83A4E1A3EB66C1CA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9">
    <w:name w:val="74CADD3637F3476CAEF2795719E307AF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DD8212640343BF99D6E09226B61D4C8">
    <w:name w:val="7BDD8212640343BF99D6E09226B61D4C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D96D8536C479D938D893B6D8CEF3F8">
    <w:name w:val="584D96D8536C479D938D893B6D8CEF3F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80AC10BCAF4C61A459690257234B838">
    <w:name w:val="9580AC10BCAF4C61A459690257234B83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838844F64D4FFCAE3132B3B2728D398">
    <w:name w:val="27838844F64D4FFCAE3132B3B2728D39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B26EB478B74D889D022D2E2F6B488F8">
    <w:name w:val="22B26EB478B74D889D022D2E2F6B488F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0CD073D2A404F887440C3EC6909668">
    <w:name w:val="5730CD073D2A404F887440C3EC690966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FD92A56F2424BB3F6A5A652435EF58">
    <w:name w:val="619FD92A56F2424BB3F6A5A652435EF5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A81C7C72A64907A924DB32F6AFCCC28">
    <w:name w:val="0BA81C7C72A64907A924DB32F6AFCCC2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8CBE4665D4CC4B6E67D389E62F2E38">
    <w:name w:val="39A8CBE4665D4CC4B6E67D389E62F2E3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A8B88BB76B41B1ADD9C8564BC40B979">
    <w:name w:val="7BA8B88BB76B41B1ADD9C8564BC40B97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8E9FF62BE4C4C98C3C44EDE1B554C9">
    <w:name w:val="3438E9FF62BE4C4C98C3C44EDE1B554C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8E9D54416A45C7A6298AEABE3594D68">
    <w:name w:val="548E9D54416A45C7A6298AEABE3594D6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38DF7F2C1241E1926FEE02C88C7A8F7">
    <w:name w:val="7138DF7F2C1241E1926FEE02C88C7A8F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94C64897AD4F6B872E40FF73EF21547">
    <w:name w:val="CF94C64897AD4F6B872E40FF73EF2154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44CB98F1BE40B6BD318E1C1F1181A67">
    <w:name w:val="8544CB98F1BE40B6BD318E1C1F1181A6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77F121E76440BB99946197082188997">
    <w:name w:val="AA77F121E76440BB9994619708218899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6BF70450784D53A6D2E69468FA65E97">
    <w:name w:val="DE6BF70450784D53A6D2E69468FA65E9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AA8D565BBB45B48AC6136F63A9DF668">
    <w:name w:val="39AA8D565BBB45B48AC6136F63A9DF66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9BA92FF7284BC7A42D538C4A9E17578">
    <w:name w:val="369BA92FF7284BC7A42D538C4A9E1757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141C29DBF4446882EEAD95771C1A88">
    <w:name w:val="287141C29DBF4446882EEAD95771C1A8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989295E50140E082D9C94ADF3ACFBE8">
    <w:name w:val="7A989295E50140E082D9C94ADF3ACFBE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08EB877C9E4F9FB4928E63B7BB09778">
    <w:name w:val="0108EB877C9E4F9FB4928E63B7BB0977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AD0DEA244F412A84FA9525784EB00B8">
    <w:name w:val="7AAD0DEA244F412A84FA9525784EB00B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BA3B61A8744314927BE8FCF81D65588">
    <w:name w:val="A0BA3B61A8744314927BE8FCF81D6558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E3CB7FF2CA4FB3AFF9694862B398D28">
    <w:name w:val="67E3CB7FF2CA4FB3AFF9694862B398D2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56F1E22A564D72B201003429A98B0B8">
    <w:name w:val="5A56F1E22A564D72B201003429A98B0B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8CC14497A46BE94CE789897C0E79C8">
    <w:name w:val="1148CC14497A46BE94CE789897C0E79C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138CBF03AE4537B06BBFBDD7911BEF7">
    <w:name w:val="4D138CBF03AE4537B06BBFBDD7911BEF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356C4CED7842CA9624B285D2EDB8247">
    <w:name w:val="EE356C4CED7842CA9624B285D2EDB824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F68520AD6A4760B1AC14D8DD538B257">
    <w:name w:val="2BF68520AD6A4760B1AC14D8DD538B25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86A18106041D591E5EB4609F2E7A67">
    <w:name w:val="D2486A18106041D591E5EB4609F2E7A6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16F9AC5F1646F88B3AACD91A6533C57">
    <w:name w:val="6516F9AC5F1646F88B3AACD91A6533C5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B61B8FEFBC4575AE40D3507D50CB8F7">
    <w:name w:val="7CB61B8FEFBC4575AE40D3507D50CB8F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BA8294BBA74E38B4732822E23371378">
    <w:name w:val="CDBA8294BBA74E38B4732822E23371378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2EB3A7E64981A7420EC4EB5FD8077">
    <w:name w:val="66B72EB3A7E64981A7420EC4EB5FD8077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3E3D28F60443FAB9D486BCF3D143324">
    <w:name w:val="AA3E3D28F60443FAB9D486BCF3D14332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82F2F0547B4BA1B89E0408AD5988D43">
    <w:name w:val="7482F2F0547B4BA1B89E0408AD5988D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3819D339284FF1B6248436B676AB774">
    <w:name w:val="D83819D339284FF1B6248436B676AB77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3695BDC0EE420B801F261C4790ACBB4">
    <w:name w:val="003695BDC0EE420B801F261C4790ACBB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F747275254FA5ADDCE8835A836EDC4">
    <w:name w:val="4B4F747275254FA5ADDCE8835A836EDC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8FE8699424610B2FA72B9EADBD3CF4">
    <w:name w:val="4FE8FE8699424610B2FA72B9EADBD3CF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4D0BE0FA24420CAA1E3C41DD44F5F04">
    <w:name w:val="AF4D0BE0FA24420CAA1E3C41DD44F5F0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AF8AF736764176862D323CF52913BB4">
    <w:name w:val="87AF8AF736764176862D323CF52913BB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4406776FC646A69360E6EF1D610D264">
    <w:name w:val="0B4406776FC646A69360E6EF1D610D26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55F3FE2A59436791DD916082C0287A4">
    <w:name w:val="8555F3FE2A59436791DD916082C0287A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79806F9A174B678A3E9D3B4FAE967A4">
    <w:name w:val="5A79806F9A174B678A3E9D3B4FAE967A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C79B92521E04D4DB707C91847F4A0DE4">
    <w:name w:val="6C79B92521E04D4DB707C91847F4A0DE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195B6A4B604F9F9F3F6E4ABEEF3D9E4">
    <w:name w:val="A8195B6A4B604F9F9F3F6E4ABEEF3D9E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17D4EDB68A40119164C62FB74818A74">
    <w:name w:val="8B17D4EDB68A40119164C62FB74818A7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E1B3702914429889E10C234E231EC4">
    <w:name w:val="0E1E1B3702914429889E10C234E231EC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82FD1D5A994484B44450831EFC82FE4">
    <w:name w:val="0882FD1D5A994484B44450831EFC82FE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554C0493374CB7ACF78F506E5A887A4">
    <w:name w:val="BE554C0493374CB7ACF78F506E5A887A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81EDF975B474BB7E0082AD169DE5E2">
    <w:name w:val="D6581EDF975B474BB7E0082AD169DE5E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A2BBF5EFD64FD8AB9F079FE913ABEC2">
    <w:name w:val="1DA2BBF5EFD64FD8AB9F079FE913ABEC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84B4DD9D0740AF8F53BBD47E128C562">
    <w:name w:val="6F84B4DD9D0740AF8F53BBD47E128C56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CB5E31B3B6401FB55F6922B021F2482">
    <w:name w:val="6BCB5E31B3B6401FB55F6922B021F248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B95228750948859B273991A84470243">
    <w:name w:val="16B95228750948859B273991A844702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1EE434F5A44E181E593E7752F56DD2">
    <w:name w:val="10F1EE434F5A44E181E593E7752F56DD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0C584BB7E545F2879BA9633C74D2562">
    <w:name w:val="B40C584BB7E545F2879BA9633C74D256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7E38A93B8E5445D9BEE8158E2F845422">
    <w:name w:val="B7E38A93B8E5445D9BEE8158E2F84542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95984F86F44A4D99FC09EE4C51D2462">
    <w:name w:val="0295984F86F44A4D99FC09EE4C51D246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450B719FE3485F8827E3FE0B57CF7B3">
    <w:name w:val="8F450B719FE3485F8827E3FE0B57CF7B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DD901793894AB394970CAF054766F73">
    <w:name w:val="7DDD901793894AB394970CAF054766F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04E279F493452781E2A8CEEC24B5BB3">
    <w:name w:val="E704E279F493452781E2A8CEEC24B5BB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DDA817443C4FD5A8D3A9ED71F761133">
    <w:name w:val="04DDA817443C4FD5A8D3A9ED71F76113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B7386910054A43A9EDAECFBD75876A3">
    <w:name w:val="0DB7386910054A43A9EDAECFBD75876A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136CA1CC045C798AC5BA59B6D2BD43">
    <w:name w:val="21F136CA1CC045C798AC5BA59B6D2BD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852D34F8924C6ABD9A772F9C0808733">
    <w:name w:val="4D852D34F8924C6ABD9A772F9C080873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1355B7C5634028946BD6AB7E6043F73">
    <w:name w:val="201355B7C5634028946BD6AB7E6043F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82F3159C7437FBED2ADF24281A56B3">
    <w:name w:val="CB682F3159C7437FBED2ADF24281A56B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5484B11E7448A2B18ED6F97E1B65323">
    <w:name w:val="A05484B11E7448A2B18ED6F97E1B6532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6E1AB5C6E4F7D838FC83E170DA7C73">
    <w:name w:val="BA46E1AB5C6E4F7D838FC83E170DA7C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5F40D85F7F4CD4B447AC2B146DB0763">
    <w:name w:val="3D5F40D85F7F4CD4B447AC2B146DB076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10A9C7A014DDF9E049241AD1E19AA3">
    <w:name w:val="BA310A9C7A014DDF9E049241AD1E19AA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8FBDA9B45C4701B0C05AEF8ED75BC33">
    <w:name w:val="308FBDA9B45C4701B0C05AEF8ED75BC3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9C243DDFDA4F028527A9A4A4F186493">
    <w:name w:val="199C243DDFDA4F028527A9A4A4F18649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E7472F03B24077B2AB75F3055E3A743">
    <w:name w:val="B0E7472F03B24077B2AB75F3055E3A7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8BEA7FF9FA4940A3E1A1AB60493DAF3">
    <w:name w:val="408BEA7FF9FA4940A3E1A1AB60493DAF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B3BFC45D7F4401B68629DA4530AF353">
    <w:name w:val="38B3BFC45D7F4401B68629DA4530AF35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18B4C197645E781366B3C0E2FBAD63">
    <w:name w:val="53D18B4C197645E781366B3C0E2FBAD6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BF06A0471740EF9DF7F22ADCE908913">
    <w:name w:val="D8BF06A0471740EF9DF7F22ADCE90891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AD3F7C9A1548ABB20CA7F584CA9D873">
    <w:name w:val="35AD3F7C9A1548ABB20CA7F584CA9D8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90AAF9BF9D42BDBC3849043CB18A063">
    <w:name w:val="C390AAF9BF9D42BDBC3849043CB18A06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403F3F55A641EA860C7E0B09500DB43">
    <w:name w:val="2D403F3F55A641EA860C7E0B09500DB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032C321A94FE1BCD573CBC19EBADB3">
    <w:name w:val="73A032C321A94FE1BCD573CBC19EBADB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F2E39885F848DCB1A7376E4B8078BD3">
    <w:name w:val="E5F2E39885F848DCB1A7376E4B8078BD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8A9E417A70477EB41BE468D0F869943">
    <w:name w:val="F18A9E417A70477EB41BE468D0F86994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A29882FE3845AA9803DEA553D28A053">
    <w:name w:val="ECA29882FE3845AA9803DEA553D28A05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A6BE38B9904860B12C3DC88D2EB7992">
    <w:name w:val="EEA6BE38B9904860B12C3DC88D2EB799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7F8CD6D494D028BD6B58BBB1EED603">
    <w:name w:val="0A07F8CD6D494D028BD6B58BBB1EED60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7B2C0679D43B6B54AE35A58D1A5BF3">
    <w:name w:val="28C7B2C0679D43B6B54AE35A58D1A5BF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7DABFBBBAE442E89255EA1A7064E233">
    <w:name w:val="9B7DABFBBBAE442E89255EA1A7064E23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8F5EED71B549C29FD790648C6D09852">
    <w:name w:val="968F5EED71B549C29FD790648C6D0985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CCA457C00041E7BA31F89B49535ADC3">
    <w:name w:val="45CCA457C00041E7BA31F89B49535ADC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8EB62424A4D3A874915B3ADBD08393">
    <w:name w:val="E888EB62424A4D3A874915B3ADBD0839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F9E67898BD49E89F3547B3F0F389533">
    <w:name w:val="A4F9E67898BD49E89F3547B3F0F38953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4DF3ABE4C54495959EAECD40B8D74F2">
    <w:name w:val="774DF3ABE4C54495959EAECD40B8D74F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9CB54F43D34C49A56B120DDB492CCF3">
    <w:name w:val="DF9CB54F43D34C49A56B120DDB492CCF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FE6DB818E5405FA51CE7AA12E50D563">
    <w:name w:val="33FE6DB818E5405FA51CE7AA12E50D56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32ECFF3420457DA10E2631C59455B03">
    <w:name w:val="8732ECFF3420457DA10E2631C59455B0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80B24565AD4EC59DB47520157DAD803">
    <w:name w:val="C180B24565AD4EC59DB47520157DAD80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CCFC867EEE4D34A1DDC2F6940ECFF73">
    <w:name w:val="2DCCFC867EEE4D34A1DDC2F6940ECFF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F0AAED6EE74EFFAEA3636465E4643D3">
    <w:name w:val="28F0AAED6EE74EFFAEA3636465E4643D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DF559BA8D9449BB704FCCD11B8C6563">
    <w:name w:val="C0DF559BA8D9449BB704FCCD11B8C656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6249A9849044E8BEE49E1CA3AF49E83">
    <w:name w:val="4F6249A9849044E8BEE49E1CA3AF49E8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9F148D3954628B656A0859BAD44623">
    <w:name w:val="1E99F148D3954628B656A0859BAD4462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CC2B0B98C0417CA925EF46235B38D53">
    <w:name w:val="49CC2B0B98C0417CA925EF46235B38D5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D171C151EE4EEBAE05FE27C561BAB73">
    <w:name w:val="4AD171C151EE4EEBAE05FE27C561BAB7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989EF89D2A4AC3A5E5E69A746215323">
    <w:name w:val="C0989EF89D2A4AC3A5E5E69A74621532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9">
    <w:name w:val="C6C5AA04D5744E5397F5B4C02E599FEC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9">
    <w:name w:val="4261ABEBA6024587BD9BFFA89B86CBAD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9">
    <w:name w:val="9444CF760006459A89EF2B7CE3AFF2D1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9">
    <w:name w:val="A451D5A1F2414B9AB219F05CFB3EC45E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">
    <w:name w:val="6871417A5ECF4F4FA5F5682117266CD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">
    <w:name w:val="2525A8C29CF24ECD9EAACD5559B0D56B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">
    <w:name w:val="291B0967D3354F8ABBCABE81F4CD0193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">
    <w:name w:val="139B1462D4794E338C60031991F1520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2">
    <w:name w:val="9A6CA2AF8DF94CD69E896834E8685256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2">
    <w:name w:val="B4C9C3BD6DAE445585208941AA04C9C7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2">
    <w:name w:val="3DEE5954FCFC406D92213FF305264608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2">
    <w:name w:val="F3513A9A84864C3F9F7588EA499BB78D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1">
    <w:name w:val="4B3E2B0B02804B6B9EB34D06EDE16C2C1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2">
    <w:name w:val="085A5022E14D43D0AAECA4D7B07105ED2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">
    <w:name w:val="FF3F671446BE423C80623186CD492216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">
    <w:name w:val="652B1F901B6E4BD7AD855DEFC0A041DB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">
    <w:name w:val="7394E62410544E4E864820ED4D3FDE16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">
    <w:name w:val="5D569C1B2DF14551979EAD275563853D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">
    <w:name w:val="FE919AA54FBB44B1A5F7342889967CC6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">
    <w:name w:val="90F1AAF87E7647C48C570DCB4B6D815E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">
    <w:name w:val="6471BF55412A49EEA0069A38BEF548D9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">
    <w:name w:val="0DACD686B9984973BF5D5F4D6870AAF4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">
    <w:name w:val="577B2E4128AB4E12AA35D0322564C2CE"/>
    <w:rsid w:val="0033193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64DA2CD2C34DBFA328532985549474">
    <w:name w:val="0764DA2CD2C34DBFA328532985549474"/>
    <w:rsid w:val="0033193A"/>
  </w:style>
  <w:style w:type="paragraph" w:customStyle="1" w:styleId="2124066137484098867A6A4EBE15DF4B">
    <w:name w:val="2124066137484098867A6A4EBE15DF4B"/>
    <w:rsid w:val="0033193A"/>
  </w:style>
  <w:style w:type="paragraph" w:customStyle="1" w:styleId="71C06ABE0FD34BF884B8CD9B95AB9041">
    <w:name w:val="71C06ABE0FD34BF884B8CD9B95AB9041"/>
    <w:rsid w:val="0033193A"/>
  </w:style>
  <w:style w:type="paragraph" w:customStyle="1" w:styleId="8897023ADFBD44C3BB718F7A184144FA">
    <w:name w:val="8897023ADFBD44C3BB718F7A184144FA"/>
    <w:rsid w:val="0033193A"/>
  </w:style>
  <w:style w:type="paragraph" w:customStyle="1" w:styleId="BBC4C44B1BB345A2809FAF82C1D6D436">
    <w:name w:val="BBC4C44B1BB345A2809FAF82C1D6D436"/>
    <w:rsid w:val="0033193A"/>
  </w:style>
  <w:style w:type="paragraph" w:customStyle="1" w:styleId="92AA3BC0912C4285B1AF8D3AA3E6267D">
    <w:name w:val="92AA3BC0912C4285B1AF8D3AA3E6267D"/>
    <w:rsid w:val="0033193A"/>
  </w:style>
  <w:style w:type="paragraph" w:customStyle="1" w:styleId="E03C20D0AC564E049B3D88E959C81C32">
    <w:name w:val="E03C20D0AC564E049B3D88E959C81C32"/>
    <w:rsid w:val="0033193A"/>
  </w:style>
  <w:style w:type="paragraph" w:customStyle="1" w:styleId="627B206A1F114B79923F70D146A387C5">
    <w:name w:val="627B206A1F114B79923F70D146A387C5"/>
    <w:rsid w:val="0033193A"/>
  </w:style>
  <w:style w:type="paragraph" w:customStyle="1" w:styleId="1F7E10A372CF41B6B48CD20F8B9D8888">
    <w:name w:val="1F7E10A372CF41B6B48CD20F8B9D8888"/>
    <w:rsid w:val="0033193A"/>
  </w:style>
  <w:style w:type="paragraph" w:customStyle="1" w:styleId="E818E31203DB4ADBAEA6C68283BE94AE">
    <w:name w:val="E818E31203DB4ADBAEA6C68283BE94AE"/>
    <w:rsid w:val="0033193A"/>
  </w:style>
  <w:style w:type="paragraph" w:customStyle="1" w:styleId="7E444CB5FE3D4B7E8A005265B8BF5543">
    <w:name w:val="7E444CB5FE3D4B7E8A005265B8BF5543"/>
    <w:rsid w:val="0033193A"/>
  </w:style>
  <w:style w:type="paragraph" w:customStyle="1" w:styleId="10713C7F24B9431EB025CD747680B2B8">
    <w:name w:val="10713C7F24B9431EB025CD747680B2B8"/>
    <w:rsid w:val="0033193A"/>
  </w:style>
  <w:style w:type="paragraph" w:customStyle="1" w:styleId="2096B7963D684E9CBB479897EEC255B9">
    <w:name w:val="2096B7963D684E9CBB479897EEC255B9"/>
    <w:rsid w:val="0033193A"/>
  </w:style>
  <w:style w:type="paragraph" w:customStyle="1" w:styleId="09F4C42A6EEB42DD80A561F6D33C3113">
    <w:name w:val="09F4C42A6EEB42DD80A561F6D33C3113"/>
    <w:rsid w:val="0033193A"/>
  </w:style>
  <w:style w:type="paragraph" w:customStyle="1" w:styleId="AD435D26B4624747B8D9967626FC7B03">
    <w:name w:val="AD435D26B4624747B8D9967626FC7B03"/>
    <w:rsid w:val="0033193A"/>
  </w:style>
  <w:style w:type="paragraph" w:customStyle="1" w:styleId="649FBF3CDE1C494599737C2E4204C5AD">
    <w:name w:val="649FBF3CDE1C494599737C2E4204C5AD"/>
    <w:rsid w:val="0033193A"/>
  </w:style>
  <w:style w:type="paragraph" w:customStyle="1" w:styleId="C3A61D616D7E4D0687C040896A01549C">
    <w:name w:val="C3A61D616D7E4D0687C040896A01549C"/>
    <w:rsid w:val="0033193A"/>
  </w:style>
  <w:style w:type="paragraph" w:customStyle="1" w:styleId="D8593657106B4AC19998D0BCEE9574182">
    <w:name w:val="D8593657106B4AC19998D0BCEE95741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48A62CF077499B809826F5BE352D452">
    <w:name w:val="2C48A62CF077499B809826F5BE352D4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4">
    <w:name w:val="C6C5AA04D5744E5397F5B4C02E599FEC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4">
    <w:name w:val="4261ABEBA6024587BD9BFFA89B86CBAD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4">
    <w:name w:val="9444CF760006459A89EF2B7CE3AFF2D1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4">
    <w:name w:val="A451D5A1F2414B9AB219F05CFB3EC45E4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F4C42A6EEB42DD80A561F6D33C31135">
    <w:name w:val="09F4C42A6EEB42DD80A561F6D33C311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35D26B4624747B8D9967626FC7B035">
    <w:name w:val="AD435D26B4624747B8D9967626FC7B0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9FBF3CDE1C494599737C2E4204C5AD5">
    <w:name w:val="649FBF3CDE1C494599737C2E4204C5A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3A61D616D7E4D0687C040896A01549C5">
    <w:name w:val="C3A61D616D7E4D0687C040896A01549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AE8D0FB3404A9081F607D8EBA0D2A82">
    <w:name w:val="1EAE8D0FB3404A9081F607D8EBA0D2A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0893BB9864CF3A5FD5EF6FC4BC2D22">
    <w:name w:val="EAB0893BB9864CF3A5FD5EF6FC4BC2D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F1EB74A2FD4752917F2F39F815AC512">
    <w:name w:val="04F1EB74A2FD4752917F2F39F815AC5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E8BAE23C17418F8A9B9301B501A4BD2">
    <w:name w:val="03E8BAE23C17418F8A9B9301B501A4B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8DBB1BD51A4506A10064EABEF29AB32">
    <w:name w:val="588DBB1BD51A4506A10064EABEF29AB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4DD9015F8946FC87608BC881F34E632">
    <w:name w:val="A74DD9015F8946FC87608BC881F34E6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181D53E55E4B93BCD9DEB679B58CBF2">
    <w:name w:val="BA181D53E55E4B93BCD9DEB679B58CB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14199E358E4DEE889A194806C602302">
    <w:name w:val="3514199E358E4DEE889A194806C6023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C427CBCF874D7FA13A2675613368252">
    <w:name w:val="24C427CBCF874D7FA13A26756133682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47B4342BF44C208F687DC75F792D852">
    <w:name w:val="9D47B4342BF44C208F687DC75F792D8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4A2794906D4AF8B16CB2CA8955374D2">
    <w:name w:val="654A2794906D4AF8B16CB2CA8955374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8CCF49B6D04A9ABD727E0884E29C9D2">
    <w:name w:val="938CCF49B6D04A9ABD727E0884E29C9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71417A5ECF4F4FA5F5682117266CD25">
    <w:name w:val="6871417A5ECF4F4FA5F5682117266CD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25A8C29CF24ECD9EAACD5559B0D56B5">
    <w:name w:val="2525A8C29CF24ECD9EAACD5559B0D56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0967D3354F8ABBCABE81F4CD01935">
    <w:name w:val="291B0967D3354F8ABBCABE81F4CD019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9B1462D4794E338C60031991F152025">
    <w:name w:val="139B1462D4794E338C60031991F1520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24066137484098867A6A4EBE15DF4B5">
    <w:name w:val="2124066137484098867A6A4EBE15DF4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06ABE0FD34BF884B8CD9B95AB90415">
    <w:name w:val="71C06ABE0FD34BF884B8CD9B95AB9041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97023ADFBD44C3BB718F7A184144FA5">
    <w:name w:val="8897023ADFBD44C3BB718F7A184144FA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C4C44B1BB345A2809FAF82C1D6D4365">
    <w:name w:val="BBC4C44B1BB345A2809FAF82C1D6D43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68C62238484DB6A715603E94640D142">
    <w:name w:val="4E68C62238484DB6A715603E94640D1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F118206DEA4B4EA7E434CF7C8282D82">
    <w:name w:val="06F118206DEA4B4EA7E434CF7C8282D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3B24C7E1954657BAD634E2154DC4B02">
    <w:name w:val="693B24C7E1954657BAD634E2154DC4B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3A853215714F3AABF2252901FB9D912">
    <w:name w:val="343A853215714F3AABF2252901FB9D9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A83FDB11AC4884B8E29521BBB9FE522">
    <w:name w:val="6DA83FDB11AC4884B8E29521BBB9FE5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9F434EA97C4A8E92C07B199F7ABB352">
    <w:name w:val="E29F434EA97C4A8E92C07B199F7ABB3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F1D566378D4137AF83E0F278F7CF0D2">
    <w:name w:val="CBF1D566378D4137AF83E0F278F7CF0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7827819FF458F942C25CD27569E582">
    <w:name w:val="6BB7827819FF458F942C25CD27569E5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3BB274B49A4F17A021640B275CBAAC2">
    <w:name w:val="353BB274B49A4F17A021640B275CBAA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E315797D81445DB34AE1DA82424FD42">
    <w:name w:val="E3E315797D81445DB34AE1DA82424FD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BA5EAFD3E424AA732EA49A0BD9D0A2">
    <w:name w:val="EAEBA5EAFD3E424AA732EA49A0BD9D0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41045663FE4FA7BDB896D3BECFB11F2">
    <w:name w:val="D141045663FE4FA7BDB896D3BECFB11F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F2A5BA8A4EAEB758F6BCE8D87BF62">
    <w:name w:val="6199F2A5BA8A4EAEB758F6BCE8D87BF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7B9CF44AE945CBB31712A7F8D2DF692">
    <w:name w:val="9F7B9CF44AE945CBB31712A7F8D2DF6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7C286F2E74597B8295B0DA3149F232">
    <w:name w:val="40C7C286F2E74597B8295B0DA3149F2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E74ECC14244370A8BC68258C8F93632">
    <w:name w:val="2FE74ECC14244370A8BC68258C8F936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CA2AF8DF94CD69E896834E86852565">
    <w:name w:val="9A6CA2AF8DF94CD69E896834E868525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9C3BD6DAE445585208941AA04C9C75">
    <w:name w:val="B4C9C3BD6DAE445585208941AA04C9C7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EE5954FCFC406D92213FF3052646085">
    <w:name w:val="3DEE5954FCFC406D92213FF30526460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13A9A84864C3F9F7588EA499BB78D5">
    <w:name w:val="F3513A9A84864C3F9F7588EA499BB78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3E2B0B02804B6B9EB34D06EDE16C2C5">
    <w:name w:val="4B3E2B0B02804B6B9EB34D06EDE16C2C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5A5022E14D43D0AAECA4D7B07105ED5">
    <w:name w:val="085A5022E14D43D0AAECA4D7B07105E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03C20D0AC564E049B3D88E959C81C325">
    <w:name w:val="E03C20D0AC564E049B3D88E959C81C32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7B206A1F114B79923F70D146A387C55">
    <w:name w:val="627B206A1F114B79923F70D146A387C5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7E10A372CF41B6B48CD20F8B9D88885">
    <w:name w:val="1F7E10A372CF41B6B48CD20F8B9D888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8E31203DB4ADBAEA6C68283BE94AE5">
    <w:name w:val="E818E31203DB4ADBAEA6C68283BE94A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444CB5FE3D4B7E8A005265B8BF55435">
    <w:name w:val="7E444CB5FE3D4B7E8A005265B8BF5543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713C7F24B9431EB025CD747680B2B85">
    <w:name w:val="10713C7F24B9431EB025CD747680B2B8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80F967A6FA466D94FA9F00370D0F212">
    <w:name w:val="F580F967A6FA466D94FA9F00370D0F2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272D428C44BE1949E3D168527DE972">
    <w:name w:val="91F272D428C44BE1949E3D168527DE9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AE02CE171648B881F14805B40254A02">
    <w:name w:val="06AE02CE171648B881F14805B40254A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10714B2DB34147BCB9387D38009F532">
    <w:name w:val="8D10714B2DB34147BCB9387D38009F53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0A6527A87543CF8A81993E626718742">
    <w:name w:val="280A6527A87543CF8A81993E626718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5B1F2154C4935A4C95444B97C44AD2">
    <w:name w:val="D605B1F2154C4935A4C95444B97C44AD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1CBB68DA324248837B10D303DA9D012">
    <w:name w:val="3A1CBB68DA324248837B10D303DA9D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9B1F060A094902B320A7584AAFEF502">
    <w:name w:val="5C9B1F060A094902B320A7584AAFEF5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B1A17687024D828E35C98280CC8FCB2">
    <w:name w:val="01B1A17687024D828E35C98280CC8FCB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C8AAE0354BD283E3E92D5348BD742">
    <w:name w:val="3DFBC8AAE0354BD283E3E92D5348BD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72EDAA93DA45EF9083FEE6A203B43A2">
    <w:name w:val="4172EDAA93DA45EF9083FEE6A203B43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99E066C6543F1807498C9131D96D62">
    <w:name w:val="24699E066C6543F1807498C9131D96D6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AC52E2BDD441E3AB82CF57381860992">
    <w:name w:val="7DAC52E2BDD441E3AB82CF573818609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880A611FD94ECBB9AE63F3672EAAF92">
    <w:name w:val="49880A611FD94ECBB9AE63F3672EAAF9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40C9FDD0EB42C58F21AAE1414E0F412">
    <w:name w:val="CE40C9FDD0EB42C58F21AAE1414E0F4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339A162EFD4FD1992577EA2861B9622">
    <w:name w:val="A2339A162EFD4FD1992577EA2861B96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3AE5D6500D45ADBD1E8009EAA63A172">
    <w:name w:val="5A3AE5D6500D45ADBD1E8009EAA63A17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5E5ED1F91D41CE93BD93454EFF05082">
    <w:name w:val="6A5E5ED1F91D41CE93BD93454EFF050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3F671446BE423C80623186CD4922165">
    <w:name w:val="FF3F671446BE423C80623186CD49221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2B1F901B6E4BD7AD855DEFC0A041DB5">
    <w:name w:val="652B1F901B6E4BD7AD855DEFC0A041DB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94E62410544E4E864820ED4D3FDE165">
    <w:name w:val="7394E62410544E4E864820ED4D3FDE1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C1B2DF14551979EAD275563853D5">
    <w:name w:val="5D569C1B2DF14551979EAD275563853D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919AA54FBB44B1A5F7342889967CC65">
    <w:name w:val="FE919AA54FBB44B1A5F7342889967CC6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F1AAF87E7647C48C570DCB4B6D815E5">
    <w:name w:val="90F1AAF87E7647C48C570DCB4B6D815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71BF55412A49EEA0069A38BEF548D95">
    <w:name w:val="6471BF55412A49EEA0069A38BEF548D9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ACD686B9984973BF5D5F4D6870AAF45">
    <w:name w:val="0DACD686B9984973BF5D5F4D6870AAF4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BA832256854304B5BA96F88B3D4A742">
    <w:name w:val="23BA832256854304B5BA96F88B3D4A7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6FAE9296A54BEBACA366E9D9A45B942">
    <w:name w:val="246FAE9296A54BEBACA366E9D9A45B94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394E2CBAB483695D083584DBE3A922">
    <w:name w:val="0BB394E2CBAB483695D083584DBE3A92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86FEA1F74C42C589A364B14C1A71802">
    <w:name w:val="1E86FEA1F74C42C589A364B14C1A7180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904F70EDBB4A8499ACAB806266E31C2">
    <w:name w:val="96904F70EDBB4A8499ACAB806266E31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EE657D716E4EB3B1A39EBE7A4356D52">
    <w:name w:val="36EE657D716E4EB3B1A39EBE7A4356D5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9ED2F3DBD44680A75139320ED952782">
    <w:name w:val="639ED2F3DBD44680A75139320ED95278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DAA2E057714914BB58B204C08DB4012">
    <w:name w:val="49DAA2E057714914BB58B204C08DB401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D0C39C19EF4A02A8A1695A367211AC2">
    <w:name w:val="ECD0C39C19EF4A02A8A1695A367211A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6696D04F9C24F0598E6FD7DC348E7DC2">
    <w:name w:val="E6696D04F9C24F0598E6FD7DC348E7DC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694D3353584FF29930D9C9C5AAE69E2">
    <w:name w:val="0C694D3353584FF29930D9C9C5AAE69E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1C2E5102414D6E88120DA305E5098A2">
    <w:name w:val="D41C2E5102414D6E88120DA305E5098A2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7B2E4128AB4E12AA35D0322564C2CE5">
    <w:name w:val="577B2E4128AB4E12AA35D0322564C2CE5"/>
    <w:rsid w:val="00157EEC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3225C1-F01B-4ACF-AFFB-D1E2271DC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17</Pages>
  <Words>2892</Words>
  <Characters>16488</Characters>
  <Application>Microsoft Office Word</Application>
  <DocSecurity>8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4</cp:revision>
  <dcterms:created xsi:type="dcterms:W3CDTF">2026-08-20T11:15:00Z</dcterms:created>
  <dcterms:modified xsi:type="dcterms:W3CDTF">2026-09-09T11:45:00Z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