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681E3F1C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AE6269">
        <w:rPr>
          <w:b/>
          <w:bCs/>
          <w:sz w:val="40"/>
          <w:szCs w:val="40"/>
        </w:rPr>
        <w:t>Endocrinology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4C98232" w:rsidR="009E4AEB" w:rsidRPr="00597958" w:rsidRDefault="00846BF0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9E4AEB" w:rsidRPr="00597958">
              <w:rPr>
                <w:b/>
                <w:bCs/>
              </w:rPr>
              <w:t>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1A1D3AE0">
                <wp:simplePos x="0" y="0"/>
                <wp:positionH relativeFrom="margin">
                  <wp:align>right</wp:align>
                </wp:positionH>
                <wp:positionV relativeFrom="paragraph">
                  <wp:posOffset>2589861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5D9141B2" w:rsidR="002931FF" w:rsidRPr="002B7062" w:rsidRDefault="002B7062" w:rsidP="002B706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>Please adhere to the word limit guidelines where provided. Any word count exceeding the limit will be disregarded.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203.9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7m/hs&#10;3QAAAAgBAAAPAAAAAAAAAAAAAAAAAGgEAABkcnMvZG93bnJldi54bWxQSwUGAAAAAAQABADzAAAA&#10;cgUAAAAA&#10;">
                <v:textbox style="mso-fit-shape-to-text:t">
                  <w:txbxContent>
                    <w:p w14:paraId="0B7A552B" w14:textId="5D9141B2" w:rsidR="002931FF" w:rsidRPr="002B7062" w:rsidRDefault="002B7062" w:rsidP="002B7062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>Please adhere to the word limit guidelines where provided. Any word count exceeding the limit will be disregarded.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3F6142D" w14:textId="77777777" w:rsidR="00846BF0" w:rsidRPr="00846BF0" w:rsidRDefault="00846BF0" w:rsidP="00846BF0">
      <w:pPr>
        <w:pStyle w:val="Heading1"/>
      </w:pPr>
      <w:r w:rsidRPr="00846BF0">
        <w:lastRenderedPageBreak/>
        <w:t>Career Objective / Personal Statement</w:t>
      </w:r>
    </w:p>
    <w:p w14:paraId="7270FBE1" w14:textId="77777777" w:rsidR="00846BF0" w:rsidRDefault="00846BF0" w:rsidP="00846BF0">
      <w:pPr>
        <w:rPr>
          <w:b/>
          <w:bCs/>
        </w:rPr>
      </w:pPr>
      <w:r w:rsidRPr="00846BF0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rPr>
          <w:b/>
          <w:bCs/>
        </w:rPr>
        <w:id w:val="-1539039204"/>
        <w:placeholder>
          <w:docPart w:val="1973371A8D2C4998BA95EC51176AF146"/>
        </w:placeholder>
        <w:showingPlcHdr/>
      </w:sdtPr>
      <w:sdtContent>
        <w:p w14:paraId="21497E6C" w14:textId="31D80EF5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18146BAE" w14:textId="77777777" w:rsidR="00846BF0" w:rsidRDefault="00846BF0" w:rsidP="00846BF0"/>
    <w:p w14:paraId="73ED809F" w14:textId="619479E0" w:rsidR="00214ECC" w:rsidRDefault="003729FB" w:rsidP="001C17E4">
      <w:pPr>
        <w:pStyle w:val="Heading1"/>
      </w:pPr>
      <w:r>
        <w:t>Commitment to Specialty &amp; Career Motivation</w:t>
      </w:r>
    </w:p>
    <w:p w14:paraId="3808862C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</w:t>
      </w:r>
      <w:r w:rsidR="002D7D98" w:rsidRPr="00597958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B918E70" w14:textId="4FEC28B6" w:rsidR="00846BF0" w:rsidRDefault="00846BF0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experiences have influenced your decision to pursue this area? (200 words)</w:t>
      </w:r>
    </w:p>
    <w:sdt>
      <w:sdtPr>
        <w:id w:val="407199932"/>
        <w:placeholder>
          <w:docPart w:val="94E8F653D53247E1B8E2E6FDB4253F14"/>
        </w:placeholder>
        <w:showingPlcHdr/>
      </w:sdtPr>
      <w:sdtContent>
        <w:p w14:paraId="471A4DB6" w14:textId="3655BCCF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51C12F35" w14:textId="470024D3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D446B95" w14:textId="156007D2" w:rsidR="007C3707" w:rsidRDefault="00846BF0" w:rsidP="00846BF0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(200 words)</w:t>
      </w:r>
    </w:p>
    <w:sdt>
      <w:sdtPr>
        <w:id w:val="-1794284309"/>
        <w:placeholder>
          <w:docPart w:val="CACC5CEF68B44EA4B81A05F295833853"/>
        </w:placeholder>
        <w:showingPlcHdr/>
      </w:sdtPr>
      <w:sdtContent>
        <w:p w14:paraId="1218BEFA" w14:textId="77EB5171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355709AB" w14:textId="77777777" w:rsidR="002B7062" w:rsidRDefault="002B7062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6E6860D0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45EC413B" w14:textId="77777777" w:rsidR="00846BF0" w:rsidRDefault="00846BF0" w:rsidP="00846BF0"/>
    <w:p w14:paraId="75B4FEB0" w14:textId="541B1391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2C9A4BD3" w:rsidR="00B16633" w:rsidRDefault="00F5584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0E52B24A" w:rsidR="00B16633" w:rsidRDefault="00F5584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3B6DA21D" w:rsidR="00B16633" w:rsidRDefault="00F5584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0EB1D923" w:rsidR="00B16633" w:rsidRDefault="00F5584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1B044648" w:rsidR="00B16633" w:rsidRDefault="00F5584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501E93FF" w:rsidR="00B16633" w:rsidRDefault="00F5584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4D1F0815" w:rsidR="00B16633" w:rsidRDefault="00F5584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0B7B2D84" w:rsidR="00B16633" w:rsidRDefault="00F5584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1D75F36B" w:rsidR="00B16633" w:rsidRDefault="00F55840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578AB6FF" w:rsidR="00B16633" w:rsidRDefault="00F55840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10B72B35" w:rsidR="00B16633" w:rsidRDefault="00F55840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6309A0A9" w:rsidR="00B16633" w:rsidRDefault="00F55840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77777777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6007E020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3617523D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58F2D599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224F5815" w:rsidR="002E140B" w:rsidRDefault="002E140B" w:rsidP="002E140B"/>
        </w:tc>
      </w:tr>
      <w:tr w:rsidR="002B7062" w14:paraId="6B998C38" w14:textId="77777777" w:rsidTr="00E70F08">
        <w:tc>
          <w:tcPr>
            <w:tcW w:w="9350" w:type="dxa"/>
            <w:gridSpan w:val="2"/>
          </w:tcPr>
          <w:p w14:paraId="32D334B3" w14:textId="58F062ED" w:rsidR="002B7062" w:rsidRDefault="002B7062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731692237"/>
                <w:placeholder>
                  <w:docPart w:val="A8715A0E00454E419827C8ECD2760C82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7062" w14:paraId="6BD91370" w14:textId="77777777" w:rsidTr="002E140B">
        <w:tc>
          <w:tcPr>
            <w:tcW w:w="2547" w:type="dxa"/>
          </w:tcPr>
          <w:p w14:paraId="7CA52E56" w14:textId="77777777" w:rsidR="002B7062" w:rsidRDefault="002B7062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428073735"/>
            <w:placeholder>
              <w:docPart w:val="5D08DE558C7547158A2A669C220B434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7EF8BF5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5328144B" w14:textId="77777777" w:rsidTr="002E140B">
        <w:tc>
          <w:tcPr>
            <w:tcW w:w="2547" w:type="dxa"/>
          </w:tcPr>
          <w:p w14:paraId="01CB9CF0" w14:textId="77777777" w:rsidR="002B7062" w:rsidRDefault="002B7062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121653672"/>
            <w:placeholder>
              <w:docPart w:val="B3869D3D28744929AC14D0F4A4E6622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B50505E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39FA30D1" w14:textId="77777777" w:rsidTr="002E140B">
        <w:tc>
          <w:tcPr>
            <w:tcW w:w="2547" w:type="dxa"/>
          </w:tcPr>
          <w:p w14:paraId="439F729D" w14:textId="77777777" w:rsidR="002B7062" w:rsidRDefault="002B7062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806889940"/>
            <w:placeholder>
              <w:docPart w:val="CBA927FA998A4B2C80184798E5B926FD"/>
            </w:placeholder>
            <w:showingPlcHdr/>
          </w:sdtPr>
          <w:sdtContent>
            <w:tc>
              <w:tcPr>
                <w:tcW w:w="6803" w:type="dxa"/>
              </w:tcPr>
              <w:p w14:paraId="56FCC40E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4B2980FE" w14:textId="77777777" w:rsidTr="002E140B">
        <w:tc>
          <w:tcPr>
            <w:tcW w:w="2547" w:type="dxa"/>
          </w:tcPr>
          <w:p w14:paraId="4E2F92B3" w14:textId="77777777" w:rsidR="002B7062" w:rsidRDefault="002B7062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2077811928"/>
            <w:placeholder>
              <w:docPart w:val="B7DBB368D0244699A4C1C6DB30CC2CB4"/>
            </w:placeholder>
            <w:showingPlcHdr/>
          </w:sdtPr>
          <w:sdtContent>
            <w:tc>
              <w:tcPr>
                <w:tcW w:w="6803" w:type="dxa"/>
              </w:tcPr>
              <w:p w14:paraId="121BAF87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20B579C8" w14:textId="77777777" w:rsidTr="002E140B">
        <w:tc>
          <w:tcPr>
            <w:tcW w:w="2547" w:type="dxa"/>
            <w:vAlign w:val="center"/>
          </w:tcPr>
          <w:p w14:paraId="12467DE6" w14:textId="77777777" w:rsidR="002B7062" w:rsidRDefault="002B7062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61281112"/>
            <w:placeholder>
              <w:docPart w:val="B4B13FF8A5D94356A42D6CB169EA8F40"/>
            </w:placeholder>
            <w:showingPlcHdr/>
          </w:sdtPr>
          <w:sdtContent>
            <w:tc>
              <w:tcPr>
                <w:tcW w:w="6803" w:type="dxa"/>
              </w:tcPr>
              <w:p w14:paraId="35588A11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24A47D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D0DABB2" w14:textId="77777777" w:rsidR="002B7062" w:rsidRDefault="002B7062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196966567"/>
            <w:placeholder>
              <w:docPart w:val="49ED45FA8D814DA1A6967C3200BA3B18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080B4CA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1E669261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64FDB9" w14:textId="3DC21019" w:rsidR="002B7062" w:rsidRDefault="002B7062" w:rsidP="002E140B"/>
        </w:tc>
      </w:tr>
      <w:tr w:rsidR="002B7062" w14:paraId="28ED456F" w14:textId="77777777" w:rsidTr="00E70F08">
        <w:tc>
          <w:tcPr>
            <w:tcW w:w="9350" w:type="dxa"/>
            <w:gridSpan w:val="2"/>
          </w:tcPr>
          <w:p w14:paraId="4267F34A" w14:textId="338F1028" w:rsidR="002B7062" w:rsidRDefault="002B7062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70641902"/>
                <w:placeholder>
                  <w:docPart w:val="CCEFBF2BE3544710B11D005BC938361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7062" w14:paraId="6B602F51" w14:textId="77777777" w:rsidTr="002E140B">
        <w:tc>
          <w:tcPr>
            <w:tcW w:w="2547" w:type="dxa"/>
          </w:tcPr>
          <w:p w14:paraId="318D8E37" w14:textId="77777777" w:rsidR="002B7062" w:rsidRDefault="002B7062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37544475"/>
            <w:placeholder>
              <w:docPart w:val="F64D0B9530664791806CCC2EDAAB131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E95941F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433BE552" w14:textId="77777777" w:rsidTr="002E140B">
        <w:tc>
          <w:tcPr>
            <w:tcW w:w="2547" w:type="dxa"/>
          </w:tcPr>
          <w:p w14:paraId="64043042" w14:textId="77777777" w:rsidR="002B7062" w:rsidRDefault="002B7062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477727773"/>
            <w:placeholder>
              <w:docPart w:val="E06EBFF3B8244CD28BD7F9CB8B9D6E9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FBC3B4E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131C3BC0" w14:textId="77777777" w:rsidTr="002E140B">
        <w:tc>
          <w:tcPr>
            <w:tcW w:w="2547" w:type="dxa"/>
          </w:tcPr>
          <w:p w14:paraId="6BD9474A" w14:textId="77777777" w:rsidR="002B7062" w:rsidRDefault="002B7062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332608696"/>
            <w:placeholder>
              <w:docPart w:val="0B54FD4AC9B14CEEA6A78BD8DF1563EC"/>
            </w:placeholder>
            <w:showingPlcHdr/>
          </w:sdtPr>
          <w:sdtContent>
            <w:tc>
              <w:tcPr>
                <w:tcW w:w="6803" w:type="dxa"/>
              </w:tcPr>
              <w:p w14:paraId="0990CD2F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5F0904B5" w14:textId="77777777" w:rsidTr="002E140B">
        <w:tc>
          <w:tcPr>
            <w:tcW w:w="2547" w:type="dxa"/>
          </w:tcPr>
          <w:p w14:paraId="3D2CE6A7" w14:textId="77777777" w:rsidR="002B7062" w:rsidRDefault="002B7062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228844544"/>
            <w:placeholder>
              <w:docPart w:val="64DFE33ADECF49EF8A0FF8576381B3D0"/>
            </w:placeholder>
            <w:showingPlcHdr/>
          </w:sdtPr>
          <w:sdtContent>
            <w:tc>
              <w:tcPr>
                <w:tcW w:w="6803" w:type="dxa"/>
              </w:tcPr>
              <w:p w14:paraId="7E996D74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1B820DD1" w14:textId="77777777" w:rsidTr="002E140B">
        <w:tc>
          <w:tcPr>
            <w:tcW w:w="2547" w:type="dxa"/>
            <w:vAlign w:val="center"/>
          </w:tcPr>
          <w:p w14:paraId="78068079" w14:textId="77777777" w:rsidR="002B7062" w:rsidRDefault="002B7062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957299938"/>
            <w:placeholder>
              <w:docPart w:val="8E085BFF98084FE18F1E6E3D7589D4ED"/>
            </w:placeholder>
            <w:showingPlcHdr/>
          </w:sdtPr>
          <w:sdtContent>
            <w:tc>
              <w:tcPr>
                <w:tcW w:w="6803" w:type="dxa"/>
              </w:tcPr>
              <w:p w14:paraId="2C7B914D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145D878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758D268" w14:textId="77777777" w:rsidR="002B7062" w:rsidRDefault="002B7062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754473506"/>
            <w:placeholder>
              <w:docPart w:val="22C82DD96420490E8F45DB324B055C00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558CC48F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4683D14F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2611C0" w14:textId="49CF5F7D" w:rsidR="002B7062" w:rsidRDefault="002B7062" w:rsidP="002E140B"/>
        </w:tc>
      </w:tr>
      <w:tr w:rsidR="002B7062" w14:paraId="58D24F86" w14:textId="77777777" w:rsidTr="00E70F08">
        <w:tc>
          <w:tcPr>
            <w:tcW w:w="9350" w:type="dxa"/>
            <w:gridSpan w:val="2"/>
          </w:tcPr>
          <w:p w14:paraId="7710C13E" w14:textId="7C373882" w:rsidR="002B7062" w:rsidRDefault="002B7062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500347391"/>
                <w:placeholder>
                  <w:docPart w:val="DA2857A9892145A3B22B1868406467A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7062" w14:paraId="005760BE" w14:textId="77777777" w:rsidTr="002E140B">
        <w:tc>
          <w:tcPr>
            <w:tcW w:w="2547" w:type="dxa"/>
          </w:tcPr>
          <w:p w14:paraId="1741A604" w14:textId="77777777" w:rsidR="002B7062" w:rsidRDefault="002B7062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943380922"/>
            <w:placeholder>
              <w:docPart w:val="47908664CE9E44F39F1D961540B463C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8AB53A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1D19E5E9" w14:textId="77777777" w:rsidTr="002E140B">
        <w:tc>
          <w:tcPr>
            <w:tcW w:w="2547" w:type="dxa"/>
          </w:tcPr>
          <w:p w14:paraId="3327175D" w14:textId="77777777" w:rsidR="002B7062" w:rsidRDefault="002B7062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654991235"/>
            <w:placeholder>
              <w:docPart w:val="47214EFD93B240AAAF980BE50A38A92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DB8296B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3C6567A7" w14:textId="77777777" w:rsidTr="002E140B">
        <w:tc>
          <w:tcPr>
            <w:tcW w:w="2547" w:type="dxa"/>
          </w:tcPr>
          <w:p w14:paraId="0595CED3" w14:textId="77777777" w:rsidR="002B7062" w:rsidRDefault="002B7062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393972862"/>
            <w:placeholder>
              <w:docPart w:val="A2642486D7C54A6D9EDF169D99D81D77"/>
            </w:placeholder>
            <w:showingPlcHdr/>
          </w:sdtPr>
          <w:sdtContent>
            <w:tc>
              <w:tcPr>
                <w:tcW w:w="6803" w:type="dxa"/>
              </w:tcPr>
              <w:p w14:paraId="5F2C2A73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11A06D15" w14:textId="77777777" w:rsidTr="002E140B">
        <w:tc>
          <w:tcPr>
            <w:tcW w:w="2547" w:type="dxa"/>
          </w:tcPr>
          <w:p w14:paraId="19463E66" w14:textId="77777777" w:rsidR="002B7062" w:rsidRDefault="002B7062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83545241"/>
            <w:placeholder>
              <w:docPart w:val="AC86F02D5A8145C4B07E96F567D8E848"/>
            </w:placeholder>
            <w:showingPlcHdr/>
          </w:sdtPr>
          <w:sdtContent>
            <w:tc>
              <w:tcPr>
                <w:tcW w:w="6803" w:type="dxa"/>
              </w:tcPr>
              <w:p w14:paraId="36D48288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395797BB" w14:textId="77777777" w:rsidTr="002E140B">
        <w:tc>
          <w:tcPr>
            <w:tcW w:w="2547" w:type="dxa"/>
            <w:vAlign w:val="center"/>
          </w:tcPr>
          <w:p w14:paraId="528571A7" w14:textId="77777777" w:rsidR="002B7062" w:rsidRDefault="002B7062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83380821"/>
            <w:placeholder>
              <w:docPart w:val="D594B19CEA5C428D970D08AF45507411"/>
            </w:placeholder>
            <w:showingPlcHdr/>
          </w:sdtPr>
          <w:sdtContent>
            <w:tc>
              <w:tcPr>
                <w:tcW w:w="6803" w:type="dxa"/>
              </w:tcPr>
              <w:p w14:paraId="64660841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79A6DAA2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064ACE9" w14:textId="77777777" w:rsidR="002B7062" w:rsidRDefault="002B7062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105573965"/>
            <w:placeholder>
              <w:docPart w:val="58F88C3D882E45DDB9B91CE8F65A22B1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14A4786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59813AF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1E7BD4" w14:textId="3C59E736" w:rsidR="002B7062" w:rsidRDefault="002B7062" w:rsidP="002E140B"/>
        </w:tc>
      </w:tr>
    </w:tbl>
    <w:p w14:paraId="626F0AF4" w14:textId="77777777" w:rsidR="002B7062" w:rsidRDefault="002B7062">
      <w:pPr>
        <w:pStyle w:val="Heading1"/>
      </w:pPr>
    </w:p>
    <w:p w14:paraId="10A97F72" w14:textId="77777777" w:rsidR="002B7062" w:rsidRDefault="002B7062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59042FC5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69F947C5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4631D6A2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  <w:gridSpan w:val="2"/>
          </w:tcPr>
          <w:p w14:paraId="3216CF1D" w14:textId="674CF1BA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4EB094E5" w:rsidR="002931FF" w:rsidRDefault="002931FF" w:rsidP="002D7D98"/>
        </w:tc>
      </w:tr>
      <w:tr w:rsidR="002B7062" w14:paraId="63CE9EF0" w14:textId="77777777" w:rsidTr="0019370D">
        <w:tc>
          <w:tcPr>
            <w:tcW w:w="9350" w:type="dxa"/>
            <w:gridSpan w:val="2"/>
          </w:tcPr>
          <w:p w14:paraId="1DBFD803" w14:textId="660E18FB" w:rsidR="002B7062" w:rsidRDefault="002B7062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504815096"/>
                <w:placeholder>
                  <w:docPart w:val="54B9638400254046BD45258B01690E6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7062" w14:paraId="43182D72" w14:textId="77777777" w:rsidTr="00A0792E">
        <w:tc>
          <w:tcPr>
            <w:tcW w:w="2830" w:type="dxa"/>
            <w:vAlign w:val="center"/>
          </w:tcPr>
          <w:p w14:paraId="08B451B4" w14:textId="77777777" w:rsidR="002B7062" w:rsidRDefault="002B7062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2039852259"/>
            <w:placeholder>
              <w:docPart w:val="B2F0315444E04BF9974B11301E100C3D"/>
            </w:placeholder>
            <w:showingPlcHdr/>
          </w:sdtPr>
          <w:sdtContent>
            <w:tc>
              <w:tcPr>
                <w:tcW w:w="6520" w:type="dxa"/>
              </w:tcPr>
              <w:p w14:paraId="08AF2B2E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2093152E" w14:textId="77777777" w:rsidTr="00A0792E">
        <w:tc>
          <w:tcPr>
            <w:tcW w:w="2830" w:type="dxa"/>
            <w:vAlign w:val="center"/>
          </w:tcPr>
          <w:p w14:paraId="11944EED" w14:textId="77777777" w:rsidR="002B7062" w:rsidRDefault="002B7062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1A48BC7" w14:textId="77777777" w:rsidR="002B7062" w:rsidRDefault="002B7062" w:rsidP="002D7D98">
            <w:r>
              <w:t xml:space="preserve">Yes </w:t>
            </w:r>
            <w:sdt>
              <w:sdtPr>
                <w:id w:val="-46937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907500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12197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532713F7" w14:textId="77777777" w:rsidTr="00A0792E">
        <w:tc>
          <w:tcPr>
            <w:tcW w:w="2830" w:type="dxa"/>
            <w:vAlign w:val="center"/>
          </w:tcPr>
          <w:p w14:paraId="45A04EEB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797337666"/>
            <w:placeholder>
              <w:docPart w:val="43005F9EADEB40F898C984EE1E0B436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2005E1C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46F2EC59" w14:textId="77777777" w:rsidTr="00A0792E">
        <w:tc>
          <w:tcPr>
            <w:tcW w:w="2830" w:type="dxa"/>
            <w:vAlign w:val="center"/>
          </w:tcPr>
          <w:p w14:paraId="1D35C2A0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504008555"/>
            <w:placeholder>
              <w:docPart w:val="ED619C9F15464B07849FFD5A91AB497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2782A13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2D8B366F" w14:textId="77777777" w:rsidTr="00A0792E">
        <w:tc>
          <w:tcPr>
            <w:tcW w:w="2830" w:type="dxa"/>
            <w:vAlign w:val="center"/>
          </w:tcPr>
          <w:p w14:paraId="7061FD2D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7A3AA84C" w14:textId="77777777" w:rsidR="002B7062" w:rsidRDefault="002B7062" w:rsidP="00CD745A"/>
        </w:tc>
        <w:sdt>
          <w:sdtPr>
            <w:id w:val="-1433431335"/>
            <w:placeholder>
              <w:docPart w:val="04BFF80222C94F178B432FC07EE64037"/>
            </w:placeholder>
            <w:showingPlcHdr/>
          </w:sdtPr>
          <w:sdtContent>
            <w:tc>
              <w:tcPr>
                <w:tcW w:w="6520" w:type="dxa"/>
              </w:tcPr>
              <w:p w14:paraId="37575CAD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49C790D6" w14:textId="77777777" w:rsidTr="00A0792E">
        <w:tc>
          <w:tcPr>
            <w:tcW w:w="2830" w:type="dxa"/>
            <w:vAlign w:val="center"/>
          </w:tcPr>
          <w:p w14:paraId="50B41524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279BF799" w14:textId="77777777" w:rsidR="002B7062" w:rsidRDefault="002B7062" w:rsidP="00CD745A"/>
        </w:tc>
        <w:sdt>
          <w:sdtPr>
            <w:id w:val="-22253767"/>
            <w:placeholder>
              <w:docPart w:val="06659CD8C5804478BC32FB74F4F32A05"/>
            </w:placeholder>
            <w:showingPlcHdr/>
          </w:sdtPr>
          <w:sdtContent>
            <w:tc>
              <w:tcPr>
                <w:tcW w:w="6520" w:type="dxa"/>
              </w:tcPr>
              <w:p w14:paraId="2576632E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3C0F6C00" w14:textId="77777777" w:rsidTr="00A0792E">
        <w:tc>
          <w:tcPr>
            <w:tcW w:w="2830" w:type="dxa"/>
            <w:vAlign w:val="center"/>
          </w:tcPr>
          <w:p w14:paraId="080C3345" w14:textId="77777777" w:rsidR="002B7062" w:rsidRDefault="002B7062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834734412"/>
            <w:placeholder>
              <w:docPart w:val="4D9A1CE9741B45F196D9EB1D394E22DF"/>
            </w:placeholder>
            <w:showingPlcHdr/>
          </w:sdtPr>
          <w:sdtContent>
            <w:tc>
              <w:tcPr>
                <w:tcW w:w="6520" w:type="dxa"/>
              </w:tcPr>
              <w:p w14:paraId="57178328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3C5F8755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6AF0701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3AC8462" w14:textId="77777777" w:rsidR="002B7062" w:rsidRDefault="002B7062" w:rsidP="002D7D98">
            <w:r>
              <w:t xml:space="preserve">Yes </w:t>
            </w:r>
            <w:sdt>
              <w:sdtPr>
                <w:id w:val="-19030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78337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650AF10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798BA" w14:textId="004805AB" w:rsidR="002B7062" w:rsidRDefault="002B7062" w:rsidP="002D7D98"/>
        </w:tc>
      </w:tr>
      <w:tr w:rsidR="002B7062" w14:paraId="28E1C90D" w14:textId="77777777" w:rsidTr="0019370D">
        <w:tc>
          <w:tcPr>
            <w:tcW w:w="9350" w:type="dxa"/>
            <w:gridSpan w:val="2"/>
          </w:tcPr>
          <w:p w14:paraId="462C345E" w14:textId="393F27B3" w:rsidR="002B7062" w:rsidRDefault="002B7062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46270653"/>
                <w:placeholder>
                  <w:docPart w:val="6B123D8FC2764BB68E6E73CBAE5C420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7062" w14:paraId="44354A03" w14:textId="77777777" w:rsidTr="00A0792E">
        <w:tc>
          <w:tcPr>
            <w:tcW w:w="2830" w:type="dxa"/>
            <w:vAlign w:val="center"/>
          </w:tcPr>
          <w:p w14:paraId="78EAB576" w14:textId="77777777" w:rsidR="002B7062" w:rsidRDefault="002B7062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827046981"/>
            <w:placeholder>
              <w:docPart w:val="56BC2B70820B4892A29C4FF548B0D35C"/>
            </w:placeholder>
            <w:showingPlcHdr/>
          </w:sdtPr>
          <w:sdtContent>
            <w:tc>
              <w:tcPr>
                <w:tcW w:w="6520" w:type="dxa"/>
              </w:tcPr>
              <w:p w14:paraId="5F40637B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3606059B" w14:textId="77777777" w:rsidTr="00A0792E">
        <w:tc>
          <w:tcPr>
            <w:tcW w:w="2830" w:type="dxa"/>
            <w:vAlign w:val="center"/>
          </w:tcPr>
          <w:p w14:paraId="4B65373F" w14:textId="77777777" w:rsidR="002B7062" w:rsidRDefault="002B7062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50543C8" w14:textId="77777777" w:rsidR="002B7062" w:rsidRDefault="002B7062" w:rsidP="002D7D98">
            <w:r>
              <w:t xml:space="preserve">Yes </w:t>
            </w:r>
            <w:sdt>
              <w:sdtPr>
                <w:id w:val="140025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98280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637297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309A31F5" w14:textId="77777777" w:rsidTr="00A0792E">
        <w:tc>
          <w:tcPr>
            <w:tcW w:w="2830" w:type="dxa"/>
            <w:vAlign w:val="center"/>
          </w:tcPr>
          <w:p w14:paraId="2011DCC2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206916547"/>
            <w:placeholder>
              <w:docPart w:val="46E7AD8AB17A4D93BCFE21864FA5D06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84EC2F5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6B4BBBA9" w14:textId="77777777" w:rsidTr="00A0792E">
        <w:tc>
          <w:tcPr>
            <w:tcW w:w="2830" w:type="dxa"/>
            <w:vAlign w:val="center"/>
          </w:tcPr>
          <w:p w14:paraId="267B4EA2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670913780"/>
            <w:placeholder>
              <w:docPart w:val="31738918A5504B5DB6AB0E5767B6BE2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3847364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6028BCE0" w14:textId="77777777" w:rsidTr="00A0792E">
        <w:tc>
          <w:tcPr>
            <w:tcW w:w="2830" w:type="dxa"/>
            <w:vAlign w:val="center"/>
          </w:tcPr>
          <w:p w14:paraId="536B37A8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53430C36" w14:textId="77777777" w:rsidR="002B7062" w:rsidRDefault="002B7062" w:rsidP="00CD745A"/>
        </w:tc>
        <w:sdt>
          <w:sdtPr>
            <w:id w:val="1608769227"/>
            <w:placeholder>
              <w:docPart w:val="FC9FFF338EAF420D8FB2031140112705"/>
            </w:placeholder>
            <w:showingPlcHdr/>
          </w:sdtPr>
          <w:sdtContent>
            <w:tc>
              <w:tcPr>
                <w:tcW w:w="6520" w:type="dxa"/>
              </w:tcPr>
              <w:p w14:paraId="4E3847D6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44EDFC57" w14:textId="77777777" w:rsidTr="00A0792E">
        <w:tc>
          <w:tcPr>
            <w:tcW w:w="2830" w:type="dxa"/>
            <w:vAlign w:val="center"/>
          </w:tcPr>
          <w:p w14:paraId="15E2B8F1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5DDA7AE" w14:textId="77777777" w:rsidR="002B7062" w:rsidRDefault="002B7062" w:rsidP="00CD745A"/>
        </w:tc>
        <w:sdt>
          <w:sdtPr>
            <w:id w:val="2118022432"/>
            <w:placeholder>
              <w:docPart w:val="E8B45C2BD0A64E0883726BA7660435D9"/>
            </w:placeholder>
            <w:showingPlcHdr/>
          </w:sdtPr>
          <w:sdtContent>
            <w:tc>
              <w:tcPr>
                <w:tcW w:w="6520" w:type="dxa"/>
              </w:tcPr>
              <w:p w14:paraId="1376858C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1643E03F" w14:textId="77777777" w:rsidTr="00A0792E">
        <w:tc>
          <w:tcPr>
            <w:tcW w:w="2830" w:type="dxa"/>
            <w:vAlign w:val="center"/>
          </w:tcPr>
          <w:p w14:paraId="78F65D15" w14:textId="77777777" w:rsidR="002B7062" w:rsidRDefault="002B7062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683811538"/>
            <w:placeholder>
              <w:docPart w:val="B20A8EDA0B024BCD904CECEB60618B47"/>
            </w:placeholder>
            <w:showingPlcHdr/>
          </w:sdtPr>
          <w:sdtContent>
            <w:tc>
              <w:tcPr>
                <w:tcW w:w="6520" w:type="dxa"/>
              </w:tcPr>
              <w:p w14:paraId="1E5DF9C6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3E4321AB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4FE9705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5F47540" w14:textId="77777777" w:rsidR="002B7062" w:rsidRDefault="002B7062" w:rsidP="002D7D98">
            <w:r>
              <w:t xml:space="preserve">Yes </w:t>
            </w:r>
            <w:sdt>
              <w:sdtPr>
                <w:id w:val="23960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475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3FF7043F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6F7C0E" w14:textId="72A4D9A9" w:rsidR="002B7062" w:rsidRDefault="002B7062" w:rsidP="002D7D98"/>
        </w:tc>
      </w:tr>
      <w:tr w:rsidR="002B7062" w14:paraId="41112F6B" w14:textId="77777777" w:rsidTr="0019370D">
        <w:tc>
          <w:tcPr>
            <w:tcW w:w="9350" w:type="dxa"/>
            <w:gridSpan w:val="2"/>
          </w:tcPr>
          <w:p w14:paraId="2759F4CD" w14:textId="489F66DA" w:rsidR="002B7062" w:rsidRDefault="002B7062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496878755"/>
                <w:placeholder>
                  <w:docPart w:val="D199D95442534680B0A644E4814965DF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7062" w14:paraId="6274F882" w14:textId="77777777" w:rsidTr="00A0792E">
        <w:tc>
          <w:tcPr>
            <w:tcW w:w="2830" w:type="dxa"/>
            <w:vAlign w:val="center"/>
          </w:tcPr>
          <w:p w14:paraId="4B54F8A2" w14:textId="77777777" w:rsidR="002B7062" w:rsidRDefault="002B7062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175030329"/>
            <w:placeholder>
              <w:docPart w:val="11D643DD59294E36A47799B2FC1DE99A"/>
            </w:placeholder>
            <w:showingPlcHdr/>
          </w:sdtPr>
          <w:sdtContent>
            <w:tc>
              <w:tcPr>
                <w:tcW w:w="6520" w:type="dxa"/>
              </w:tcPr>
              <w:p w14:paraId="15D333C0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3EBD47D9" w14:textId="77777777" w:rsidTr="00A0792E">
        <w:tc>
          <w:tcPr>
            <w:tcW w:w="2830" w:type="dxa"/>
            <w:vAlign w:val="center"/>
          </w:tcPr>
          <w:p w14:paraId="3C6E7010" w14:textId="77777777" w:rsidR="002B7062" w:rsidRDefault="002B7062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3CDF1AC" w14:textId="77777777" w:rsidR="002B7062" w:rsidRDefault="002B7062" w:rsidP="002D7D98">
            <w:r>
              <w:t xml:space="preserve">Yes </w:t>
            </w:r>
            <w:sdt>
              <w:sdtPr>
                <w:id w:val="-1497108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63563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7486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187E47E5" w14:textId="77777777" w:rsidTr="00A0792E">
        <w:tc>
          <w:tcPr>
            <w:tcW w:w="2830" w:type="dxa"/>
            <w:vAlign w:val="center"/>
          </w:tcPr>
          <w:p w14:paraId="7E7A2D1D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2138238815"/>
            <w:placeholder>
              <w:docPart w:val="65816EBE47064E26B7B5F257819E052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021B735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2C56DEF0" w14:textId="77777777" w:rsidTr="00A0792E">
        <w:tc>
          <w:tcPr>
            <w:tcW w:w="2830" w:type="dxa"/>
            <w:vAlign w:val="center"/>
          </w:tcPr>
          <w:p w14:paraId="3F98D54A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930781846"/>
            <w:placeholder>
              <w:docPart w:val="8C812D83BCE54AAFA40F303AE784A81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53B3B17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41658B88" w14:textId="77777777" w:rsidTr="00A0792E">
        <w:tc>
          <w:tcPr>
            <w:tcW w:w="2830" w:type="dxa"/>
            <w:vAlign w:val="center"/>
          </w:tcPr>
          <w:p w14:paraId="1BB36126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4BA2BEFA" w14:textId="77777777" w:rsidR="002B7062" w:rsidRDefault="002B7062" w:rsidP="00CD745A"/>
        </w:tc>
        <w:sdt>
          <w:sdtPr>
            <w:id w:val="-758909279"/>
            <w:placeholder>
              <w:docPart w:val="308A2D6368C143FDA6CF0FE808934DC4"/>
            </w:placeholder>
            <w:showingPlcHdr/>
          </w:sdtPr>
          <w:sdtContent>
            <w:tc>
              <w:tcPr>
                <w:tcW w:w="6520" w:type="dxa"/>
              </w:tcPr>
              <w:p w14:paraId="3D85644C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06089C2E" w14:textId="77777777" w:rsidTr="00A0792E">
        <w:tc>
          <w:tcPr>
            <w:tcW w:w="2830" w:type="dxa"/>
            <w:vAlign w:val="center"/>
          </w:tcPr>
          <w:p w14:paraId="6FA6A4AA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6707F9CD" w14:textId="77777777" w:rsidR="002B7062" w:rsidRDefault="002B7062" w:rsidP="00CD745A"/>
        </w:tc>
        <w:sdt>
          <w:sdtPr>
            <w:id w:val="-169806989"/>
            <w:placeholder>
              <w:docPart w:val="B22F50C9B11D4EC08F2362FE31B150B5"/>
            </w:placeholder>
            <w:showingPlcHdr/>
          </w:sdtPr>
          <w:sdtContent>
            <w:tc>
              <w:tcPr>
                <w:tcW w:w="6520" w:type="dxa"/>
              </w:tcPr>
              <w:p w14:paraId="38072AFA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1712EAA8" w14:textId="77777777" w:rsidTr="00A0792E">
        <w:tc>
          <w:tcPr>
            <w:tcW w:w="2830" w:type="dxa"/>
            <w:vAlign w:val="center"/>
          </w:tcPr>
          <w:p w14:paraId="135C3EA5" w14:textId="77777777" w:rsidR="002B7062" w:rsidRDefault="002B7062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77904887"/>
            <w:placeholder>
              <w:docPart w:val="B2417498FF9D406F864E08074406E5A2"/>
            </w:placeholder>
            <w:showingPlcHdr/>
          </w:sdtPr>
          <w:sdtContent>
            <w:tc>
              <w:tcPr>
                <w:tcW w:w="6520" w:type="dxa"/>
              </w:tcPr>
              <w:p w14:paraId="54DC00AE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26EAFE5E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BC0E188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1990894" w14:textId="77777777" w:rsidR="002B7062" w:rsidRDefault="002B7062" w:rsidP="002D7D98">
            <w:r>
              <w:t xml:space="preserve">Yes </w:t>
            </w:r>
            <w:sdt>
              <w:sdtPr>
                <w:id w:val="148050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779825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7F04990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D2581" w14:textId="62AB8AD0" w:rsidR="002B7062" w:rsidRDefault="002B7062" w:rsidP="002D7D98"/>
        </w:tc>
      </w:tr>
    </w:tbl>
    <w:p w14:paraId="717562CB" w14:textId="77777777" w:rsidR="002B7062" w:rsidRDefault="002B7062">
      <w:pPr>
        <w:pStyle w:val="Heading1"/>
      </w:pPr>
    </w:p>
    <w:p w14:paraId="47297AC9" w14:textId="77777777" w:rsidR="002B7062" w:rsidRDefault="002B7062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3F5BFDEE" w:rsidR="00214ECC" w:rsidRDefault="003729FB">
      <w:pPr>
        <w:pStyle w:val="Heading1"/>
      </w:pPr>
      <w:r>
        <w:lastRenderedPageBreak/>
        <w:t>Research &amp; Publications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695860">
        <w:tc>
          <w:tcPr>
            <w:tcW w:w="9350" w:type="dxa"/>
            <w:gridSpan w:val="2"/>
          </w:tcPr>
          <w:p w14:paraId="59BAD478" w14:textId="37537D5E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Default="00CD745A" w:rsidP="00CD745A">
            <w:r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2B468D00" w:rsidR="00CD745A" w:rsidRDefault="00CD745A" w:rsidP="00CD745A"/>
        </w:tc>
      </w:tr>
      <w:tr w:rsidR="00CD745A" w14:paraId="2CAAEA55" w14:textId="77777777" w:rsidTr="00695860">
        <w:tc>
          <w:tcPr>
            <w:tcW w:w="9350" w:type="dxa"/>
            <w:gridSpan w:val="2"/>
          </w:tcPr>
          <w:p w14:paraId="0912AE07" w14:textId="3D727DBB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CD745A"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Content>
            <w:tc>
              <w:tcPr>
                <w:tcW w:w="6627" w:type="dxa"/>
              </w:tcPr>
              <w:p w14:paraId="1383E0DC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CD745A"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Content>
            <w:tc>
              <w:tcPr>
                <w:tcW w:w="6627" w:type="dxa"/>
              </w:tcPr>
              <w:p w14:paraId="22629E3B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CD745A">
        <w:tc>
          <w:tcPr>
            <w:tcW w:w="2723" w:type="dxa"/>
            <w:vAlign w:val="center"/>
          </w:tcPr>
          <w:p w14:paraId="57D486D0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745A" w:rsidRDefault="00CD745A" w:rsidP="00CD745A"/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Content>
            <w:tc>
              <w:tcPr>
                <w:tcW w:w="6627" w:type="dxa"/>
              </w:tcPr>
              <w:p w14:paraId="58B1D2F4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CD745A"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77777777" w:rsidR="00CD745A" w:rsidRDefault="00CD745A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CD745A"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4C8207B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15DD567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7D0B379" w14:textId="77777777" w:rsidR="00CD745A" w:rsidRDefault="00CD745A" w:rsidP="00CD745A">
            <w:r>
              <w:t xml:space="preserve">Yes </w:t>
            </w:r>
            <w:sdt>
              <w:sdtPr>
                <w:id w:val="1385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6453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6D14439B" w:rsidR="00CD745A" w:rsidRDefault="00CD745A" w:rsidP="00CD745A"/>
        </w:tc>
      </w:tr>
      <w:tr w:rsidR="002B7062" w14:paraId="18936965" w14:textId="77777777" w:rsidTr="00695860">
        <w:tc>
          <w:tcPr>
            <w:tcW w:w="9350" w:type="dxa"/>
            <w:gridSpan w:val="2"/>
          </w:tcPr>
          <w:p w14:paraId="4C5CA0D8" w14:textId="6BD47262" w:rsidR="002B7062" w:rsidRDefault="002B7062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670843568"/>
                <w:placeholder>
                  <w:docPart w:val="171D975781124565B69F590748C082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7062" w14:paraId="5B201B5F" w14:textId="77777777" w:rsidTr="00CD745A">
        <w:tc>
          <w:tcPr>
            <w:tcW w:w="2723" w:type="dxa"/>
            <w:vAlign w:val="center"/>
          </w:tcPr>
          <w:p w14:paraId="6A3F02E2" w14:textId="77777777" w:rsidR="002B7062" w:rsidRDefault="002B7062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317716437"/>
            <w:placeholder>
              <w:docPart w:val="D7A74118677F46A5A11C251704E701B4"/>
            </w:placeholder>
            <w:showingPlcHdr/>
          </w:sdtPr>
          <w:sdtContent>
            <w:tc>
              <w:tcPr>
                <w:tcW w:w="6627" w:type="dxa"/>
              </w:tcPr>
              <w:p w14:paraId="0E5E84FA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3D7CFB54" w14:textId="77777777" w:rsidTr="00CD745A">
        <w:tc>
          <w:tcPr>
            <w:tcW w:w="2723" w:type="dxa"/>
            <w:vAlign w:val="center"/>
          </w:tcPr>
          <w:p w14:paraId="79C70052" w14:textId="77777777" w:rsidR="002B7062" w:rsidRDefault="002B7062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289006064"/>
            <w:placeholder>
              <w:docPart w:val="BA60CCC6AF424E00B599D53FB1608BF4"/>
            </w:placeholder>
            <w:showingPlcHdr/>
          </w:sdtPr>
          <w:sdtContent>
            <w:tc>
              <w:tcPr>
                <w:tcW w:w="6627" w:type="dxa"/>
              </w:tcPr>
              <w:p w14:paraId="626450CF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2CCD5440" w14:textId="77777777" w:rsidTr="00CD745A">
        <w:tc>
          <w:tcPr>
            <w:tcW w:w="2723" w:type="dxa"/>
            <w:vAlign w:val="center"/>
          </w:tcPr>
          <w:p w14:paraId="7EC28F17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8F873CC" w14:textId="77777777" w:rsidR="002B7062" w:rsidRDefault="002B7062" w:rsidP="00CD745A"/>
        </w:tc>
        <w:sdt>
          <w:sdtPr>
            <w:id w:val="-2089455611"/>
            <w:placeholder>
              <w:docPart w:val="382A0A5B1A6F440786CA99463ED3C3F1"/>
            </w:placeholder>
            <w:showingPlcHdr/>
          </w:sdtPr>
          <w:sdtContent>
            <w:tc>
              <w:tcPr>
                <w:tcW w:w="6627" w:type="dxa"/>
              </w:tcPr>
              <w:p w14:paraId="3E7F1820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2E9F7DFC" w14:textId="77777777" w:rsidTr="00CD745A">
        <w:tc>
          <w:tcPr>
            <w:tcW w:w="2723" w:type="dxa"/>
            <w:vAlign w:val="center"/>
          </w:tcPr>
          <w:p w14:paraId="5C25DFCF" w14:textId="77777777" w:rsidR="002B7062" w:rsidRDefault="002B7062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153836673"/>
            <w:placeholder>
              <w:docPart w:val="448E145A314D494EA4FF920208B989E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407E9C2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27AC85DF" w14:textId="77777777" w:rsidTr="00CD745A">
        <w:tc>
          <w:tcPr>
            <w:tcW w:w="2723" w:type="dxa"/>
            <w:vAlign w:val="center"/>
          </w:tcPr>
          <w:p w14:paraId="37B10377" w14:textId="77777777" w:rsidR="002B7062" w:rsidRDefault="002B7062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1CDEBAAF" w14:textId="77777777" w:rsidR="002B7062" w:rsidRDefault="002B7062" w:rsidP="00CD745A">
            <w:r>
              <w:t xml:space="preserve">Complete  </w:t>
            </w:r>
            <w:sdt>
              <w:sdtPr>
                <w:id w:val="980273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771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5FA5614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0987BA1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14CB8B22" w14:textId="77777777" w:rsidR="002B7062" w:rsidRDefault="002B7062" w:rsidP="00CD745A">
            <w:r>
              <w:t xml:space="preserve">Yes </w:t>
            </w:r>
            <w:sdt>
              <w:sdtPr>
                <w:id w:val="182308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98468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51074E9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92D1E3" w14:textId="77777777" w:rsidR="002B7062" w:rsidRPr="00F4085D" w:rsidRDefault="002B706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8AE887" w14:textId="200E9E1D" w:rsidR="002B7062" w:rsidRDefault="002B7062" w:rsidP="00CD745A"/>
        </w:tc>
      </w:tr>
      <w:tr w:rsidR="002B7062" w14:paraId="3856C6D7" w14:textId="77777777" w:rsidTr="00695860">
        <w:tc>
          <w:tcPr>
            <w:tcW w:w="9350" w:type="dxa"/>
            <w:gridSpan w:val="2"/>
          </w:tcPr>
          <w:p w14:paraId="3728EE9D" w14:textId="7D3C184D" w:rsidR="002B7062" w:rsidRDefault="002B7062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159304129"/>
                <w:placeholder>
                  <w:docPart w:val="27B6800205724223B72B118369E8F297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7062" w14:paraId="209362A9" w14:textId="77777777" w:rsidTr="00CD745A">
        <w:tc>
          <w:tcPr>
            <w:tcW w:w="2723" w:type="dxa"/>
            <w:vAlign w:val="center"/>
          </w:tcPr>
          <w:p w14:paraId="7416FCB8" w14:textId="77777777" w:rsidR="002B7062" w:rsidRDefault="002B7062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34420915"/>
            <w:placeholder>
              <w:docPart w:val="939F98C589C44AD1A1D210AE62966DB7"/>
            </w:placeholder>
            <w:showingPlcHdr/>
          </w:sdtPr>
          <w:sdtContent>
            <w:tc>
              <w:tcPr>
                <w:tcW w:w="6627" w:type="dxa"/>
              </w:tcPr>
              <w:p w14:paraId="30EA1E26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7D37B344" w14:textId="77777777" w:rsidTr="00CD745A">
        <w:tc>
          <w:tcPr>
            <w:tcW w:w="2723" w:type="dxa"/>
            <w:vAlign w:val="center"/>
          </w:tcPr>
          <w:p w14:paraId="513CB27A" w14:textId="77777777" w:rsidR="002B7062" w:rsidRDefault="002B7062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25257730"/>
            <w:placeholder>
              <w:docPart w:val="0CF5419FB0BE4B06983A5B045A1D7BEB"/>
            </w:placeholder>
            <w:showingPlcHdr/>
          </w:sdtPr>
          <w:sdtContent>
            <w:tc>
              <w:tcPr>
                <w:tcW w:w="6627" w:type="dxa"/>
              </w:tcPr>
              <w:p w14:paraId="2097DE4B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0FA1BC37" w14:textId="77777777" w:rsidTr="00CD745A">
        <w:tc>
          <w:tcPr>
            <w:tcW w:w="2723" w:type="dxa"/>
            <w:vAlign w:val="center"/>
          </w:tcPr>
          <w:p w14:paraId="5CE5379B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093118B" w14:textId="77777777" w:rsidR="002B7062" w:rsidRDefault="002B7062" w:rsidP="00CD745A"/>
        </w:tc>
        <w:sdt>
          <w:sdtPr>
            <w:id w:val="-1808237613"/>
            <w:placeholder>
              <w:docPart w:val="2CA4008774634C0EA0473B522D12D434"/>
            </w:placeholder>
            <w:showingPlcHdr/>
          </w:sdtPr>
          <w:sdtContent>
            <w:tc>
              <w:tcPr>
                <w:tcW w:w="6627" w:type="dxa"/>
              </w:tcPr>
              <w:p w14:paraId="0514F258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433D4031" w14:textId="77777777" w:rsidTr="00CD745A">
        <w:tc>
          <w:tcPr>
            <w:tcW w:w="2723" w:type="dxa"/>
            <w:vAlign w:val="center"/>
          </w:tcPr>
          <w:p w14:paraId="4ABE3DD5" w14:textId="77777777" w:rsidR="002B7062" w:rsidRDefault="002B7062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487386804"/>
            <w:placeholder>
              <w:docPart w:val="1AA6D65FA68B4A6FA0AA0E0AE1DF9EF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7F56E287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05AEE8A3" w14:textId="77777777" w:rsidTr="00CD745A">
        <w:tc>
          <w:tcPr>
            <w:tcW w:w="2723" w:type="dxa"/>
            <w:vAlign w:val="center"/>
          </w:tcPr>
          <w:p w14:paraId="1FD4680D" w14:textId="77777777" w:rsidR="002B7062" w:rsidRDefault="002B7062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32A882CE" w14:textId="77777777" w:rsidR="002B7062" w:rsidRDefault="002B7062" w:rsidP="00CD745A">
            <w:r>
              <w:t xml:space="preserve">Complete  </w:t>
            </w:r>
            <w:sdt>
              <w:sdtPr>
                <w:id w:val="200677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22694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06D425D0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21F79DA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C92625C" w14:textId="77777777" w:rsidR="002B7062" w:rsidRDefault="002B7062" w:rsidP="00CD745A">
            <w:r>
              <w:t xml:space="preserve">Yes </w:t>
            </w:r>
            <w:sdt>
              <w:sdtPr>
                <w:id w:val="1224030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4217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6219B671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BB4D7E" w14:textId="77777777" w:rsidR="002B7062" w:rsidRPr="00F4085D" w:rsidRDefault="002B706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98A5B4" w14:textId="6E8847EC" w:rsidR="002B7062" w:rsidRDefault="002B7062" w:rsidP="00CD745A"/>
        </w:tc>
      </w:tr>
      <w:tr w:rsidR="002B7062" w14:paraId="35F392B3" w14:textId="77777777" w:rsidTr="00695860">
        <w:tc>
          <w:tcPr>
            <w:tcW w:w="9350" w:type="dxa"/>
            <w:gridSpan w:val="2"/>
          </w:tcPr>
          <w:p w14:paraId="1EFEF46C" w14:textId="2B6FFDD2" w:rsidR="002B7062" w:rsidRDefault="002B7062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43058971"/>
                <w:placeholder>
                  <w:docPart w:val="3B804FB2916E4513A3D6B493A0D0ED6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7062" w14:paraId="44E12D99" w14:textId="77777777" w:rsidTr="00CD745A">
        <w:tc>
          <w:tcPr>
            <w:tcW w:w="2723" w:type="dxa"/>
            <w:vAlign w:val="center"/>
          </w:tcPr>
          <w:p w14:paraId="5C4FB118" w14:textId="77777777" w:rsidR="002B7062" w:rsidRDefault="002B7062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319260364"/>
            <w:placeholder>
              <w:docPart w:val="45D721100D6642CD805B2BCCBF24E708"/>
            </w:placeholder>
            <w:showingPlcHdr/>
          </w:sdtPr>
          <w:sdtContent>
            <w:tc>
              <w:tcPr>
                <w:tcW w:w="6627" w:type="dxa"/>
              </w:tcPr>
              <w:p w14:paraId="7849DE46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3F9528BC" w14:textId="77777777" w:rsidTr="00CD745A">
        <w:tc>
          <w:tcPr>
            <w:tcW w:w="2723" w:type="dxa"/>
            <w:vAlign w:val="center"/>
          </w:tcPr>
          <w:p w14:paraId="0D9F1E54" w14:textId="77777777" w:rsidR="002B7062" w:rsidRDefault="002B7062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799143689"/>
            <w:placeholder>
              <w:docPart w:val="16A79FD4CC9B4042874EB3670A03124C"/>
            </w:placeholder>
            <w:showingPlcHdr/>
          </w:sdtPr>
          <w:sdtContent>
            <w:tc>
              <w:tcPr>
                <w:tcW w:w="6627" w:type="dxa"/>
              </w:tcPr>
              <w:p w14:paraId="2C5B2487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3C8BEE9E" w14:textId="77777777" w:rsidTr="00CD745A">
        <w:tc>
          <w:tcPr>
            <w:tcW w:w="2723" w:type="dxa"/>
            <w:vAlign w:val="center"/>
          </w:tcPr>
          <w:p w14:paraId="58487808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F31AC89" w14:textId="77777777" w:rsidR="002B7062" w:rsidRDefault="002B7062" w:rsidP="00CD745A"/>
        </w:tc>
        <w:sdt>
          <w:sdtPr>
            <w:id w:val="715861917"/>
            <w:placeholder>
              <w:docPart w:val="69C74E9609F24B739C546E96079DEA91"/>
            </w:placeholder>
            <w:showingPlcHdr/>
          </w:sdtPr>
          <w:sdtContent>
            <w:tc>
              <w:tcPr>
                <w:tcW w:w="6627" w:type="dxa"/>
              </w:tcPr>
              <w:p w14:paraId="5FB4F79B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2C438C81" w14:textId="77777777" w:rsidTr="00CD745A">
        <w:tc>
          <w:tcPr>
            <w:tcW w:w="2723" w:type="dxa"/>
            <w:vAlign w:val="center"/>
          </w:tcPr>
          <w:p w14:paraId="5F4E0028" w14:textId="77777777" w:rsidR="002B7062" w:rsidRDefault="002B7062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499280171"/>
            <w:placeholder>
              <w:docPart w:val="D74D2D846A0343FD8B6F50C1FE6F0FE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4E68F9CA" w14:textId="77777777" w:rsidR="002B7062" w:rsidRDefault="002B7062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7062" w14:paraId="029263D5" w14:textId="77777777" w:rsidTr="00CD745A">
        <w:tc>
          <w:tcPr>
            <w:tcW w:w="2723" w:type="dxa"/>
            <w:vAlign w:val="center"/>
          </w:tcPr>
          <w:p w14:paraId="36720DB3" w14:textId="77777777" w:rsidR="002B7062" w:rsidRDefault="002B7062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508467E4" w14:textId="77777777" w:rsidR="002B7062" w:rsidRDefault="002B7062" w:rsidP="00CD745A">
            <w:r>
              <w:t xml:space="preserve">Complete  </w:t>
            </w:r>
            <w:sdt>
              <w:sdtPr>
                <w:id w:val="-713197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183775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4F1E98E8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50C993A" w14:textId="77777777" w:rsidR="002B7062" w:rsidRPr="00F4085D" w:rsidRDefault="002B7062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F5F1E6B" w14:textId="77777777" w:rsidR="002B7062" w:rsidRDefault="002B7062" w:rsidP="00CD745A">
            <w:r>
              <w:t xml:space="preserve">Yes </w:t>
            </w:r>
            <w:sdt>
              <w:sdtPr>
                <w:id w:val="1054815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143869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2C6775CB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DCD24C" w14:textId="77777777" w:rsidR="002B7062" w:rsidRPr="00F4085D" w:rsidRDefault="002B706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C9B88" w14:textId="0ADF65DD" w:rsidR="002B7062" w:rsidRDefault="002B7062" w:rsidP="00CD745A"/>
        </w:tc>
      </w:tr>
    </w:tbl>
    <w:p w14:paraId="1AF20497" w14:textId="77777777" w:rsidR="002B7062" w:rsidRDefault="002B7062">
      <w:pPr>
        <w:pStyle w:val="Heading1"/>
      </w:pPr>
    </w:p>
    <w:p w14:paraId="067CF543" w14:textId="77777777" w:rsidR="002B7062" w:rsidRDefault="002B7062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51A6C914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29526C91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Default="00E9708F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5E610BEB" w:rsidR="00E9708F" w:rsidRDefault="00E9708F"/>
        </w:tc>
      </w:tr>
      <w:tr w:rsidR="002B7062" w14:paraId="054EA379" w14:textId="77777777" w:rsidTr="00A0792E">
        <w:tc>
          <w:tcPr>
            <w:tcW w:w="2689" w:type="dxa"/>
          </w:tcPr>
          <w:p w14:paraId="7224490D" w14:textId="282F2F05" w:rsidR="002B7062" w:rsidRDefault="002B7062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729144113"/>
            <w:placeholder>
              <w:docPart w:val="3CD56C08D1BA41F2856AEDC8451D0E01"/>
            </w:placeholder>
            <w:showingPlcHdr/>
          </w:sdtPr>
          <w:sdtContent>
            <w:tc>
              <w:tcPr>
                <w:tcW w:w="6661" w:type="dxa"/>
              </w:tcPr>
              <w:p w14:paraId="75136D22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6DB32724" w14:textId="77777777" w:rsidTr="00A0792E">
        <w:tc>
          <w:tcPr>
            <w:tcW w:w="2689" w:type="dxa"/>
          </w:tcPr>
          <w:p w14:paraId="34E1FEA6" w14:textId="77777777" w:rsidR="002B7062" w:rsidRDefault="002B7062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47583067"/>
            <w:placeholder>
              <w:docPart w:val="CBD197EF96544670B54799E465E8C06E"/>
            </w:placeholder>
            <w:showingPlcHdr/>
          </w:sdtPr>
          <w:sdtContent>
            <w:tc>
              <w:tcPr>
                <w:tcW w:w="6661" w:type="dxa"/>
              </w:tcPr>
              <w:p w14:paraId="5CF2E7CA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6CB4E4FB" w14:textId="77777777" w:rsidTr="00A0792E">
        <w:tc>
          <w:tcPr>
            <w:tcW w:w="2689" w:type="dxa"/>
          </w:tcPr>
          <w:p w14:paraId="0CF18C76" w14:textId="77777777" w:rsidR="002B7062" w:rsidRDefault="002B7062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731880676"/>
            <w:placeholder>
              <w:docPart w:val="5977A2A5A4F24953BB0DEB510696A26E"/>
            </w:placeholder>
            <w:showingPlcHdr/>
          </w:sdtPr>
          <w:sdtContent>
            <w:tc>
              <w:tcPr>
                <w:tcW w:w="6661" w:type="dxa"/>
              </w:tcPr>
              <w:p w14:paraId="29A6526D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7333A13C" w14:textId="77777777" w:rsidTr="00A0792E">
        <w:tc>
          <w:tcPr>
            <w:tcW w:w="2689" w:type="dxa"/>
          </w:tcPr>
          <w:p w14:paraId="72C152AA" w14:textId="77777777" w:rsidR="002B7062" w:rsidRPr="00F4085D" w:rsidRDefault="002B7062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D8D29BB" w14:textId="77777777" w:rsidR="002B7062" w:rsidRDefault="002B7062"/>
        </w:tc>
        <w:sdt>
          <w:sdtPr>
            <w:id w:val="-1814865672"/>
            <w:placeholder>
              <w:docPart w:val="0812EDF70268403EAC79E83028A4DC39"/>
            </w:placeholder>
            <w:showingPlcHdr/>
          </w:sdtPr>
          <w:sdtContent>
            <w:tc>
              <w:tcPr>
                <w:tcW w:w="6661" w:type="dxa"/>
              </w:tcPr>
              <w:p w14:paraId="2B86F361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0C5E3611" w14:textId="77777777" w:rsidTr="00A0792E">
        <w:tc>
          <w:tcPr>
            <w:tcW w:w="2689" w:type="dxa"/>
          </w:tcPr>
          <w:p w14:paraId="1EBD6233" w14:textId="77777777" w:rsidR="002B7062" w:rsidRDefault="002B706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626D0B7A" w14:textId="77777777" w:rsidR="002B7062" w:rsidRDefault="002B7062">
            <w:r>
              <w:t xml:space="preserve">Complete  </w:t>
            </w:r>
            <w:sdt>
              <w:sdtPr>
                <w:id w:val="1808207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12221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76E251F8" w14:textId="77777777" w:rsidTr="00A0792E">
        <w:tc>
          <w:tcPr>
            <w:tcW w:w="2689" w:type="dxa"/>
          </w:tcPr>
          <w:p w14:paraId="154CEF7D" w14:textId="77777777" w:rsidR="002B7062" w:rsidRDefault="002B706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844274720"/>
            <w:placeholder>
              <w:docPart w:val="74484D491C5D4BCBBEF7C80CBBD05457"/>
            </w:placeholder>
            <w:showingPlcHdr/>
          </w:sdtPr>
          <w:sdtContent>
            <w:tc>
              <w:tcPr>
                <w:tcW w:w="6661" w:type="dxa"/>
              </w:tcPr>
              <w:p w14:paraId="438C428F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65E5C01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36F981E" w14:textId="77777777" w:rsidR="002B7062" w:rsidRPr="00F4085D" w:rsidRDefault="002B706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B2BAF02" w14:textId="77777777" w:rsidR="002B7062" w:rsidRDefault="002B7062">
            <w:r>
              <w:t xml:space="preserve">Yes </w:t>
            </w:r>
            <w:sdt>
              <w:sdtPr>
                <w:id w:val="1129747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73874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33504936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06D619" w14:textId="1EA12C5A" w:rsidR="002B7062" w:rsidRDefault="002B7062"/>
        </w:tc>
      </w:tr>
      <w:tr w:rsidR="002B7062" w14:paraId="06DC0953" w14:textId="77777777" w:rsidTr="00A0792E">
        <w:tc>
          <w:tcPr>
            <w:tcW w:w="2689" w:type="dxa"/>
          </w:tcPr>
          <w:p w14:paraId="0E808762" w14:textId="1D953046" w:rsidR="002B7062" w:rsidRDefault="002B7062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812792180"/>
            <w:placeholder>
              <w:docPart w:val="3DB60D1DF36143E38855806348DD8E41"/>
            </w:placeholder>
            <w:showingPlcHdr/>
          </w:sdtPr>
          <w:sdtContent>
            <w:tc>
              <w:tcPr>
                <w:tcW w:w="6661" w:type="dxa"/>
              </w:tcPr>
              <w:p w14:paraId="73D67F3C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01554A6C" w14:textId="77777777" w:rsidTr="00A0792E">
        <w:tc>
          <w:tcPr>
            <w:tcW w:w="2689" w:type="dxa"/>
          </w:tcPr>
          <w:p w14:paraId="425E779D" w14:textId="77777777" w:rsidR="002B7062" w:rsidRDefault="002B7062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18966665"/>
            <w:placeholder>
              <w:docPart w:val="84F96CC5B6174568827E8B1ED3ECCE56"/>
            </w:placeholder>
            <w:showingPlcHdr/>
          </w:sdtPr>
          <w:sdtContent>
            <w:tc>
              <w:tcPr>
                <w:tcW w:w="6661" w:type="dxa"/>
              </w:tcPr>
              <w:p w14:paraId="3D1FA04C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31EB5ECF" w14:textId="77777777" w:rsidTr="00A0792E">
        <w:tc>
          <w:tcPr>
            <w:tcW w:w="2689" w:type="dxa"/>
          </w:tcPr>
          <w:p w14:paraId="4014B74C" w14:textId="77777777" w:rsidR="002B7062" w:rsidRDefault="002B7062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617016141"/>
            <w:placeholder>
              <w:docPart w:val="D3E76BF1C8FA4136AC0FD59100F1661A"/>
            </w:placeholder>
            <w:showingPlcHdr/>
          </w:sdtPr>
          <w:sdtContent>
            <w:tc>
              <w:tcPr>
                <w:tcW w:w="6661" w:type="dxa"/>
              </w:tcPr>
              <w:p w14:paraId="75C8C2F0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7226CA07" w14:textId="77777777" w:rsidTr="00A0792E">
        <w:tc>
          <w:tcPr>
            <w:tcW w:w="2689" w:type="dxa"/>
          </w:tcPr>
          <w:p w14:paraId="2DA0FB26" w14:textId="77777777" w:rsidR="002B7062" w:rsidRPr="00F4085D" w:rsidRDefault="002B7062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13CFB361" w14:textId="77777777" w:rsidR="002B7062" w:rsidRDefault="002B7062"/>
        </w:tc>
        <w:sdt>
          <w:sdtPr>
            <w:id w:val="-1280573469"/>
            <w:placeholder>
              <w:docPart w:val="075F1660511E4966888D9D883A0187D1"/>
            </w:placeholder>
            <w:showingPlcHdr/>
          </w:sdtPr>
          <w:sdtContent>
            <w:tc>
              <w:tcPr>
                <w:tcW w:w="6661" w:type="dxa"/>
              </w:tcPr>
              <w:p w14:paraId="22214A29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142671B5" w14:textId="77777777" w:rsidTr="00A0792E">
        <w:tc>
          <w:tcPr>
            <w:tcW w:w="2689" w:type="dxa"/>
          </w:tcPr>
          <w:p w14:paraId="55216527" w14:textId="77777777" w:rsidR="002B7062" w:rsidRDefault="002B706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D3277AF" w14:textId="77777777" w:rsidR="002B7062" w:rsidRDefault="002B7062">
            <w:r>
              <w:t xml:space="preserve">Complete  </w:t>
            </w:r>
            <w:sdt>
              <w:sdtPr>
                <w:id w:val="27490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027550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2F81F6F5" w14:textId="77777777" w:rsidTr="00A0792E">
        <w:tc>
          <w:tcPr>
            <w:tcW w:w="2689" w:type="dxa"/>
          </w:tcPr>
          <w:p w14:paraId="21E4ED6B" w14:textId="77777777" w:rsidR="002B7062" w:rsidRDefault="002B706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767755044"/>
            <w:placeholder>
              <w:docPart w:val="BFBA37C4F90849E88FBFBDEE10D74C8E"/>
            </w:placeholder>
            <w:showingPlcHdr/>
          </w:sdtPr>
          <w:sdtContent>
            <w:tc>
              <w:tcPr>
                <w:tcW w:w="6661" w:type="dxa"/>
              </w:tcPr>
              <w:p w14:paraId="6674F258" w14:textId="77777777" w:rsidR="002B7062" w:rsidRDefault="002B7062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062" w14:paraId="7C52DF28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27EBD871" w14:textId="77777777" w:rsidR="002B7062" w:rsidRPr="00F4085D" w:rsidRDefault="002B706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DDB2CD0" w14:textId="77777777" w:rsidR="002B7062" w:rsidRDefault="002B7062">
            <w:r>
              <w:t xml:space="preserve">Yes </w:t>
            </w:r>
            <w:sdt>
              <w:sdtPr>
                <w:id w:val="-99796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50849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840" w14:paraId="26A628C0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965E22" w14:textId="77777777" w:rsidR="00F55840" w:rsidRDefault="00F55840" w:rsidP="000B319E"/>
        </w:tc>
      </w:tr>
      <w:tr w:rsidR="00F55840" w14:paraId="6F96395E" w14:textId="77777777" w:rsidTr="000B319E">
        <w:tc>
          <w:tcPr>
            <w:tcW w:w="2689" w:type="dxa"/>
          </w:tcPr>
          <w:p w14:paraId="4F7624E4" w14:textId="77777777" w:rsidR="00F55840" w:rsidRDefault="00F55840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83691252"/>
            <w:placeholder>
              <w:docPart w:val="26130345E7B449228E241C086AC1FBD7"/>
            </w:placeholder>
            <w:showingPlcHdr/>
          </w:sdtPr>
          <w:sdtContent>
            <w:tc>
              <w:tcPr>
                <w:tcW w:w="6661" w:type="dxa"/>
              </w:tcPr>
              <w:p w14:paraId="02722230" w14:textId="77777777" w:rsidR="00F55840" w:rsidRDefault="00F55840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840" w14:paraId="47876F68" w14:textId="77777777" w:rsidTr="000B319E">
        <w:tc>
          <w:tcPr>
            <w:tcW w:w="2689" w:type="dxa"/>
          </w:tcPr>
          <w:p w14:paraId="7123B240" w14:textId="77777777" w:rsidR="00F55840" w:rsidRDefault="00F55840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453313270"/>
            <w:placeholder>
              <w:docPart w:val="C19FC653D5E64235B344ADA1B63BCDFC"/>
            </w:placeholder>
            <w:showingPlcHdr/>
          </w:sdtPr>
          <w:sdtContent>
            <w:tc>
              <w:tcPr>
                <w:tcW w:w="6661" w:type="dxa"/>
              </w:tcPr>
              <w:p w14:paraId="017A2FC6" w14:textId="77777777" w:rsidR="00F55840" w:rsidRDefault="00F55840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840" w14:paraId="36B6FBBC" w14:textId="77777777" w:rsidTr="000B319E">
        <w:tc>
          <w:tcPr>
            <w:tcW w:w="2689" w:type="dxa"/>
          </w:tcPr>
          <w:p w14:paraId="31C9D6A1" w14:textId="77777777" w:rsidR="00F55840" w:rsidRDefault="00F55840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708129751"/>
            <w:placeholder>
              <w:docPart w:val="7659CC6EC6884C4C8767A39F0D973ED9"/>
            </w:placeholder>
            <w:showingPlcHdr/>
          </w:sdtPr>
          <w:sdtContent>
            <w:tc>
              <w:tcPr>
                <w:tcW w:w="6661" w:type="dxa"/>
              </w:tcPr>
              <w:p w14:paraId="273BA85F" w14:textId="77777777" w:rsidR="00F55840" w:rsidRDefault="00F55840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840" w14:paraId="6B059FB2" w14:textId="77777777" w:rsidTr="000B319E">
        <w:tc>
          <w:tcPr>
            <w:tcW w:w="2689" w:type="dxa"/>
          </w:tcPr>
          <w:p w14:paraId="24E4301E" w14:textId="77777777" w:rsidR="00F55840" w:rsidRPr="00F4085D" w:rsidRDefault="00F55840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116BA0D" w14:textId="77777777" w:rsidR="00F55840" w:rsidRDefault="00F55840" w:rsidP="000B319E"/>
        </w:tc>
        <w:sdt>
          <w:sdtPr>
            <w:id w:val="-1644033963"/>
            <w:placeholder>
              <w:docPart w:val="B590661AC0F145EBAF0F2BF6A36585EC"/>
            </w:placeholder>
            <w:showingPlcHdr/>
          </w:sdtPr>
          <w:sdtContent>
            <w:tc>
              <w:tcPr>
                <w:tcW w:w="6661" w:type="dxa"/>
              </w:tcPr>
              <w:p w14:paraId="3FEC65AE" w14:textId="77777777" w:rsidR="00F55840" w:rsidRDefault="00F55840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840" w14:paraId="7A095E50" w14:textId="77777777" w:rsidTr="000B319E">
        <w:tc>
          <w:tcPr>
            <w:tcW w:w="2689" w:type="dxa"/>
          </w:tcPr>
          <w:p w14:paraId="51CC678C" w14:textId="77777777" w:rsidR="00F55840" w:rsidRDefault="00F55840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9AD57AD" w14:textId="77777777" w:rsidR="00F55840" w:rsidRDefault="00F55840" w:rsidP="000B319E">
            <w:r>
              <w:t xml:space="preserve">Complete  </w:t>
            </w:r>
            <w:sdt>
              <w:sdtPr>
                <w:id w:val="-46301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337421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840" w14:paraId="3C566AC9" w14:textId="77777777" w:rsidTr="000B319E">
        <w:tc>
          <w:tcPr>
            <w:tcW w:w="2689" w:type="dxa"/>
          </w:tcPr>
          <w:p w14:paraId="5474146E" w14:textId="77777777" w:rsidR="00F55840" w:rsidRDefault="00F55840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196995201"/>
            <w:placeholder>
              <w:docPart w:val="F3962ED0746C46F5ACE1343711DEFB62"/>
            </w:placeholder>
            <w:showingPlcHdr/>
          </w:sdtPr>
          <w:sdtContent>
            <w:tc>
              <w:tcPr>
                <w:tcW w:w="6661" w:type="dxa"/>
              </w:tcPr>
              <w:p w14:paraId="0440930F" w14:textId="77777777" w:rsidR="00F55840" w:rsidRDefault="00F55840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840" w14:paraId="1A87A2DB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5A4B6DAB" w14:textId="77777777" w:rsidR="00F55840" w:rsidRPr="00F4085D" w:rsidRDefault="00F55840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ABB325C" w14:textId="77777777" w:rsidR="00F55840" w:rsidRDefault="00F55840" w:rsidP="000B319E">
            <w:r>
              <w:t xml:space="preserve">Yes </w:t>
            </w:r>
            <w:sdt>
              <w:sdtPr>
                <w:id w:val="173249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423995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840" w14:paraId="0C4B13F6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33813" w14:textId="77777777" w:rsidR="00F55840" w:rsidRDefault="00F55840" w:rsidP="000B319E"/>
        </w:tc>
      </w:tr>
      <w:tr w:rsidR="00F55840" w14:paraId="68DA3E08" w14:textId="77777777" w:rsidTr="000B319E">
        <w:tc>
          <w:tcPr>
            <w:tcW w:w="2689" w:type="dxa"/>
          </w:tcPr>
          <w:p w14:paraId="37497CF0" w14:textId="77777777" w:rsidR="00F55840" w:rsidRDefault="00F55840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848913183"/>
            <w:placeholder>
              <w:docPart w:val="99760D0460AD430DB2343401597C361C"/>
            </w:placeholder>
            <w:showingPlcHdr/>
          </w:sdtPr>
          <w:sdtContent>
            <w:tc>
              <w:tcPr>
                <w:tcW w:w="6661" w:type="dxa"/>
              </w:tcPr>
              <w:p w14:paraId="194AE259" w14:textId="77777777" w:rsidR="00F55840" w:rsidRDefault="00F55840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840" w14:paraId="085C4D9D" w14:textId="77777777" w:rsidTr="000B319E">
        <w:tc>
          <w:tcPr>
            <w:tcW w:w="2689" w:type="dxa"/>
          </w:tcPr>
          <w:p w14:paraId="178AA09C" w14:textId="77777777" w:rsidR="00F55840" w:rsidRDefault="00F55840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307090666"/>
            <w:placeholder>
              <w:docPart w:val="1808D3E8CE9D4ED2A1034F3629FFE91D"/>
            </w:placeholder>
            <w:showingPlcHdr/>
          </w:sdtPr>
          <w:sdtContent>
            <w:tc>
              <w:tcPr>
                <w:tcW w:w="6661" w:type="dxa"/>
              </w:tcPr>
              <w:p w14:paraId="3C404322" w14:textId="77777777" w:rsidR="00F55840" w:rsidRDefault="00F55840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840" w14:paraId="7B226D84" w14:textId="77777777" w:rsidTr="000B319E">
        <w:tc>
          <w:tcPr>
            <w:tcW w:w="2689" w:type="dxa"/>
          </w:tcPr>
          <w:p w14:paraId="581A46D7" w14:textId="77777777" w:rsidR="00F55840" w:rsidRDefault="00F55840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235747522"/>
            <w:placeholder>
              <w:docPart w:val="03E0188B9A424B14BB09646E9279A074"/>
            </w:placeholder>
            <w:showingPlcHdr/>
          </w:sdtPr>
          <w:sdtContent>
            <w:tc>
              <w:tcPr>
                <w:tcW w:w="6661" w:type="dxa"/>
              </w:tcPr>
              <w:p w14:paraId="031C98E6" w14:textId="77777777" w:rsidR="00F55840" w:rsidRDefault="00F55840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840" w14:paraId="6EEF6E15" w14:textId="77777777" w:rsidTr="000B319E">
        <w:tc>
          <w:tcPr>
            <w:tcW w:w="2689" w:type="dxa"/>
          </w:tcPr>
          <w:p w14:paraId="72D06979" w14:textId="77777777" w:rsidR="00F55840" w:rsidRPr="00F4085D" w:rsidRDefault="00F55840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06B35ED" w14:textId="77777777" w:rsidR="00F55840" w:rsidRDefault="00F55840" w:rsidP="000B319E"/>
        </w:tc>
        <w:sdt>
          <w:sdtPr>
            <w:id w:val="231511993"/>
            <w:placeholder>
              <w:docPart w:val="EB8E3526AE47444FA06FB6985E962761"/>
            </w:placeholder>
            <w:showingPlcHdr/>
          </w:sdtPr>
          <w:sdtContent>
            <w:tc>
              <w:tcPr>
                <w:tcW w:w="6661" w:type="dxa"/>
              </w:tcPr>
              <w:p w14:paraId="6C009F62" w14:textId="77777777" w:rsidR="00F55840" w:rsidRDefault="00F55840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840" w14:paraId="0A908CCC" w14:textId="77777777" w:rsidTr="000B319E">
        <w:tc>
          <w:tcPr>
            <w:tcW w:w="2689" w:type="dxa"/>
          </w:tcPr>
          <w:p w14:paraId="725F02A7" w14:textId="77777777" w:rsidR="00F55840" w:rsidRDefault="00F55840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1F5B794" w14:textId="77777777" w:rsidR="00F55840" w:rsidRDefault="00F55840" w:rsidP="000B319E">
            <w:r>
              <w:t xml:space="preserve">Complete  </w:t>
            </w:r>
            <w:sdt>
              <w:sdtPr>
                <w:id w:val="-479696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9497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840" w14:paraId="1B547C35" w14:textId="77777777" w:rsidTr="000B319E">
        <w:tc>
          <w:tcPr>
            <w:tcW w:w="2689" w:type="dxa"/>
          </w:tcPr>
          <w:p w14:paraId="66763464" w14:textId="77777777" w:rsidR="00F55840" w:rsidRDefault="00F55840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373069314"/>
            <w:placeholder>
              <w:docPart w:val="97721F58B5AB47D5BCE90FDBBD1D28C6"/>
            </w:placeholder>
            <w:showingPlcHdr/>
          </w:sdtPr>
          <w:sdtContent>
            <w:tc>
              <w:tcPr>
                <w:tcW w:w="6661" w:type="dxa"/>
              </w:tcPr>
              <w:p w14:paraId="5FC4C8B4" w14:textId="77777777" w:rsidR="00F55840" w:rsidRDefault="00F55840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840" w14:paraId="5F9ACE63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132DB66D" w14:textId="77777777" w:rsidR="00F55840" w:rsidRPr="00F4085D" w:rsidRDefault="00F55840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BBC3DC6" w14:textId="77777777" w:rsidR="00F55840" w:rsidRDefault="00F55840" w:rsidP="000B319E">
            <w:r>
              <w:t xml:space="preserve">Yes </w:t>
            </w:r>
            <w:sdt>
              <w:sdtPr>
                <w:id w:val="1201366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98244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7062" w14:paraId="6E2FA9C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47F932" w14:textId="682CE68A" w:rsidR="002B7062" w:rsidRDefault="002B7062"/>
        </w:tc>
      </w:tr>
    </w:tbl>
    <w:p w14:paraId="7A882F9A" w14:textId="77777777" w:rsidR="00E9708F" w:rsidRDefault="00E9708F"/>
    <w:sectPr w:rsidR="00E9708F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C3652" w14:textId="77777777" w:rsidR="00FD5DB5" w:rsidRDefault="00FD5DB5" w:rsidP="001B2E81">
      <w:pPr>
        <w:spacing w:after="0" w:line="240" w:lineRule="auto"/>
      </w:pPr>
      <w:r>
        <w:separator/>
      </w:r>
    </w:p>
  </w:endnote>
  <w:endnote w:type="continuationSeparator" w:id="0">
    <w:p w14:paraId="6FF91B93" w14:textId="77777777" w:rsidR="00FD5DB5" w:rsidRDefault="00FD5DB5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32A96" w14:textId="77777777" w:rsidR="00FD5DB5" w:rsidRDefault="00FD5DB5" w:rsidP="001B2E81">
      <w:pPr>
        <w:spacing w:after="0" w:line="240" w:lineRule="auto"/>
      </w:pPr>
      <w:r>
        <w:separator/>
      </w:r>
    </w:p>
  </w:footnote>
  <w:footnote w:type="continuationSeparator" w:id="0">
    <w:p w14:paraId="5829C921" w14:textId="77777777" w:rsidR="00FD5DB5" w:rsidRDefault="00FD5DB5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1C17A4ED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AE6269">
      <w:t>Endocrinology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27EE4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34D5"/>
    <w:rsid w:val="0015074B"/>
    <w:rsid w:val="00155032"/>
    <w:rsid w:val="001B2E81"/>
    <w:rsid w:val="001C17E4"/>
    <w:rsid w:val="00214ECC"/>
    <w:rsid w:val="002319B9"/>
    <w:rsid w:val="002931FF"/>
    <w:rsid w:val="0029639D"/>
    <w:rsid w:val="002B7062"/>
    <w:rsid w:val="002D7D98"/>
    <w:rsid w:val="002E140B"/>
    <w:rsid w:val="00326F90"/>
    <w:rsid w:val="003729FB"/>
    <w:rsid w:val="004A41F5"/>
    <w:rsid w:val="004D6768"/>
    <w:rsid w:val="00547911"/>
    <w:rsid w:val="00597958"/>
    <w:rsid w:val="005A051B"/>
    <w:rsid w:val="006D0099"/>
    <w:rsid w:val="00722BDF"/>
    <w:rsid w:val="0075109E"/>
    <w:rsid w:val="007C0991"/>
    <w:rsid w:val="007C3707"/>
    <w:rsid w:val="00821B93"/>
    <w:rsid w:val="00846BF0"/>
    <w:rsid w:val="008525FA"/>
    <w:rsid w:val="009A7B67"/>
    <w:rsid w:val="009E4AEB"/>
    <w:rsid w:val="00A0792E"/>
    <w:rsid w:val="00A36383"/>
    <w:rsid w:val="00AA1D8D"/>
    <w:rsid w:val="00AE6269"/>
    <w:rsid w:val="00B16633"/>
    <w:rsid w:val="00B47730"/>
    <w:rsid w:val="00B8038E"/>
    <w:rsid w:val="00BC3393"/>
    <w:rsid w:val="00BD4838"/>
    <w:rsid w:val="00C47B11"/>
    <w:rsid w:val="00C7253B"/>
    <w:rsid w:val="00C95D05"/>
    <w:rsid w:val="00CB0664"/>
    <w:rsid w:val="00CD745A"/>
    <w:rsid w:val="00D82574"/>
    <w:rsid w:val="00DA296B"/>
    <w:rsid w:val="00DC2290"/>
    <w:rsid w:val="00E9708F"/>
    <w:rsid w:val="00F211F0"/>
    <w:rsid w:val="00F277ED"/>
    <w:rsid w:val="00F4085D"/>
    <w:rsid w:val="00F54DC5"/>
    <w:rsid w:val="00F55840"/>
    <w:rsid w:val="00F85A62"/>
    <w:rsid w:val="00F94BC3"/>
    <w:rsid w:val="00F95107"/>
    <w:rsid w:val="00FC693F"/>
    <w:rsid w:val="00FD5DB5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75763D" w:rsidP="0075763D">
          <w:pPr>
            <w:pStyle w:val="F4D6CB2241074A76A75ACE4A72F3BA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75763D" w:rsidP="0075763D">
          <w:pPr>
            <w:pStyle w:val="5C6BE9DD57B042A78E73AE6C65AB81E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75763D" w:rsidP="0075763D">
          <w:pPr>
            <w:pStyle w:val="B94FF17A7DD844238942618D220CAEE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75763D" w:rsidP="0075763D">
          <w:pPr>
            <w:pStyle w:val="767E5F504CE04A3283DBB5C362BF53D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75763D" w:rsidP="0075763D">
          <w:pPr>
            <w:pStyle w:val="15FA136DFCC9400EA3643631FD9D49A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75763D" w:rsidP="0075763D">
          <w:pPr>
            <w:pStyle w:val="758EF154077D4EC492E0AA02749775E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75763D" w:rsidP="0075763D">
          <w:pPr>
            <w:pStyle w:val="60444590C5F4414E83C6454885D5753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75763D" w:rsidP="0075763D">
          <w:pPr>
            <w:pStyle w:val="096DC268CB3744C7AF90E558EFABE7F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75763D" w:rsidP="0075763D">
          <w:pPr>
            <w:pStyle w:val="16EE3227410F4460A6706019F08584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75763D" w:rsidP="0075763D">
          <w:pPr>
            <w:pStyle w:val="35C6ADD19D0A4F7F9AA8A8D4CCB1374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75763D" w:rsidP="0075763D">
          <w:pPr>
            <w:pStyle w:val="0AD4EFDEB46F4DD3B07D7D864B6EAE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75763D" w:rsidP="0075763D">
          <w:pPr>
            <w:pStyle w:val="C969D259CE28476AA1EB44B74A93B0D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75763D" w:rsidP="0075763D">
          <w:pPr>
            <w:pStyle w:val="4163D3241B974CB9999FF0EC5B4E2B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75763D" w:rsidP="0075763D">
          <w:pPr>
            <w:pStyle w:val="89495584885745569DDCF4FEC1482D0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75763D" w:rsidP="0075763D">
          <w:pPr>
            <w:pStyle w:val="66C6F6902A3B4D4CA7D745FDDA70B68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75763D" w:rsidP="0075763D">
          <w:pPr>
            <w:pStyle w:val="4CD965A9EE694FECADF2476D720E7B6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75763D" w:rsidP="0075763D">
          <w:pPr>
            <w:pStyle w:val="09E232A6ADC042DB884957F020A929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75763D" w:rsidP="0075763D">
          <w:pPr>
            <w:pStyle w:val="3DF7FD3C5E5C4C0992D419903A5ACDD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75763D" w:rsidP="0075763D">
          <w:pPr>
            <w:pStyle w:val="657F90F891404138BEF4C8B0986FE70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75763D" w:rsidP="0075763D">
          <w:pPr>
            <w:pStyle w:val="C9113B8A854441D682CE5AC80AFB086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75763D" w:rsidP="0075763D">
          <w:pPr>
            <w:pStyle w:val="E3F5175B57004446843F4F317C13BE7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75763D" w:rsidP="0075763D">
          <w:pPr>
            <w:pStyle w:val="74CADD3637F3476CAEF2795719E307A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75763D" w:rsidP="0075763D">
          <w:pPr>
            <w:pStyle w:val="6E2E25C8BD59485F83A4E1A3EB66C1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75763D" w:rsidP="0075763D">
          <w:pPr>
            <w:pStyle w:val="CADFFF9D18954E1993F5C0789B03E17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75763D" w:rsidP="0075763D">
          <w:pPr>
            <w:pStyle w:val="872FF4CA11794B8A841DB2220DF10EA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75763D" w:rsidP="0075763D">
          <w:pPr>
            <w:pStyle w:val="4E97BD512F134974B65EC5CE1A1FFA5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75763D" w:rsidP="0075763D">
          <w:pPr>
            <w:pStyle w:val="43C24FC1DD4E4C25906C3761C0E44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75763D" w:rsidP="0075763D">
          <w:pPr>
            <w:pStyle w:val="6E5B51F8A20C49259CB13015EB12138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75763D" w:rsidP="0075763D">
          <w:pPr>
            <w:pStyle w:val="ACA81B7FEB124004A04A95F11ADBD7A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75763D" w:rsidP="0075763D">
          <w:pPr>
            <w:pStyle w:val="AB27C8C8D90949D99B80C3BCC40C6D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75763D" w:rsidP="0075763D">
          <w:pPr>
            <w:pStyle w:val="BE6BAA36B4CE46CCBA1107A2CA86328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75763D" w:rsidP="0075763D">
          <w:pPr>
            <w:pStyle w:val="98F3A9EE91754E259AFD2F141BD88EC3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75763D" w:rsidP="0075763D">
          <w:pPr>
            <w:pStyle w:val="A562792367E244C2B52C13434E400D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75763D" w:rsidP="0075763D">
          <w:pPr>
            <w:pStyle w:val="7E217E49FF2B4BCCB4F3ACCCBA86205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75763D" w:rsidP="0075763D">
          <w:pPr>
            <w:pStyle w:val="A6B6B6169038418C8F137F03A3BAC3E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75763D" w:rsidP="0075763D">
          <w:pPr>
            <w:pStyle w:val="BA84038C5BAB4BC98BCFD7720888F4E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75763D" w:rsidP="0075763D">
          <w:pPr>
            <w:pStyle w:val="2A85F1BB5E59479D91B2E845B74103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75763D" w:rsidP="0075763D">
          <w:pPr>
            <w:pStyle w:val="734A0FEE22AB4D08A85FAFBB84445CB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75763D" w:rsidP="0075763D">
          <w:pPr>
            <w:pStyle w:val="3AE69983638E496B87E186B118E83D0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75763D" w:rsidP="0075763D">
          <w:pPr>
            <w:pStyle w:val="4E1B8BE8E635423EB269141E9E2912A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75763D" w:rsidP="0075763D">
          <w:pPr>
            <w:pStyle w:val="522C19E6AA2346A4966003129C441C2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75763D" w:rsidP="0075763D">
          <w:pPr>
            <w:pStyle w:val="DC6DBC8E8B3947CB8F9195F36B67D85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75763D" w:rsidP="0075763D">
          <w:pPr>
            <w:pStyle w:val="49487EF4E50B45EF8F8DF0A58099CB0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75763D" w:rsidP="0075763D">
          <w:pPr>
            <w:pStyle w:val="C6C5AA04D5744E5397F5B4C02E599FE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75763D" w:rsidP="0075763D">
          <w:pPr>
            <w:pStyle w:val="657845195F10471BB191FDF6254F450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75763D" w:rsidP="0075763D">
          <w:pPr>
            <w:pStyle w:val="4261ABEBA6024587BD9BFFA89B86CBA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75763D" w:rsidP="0075763D">
          <w:pPr>
            <w:pStyle w:val="ECE4C47E07C843CCA2D7255597D0770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75763D" w:rsidP="0075763D">
          <w:pPr>
            <w:pStyle w:val="9444CF760006459A89EF2B7CE3AFF2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75763D" w:rsidP="0075763D">
          <w:pPr>
            <w:pStyle w:val="A451D5A1F2414B9AB219F05CFB3EC45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75763D" w:rsidP="0075763D">
          <w:pPr>
            <w:pStyle w:val="E58E1C4CC73644419B96786849CD041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75763D" w:rsidP="0075763D">
          <w:pPr>
            <w:pStyle w:val="CA4E4ABAE5DA465E97A6237A7809538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75763D" w:rsidP="0075763D">
          <w:pPr>
            <w:pStyle w:val="156AE4FD73954CA688AAE317B321396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75763D" w:rsidP="0075763D">
          <w:pPr>
            <w:pStyle w:val="6D5A277E4DAE4119840AF2E2D970FC5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75763D" w:rsidP="0075763D">
          <w:pPr>
            <w:pStyle w:val="586FFECF142C4598987272C037E4807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75763D" w:rsidP="0075763D">
          <w:pPr>
            <w:pStyle w:val="0FB6E5FECABF45829BB384A56029A28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75763D" w:rsidP="0075763D">
          <w:pPr>
            <w:pStyle w:val="26164AFE8C004731B39F8D42AA79484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75763D" w:rsidP="0075763D">
          <w:pPr>
            <w:pStyle w:val="143E6DFAA3A744858DA27EA69CF186A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75763D" w:rsidP="0075763D">
          <w:pPr>
            <w:pStyle w:val="FB7E9068020A4D09974EA1EB0D07EBE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75763D" w:rsidP="0075763D">
          <w:pPr>
            <w:pStyle w:val="B9DD229517514DD3BA3088064240514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75763D" w:rsidP="0075763D">
          <w:pPr>
            <w:pStyle w:val="4B4DB9EE858049CCB9AFBB15E50951BB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75763D" w:rsidP="0075763D">
          <w:pPr>
            <w:pStyle w:val="7041F98D97294F33B27DB409BE8E3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75763D" w:rsidP="0075763D">
          <w:pPr>
            <w:pStyle w:val="73AB6D1D873F4738BF61AE697637871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75763D" w:rsidP="0075763D">
          <w:pPr>
            <w:pStyle w:val="520891A0A4C04E9D9F8A8F3644975C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75763D" w:rsidP="0075763D">
          <w:pPr>
            <w:pStyle w:val="C582574595EA444189787F4DFB8EE37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75763D" w:rsidP="0075763D">
          <w:pPr>
            <w:pStyle w:val="55670920D67C4481B676B57D42BEF39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75763D" w:rsidP="0075763D">
          <w:pPr>
            <w:pStyle w:val="1734C0B0E50C4165979C1D1CD6EF511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75763D" w:rsidP="0075763D">
          <w:pPr>
            <w:pStyle w:val="982533AA1A67444FAB6AD764FF1EF88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75763D" w:rsidP="0075763D">
          <w:pPr>
            <w:pStyle w:val="A8251704D7154EB4AAFD40739CBF32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75763D" w:rsidP="0075763D">
          <w:pPr>
            <w:pStyle w:val="092F71A98DCB432994A49CF6A2418B1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75763D" w:rsidP="0075763D">
          <w:pPr>
            <w:pStyle w:val="FF714C39671F4059B6173089394CD3E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75763D" w:rsidP="0075763D">
          <w:pPr>
            <w:pStyle w:val="28589E92AA8443098EDE0E709D3F980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75763D" w:rsidP="0075763D">
          <w:pPr>
            <w:pStyle w:val="7B8873B5DDFA49E29AD3D86C96355BE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75763D" w:rsidP="0075763D">
          <w:pPr>
            <w:pStyle w:val="7D53A91E55554B1E87906AAB7E66728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75763D" w:rsidP="0075763D">
          <w:pPr>
            <w:pStyle w:val="A98CC7936C024C2988776FBA2CC670B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75763D" w:rsidP="0075763D">
          <w:pPr>
            <w:pStyle w:val="2E9B36F7201C45DF99CA9FA9C42900A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75763D" w:rsidP="0075763D">
          <w:pPr>
            <w:pStyle w:val="09814CF1CD7A47D3BB560F37A96F9D5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75763D" w:rsidP="0075763D">
          <w:pPr>
            <w:pStyle w:val="7793DEAF92564508A217818A964BBBC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73371A8D2C4998BA95EC51176AF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4EFEF-CB91-44B3-B600-842199E17ED2}"/>
      </w:docPartPr>
      <w:docPartBody>
        <w:p w:rsidR="0075763D" w:rsidRDefault="0075763D" w:rsidP="0075763D">
          <w:pPr>
            <w:pStyle w:val="1973371A8D2C4998BA95EC51176AF146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E8F653D53247E1B8E2E6FDB4253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0B4CD-913B-470C-A2D7-483C8AECBABD}"/>
      </w:docPartPr>
      <w:docPartBody>
        <w:p w:rsidR="0075763D" w:rsidRDefault="0075763D" w:rsidP="0075763D">
          <w:pPr>
            <w:pStyle w:val="94E8F653D53247E1B8E2E6FDB4253F14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CC5CEF68B44EA4B81A05F295833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39469-2D6E-4909-8787-678AB1F91B4D}"/>
      </w:docPartPr>
      <w:docPartBody>
        <w:p w:rsidR="0075763D" w:rsidRDefault="0075763D" w:rsidP="0075763D">
          <w:pPr>
            <w:pStyle w:val="CACC5CEF68B44EA4B81A05F295833853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715A0E00454E419827C8ECD2760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09671-CD5B-4E3C-A72E-B23DCDBF3F70}"/>
      </w:docPartPr>
      <w:docPartBody>
        <w:p w:rsidR="00000000" w:rsidRDefault="0075763D" w:rsidP="0075763D">
          <w:pPr>
            <w:pStyle w:val="A8715A0E00454E419827C8ECD2760C8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08DE558C7547158A2A669C220B4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BB586-9752-4B8E-8D56-338C05374DE4}"/>
      </w:docPartPr>
      <w:docPartBody>
        <w:p w:rsidR="00000000" w:rsidRDefault="0075763D" w:rsidP="0075763D">
          <w:pPr>
            <w:pStyle w:val="5D08DE558C7547158A2A669C220B4347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3869D3D28744929AC14D0F4A4E66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9EC3F-35B3-4ABF-B2F4-6E8BB1F79FC5}"/>
      </w:docPartPr>
      <w:docPartBody>
        <w:p w:rsidR="00000000" w:rsidRDefault="0075763D" w:rsidP="0075763D">
          <w:pPr>
            <w:pStyle w:val="B3869D3D28744929AC14D0F4A4E6622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A927FA998A4B2C80184798E5B92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1E64B-0C49-4AF5-97E8-244D915C0822}"/>
      </w:docPartPr>
      <w:docPartBody>
        <w:p w:rsidR="00000000" w:rsidRDefault="0075763D" w:rsidP="0075763D">
          <w:pPr>
            <w:pStyle w:val="CBA927FA998A4B2C80184798E5B926F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DBB368D0244699A4C1C6DB30CC2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9B496-6F42-437B-B27D-C03FA2A5423F}"/>
      </w:docPartPr>
      <w:docPartBody>
        <w:p w:rsidR="00000000" w:rsidRDefault="0075763D" w:rsidP="0075763D">
          <w:pPr>
            <w:pStyle w:val="B7DBB368D0244699A4C1C6DB30CC2CB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B13FF8A5D94356A42D6CB169EA8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D124B-EE15-4852-A2A2-20698A172E0C}"/>
      </w:docPartPr>
      <w:docPartBody>
        <w:p w:rsidR="00000000" w:rsidRDefault="0075763D" w:rsidP="0075763D">
          <w:pPr>
            <w:pStyle w:val="B4B13FF8A5D94356A42D6CB169EA8F4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ED45FA8D814DA1A6967C3200BA3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2B91D-C8A9-4559-92AF-230AB02F3745}"/>
      </w:docPartPr>
      <w:docPartBody>
        <w:p w:rsidR="00000000" w:rsidRDefault="0075763D" w:rsidP="0075763D">
          <w:pPr>
            <w:pStyle w:val="49ED45FA8D814DA1A6967C3200BA3B1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EFBF2BE3544710B11D005BC9383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0EEF4-0980-4163-9D30-5F87103653EE}"/>
      </w:docPartPr>
      <w:docPartBody>
        <w:p w:rsidR="00000000" w:rsidRDefault="0075763D" w:rsidP="0075763D">
          <w:pPr>
            <w:pStyle w:val="CCEFBF2BE3544710B11D005BC938361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4D0B9530664791806CCC2EDAAB1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ADC25-F1ED-4C27-883B-93265BB1BFA5}"/>
      </w:docPartPr>
      <w:docPartBody>
        <w:p w:rsidR="00000000" w:rsidRDefault="0075763D" w:rsidP="0075763D">
          <w:pPr>
            <w:pStyle w:val="F64D0B9530664791806CCC2EDAAB131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06EBFF3B8244CD28BD7F9CB8B9D6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92D1C-D9D7-4DFD-AD0C-8F71B3DBB60C}"/>
      </w:docPartPr>
      <w:docPartBody>
        <w:p w:rsidR="00000000" w:rsidRDefault="0075763D" w:rsidP="0075763D">
          <w:pPr>
            <w:pStyle w:val="E06EBFF3B8244CD28BD7F9CB8B9D6E9F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B54FD4AC9B14CEEA6A78BD8DF156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6EFC2-56B7-43B2-97F1-B3D2A36B0482}"/>
      </w:docPartPr>
      <w:docPartBody>
        <w:p w:rsidR="00000000" w:rsidRDefault="0075763D" w:rsidP="0075763D">
          <w:pPr>
            <w:pStyle w:val="0B54FD4AC9B14CEEA6A78BD8DF1563E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DFE33ADECF49EF8A0FF8576381B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1EF76-57E6-40AC-9174-55B5EFB2BE8F}"/>
      </w:docPartPr>
      <w:docPartBody>
        <w:p w:rsidR="00000000" w:rsidRDefault="0075763D" w:rsidP="0075763D">
          <w:pPr>
            <w:pStyle w:val="64DFE33ADECF49EF8A0FF8576381B3D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085BFF98084FE18F1E6E3D7589D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FFEDE-9980-4DCD-8E1F-A7DAED11E2DD}"/>
      </w:docPartPr>
      <w:docPartBody>
        <w:p w:rsidR="00000000" w:rsidRDefault="0075763D" w:rsidP="0075763D">
          <w:pPr>
            <w:pStyle w:val="8E085BFF98084FE18F1E6E3D7589D4E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C82DD96420490E8F45DB324B055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62735-C190-48FE-82A8-7EE482C0D9E6}"/>
      </w:docPartPr>
      <w:docPartBody>
        <w:p w:rsidR="00000000" w:rsidRDefault="0075763D" w:rsidP="0075763D">
          <w:pPr>
            <w:pStyle w:val="22C82DD96420490E8F45DB324B055C0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2857A9892145A3B22B186840646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C9353-BF2E-4E35-81DB-151E404D1942}"/>
      </w:docPartPr>
      <w:docPartBody>
        <w:p w:rsidR="00000000" w:rsidRDefault="0075763D" w:rsidP="0075763D">
          <w:pPr>
            <w:pStyle w:val="DA2857A9892145A3B22B1868406467A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908664CE9E44F39F1D961540B46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BFD63-9245-498A-BC76-087E6FE08F45}"/>
      </w:docPartPr>
      <w:docPartBody>
        <w:p w:rsidR="00000000" w:rsidRDefault="0075763D" w:rsidP="0075763D">
          <w:pPr>
            <w:pStyle w:val="47908664CE9E44F39F1D961540B463C1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214EFD93B240AAAF980BE50A38A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D220C-DA18-48E0-8CF5-9AB8B5F10157}"/>
      </w:docPartPr>
      <w:docPartBody>
        <w:p w:rsidR="00000000" w:rsidRDefault="0075763D" w:rsidP="0075763D">
          <w:pPr>
            <w:pStyle w:val="47214EFD93B240AAAF980BE50A38A92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2642486D7C54A6D9EDF169D99D81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186B6-F42D-44BF-B559-0FAB19E40C08}"/>
      </w:docPartPr>
      <w:docPartBody>
        <w:p w:rsidR="00000000" w:rsidRDefault="0075763D" w:rsidP="0075763D">
          <w:pPr>
            <w:pStyle w:val="A2642486D7C54A6D9EDF169D99D81D7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86F02D5A8145C4B07E96F567D8E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69183-22B7-4A80-8692-BB02F33C3D99}"/>
      </w:docPartPr>
      <w:docPartBody>
        <w:p w:rsidR="00000000" w:rsidRDefault="0075763D" w:rsidP="0075763D">
          <w:pPr>
            <w:pStyle w:val="AC86F02D5A8145C4B07E96F567D8E84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94B19CEA5C428D970D08AF45507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AEE0C-2264-4770-8F4A-F589FDC2A1FC}"/>
      </w:docPartPr>
      <w:docPartBody>
        <w:p w:rsidR="00000000" w:rsidRDefault="0075763D" w:rsidP="0075763D">
          <w:pPr>
            <w:pStyle w:val="D594B19CEA5C428D970D08AF4550741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F88C3D882E45DDB9B91CE8F65A2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203D0-C4B2-4872-8101-72B732178D03}"/>
      </w:docPartPr>
      <w:docPartBody>
        <w:p w:rsidR="00000000" w:rsidRDefault="0075763D" w:rsidP="0075763D">
          <w:pPr>
            <w:pStyle w:val="58F88C3D882E45DDB9B91CE8F65A22B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B9638400254046BD45258B01690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4552E-3EB1-415D-BA92-E18F475314DF}"/>
      </w:docPartPr>
      <w:docPartBody>
        <w:p w:rsidR="00000000" w:rsidRDefault="0075763D" w:rsidP="0075763D">
          <w:pPr>
            <w:pStyle w:val="54B9638400254046BD45258B01690E6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0315444E04BF9974B11301E100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DED47-C5B9-49C4-A90C-29927403AC94}"/>
      </w:docPartPr>
      <w:docPartBody>
        <w:p w:rsidR="00000000" w:rsidRDefault="0075763D" w:rsidP="0075763D">
          <w:pPr>
            <w:pStyle w:val="B2F0315444E04BF9974B11301E100C3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005F9EADEB40F898C984EE1E0B4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1820E-983E-4E49-A4ED-80F5520203DD}"/>
      </w:docPartPr>
      <w:docPartBody>
        <w:p w:rsidR="00000000" w:rsidRDefault="0075763D" w:rsidP="0075763D">
          <w:pPr>
            <w:pStyle w:val="43005F9EADEB40F898C984EE1E0B4360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619C9F15464B07849FFD5A91AB4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22BB1-948C-447F-B917-D48F63FD6138}"/>
      </w:docPartPr>
      <w:docPartBody>
        <w:p w:rsidR="00000000" w:rsidRDefault="0075763D" w:rsidP="0075763D">
          <w:pPr>
            <w:pStyle w:val="ED619C9F15464B07849FFD5A91AB4971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4BFF80222C94F178B432FC07EE64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B2C3C-144E-403B-8343-56B0EA7DD46A}"/>
      </w:docPartPr>
      <w:docPartBody>
        <w:p w:rsidR="00000000" w:rsidRDefault="0075763D" w:rsidP="0075763D">
          <w:pPr>
            <w:pStyle w:val="04BFF80222C94F178B432FC07EE6403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659CD8C5804478BC32FB74F4F32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E5225-8FF4-467A-B2FA-3A3D5E9993BB}"/>
      </w:docPartPr>
      <w:docPartBody>
        <w:p w:rsidR="00000000" w:rsidRDefault="0075763D" w:rsidP="0075763D">
          <w:pPr>
            <w:pStyle w:val="06659CD8C5804478BC32FB74F4F32A0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9A1CE9741B45F196D9EB1D394E2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DF680-1B99-4A20-A478-7F642026E7B3}"/>
      </w:docPartPr>
      <w:docPartBody>
        <w:p w:rsidR="00000000" w:rsidRDefault="0075763D" w:rsidP="0075763D">
          <w:pPr>
            <w:pStyle w:val="4D9A1CE9741B45F196D9EB1D394E22D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123D8FC2764BB68E6E73CBAE5C4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66E7-3180-4424-90E9-007DA3F9A241}"/>
      </w:docPartPr>
      <w:docPartBody>
        <w:p w:rsidR="00000000" w:rsidRDefault="0075763D" w:rsidP="0075763D">
          <w:pPr>
            <w:pStyle w:val="6B123D8FC2764BB68E6E73CBAE5C420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BC2B70820B4892A29C4FF548B0D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80EB0-D2A4-4CE7-9A97-62681AB94CAD}"/>
      </w:docPartPr>
      <w:docPartBody>
        <w:p w:rsidR="00000000" w:rsidRDefault="0075763D" w:rsidP="0075763D">
          <w:pPr>
            <w:pStyle w:val="56BC2B70820B4892A29C4FF548B0D35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E7AD8AB17A4D93BCFE21864FA5D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19BDD-0EC0-48B7-B608-EC50BDAF5E54}"/>
      </w:docPartPr>
      <w:docPartBody>
        <w:p w:rsidR="00000000" w:rsidRDefault="0075763D" w:rsidP="0075763D">
          <w:pPr>
            <w:pStyle w:val="46E7AD8AB17A4D93BCFE21864FA5D06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1738918A5504B5DB6AB0E5767B6B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0D99C-6738-433E-B6B2-B0BDE9782A95}"/>
      </w:docPartPr>
      <w:docPartBody>
        <w:p w:rsidR="00000000" w:rsidRDefault="0075763D" w:rsidP="0075763D">
          <w:pPr>
            <w:pStyle w:val="31738918A5504B5DB6AB0E5767B6BE2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C9FFF338EAF420D8FB2031140112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15D68-B8E0-46D1-8949-C79EB2FD6882}"/>
      </w:docPartPr>
      <w:docPartBody>
        <w:p w:rsidR="00000000" w:rsidRDefault="0075763D" w:rsidP="0075763D">
          <w:pPr>
            <w:pStyle w:val="FC9FFF338EAF420D8FB203114011270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B45C2BD0A64E0883726BA766043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99A6D-E319-4D1E-8F1C-265438AA339A}"/>
      </w:docPartPr>
      <w:docPartBody>
        <w:p w:rsidR="00000000" w:rsidRDefault="0075763D" w:rsidP="0075763D">
          <w:pPr>
            <w:pStyle w:val="E8B45C2BD0A64E0883726BA7660435D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0A8EDA0B024BCD904CECEB60618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A1D5A-344A-4A09-8AF0-17ECC32E46CE}"/>
      </w:docPartPr>
      <w:docPartBody>
        <w:p w:rsidR="00000000" w:rsidRDefault="0075763D" w:rsidP="0075763D">
          <w:pPr>
            <w:pStyle w:val="B20A8EDA0B024BCD904CECEB60618B4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99D95442534680B0A644E481496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96719-443D-4409-A498-3BB97ACA20E5}"/>
      </w:docPartPr>
      <w:docPartBody>
        <w:p w:rsidR="00000000" w:rsidRDefault="0075763D" w:rsidP="0075763D">
          <w:pPr>
            <w:pStyle w:val="D199D95442534680B0A644E4814965D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D643DD59294E36A47799B2FC1DE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D7EA6-54CF-4D52-B7D9-5F53930138D6}"/>
      </w:docPartPr>
      <w:docPartBody>
        <w:p w:rsidR="00000000" w:rsidRDefault="0075763D" w:rsidP="0075763D">
          <w:pPr>
            <w:pStyle w:val="11D643DD59294E36A47799B2FC1DE99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816EBE47064E26B7B5F257819E0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FECAD-8F64-415D-AA32-3D3685D44D73}"/>
      </w:docPartPr>
      <w:docPartBody>
        <w:p w:rsidR="00000000" w:rsidRDefault="0075763D" w:rsidP="0075763D">
          <w:pPr>
            <w:pStyle w:val="65816EBE47064E26B7B5F257819E052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8C812D83BCE54AAFA40F303AE784A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BAF30-DB13-43C8-89ED-C4A9CD3D56D9}"/>
      </w:docPartPr>
      <w:docPartBody>
        <w:p w:rsidR="00000000" w:rsidRDefault="0075763D" w:rsidP="0075763D">
          <w:pPr>
            <w:pStyle w:val="8C812D83BCE54AAFA40F303AE784A817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08A2D6368C143FDA6CF0FE808934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E8E33-CCF2-4BF8-AEBA-E65E8CF52742}"/>
      </w:docPartPr>
      <w:docPartBody>
        <w:p w:rsidR="00000000" w:rsidRDefault="0075763D" w:rsidP="0075763D">
          <w:pPr>
            <w:pStyle w:val="308A2D6368C143FDA6CF0FE808934DC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2F50C9B11D4EC08F2362FE31B15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0A85E-F3C7-4DFC-979B-79B06899DC1F}"/>
      </w:docPartPr>
      <w:docPartBody>
        <w:p w:rsidR="00000000" w:rsidRDefault="0075763D" w:rsidP="0075763D">
          <w:pPr>
            <w:pStyle w:val="B22F50C9B11D4EC08F2362FE31B150B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417498FF9D406F864E08074406E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E013D-0185-4E94-9127-8D890E29A5C7}"/>
      </w:docPartPr>
      <w:docPartBody>
        <w:p w:rsidR="00000000" w:rsidRDefault="0075763D" w:rsidP="0075763D">
          <w:pPr>
            <w:pStyle w:val="B2417498FF9D406F864E08074406E5A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1D975781124565B69F590748C08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C5096-FE50-4DE8-A84E-BB5E56491C83}"/>
      </w:docPartPr>
      <w:docPartBody>
        <w:p w:rsidR="00000000" w:rsidRDefault="0075763D" w:rsidP="0075763D">
          <w:pPr>
            <w:pStyle w:val="171D975781124565B69F590748C0828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A74118677F46A5A11C251704E70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38F32-D46A-4232-B5DD-6371F98D477B}"/>
      </w:docPartPr>
      <w:docPartBody>
        <w:p w:rsidR="00000000" w:rsidRDefault="0075763D" w:rsidP="0075763D">
          <w:pPr>
            <w:pStyle w:val="D7A74118677F46A5A11C251704E701B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60CCC6AF424E00B599D53FB1608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80D03-BD37-4D42-8D72-DC43851DBA49}"/>
      </w:docPartPr>
      <w:docPartBody>
        <w:p w:rsidR="00000000" w:rsidRDefault="0075763D" w:rsidP="0075763D">
          <w:pPr>
            <w:pStyle w:val="BA60CCC6AF424E00B599D53FB1608BF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2A0A5B1A6F440786CA99463ED3C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6ECCB-9266-43FC-8C6D-151D2685E0FE}"/>
      </w:docPartPr>
      <w:docPartBody>
        <w:p w:rsidR="00000000" w:rsidRDefault="0075763D" w:rsidP="0075763D">
          <w:pPr>
            <w:pStyle w:val="382A0A5B1A6F440786CA99463ED3C3F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8E145A314D494EA4FF920208B98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B2FCC-CFDD-4820-833F-F493EA60C302}"/>
      </w:docPartPr>
      <w:docPartBody>
        <w:p w:rsidR="00000000" w:rsidRDefault="0075763D" w:rsidP="0075763D">
          <w:pPr>
            <w:pStyle w:val="448E145A314D494EA4FF920208B989EF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7B6800205724223B72B118369E8F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614FA-E5C9-4A18-922E-04F274126704}"/>
      </w:docPartPr>
      <w:docPartBody>
        <w:p w:rsidR="00000000" w:rsidRDefault="0075763D" w:rsidP="0075763D">
          <w:pPr>
            <w:pStyle w:val="27B6800205724223B72B118369E8F29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9F98C589C44AD1A1D210AE62966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2FE37-E095-496B-BC6B-B5E4E62C4327}"/>
      </w:docPartPr>
      <w:docPartBody>
        <w:p w:rsidR="00000000" w:rsidRDefault="0075763D" w:rsidP="0075763D">
          <w:pPr>
            <w:pStyle w:val="939F98C589C44AD1A1D210AE62966DB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F5419FB0BE4B06983A5B045A1D7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71F87-9EB2-49E3-8F0C-79F2DAF15697}"/>
      </w:docPartPr>
      <w:docPartBody>
        <w:p w:rsidR="00000000" w:rsidRDefault="0075763D" w:rsidP="0075763D">
          <w:pPr>
            <w:pStyle w:val="0CF5419FB0BE4B06983A5B045A1D7BE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A4008774634C0EA0473B522D12D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0EE3A-CB32-4C52-936B-086511215C94}"/>
      </w:docPartPr>
      <w:docPartBody>
        <w:p w:rsidR="00000000" w:rsidRDefault="0075763D" w:rsidP="0075763D">
          <w:pPr>
            <w:pStyle w:val="2CA4008774634C0EA0473B522D12D43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A6D65FA68B4A6FA0AA0E0AE1DF9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22CF-8905-4C4A-8E34-9CFB49408DC4}"/>
      </w:docPartPr>
      <w:docPartBody>
        <w:p w:rsidR="00000000" w:rsidRDefault="0075763D" w:rsidP="0075763D">
          <w:pPr>
            <w:pStyle w:val="1AA6D65FA68B4A6FA0AA0E0AE1DF9EF3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804FB2916E4513A3D6B493A0D0E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58E24-C716-4BB3-8538-567FA4BC9643}"/>
      </w:docPartPr>
      <w:docPartBody>
        <w:p w:rsidR="00000000" w:rsidRDefault="0075763D" w:rsidP="0075763D">
          <w:pPr>
            <w:pStyle w:val="3B804FB2916E4513A3D6B493A0D0ED6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D721100D6642CD805B2BCCBF24E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25579-5342-49BF-A89C-AE9198E5FA9F}"/>
      </w:docPartPr>
      <w:docPartBody>
        <w:p w:rsidR="00000000" w:rsidRDefault="0075763D" w:rsidP="0075763D">
          <w:pPr>
            <w:pStyle w:val="45D721100D6642CD805B2BCCBF24E70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A79FD4CC9B4042874EB3670A031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F3BCF-96F3-461E-8803-0587E508EC84}"/>
      </w:docPartPr>
      <w:docPartBody>
        <w:p w:rsidR="00000000" w:rsidRDefault="0075763D" w:rsidP="0075763D">
          <w:pPr>
            <w:pStyle w:val="16A79FD4CC9B4042874EB3670A03124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C74E9609F24B739C546E96079DE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01CA7-7BA8-4D78-AA1D-DD016B19D7C3}"/>
      </w:docPartPr>
      <w:docPartBody>
        <w:p w:rsidR="00000000" w:rsidRDefault="0075763D" w:rsidP="0075763D">
          <w:pPr>
            <w:pStyle w:val="69C74E9609F24B739C546E96079DEA9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4D2D846A0343FD8B6F50C1FE6F0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7303-6814-469B-8B0C-1E0175457FF5}"/>
      </w:docPartPr>
      <w:docPartBody>
        <w:p w:rsidR="00000000" w:rsidRDefault="0075763D" w:rsidP="0075763D">
          <w:pPr>
            <w:pStyle w:val="D74D2D846A0343FD8B6F50C1FE6F0FE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D56C08D1BA41F2856AEDC8451D0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00330-92C7-4E6C-B2A3-C5180D6A9AD3}"/>
      </w:docPartPr>
      <w:docPartBody>
        <w:p w:rsidR="00000000" w:rsidRDefault="0075763D" w:rsidP="0075763D">
          <w:pPr>
            <w:pStyle w:val="3CD56C08D1BA41F2856AEDC8451D0E0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D197EF96544670B54799E465E8C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64730-0B98-4DCC-B5CA-93CE00EE8F3A}"/>
      </w:docPartPr>
      <w:docPartBody>
        <w:p w:rsidR="00000000" w:rsidRDefault="0075763D" w:rsidP="0075763D">
          <w:pPr>
            <w:pStyle w:val="CBD197EF96544670B54799E465E8C06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77A2A5A4F24953BB0DEB510696A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496D4-D8B9-44B6-8D4E-B8168C099226}"/>
      </w:docPartPr>
      <w:docPartBody>
        <w:p w:rsidR="00000000" w:rsidRDefault="0075763D" w:rsidP="0075763D">
          <w:pPr>
            <w:pStyle w:val="5977A2A5A4F24953BB0DEB510696A26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12EDF70268403EAC79E83028A4D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F48ED-3D50-4A38-9311-E7D54B8A2FE0}"/>
      </w:docPartPr>
      <w:docPartBody>
        <w:p w:rsidR="00000000" w:rsidRDefault="0075763D" w:rsidP="0075763D">
          <w:pPr>
            <w:pStyle w:val="0812EDF70268403EAC79E83028A4DC3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484D491C5D4BCBBEF7C80CBBD05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855A3-AC23-4356-B41E-BE26A1F9D0BE}"/>
      </w:docPartPr>
      <w:docPartBody>
        <w:p w:rsidR="00000000" w:rsidRDefault="0075763D" w:rsidP="0075763D">
          <w:pPr>
            <w:pStyle w:val="74484D491C5D4BCBBEF7C80CBBD0545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B60D1DF36143E38855806348DD8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82839-9849-4BCA-8DA7-404A00CE0C25}"/>
      </w:docPartPr>
      <w:docPartBody>
        <w:p w:rsidR="00000000" w:rsidRDefault="0075763D" w:rsidP="0075763D">
          <w:pPr>
            <w:pStyle w:val="3DB60D1DF36143E38855806348DD8E4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F96CC5B6174568827E8B1ED3ECC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964C2-F6A1-4818-B706-5BEBC78F2E97}"/>
      </w:docPartPr>
      <w:docPartBody>
        <w:p w:rsidR="00000000" w:rsidRDefault="0075763D" w:rsidP="0075763D">
          <w:pPr>
            <w:pStyle w:val="84F96CC5B6174568827E8B1ED3ECCE5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E76BF1C8FA4136AC0FD59100F16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A4366-58FC-4113-B9AF-9AD9F8E87000}"/>
      </w:docPartPr>
      <w:docPartBody>
        <w:p w:rsidR="00000000" w:rsidRDefault="0075763D" w:rsidP="0075763D">
          <w:pPr>
            <w:pStyle w:val="D3E76BF1C8FA4136AC0FD59100F1661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5F1660511E4966888D9D883A018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608AE6-B8E1-4B5C-BE17-FA05E7DB5087}"/>
      </w:docPartPr>
      <w:docPartBody>
        <w:p w:rsidR="00000000" w:rsidRDefault="0075763D" w:rsidP="0075763D">
          <w:pPr>
            <w:pStyle w:val="075F1660511E4966888D9D883A0187D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BA37C4F90849E88FBFBDEE10D74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D0928-61FD-472A-A24C-C0A4BB453B88}"/>
      </w:docPartPr>
      <w:docPartBody>
        <w:p w:rsidR="00000000" w:rsidRDefault="0075763D" w:rsidP="0075763D">
          <w:pPr>
            <w:pStyle w:val="BFBA37C4F90849E88FBFBDEE10D74C8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130345E7B449228E241C086AC1F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BC2C2-B462-49B4-8961-E4CB7ACF9477}"/>
      </w:docPartPr>
      <w:docPartBody>
        <w:p w:rsidR="00000000" w:rsidRDefault="0075763D" w:rsidP="0075763D">
          <w:pPr>
            <w:pStyle w:val="26130345E7B449228E241C086AC1FBD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9FC653D5E64235B344ADA1B63BC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DA42D-C404-4BA5-91B4-F9996679E3C5}"/>
      </w:docPartPr>
      <w:docPartBody>
        <w:p w:rsidR="00000000" w:rsidRDefault="0075763D" w:rsidP="0075763D">
          <w:pPr>
            <w:pStyle w:val="C19FC653D5E64235B344ADA1B63BCDF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59CC6EC6884C4C8767A39F0D973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AE72E-2320-4D53-B641-FAF4994758F1}"/>
      </w:docPartPr>
      <w:docPartBody>
        <w:p w:rsidR="00000000" w:rsidRDefault="0075763D" w:rsidP="0075763D">
          <w:pPr>
            <w:pStyle w:val="7659CC6EC6884C4C8767A39F0D973ED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90661AC0F145EBAF0F2BF6A3658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2F508-3888-43FC-BC83-D10806A2AA59}"/>
      </w:docPartPr>
      <w:docPartBody>
        <w:p w:rsidR="00000000" w:rsidRDefault="0075763D" w:rsidP="0075763D">
          <w:pPr>
            <w:pStyle w:val="B590661AC0F145EBAF0F2BF6A36585E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962ED0746C46F5ACE1343711DEF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B6315-C1C2-45A7-A1CF-ABE49A4D0231}"/>
      </w:docPartPr>
      <w:docPartBody>
        <w:p w:rsidR="00000000" w:rsidRDefault="0075763D" w:rsidP="0075763D">
          <w:pPr>
            <w:pStyle w:val="F3962ED0746C46F5ACE1343711DEFB6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760D0460AD430DB2343401597C3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86DE7-3981-4EF1-9A34-BE905BD15C7B}"/>
      </w:docPartPr>
      <w:docPartBody>
        <w:p w:rsidR="00000000" w:rsidRDefault="0075763D" w:rsidP="0075763D">
          <w:pPr>
            <w:pStyle w:val="99760D0460AD430DB2343401597C361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08D3E8CE9D4ED2A1034F3629FFE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B26AB-8C60-4A10-9036-0CAF7B73A39A}"/>
      </w:docPartPr>
      <w:docPartBody>
        <w:p w:rsidR="00000000" w:rsidRDefault="0075763D" w:rsidP="0075763D">
          <w:pPr>
            <w:pStyle w:val="1808D3E8CE9D4ED2A1034F3629FFE91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E0188B9A424B14BB09646E9279A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20748-0F0B-47D2-A0E6-7D5A73043634}"/>
      </w:docPartPr>
      <w:docPartBody>
        <w:p w:rsidR="00000000" w:rsidRDefault="0075763D" w:rsidP="0075763D">
          <w:pPr>
            <w:pStyle w:val="03E0188B9A424B14BB09646E9279A07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8E3526AE47444FA06FB6985E962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09D80-9893-4BCF-A0D6-763A6B835754}"/>
      </w:docPartPr>
      <w:docPartBody>
        <w:p w:rsidR="00000000" w:rsidRDefault="0075763D" w:rsidP="0075763D">
          <w:pPr>
            <w:pStyle w:val="EB8E3526AE47444FA06FB6985E96276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721F58B5AB47D5BCE90FDBBD1D2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E31EA-81A3-4D45-980F-50F38DC85891}"/>
      </w:docPartPr>
      <w:docPartBody>
        <w:p w:rsidR="00000000" w:rsidRDefault="0075763D" w:rsidP="0075763D">
          <w:pPr>
            <w:pStyle w:val="97721F58B5AB47D5BCE90FDBBD1D28C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F3875"/>
    <w:rsid w:val="00302272"/>
    <w:rsid w:val="004161F5"/>
    <w:rsid w:val="004801B2"/>
    <w:rsid w:val="005A051B"/>
    <w:rsid w:val="006239E1"/>
    <w:rsid w:val="00667F4B"/>
    <w:rsid w:val="006D0099"/>
    <w:rsid w:val="0075763D"/>
    <w:rsid w:val="00762782"/>
    <w:rsid w:val="009A5C93"/>
    <w:rsid w:val="00B302C0"/>
    <w:rsid w:val="00BC3393"/>
    <w:rsid w:val="00BD0B7C"/>
    <w:rsid w:val="00EE6B9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763D"/>
    <w:rPr>
      <w:color w:val="666666"/>
    </w:rPr>
  </w:style>
  <w:style w:type="paragraph" w:customStyle="1" w:styleId="C21B9C3E87074139A9C846B1B4334AB3">
    <w:name w:val="C21B9C3E87074139A9C846B1B4334AB3"/>
    <w:rsid w:val="004161F5"/>
  </w:style>
  <w:style w:type="paragraph" w:customStyle="1" w:styleId="0423504971984E3CA014D7D54995C960">
    <w:name w:val="0423504971984E3CA014D7D54995C960"/>
    <w:rsid w:val="004161F5"/>
  </w:style>
  <w:style w:type="paragraph" w:customStyle="1" w:styleId="047256735BF942FB8FC659570B5872FF">
    <w:name w:val="047256735BF942FB8FC659570B5872FF"/>
    <w:rsid w:val="006239E1"/>
  </w:style>
  <w:style w:type="paragraph" w:customStyle="1" w:styleId="6EB2257E5DDE498E98DC42ED4E9EA10F">
    <w:name w:val="6EB2257E5DDE498E98DC42ED4E9EA10F"/>
    <w:rsid w:val="006239E1"/>
  </w:style>
  <w:style w:type="paragraph" w:customStyle="1" w:styleId="1734C0B0E50C4165979C1D1CD6EF51181">
    <w:name w:val="1734C0B0E50C4165979C1D1CD6EF5118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1">
    <w:name w:val="F4D6CB2241074A76A75ACE4A72F3BACA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1">
    <w:name w:val="5C6BE9DD57B042A78E73AE6C65AB81E9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1">
    <w:name w:val="B94FF17A7DD844238942618D220CAEE0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1">
    <w:name w:val="96F24E541B0145AAA4C1F913603E646E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1">
    <w:name w:val="2C3A3162D80445F78DDE0C5B1FC1D376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1">
    <w:name w:val="3BB3224C02224BE9B27FBD8B4FA44C85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73371A8D2C4998BA95EC51176AF146">
    <w:name w:val="1973371A8D2C4998BA95EC51176AF146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1">
    <w:name w:val="767E5F504CE04A3283DBB5C362BF53DD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E8F653D53247E1B8E2E6FDB4253F14">
    <w:name w:val="94E8F653D53247E1B8E2E6FDB4253F14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1">
    <w:name w:val="15FA136DFCC9400EA3643631FD9D49AC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CC5CEF68B44EA4B81A05F295833853">
    <w:name w:val="CACC5CEF68B44EA4B81A05F295833853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1">
    <w:name w:val="758EF154077D4EC492E0AA02749775EE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1">
    <w:name w:val="60444590C5F4414E83C6454885D5753D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1">
    <w:name w:val="096DC268CB3744C7AF90E558EFABE7F6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1">
    <w:name w:val="16EE3227410F4460A6706019F08584BA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1">
    <w:name w:val="35C6ADD19D0A4F7F9AA8A8D4CCB1374F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1">
    <w:name w:val="0AD4EFDEB46F4DD3B07D7D864B6EAEB2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1">
    <w:name w:val="C969D259CE28476AA1EB44B74A93B0DE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1">
    <w:name w:val="4163D3241B974CB9999FF0EC5B4E2B21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1">
    <w:name w:val="89495584885745569DDCF4FEC1482D05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1">
    <w:name w:val="66C6F6902A3B4D4CA7D745FDDA70B68A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1">
    <w:name w:val="4CD965A9EE694FECADF2476D720E7B6E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1">
    <w:name w:val="09E232A6ADC042DB884957F020A929BA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1">
    <w:name w:val="3DF7FD3C5E5C4C0992D419903A5ACDD9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1">
    <w:name w:val="CADFFF9D18954E1993F5C0789B03E179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1">
    <w:name w:val="657F90F891404138BEF4C8B0986FE706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1">
    <w:name w:val="C9113B8A854441D682CE5AC80AFB0860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1">
    <w:name w:val="A98CC7936C024C2988776FBA2CC670BD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1">
    <w:name w:val="2E9B36F7201C45DF99CA9FA9C42900AE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1">
    <w:name w:val="09814CF1CD7A47D3BB560F37A96F9D58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1">
    <w:name w:val="7793DEAF92564508A217818A964BBBC0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1">
    <w:name w:val="872FF4CA11794B8A841DB2220DF10EA6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1">
    <w:name w:val="4E97BD512F134974B65EC5CE1A1FFA5C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1">
    <w:name w:val="43C24FC1DD4E4C25906C3761C0E444F2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1">
    <w:name w:val="6E5B51F8A20C49259CB13015EB121389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1">
    <w:name w:val="ACA81B7FEB124004A04A95F11ADBD7A7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1">
    <w:name w:val="E3F5175B57004446843F4F317C13BE7C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1">
    <w:name w:val="6E2E25C8BD59485F83A4E1A3EB66C1CA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1">
    <w:name w:val="74CADD3637F3476CAEF2795719E307AF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1">
    <w:name w:val="AB27C8C8D90949D99B80C3BCC40C6DB1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1">
    <w:name w:val="BE6BAA36B4CE46CCBA1107A2CA86328D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1">
    <w:name w:val="98F3A9EE91754E259AFD2F141BD88EC3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1">
    <w:name w:val="A562792367E244C2B52C13434E400DB2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1">
    <w:name w:val="7E217E49FF2B4BCCB4F3ACCCBA862056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1">
    <w:name w:val="A6B6B6169038418C8F137F03A3BAC3E6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1">
    <w:name w:val="BA84038C5BAB4BC98BCFD7720888F4EA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1">
    <w:name w:val="2A85F1BB5E59479D91B2E845B74103B1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1">
    <w:name w:val="734A0FEE22AB4D08A85FAFBB84445CB9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1">
    <w:name w:val="3AE69983638E496B87E186B118E83D05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1">
    <w:name w:val="4E1B8BE8E635423EB269141E9E2912AC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1">
    <w:name w:val="522C19E6AA2346A4966003129C441C2C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1">
    <w:name w:val="DC6DBC8E8B3947CB8F9195F36B67D85A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1">
    <w:name w:val="49487EF4E50B45EF8F8DF0A58099CB09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1">
    <w:name w:val="C6C5AA04D5744E5397F5B4C02E599FEC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1">
    <w:name w:val="657845195F10471BB191FDF6254F450F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1">
    <w:name w:val="4261ABEBA6024587BD9BFFA89B86CBAD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1">
    <w:name w:val="ECE4C47E07C843CCA2D7255597D07705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1">
    <w:name w:val="9444CF760006459A89EF2B7CE3AFF2D1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1">
    <w:name w:val="A451D5A1F2414B9AB219F05CFB3EC45E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1">
    <w:name w:val="E58E1C4CC73644419B96786849CD0414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1">
    <w:name w:val="982533AA1A67444FAB6AD764FF1EF883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1">
    <w:name w:val="A8251704D7154EB4AAFD40739CBF3232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1">
    <w:name w:val="092F71A98DCB432994A49CF6A2418B19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1">
    <w:name w:val="FF714C39671F4059B6173089394CD3ED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1">
    <w:name w:val="28589E92AA8443098EDE0E709D3F9809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1">
    <w:name w:val="7B8873B5DDFA49E29AD3D86C96355BEA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1">
    <w:name w:val="7D53A91E55554B1E87906AAB7E66728B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1">
    <w:name w:val="CA4E4ABAE5DA465E97A6237A7809538C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1">
    <w:name w:val="156AE4FD73954CA688AAE317B321396B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1">
    <w:name w:val="6D5A277E4DAE4119840AF2E2D970FC5F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1">
    <w:name w:val="586FFECF142C4598987272C037E4807A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1">
    <w:name w:val="0FB6E5FECABF45829BB384A56029A28D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1">
    <w:name w:val="26164AFE8C004731B39F8D42AA79484B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1">
    <w:name w:val="143E6DFAA3A744858DA27EA69CF186A8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1">
    <w:name w:val="FB7E9068020A4D09974EA1EB0D07EBE0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1">
    <w:name w:val="B9DD229517514DD3BA30880642405144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1">
    <w:name w:val="4B4DB9EE858049CCB9AFBB15E50951BB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1">
    <w:name w:val="7041F98D97294F33B27DB409BE8E34F1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1">
    <w:name w:val="73AB6D1D873F4738BF61AE697637871D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1">
    <w:name w:val="520891A0A4C04E9D9F8A8F3644975CB1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1">
    <w:name w:val="C582574595EA444189787F4DFB8EE37F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1">
    <w:name w:val="55670920D67C4481B676B57D42BEF39B1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F6CDACC4C345C2A0AF18EE9B897269">
    <w:name w:val="20F6CDACC4C345C2A0AF18EE9B897269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7BE40585804496A8D668755C92F15C">
    <w:name w:val="E57BE40585804496A8D668755C92F15C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09CB06564E499691CD0CF512CC54F3">
    <w:name w:val="7609CB06564E499691CD0CF512CC54F3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AF9787A51C4D069403BF5727B639D8">
    <w:name w:val="A7AF9787A51C4D069403BF5727B639D8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E4862E165C4C8DAD16127A06A36A87">
    <w:name w:val="D6E4862E165C4C8DAD16127A06A36A87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52E3B2C85C4E77A7BF99C30A9B9726">
    <w:name w:val="5F52E3B2C85C4E77A7BF99C30A9B9726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522DC385164E3B803CD89DFEDCC424">
    <w:name w:val="D4522DC385164E3B803CD89DFEDCC424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5519533E89E45A9AFD99E2BEE5949C9">
    <w:name w:val="B5519533E89E45A9AFD99E2BEE5949C9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5593CFA31FE4317912C43216EAC5799">
    <w:name w:val="B5593CFA31FE4317912C43216EAC5799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5CA0A9BBA44D00A3D75952309FA38F">
    <w:name w:val="C05CA0A9BBA44D00A3D75952309FA38F"/>
    <w:rsid w:val="000F3875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906AA88EF84B3491F48F4793A2469B">
    <w:name w:val="4D906AA88EF84B3491F48F4793A2469B"/>
    <w:rsid w:val="0075763D"/>
  </w:style>
  <w:style w:type="paragraph" w:customStyle="1" w:styleId="A8715A0E00454E419827C8ECD2760C82">
    <w:name w:val="A8715A0E00454E419827C8ECD2760C82"/>
    <w:rsid w:val="0075763D"/>
  </w:style>
  <w:style w:type="paragraph" w:customStyle="1" w:styleId="5D08DE558C7547158A2A669C220B4347">
    <w:name w:val="5D08DE558C7547158A2A669C220B4347"/>
    <w:rsid w:val="0075763D"/>
  </w:style>
  <w:style w:type="paragraph" w:customStyle="1" w:styleId="B3869D3D28744929AC14D0F4A4E6622D">
    <w:name w:val="B3869D3D28744929AC14D0F4A4E6622D"/>
    <w:rsid w:val="0075763D"/>
  </w:style>
  <w:style w:type="paragraph" w:customStyle="1" w:styleId="CBA927FA998A4B2C80184798E5B926FD">
    <w:name w:val="CBA927FA998A4B2C80184798E5B926FD"/>
    <w:rsid w:val="0075763D"/>
  </w:style>
  <w:style w:type="paragraph" w:customStyle="1" w:styleId="B7DBB368D0244699A4C1C6DB30CC2CB4">
    <w:name w:val="B7DBB368D0244699A4C1C6DB30CC2CB4"/>
    <w:rsid w:val="0075763D"/>
  </w:style>
  <w:style w:type="paragraph" w:customStyle="1" w:styleId="B4B13FF8A5D94356A42D6CB169EA8F40">
    <w:name w:val="B4B13FF8A5D94356A42D6CB169EA8F40"/>
    <w:rsid w:val="0075763D"/>
  </w:style>
  <w:style w:type="paragraph" w:customStyle="1" w:styleId="49ED45FA8D814DA1A6967C3200BA3B18">
    <w:name w:val="49ED45FA8D814DA1A6967C3200BA3B18"/>
    <w:rsid w:val="0075763D"/>
  </w:style>
  <w:style w:type="paragraph" w:customStyle="1" w:styleId="9948497FB0334A8EA3EFE40E61999A62">
    <w:name w:val="9948497FB0334A8EA3EFE40E61999A62"/>
    <w:rsid w:val="0075763D"/>
  </w:style>
  <w:style w:type="paragraph" w:customStyle="1" w:styleId="CCEFBF2BE3544710B11D005BC938361C">
    <w:name w:val="CCEFBF2BE3544710B11D005BC938361C"/>
    <w:rsid w:val="0075763D"/>
  </w:style>
  <w:style w:type="paragraph" w:customStyle="1" w:styleId="F64D0B9530664791806CCC2EDAAB131A">
    <w:name w:val="F64D0B9530664791806CCC2EDAAB131A"/>
    <w:rsid w:val="0075763D"/>
  </w:style>
  <w:style w:type="paragraph" w:customStyle="1" w:styleId="E06EBFF3B8244CD28BD7F9CB8B9D6E9F">
    <w:name w:val="E06EBFF3B8244CD28BD7F9CB8B9D6E9F"/>
    <w:rsid w:val="0075763D"/>
  </w:style>
  <w:style w:type="paragraph" w:customStyle="1" w:styleId="0B54FD4AC9B14CEEA6A78BD8DF1563EC">
    <w:name w:val="0B54FD4AC9B14CEEA6A78BD8DF1563EC"/>
    <w:rsid w:val="0075763D"/>
  </w:style>
  <w:style w:type="paragraph" w:customStyle="1" w:styleId="64DFE33ADECF49EF8A0FF8576381B3D0">
    <w:name w:val="64DFE33ADECF49EF8A0FF8576381B3D0"/>
    <w:rsid w:val="0075763D"/>
  </w:style>
  <w:style w:type="paragraph" w:customStyle="1" w:styleId="8E085BFF98084FE18F1E6E3D7589D4ED">
    <w:name w:val="8E085BFF98084FE18F1E6E3D7589D4ED"/>
    <w:rsid w:val="0075763D"/>
  </w:style>
  <w:style w:type="paragraph" w:customStyle="1" w:styleId="22C82DD96420490E8F45DB324B055C00">
    <w:name w:val="22C82DD96420490E8F45DB324B055C00"/>
    <w:rsid w:val="0075763D"/>
  </w:style>
  <w:style w:type="paragraph" w:customStyle="1" w:styleId="CF67BDDAF07948F9A8E275E0156C9A1F">
    <w:name w:val="CF67BDDAF07948F9A8E275E0156C9A1F"/>
    <w:rsid w:val="0075763D"/>
  </w:style>
  <w:style w:type="paragraph" w:customStyle="1" w:styleId="DA2857A9892145A3B22B1868406467A1">
    <w:name w:val="DA2857A9892145A3B22B1868406467A1"/>
    <w:rsid w:val="0075763D"/>
  </w:style>
  <w:style w:type="paragraph" w:customStyle="1" w:styleId="47908664CE9E44F39F1D961540B463C1">
    <w:name w:val="47908664CE9E44F39F1D961540B463C1"/>
    <w:rsid w:val="0075763D"/>
  </w:style>
  <w:style w:type="paragraph" w:customStyle="1" w:styleId="47214EFD93B240AAAF980BE50A38A929">
    <w:name w:val="47214EFD93B240AAAF980BE50A38A929"/>
    <w:rsid w:val="0075763D"/>
  </w:style>
  <w:style w:type="paragraph" w:customStyle="1" w:styleId="A2642486D7C54A6D9EDF169D99D81D77">
    <w:name w:val="A2642486D7C54A6D9EDF169D99D81D77"/>
    <w:rsid w:val="0075763D"/>
  </w:style>
  <w:style w:type="paragraph" w:customStyle="1" w:styleId="AC86F02D5A8145C4B07E96F567D8E848">
    <w:name w:val="AC86F02D5A8145C4B07E96F567D8E848"/>
    <w:rsid w:val="0075763D"/>
  </w:style>
  <w:style w:type="paragraph" w:customStyle="1" w:styleId="D594B19CEA5C428D970D08AF45507411">
    <w:name w:val="D594B19CEA5C428D970D08AF45507411"/>
    <w:rsid w:val="0075763D"/>
  </w:style>
  <w:style w:type="paragraph" w:customStyle="1" w:styleId="58F88C3D882E45DDB9B91CE8F65A22B1">
    <w:name w:val="58F88C3D882E45DDB9B91CE8F65A22B1"/>
    <w:rsid w:val="0075763D"/>
  </w:style>
  <w:style w:type="paragraph" w:customStyle="1" w:styleId="496E1EB22BE04037983BDB7104DCEC0F">
    <w:name w:val="496E1EB22BE04037983BDB7104DCEC0F"/>
    <w:rsid w:val="0075763D"/>
  </w:style>
  <w:style w:type="paragraph" w:customStyle="1" w:styleId="54B9638400254046BD45258B01690E63">
    <w:name w:val="54B9638400254046BD45258B01690E63"/>
    <w:rsid w:val="0075763D"/>
  </w:style>
  <w:style w:type="paragraph" w:customStyle="1" w:styleId="B2F0315444E04BF9974B11301E100C3D">
    <w:name w:val="B2F0315444E04BF9974B11301E100C3D"/>
    <w:rsid w:val="0075763D"/>
  </w:style>
  <w:style w:type="paragraph" w:customStyle="1" w:styleId="43005F9EADEB40F898C984EE1E0B4360">
    <w:name w:val="43005F9EADEB40F898C984EE1E0B4360"/>
    <w:rsid w:val="0075763D"/>
  </w:style>
  <w:style w:type="paragraph" w:customStyle="1" w:styleId="ED619C9F15464B07849FFD5A91AB4971">
    <w:name w:val="ED619C9F15464B07849FFD5A91AB4971"/>
    <w:rsid w:val="0075763D"/>
  </w:style>
  <w:style w:type="paragraph" w:customStyle="1" w:styleId="04BFF80222C94F178B432FC07EE64037">
    <w:name w:val="04BFF80222C94F178B432FC07EE64037"/>
    <w:rsid w:val="0075763D"/>
  </w:style>
  <w:style w:type="paragraph" w:customStyle="1" w:styleId="06659CD8C5804478BC32FB74F4F32A05">
    <w:name w:val="06659CD8C5804478BC32FB74F4F32A05"/>
    <w:rsid w:val="0075763D"/>
  </w:style>
  <w:style w:type="paragraph" w:customStyle="1" w:styleId="4D9A1CE9741B45F196D9EB1D394E22DF">
    <w:name w:val="4D9A1CE9741B45F196D9EB1D394E22DF"/>
    <w:rsid w:val="0075763D"/>
  </w:style>
  <w:style w:type="paragraph" w:customStyle="1" w:styleId="0BB008A455D04792BD8B4D448F782D63">
    <w:name w:val="0BB008A455D04792BD8B4D448F782D63"/>
    <w:rsid w:val="0075763D"/>
  </w:style>
  <w:style w:type="paragraph" w:customStyle="1" w:styleId="6B123D8FC2764BB68E6E73CBAE5C4206">
    <w:name w:val="6B123D8FC2764BB68E6E73CBAE5C4206"/>
    <w:rsid w:val="0075763D"/>
  </w:style>
  <w:style w:type="paragraph" w:customStyle="1" w:styleId="56BC2B70820B4892A29C4FF548B0D35C">
    <w:name w:val="56BC2B70820B4892A29C4FF548B0D35C"/>
    <w:rsid w:val="0075763D"/>
  </w:style>
  <w:style w:type="paragraph" w:customStyle="1" w:styleId="46E7AD8AB17A4D93BCFE21864FA5D06D">
    <w:name w:val="46E7AD8AB17A4D93BCFE21864FA5D06D"/>
    <w:rsid w:val="0075763D"/>
  </w:style>
  <w:style w:type="paragraph" w:customStyle="1" w:styleId="31738918A5504B5DB6AB0E5767B6BE24">
    <w:name w:val="31738918A5504B5DB6AB0E5767B6BE24"/>
    <w:rsid w:val="0075763D"/>
  </w:style>
  <w:style w:type="paragraph" w:customStyle="1" w:styleId="FC9FFF338EAF420D8FB2031140112705">
    <w:name w:val="FC9FFF338EAF420D8FB2031140112705"/>
    <w:rsid w:val="0075763D"/>
  </w:style>
  <w:style w:type="paragraph" w:customStyle="1" w:styleId="E8B45C2BD0A64E0883726BA7660435D9">
    <w:name w:val="E8B45C2BD0A64E0883726BA7660435D9"/>
    <w:rsid w:val="0075763D"/>
  </w:style>
  <w:style w:type="paragraph" w:customStyle="1" w:styleId="B20A8EDA0B024BCD904CECEB60618B47">
    <w:name w:val="B20A8EDA0B024BCD904CECEB60618B47"/>
    <w:rsid w:val="0075763D"/>
  </w:style>
  <w:style w:type="paragraph" w:customStyle="1" w:styleId="2F45F7C6ECF340B08BF7E4C6D01BC83E">
    <w:name w:val="2F45F7C6ECF340B08BF7E4C6D01BC83E"/>
    <w:rsid w:val="0075763D"/>
  </w:style>
  <w:style w:type="paragraph" w:customStyle="1" w:styleId="D199D95442534680B0A644E4814965DF">
    <w:name w:val="D199D95442534680B0A644E4814965DF"/>
    <w:rsid w:val="0075763D"/>
  </w:style>
  <w:style w:type="paragraph" w:customStyle="1" w:styleId="11D643DD59294E36A47799B2FC1DE99A">
    <w:name w:val="11D643DD59294E36A47799B2FC1DE99A"/>
    <w:rsid w:val="0075763D"/>
  </w:style>
  <w:style w:type="paragraph" w:customStyle="1" w:styleId="65816EBE47064E26B7B5F257819E0526">
    <w:name w:val="65816EBE47064E26B7B5F257819E0526"/>
    <w:rsid w:val="0075763D"/>
  </w:style>
  <w:style w:type="paragraph" w:customStyle="1" w:styleId="8C812D83BCE54AAFA40F303AE784A817">
    <w:name w:val="8C812D83BCE54AAFA40F303AE784A817"/>
    <w:rsid w:val="0075763D"/>
  </w:style>
  <w:style w:type="paragraph" w:customStyle="1" w:styleId="308A2D6368C143FDA6CF0FE808934DC4">
    <w:name w:val="308A2D6368C143FDA6CF0FE808934DC4"/>
    <w:rsid w:val="0075763D"/>
  </w:style>
  <w:style w:type="paragraph" w:customStyle="1" w:styleId="B22F50C9B11D4EC08F2362FE31B150B5">
    <w:name w:val="B22F50C9B11D4EC08F2362FE31B150B5"/>
    <w:rsid w:val="0075763D"/>
  </w:style>
  <w:style w:type="paragraph" w:customStyle="1" w:styleId="B2417498FF9D406F864E08074406E5A2">
    <w:name w:val="B2417498FF9D406F864E08074406E5A2"/>
    <w:rsid w:val="0075763D"/>
  </w:style>
  <w:style w:type="paragraph" w:customStyle="1" w:styleId="EEE5C1F551D64AF4B1FD4870D842BF9B">
    <w:name w:val="EEE5C1F551D64AF4B1FD4870D842BF9B"/>
    <w:rsid w:val="0075763D"/>
  </w:style>
  <w:style w:type="paragraph" w:customStyle="1" w:styleId="171D975781124565B69F590748C0828C">
    <w:name w:val="171D975781124565B69F590748C0828C"/>
    <w:rsid w:val="0075763D"/>
  </w:style>
  <w:style w:type="paragraph" w:customStyle="1" w:styleId="D7A74118677F46A5A11C251704E701B4">
    <w:name w:val="D7A74118677F46A5A11C251704E701B4"/>
    <w:rsid w:val="0075763D"/>
  </w:style>
  <w:style w:type="paragraph" w:customStyle="1" w:styleId="BA60CCC6AF424E00B599D53FB1608BF4">
    <w:name w:val="BA60CCC6AF424E00B599D53FB1608BF4"/>
    <w:rsid w:val="0075763D"/>
  </w:style>
  <w:style w:type="paragraph" w:customStyle="1" w:styleId="382A0A5B1A6F440786CA99463ED3C3F1">
    <w:name w:val="382A0A5B1A6F440786CA99463ED3C3F1"/>
    <w:rsid w:val="0075763D"/>
  </w:style>
  <w:style w:type="paragraph" w:customStyle="1" w:styleId="448E145A314D494EA4FF920208B989EF">
    <w:name w:val="448E145A314D494EA4FF920208B989EF"/>
    <w:rsid w:val="0075763D"/>
  </w:style>
  <w:style w:type="paragraph" w:customStyle="1" w:styleId="F5BC845C30584465BD492FB44918E413">
    <w:name w:val="F5BC845C30584465BD492FB44918E413"/>
    <w:rsid w:val="0075763D"/>
  </w:style>
  <w:style w:type="paragraph" w:customStyle="1" w:styleId="27B6800205724223B72B118369E8F297">
    <w:name w:val="27B6800205724223B72B118369E8F297"/>
    <w:rsid w:val="0075763D"/>
  </w:style>
  <w:style w:type="paragraph" w:customStyle="1" w:styleId="939F98C589C44AD1A1D210AE62966DB7">
    <w:name w:val="939F98C589C44AD1A1D210AE62966DB7"/>
    <w:rsid w:val="0075763D"/>
  </w:style>
  <w:style w:type="paragraph" w:customStyle="1" w:styleId="0CF5419FB0BE4B06983A5B045A1D7BEB">
    <w:name w:val="0CF5419FB0BE4B06983A5B045A1D7BEB"/>
    <w:rsid w:val="0075763D"/>
  </w:style>
  <w:style w:type="paragraph" w:customStyle="1" w:styleId="2CA4008774634C0EA0473B522D12D434">
    <w:name w:val="2CA4008774634C0EA0473B522D12D434"/>
    <w:rsid w:val="0075763D"/>
  </w:style>
  <w:style w:type="paragraph" w:customStyle="1" w:styleId="1AA6D65FA68B4A6FA0AA0E0AE1DF9EF3">
    <w:name w:val="1AA6D65FA68B4A6FA0AA0E0AE1DF9EF3"/>
    <w:rsid w:val="0075763D"/>
  </w:style>
  <w:style w:type="paragraph" w:customStyle="1" w:styleId="897E30990BCC44FB89EC794D570C82AB">
    <w:name w:val="897E30990BCC44FB89EC794D570C82AB"/>
    <w:rsid w:val="0075763D"/>
  </w:style>
  <w:style w:type="paragraph" w:customStyle="1" w:styleId="3B804FB2916E4513A3D6B493A0D0ED63">
    <w:name w:val="3B804FB2916E4513A3D6B493A0D0ED63"/>
    <w:rsid w:val="0075763D"/>
  </w:style>
  <w:style w:type="paragraph" w:customStyle="1" w:styleId="45D721100D6642CD805B2BCCBF24E708">
    <w:name w:val="45D721100D6642CD805B2BCCBF24E708"/>
    <w:rsid w:val="0075763D"/>
  </w:style>
  <w:style w:type="paragraph" w:customStyle="1" w:styleId="16A79FD4CC9B4042874EB3670A03124C">
    <w:name w:val="16A79FD4CC9B4042874EB3670A03124C"/>
    <w:rsid w:val="0075763D"/>
  </w:style>
  <w:style w:type="paragraph" w:customStyle="1" w:styleId="69C74E9609F24B739C546E96079DEA91">
    <w:name w:val="69C74E9609F24B739C546E96079DEA91"/>
    <w:rsid w:val="0075763D"/>
  </w:style>
  <w:style w:type="paragraph" w:customStyle="1" w:styleId="D74D2D846A0343FD8B6F50C1FE6F0FE4">
    <w:name w:val="D74D2D846A0343FD8B6F50C1FE6F0FE4"/>
    <w:rsid w:val="0075763D"/>
  </w:style>
  <w:style w:type="paragraph" w:customStyle="1" w:styleId="3412460CA03C4E72A286D3E6BD90BA4A">
    <w:name w:val="3412460CA03C4E72A286D3E6BD90BA4A"/>
    <w:rsid w:val="0075763D"/>
  </w:style>
  <w:style w:type="paragraph" w:customStyle="1" w:styleId="3CD56C08D1BA41F2856AEDC8451D0E01">
    <w:name w:val="3CD56C08D1BA41F2856AEDC8451D0E01"/>
    <w:rsid w:val="0075763D"/>
  </w:style>
  <w:style w:type="paragraph" w:customStyle="1" w:styleId="CBD197EF96544670B54799E465E8C06E">
    <w:name w:val="CBD197EF96544670B54799E465E8C06E"/>
    <w:rsid w:val="0075763D"/>
  </w:style>
  <w:style w:type="paragraph" w:customStyle="1" w:styleId="5977A2A5A4F24953BB0DEB510696A26E">
    <w:name w:val="5977A2A5A4F24953BB0DEB510696A26E"/>
    <w:rsid w:val="0075763D"/>
  </w:style>
  <w:style w:type="paragraph" w:customStyle="1" w:styleId="0812EDF70268403EAC79E83028A4DC39">
    <w:name w:val="0812EDF70268403EAC79E83028A4DC39"/>
    <w:rsid w:val="0075763D"/>
  </w:style>
  <w:style w:type="paragraph" w:customStyle="1" w:styleId="74484D491C5D4BCBBEF7C80CBBD05457">
    <w:name w:val="74484D491C5D4BCBBEF7C80CBBD05457"/>
    <w:rsid w:val="0075763D"/>
  </w:style>
  <w:style w:type="paragraph" w:customStyle="1" w:styleId="B612D153CC004D2DA483C8AE75CFA7AD">
    <w:name w:val="B612D153CC004D2DA483C8AE75CFA7AD"/>
    <w:rsid w:val="0075763D"/>
  </w:style>
  <w:style w:type="paragraph" w:customStyle="1" w:styleId="3DB60D1DF36143E38855806348DD8E41">
    <w:name w:val="3DB60D1DF36143E38855806348DD8E41"/>
    <w:rsid w:val="0075763D"/>
  </w:style>
  <w:style w:type="paragraph" w:customStyle="1" w:styleId="84F96CC5B6174568827E8B1ED3ECCE56">
    <w:name w:val="84F96CC5B6174568827E8B1ED3ECCE56"/>
    <w:rsid w:val="0075763D"/>
  </w:style>
  <w:style w:type="paragraph" w:customStyle="1" w:styleId="D3E76BF1C8FA4136AC0FD59100F1661A">
    <w:name w:val="D3E76BF1C8FA4136AC0FD59100F1661A"/>
    <w:rsid w:val="0075763D"/>
  </w:style>
  <w:style w:type="paragraph" w:customStyle="1" w:styleId="075F1660511E4966888D9D883A0187D1">
    <w:name w:val="075F1660511E4966888D9D883A0187D1"/>
    <w:rsid w:val="0075763D"/>
  </w:style>
  <w:style w:type="paragraph" w:customStyle="1" w:styleId="BFBA37C4F90849E88FBFBDEE10D74C8E">
    <w:name w:val="BFBA37C4F90849E88FBFBDEE10D74C8E"/>
    <w:rsid w:val="0075763D"/>
  </w:style>
  <w:style w:type="paragraph" w:customStyle="1" w:styleId="E576F7DF5F874430A8F1993A8CD08213">
    <w:name w:val="E576F7DF5F874430A8F1993A8CD08213"/>
    <w:rsid w:val="0075763D"/>
  </w:style>
  <w:style w:type="paragraph" w:customStyle="1" w:styleId="CCD9510F680B4E61A034A73DC0689991">
    <w:name w:val="CCD9510F680B4E61A034A73DC0689991"/>
    <w:rsid w:val="0075763D"/>
  </w:style>
  <w:style w:type="paragraph" w:customStyle="1" w:styleId="9E9DED9EC28D43968931DA7EDB9CDCA9">
    <w:name w:val="9E9DED9EC28D43968931DA7EDB9CDCA9"/>
    <w:rsid w:val="0075763D"/>
  </w:style>
  <w:style w:type="paragraph" w:customStyle="1" w:styleId="1361A72725AA4D8A91D5269B0ACAFEF7">
    <w:name w:val="1361A72725AA4D8A91D5269B0ACAFEF7"/>
    <w:rsid w:val="0075763D"/>
  </w:style>
  <w:style w:type="paragraph" w:customStyle="1" w:styleId="8E67AC89A4484E03885FD7343A8ED3EC">
    <w:name w:val="8E67AC89A4484E03885FD7343A8ED3EC"/>
    <w:rsid w:val="0075763D"/>
  </w:style>
  <w:style w:type="paragraph" w:customStyle="1" w:styleId="DDAB6CCB924845A4B4282F1E637B741D">
    <w:name w:val="DDAB6CCB924845A4B4282F1E637B741D"/>
    <w:rsid w:val="0075763D"/>
  </w:style>
  <w:style w:type="paragraph" w:customStyle="1" w:styleId="1386F7AF861F40A68434F2F9C1FF335B">
    <w:name w:val="1386F7AF861F40A68434F2F9C1FF335B"/>
    <w:rsid w:val="0075763D"/>
  </w:style>
  <w:style w:type="paragraph" w:customStyle="1" w:styleId="FA41166F38B6418E97B129ABE2C4718F">
    <w:name w:val="FA41166F38B6418E97B129ABE2C4718F"/>
    <w:rsid w:val="0075763D"/>
  </w:style>
  <w:style w:type="paragraph" w:customStyle="1" w:styleId="7E24FFE0A4A14C2388CE471ADC9456E6">
    <w:name w:val="7E24FFE0A4A14C2388CE471ADC9456E6"/>
    <w:rsid w:val="0075763D"/>
  </w:style>
  <w:style w:type="paragraph" w:customStyle="1" w:styleId="264862B3EE50453CAA22D1E859137A31">
    <w:name w:val="264862B3EE50453CAA22D1E859137A31"/>
    <w:rsid w:val="0075763D"/>
  </w:style>
  <w:style w:type="paragraph" w:customStyle="1" w:styleId="BDB4C35767A346BA91C06480377D3608">
    <w:name w:val="BDB4C35767A346BA91C06480377D3608"/>
    <w:rsid w:val="0075763D"/>
  </w:style>
  <w:style w:type="paragraph" w:customStyle="1" w:styleId="CEF6882E8CB64E2DB670AD41748F3F75">
    <w:name w:val="CEF6882E8CB64E2DB670AD41748F3F75"/>
    <w:rsid w:val="0075763D"/>
  </w:style>
  <w:style w:type="paragraph" w:customStyle="1" w:styleId="26130345E7B449228E241C086AC1FBD7">
    <w:name w:val="26130345E7B449228E241C086AC1FBD7"/>
    <w:rsid w:val="0075763D"/>
  </w:style>
  <w:style w:type="paragraph" w:customStyle="1" w:styleId="C19FC653D5E64235B344ADA1B63BCDFC">
    <w:name w:val="C19FC653D5E64235B344ADA1B63BCDFC"/>
    <w:rsid w:val="0075763D"/>
  </w:style>
  <w:style w:type="paragraph" w:customStyle="1" w:styleId="7659CC6EC6884C4C8767A39F0D973ED9">
    <w:name w:val="7659CC6EC6884C4C8767A39F0D973ED9"/>
    <w:rsid w:val="0075763D"/>
  </w:style>
  <w:style w:type="paragraph" w:customStyle="1" w:styleId="B590661AC0F145EBAF0F2BF6A36585EC">
    <w:name w:val="B590661AC0F145EBAF0F2BF6A36585EC"/>
    <w:rsid w:val="0075763D"/>
  </w:style>
  <w:style w:type="paragraph" w:customStyle="1" w:styleId="F3962ED0746C46F5ACE1343711DEFB62">
    <w:name w:val="F3962ED0746C46F5ACE1343711DEFB62"/>
    <w:rsid w:val="0075763D"/>
  </w:style>
  <w:style w:type="paragraph" w:customStyle="1" w:styleId="99760D0460AD430DB2343401597C361C">
    <w:name w:val="99760D0460AD430DB2343401597C361C"/>
    <w:rsid w:val="0075763D"/>
  </w:style>
  <w:style w:type="paragraph" w:customStyle="1" w:styleId="1808D3E8CE9D4ED2A1034F3629FFE91D">
    <w:name w:val="1808D3E8CE9D4ED2A1034F3629FFE91D"/>
    <w:rsid w:val="0075763D"/>
  </w:style>
  <w:style w:type="paragraph" w:customStyle="1" w:styleId="03E0188B9A424B14BB09646E9279A074">
    <w:name w:val="03E0188B9A424B14BB09646E9279A074"/>
    <w:rsid w:val="0075763D"/>
  </w:style>
  <w:style w:type="paragraph" w:customStyle="1" w:styleId="EB8E3526AE47444FA06FB6985E962761">
    <w:name w:val="EB8E3526AE47444FA06FB6985E962761"/>
    <w:rsid w:val="0075763D"/>
  </w:style>
  <w:style w:type="paragraph" w:customStyle="1" w:styleId="97721F58B5AB47D5BCE90FDBBD1D28C6">
    <w:name w:val="97721F58B5AB47D5BCE90FDBBD1D28C6"/>
    <w:rsid w:val="0075763D"/>
  </w:style>
  <w:style w:type="paragraph" w:customStyle="1" w:styleId="1734C0B0E50C4165979C1D1CD6EF5118">
    <w:name w:val="1734C0B0E50C4165979C1D1CD6EF5118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73371A8D2C4998BA95EC51176AF1461">
    <w:name w:val="1973371A8D2C4998BA95EC51176AF146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">
    <w:name w:val="767E5F504CE04A3283DBB5C362BF53DD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E8F653D53247E1B8E2E6FDB4253F141">
    <w:name w:val="94E8F653D53247E1B8E2E6FDB4253F14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">
    <w:name w:val="15FA136DFCC9400EA3643631FD9D49AC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CC5CEF68B44EA4B81A05F2958338531">
    <w:name w:val="CACC5CEF68B44EA4B81A05F295833853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">
    <w:name w:val="16EE3227410F4460A6706019F08584BA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">
    <w:name w:val="657F90F891404138BEF4C8B0986FE706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">
    <w:name w:val="BE6BAA36B4CE46CCBA1107A2CA86328D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">
    <w:name w:val="98F3A9EE91754E259AFD2F141BD88EC3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">
    <w:name w:val="A562792367E244C2B52C13434E400DB2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">
    <w:name w:val="BA84038C5BAB4BC98BCFD7720888F4EA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">
    <w:name w:val="2A85F1BB5E59479D91B2E845B74103B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">
    <w:name w:val="734A0FEE22AB4D08A85FAFBB84445CB9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">
    <w:name w:val="3AE69983638E496B87E186B118E83D05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">
    <w:name w:val="4E1B8BE8E635423EB269141E9E2912AC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">
    <w:name w:val="522C19E6AA2346A4966003129C441C2C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">
    <w:name w:val="DC6DBC8E8B3947CB8F9195F36B67D85A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">
    <w:name w:val="49487EF4E50B45EF8F8DF0A58099CB09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715A0E00454E419827C8ECD2760C821">
    <w:name w:val="A8715A0E00454E419827C8ECD2760C82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08DE558C7547158A2A669C220B43471">
    <w:name w:val="5D08DE558C7547158A2A669C220B4347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869D3D28744929AC14D0F4A4E6622D1">
    <w:name w:val="B3869D3D28744929AC14D0F4A4E6622D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A927FA998A4B2C80184798E5B926FD1">
    <w:name w:val="CBA927FA998A4B2C80184798E5B926FD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DBB368D0244699A4C1C6DB30CC2CB41">
    <w:name w:val="B7DBB368D0244699A4C1C6DB30CC2CB4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B13FF8A5D94356A42D6CB169EA8F401">
    <w:name w:val="B4B13FF8A5D94356A42D6CB169EA8F40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ED45FA8D814DA1A6967C3200BA3B181">
    <w:name w:val="49ED45FA8D814DA1A6967C3200BA3B18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EFBF2BE3544710B11D005BC938361C1">
    <w:name w:val="CCEFBF2BE3544710B11D005BC938361C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4D0B9530664791806CCC2EDAAB131A1">
    <w:name w:val="F64D0B9530664791806CCC2EDAAB131A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6EBFF3B8244CD28BD7F9CB8B9D6E9F1">
    <w:name w:val="E06EBFF3B8244CD28BD7F9CB8B9D6E9F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54FD4AC9B14CEEA6A78BD8DF1563EC1">
    <w:name w:val="0B54FD4AC9B14CEEA6A78BD8DF1563EC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DFE33ADECF49EF8A0FF8576381B3D01">
    <w:name w:val="64DFE33ADECF49EF8A0FF8576381B3D0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E085BFF98084FE18F1E6E3D7589D4ED1">
    <w:name w:val="8E085BFF98084FE18F1E6E3D7589D4ED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C82DD96420490E8F45DB324B055C001">
    <w:name w:val="22C82DD96420490E8F45DB324B055C00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A2857A9892145A3B22B1868406467A11">
    <w:name w:val="DA2857A9892145A3B22B1868406467A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908664CE9E44F39F1D961540B463C11">
    <w:name w:val="47908664CE9E44F39F1D961540B463C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214EFD93B240AAAF980BE50A38A9291">
    <w:name w:val="47214EFD93B240AAAF980BE50A38A929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42486D7C54A6D9EDF169D99D81D771">
    <w:name w:val="A2642486D7C54A6D9EDF169D99D81D77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86F02D5A8145C4B07E96F567D8E8481">
    <w:name w:val="AC86F02D5A8145C4B07E96F567D8E848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94B19CEA5C428D970D08AF455074111">
    <w:name w:val="D594B19CEA5C428D970D08AF4550741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F88C3D882E45DDB9B91CE8F65A22B11">
    <w:name w:val="58F88C3D882E45DDB9B91CE8F65A22B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">
    <w:name w:val="4261ABEBA6024587BD9BFFA89B86CBAD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">
    <w:name w:val="ECE4C47E07C843CCA2D7255597D07705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">
    <w:name w:val="9444CF760006459A89EF2B7CE3AFF2D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">
    <w:name w:val="A451D5A1F2414B9AB219F05CFB3EC45E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">
    <w:name w:val="E58E1C4CC73644419B96786849CD0414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">
    <w:name w:val="982533AA1A67444FAB6AD764FF1EF883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">
    <w:name w:val="A8251704D7154EB4AAFD40739CBF3232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">
    <w:name w:val="092F71A98DCB432994A49CF6A2418B19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">
    <w:name w:val="FF714C39671F4059B6173089394CD3ED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">
    <w:name w:val="28589E92AA8443098EDE0E709D3F9809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">
    <w:name w:val="7B8873B5DDFA49E29AD3D86C96355BEA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">
    <w:name w:val="7D53A91E55554B1E87906AAB7E66728B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B9638400254046BD45258B01690E631">
    <w:name w:val="54B9638400254046BD45258B01690E63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F0315444E04BF9974B11301E100C3D1">
    <w:name w:val="B2F0315444E04BF9974B11301E100C3D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005F9EADEB40F898C984EE1E0B43601">
    <w:name w:val="43005F9EADEB40F898C984EE1E0B4360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619C9F15464B07849FFD5A91AB49711">
    <w:name w:val="ED619C9F15464B07849FFD5A91AB497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BFF80222C94F178B432FC07EE640371">
    <w:name w:val="04BFF80222C94F178B432FC07EE64037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659CD8C5804478BC32FB74F4F32A051">
    <w:name w:val="06659CD8C5804478BC32FB74F4F32A05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9A1CE9741B45F196D9EB1D394E22DF1">
    <w:name w:val="4D9A1CE9741B45F196D9EB1D394E22DF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123D8FC2764BB68E6E73CBAE5C42061">
    <w:name w:val="6B123D8FC2764BB68E6E73CBAE5C4206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BC2B70820B4892A29C4FF548B0D35C1">
    <w:name w:val="56BC2B70820B4892A29C4FF548B0D35C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E7AD8AB17A4D93BCFE21864FA5D06D1">
    <w:name w:val="46E7AD8AB17A4D93BCFE21864FA5D06D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738918A5504B5DB6AB0E5767B6BE241">
    <w:name w:val="31738918A5504B5DB6AB0E5767B6BE24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9FFF338EAF420D8FB20311401127051">
    <w:name w:val="FC9FFF338EAF420D8FB2031140112705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B45C2BD0A64E0883726BA7660435D91">
    <w:name w:val="E8B45C2BD0A64E0883726BA7660435D9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0A8EDA0B024BCD904CECEB60618B471">
    <w:name w:val="B20A8EDA0B024BCD904CECEB60618B47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99D95442534680B0A644E4814965DF1">
    <w:name w:val="D199D95442534680B0A644E4814965DF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D643DD59294E36A47799B2FC1DE99A1">
    <w:name w:val="11D643DD59294E36A47799B2FC1DE99A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816EBE47064E26B7B5F257819E05261">
    <w:name w:val="65816EBE47064E26B7B5F257819E0526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812D83BCE54AAFA40F303AE784A8171">
    <w:name w:val="8C812D83BCE54AAFA40F303AE784A817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8A2D6368C143FDA6CF0FE808934DC41">
    <w:name w:val="308A2D6368C143FDA6CF0FE808934DC4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2F50C9B11D4EC08F2362FE31B150B51">
    <w:name w:val="B22F50C9B11D4EC08F2362FE31B150B5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417498FF9D406F864E08074406E5A21">
    <w:name w:val="B2417498FF9D406F864E08074406E5A2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">
    <w:name w:val="CA4E4ABAE5DA465E97A6237A7809538C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">
    <w:name w:val="156AE4FD73954CA688AAE317B321396B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">
    <w:name w:val="6D5A277E4DAE4119840AF2E2D970FC5F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">
    <w:name w:val="586FFECF142C4598987272C037E4807A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">
    <w:name w:val="0FB6E5FECABF45829BB384A56029A28D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">
    <w:name w:val="26164AFE8C004731B39F8D42AA79484B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">
    <w:name w:val="143E6DFAA3A744858DA27EA69CF186A8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">
    <w:name w:val="FB7E9068020A4D09974EA1EB0D07EBE0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">
    <w:name w:val="B9DD229517514DD3BA30880642405144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">
    <w:name w:val="4B4DB9EE858049CCB9AFBB15E50951BB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1D975781124565B69F590748C0828C1">
    <w:name w:val="171D975781124565B69F590748C0828C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A74118677F46A5A11C251704E701B41">
    <w:name w:val="D7A74118677F46A5A11C251704E701B4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60CCC6AF424E00B599D53FB1608BF41">
    <w:name w:val="BA60CCC6AF424E00B599D53FB1608BF4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2A0A5B1A6F440786CA99463ED3C3F11">
    <w:name w:val="382A0A5B1A6F440786CA99463ED3C3F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8E145A314D494EA4FF920208B989EF1">
    <w:name w:val="448E145A314D494EA4FF920208B989EF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B6800205724223B72B118369E8F2971">
    <w:name w:val="27B6800205724223B72B118369E8F297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9F98C589C44AD1A1D210AE62966DB71">
    <w:name w:val="939F98C589C44AD1A1D210AE62966DB7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F5419FB0BE4B06983A5B045A1D7BEB1">
    <w:name w:val="0CF5419FB0BE4B06983A5B045A1D7BEB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A4008774634C0EA0473B522D12D4341">
    <w:name w:val="2CA4008774634C0EA0473B522D12D434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A6D65FA68B4A6FA0AA0E0AE1DF9EF31">
    <w:name w:val="1AA6D65FA68B4A6FA0AA0E0AE1DF9EF3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804FB2916E4513A3D6B493A0D0ED631">
    <w:name w:val="3B804FB2916E4513A3D6B493A0D0ED63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D721100D6642CD805B2BCCBF24E7081">
    <w:name w:val="45D721100D6642CD805B2BCCBF24E708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A79FD4CC9B4042874EB3670A03124C1">
    <w:name w:val="16A79FD4CC9B4042874EB3670A03124C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C74E9609F24B739C546E96079DEA911">
    <w:name w:val="69C74E9609F24B739C546E96079DEA9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4D2D846A0343FD8B6F50C1FE6F0FE41">
    <w:name w:val="D74D2D846A0343FD8B6F50C1FE6F0FE4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D56C08D1BA41F2856AEDC8451D0E011">
    <w:name w:val="3CD56C08D1BA41F2856AEDC8451D0E0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D197EF96544670B54799E465E8C06E1">
    <w:name w:val="CBD197EF96544670B54799E465E8C06E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77A2A5A4F24953BB0DEB510696A26E1">
    <w:name w:val="5977A2A5A4F24953BB0DEB510696A26E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12EDF70268403EAC79E83028A4DC391">
    <w:name w:val="0812EDF70268403EAC79E83028A4DC39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484D491C5D4BCBBEF7C80CBBD054571">
    <w:name w:val="74484D491C5D4BCBBEF7C80CBBD05457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B60D1DF36143E38855806348DD8E411">
    <w:name w:val="3DB60D1DF36143E38855806348DD8E4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F96CC5B6174568827E8B1ED3ECCE561">
    <w:name w:val="84F96CC5B6174568827E8B1ED3ECCE56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E76BF1C8FA4136AC0FD59100F1661A1">
    <w:name w:val="D3E76BF1C8FA4136AC0FD59100F1661A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5F1660511E4966888D9D883A0187D11">
    <w:name w:val="075F1660511E4966888D9D883A0187D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FBA37C4F90849E88FBFBDEE10D74C8E1">
    <w:name w:val="BFBA37C4F90849E88FBFBDEE10D74C8E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30345E7B449228E241C086AC1FBD71">
    <w:name w:val="26130345E7B449228E241C086AC1FBD7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9FC653D5E64235B344ADA1B63BCDFC1">
    <w:name w:val="C19FC653D5E64235B344ADA1B63BCDFC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59CC6EC6884C4C8767A39F0D973ED91">
    <w:name w:val="7659CC6EC6884C4C8767A39F0D973ED9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590661AC0F145EBAF0F2BF6A36585EC1">
    <w:name w:val="B590661AC0F145EBAF0F2BF6A36585EC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962ED0746C46F5ACE1343711DEFB621">
    <w:name w:val="F3962ED0746C46F5ACE1343711DEFB62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760D0460AD430DB2343401597C361C1">
    <w:name w:val="99760D0460AD430DB2343401597C361C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08D3E8CE9D4ED2A1034F3629FFE91D1">
    <w:name w:val="1808D3E8CE9D4ED2A1034F3629FFE91D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E0188B9A424B14BB09646E9279A0741">
    <w:name w:val="03E0188B9A424B14BB09646E9279A074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8E3526AE47444FA06FB6985E9627611">
    <w:name w:val="EB8E3526AE47444FA06FB6985E962761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7721F58B5AB47D5BCE90FDBBD1D28C61">
    <w:name w:val="97721F58B5AB47D5BCE90FDBBD1D28C61"/>
    <w:rsid w:val="0075763D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911D23-8072-48D1-8F73-C785898F196C}"/>
</file>

<file path=customXml/itemProps2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7</cp:revision>
  <dcterms:created xsi:type="dcterms:W3CDTF">2026-08-25T11:11:00Z</dcterms:created>
  <dcterms:modified xsi:type="dcterms:W3CDTF">2026-09-10T11:20:00Z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