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39513AE5" w:rsidR="00F4085D" w:rsidRPr="00597958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597958">
        <w:rPr>
          <w:b/>
          <w:bCs/>
          <w:sz w:val="40"/>
          <w:szCs w:val="40"/>
        </w:rPr>
        <w:t xml:space="preserve">RCPI </w:t>
      </w:r>
      <w:r w:rsidR="007C0991" w:rsidRPr="00597958">
        <w:rPr>
          <w:b/>
          <w:bCs/>
          <w:sz w:val="40"/>
          <w:szCs w:val="40"/>
        </w:rPr>
        <w:t xml:space="preserve">Higher Specialist </w:t>
      </w:r>
      <w:r w:rsidR="002D7D98" w:rsidRPr="00597958">
        <w:rPr>
          <w:b/>
          <w:bCs/>
          <w:sz w:val="40"/>
          <w:szCs w:val="40"/>
        </w:rPr>
        <w:t>Training</w:t>
      </w:r>
      <w:r w:rsidR="007C0991" w:rsidRPr="00597958">
        <w:rPr>
          <w:b/>
          <w:bCs/>
          <w:sz w:val="40"/>
          <w:szCs w:val="40"/>
        </w:rPr>
        <w:t>:</w:t>
      </w:r>
      <w:r w:rsidR="00F4085D" w:rsidRPr="00597958">
        <w:rPr>
          <w:b/>
          <w:bCs/>
          <w:sz w:val="40"/>
          <w:szCs w:val="40"/>
        </w:rPr>
        <w:t xml:space="preserve"> </w:t>
      </w:r>
      <w:r w:rsidR="00F95BBB">
        <w:rPr>
          <w:b/>
          <w:bCs/>
          <w:sz w:val="40"/>
          <w:szCs w:val="40"/>
        </w:rPr>
        <w:t>Gastroenterology</w:t>
      </w:r>
    </w:p>
    <w:p w14:paraId="609CAFC3" w14:textId="0E8919FD" w:rsidR="007C0991" w:rsidRPr="00597958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597958">
        <w:rPr>
          <w:b/>
          <w:bCs/>
          <w:sz w:val="48"/>
          <w:szCs w:val="48"/>
        </w:rPr>
        <w:t>Curriculum Vitae</w:t>
      </w:r>
    </w:p>
    <w:p w14:paraId="4C95BCCC" w14:textId="77777777" w:rsidR="007C0991" w:rsidRPr="007C0991" w:rsidRDefault="007C0991" w:rsidP="007C0991"/>
    <w:p w14:paraId="6E5B97C0" w14:textId="59A16C94" w:rsidR="00214ECC" w:rsidRPr="00F4085D" w:rsidRDefault="003729FB" w:rsidP="001C17E4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</w:tcPr>
              <w:p w14:paraId="3B7B6D19" w14:textId="14E466E6" w:rsidR="009E4AEB" w:rsidRDefault="001C17E4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</w:tcPr>
              <w:p w14:paraId="2A4369CD" w14:textId="4DD25E0D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36E9348D" w14:textId="77777777" w:rsidTr="001C17E4">
        <w:tc>
          <w:tcPr>
            <w:tcW w:w="1886" w:type="pct"/>
          </w:tcPr>
          <w:p w14:paraId="66F58537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Please list any prior medical registrations i.e. (GMC):</w:t>
            </w:r>
          </w:p>
          <w:p w14:paraId="38BE2FC2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tc>
          <w:tcPr>
            <w:tcW w:w="3114" w:type="pct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26432B61" w14:textId="09D5BCC7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AEED4" w14:textId="07A4BC3E" w:rsidR="004D6768" w:rsidRPr="004D6768" w:rsidRDefault="004D6768" w:rsidP="004D6768">
            <w:pPr>
              <w:tabs>
                <w:tab w:val="left" w:pos="1640"/>
              </w:tabs>
            </w:pPr>
          </w:p>
        </w:tc>
      </w:tr>
      <w:tr w:rsidR="009E4AEB" w14:paraId="452C156E" w14:textId="77777777" w:rsidTr="001C17E4">
        <w:tc>
          <w:tcPr>
            <w:tcW w:w="1886" w:type="pct"/>
          </w:tcPr>
          <w:p w14:paraId="65480A4E" w14:textId="24C98232" w:rsidR="009E4AEB" w:rsidRPr="00597958" w:rsidRDefault="00846BF0" w:rsidP="009E4AE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Current </w:t>
            </w:r>
            <w:r w:rsidR="009E4AEB" w:rsidRPr="00597958">
              <w:rPr>
                <w:b/>
                <w:bCs/>
              </w:rPr>
              <w:t>Post:</w:t>
            </w:r>
          </w:p>
          <w:p w14:paraId="2B91D0AD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</w:tcPr>
              <w:p w14:paraId="13FF5351" w14:textId="76ACC4B8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55309A5" w14:textId="417B04D7" w:rsidR="009E4AEB" w:rsidRDefault="009E4AEB" w:rsidP="3FE541D5"/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447BA1E7">
                <wp:simplePos x="0" y="0"/>
                <wp:positionH relativeFrom="margin">
                  <wp:align>right</wp:align>
                </wp:positionH>
                <wp:positionV relativeFrom="paragraph">
                  <wp:posOffset>1898097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1E6C5670" w:rsidR="002931FF" w:rsidRPr="003B26DE" w:rsidRDefault="003B26DE" w:rsidP="003B26D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49.4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AH4S4O&#10;3QAAAAgBAAAPAAAAAAAAAAAAAAAAAGgEAABkcnMvZG93bnJldi54bWxQSwUGAAAAAAQABADzAAAA&#10;cgUAAAAA&#10;">
                <v:textbox style="mso-fit-shape-to-text:t">
                  <w:txbxContent>
                    <w:p w14:paraId="0B7A552B" w14:textId="1E6C5670" w:rsidR="002931FF" w:rsidRPr="003B26DE" w:rsidRDefault="003B26DE" w:rsidP="003B26DE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63F6142D" w14:textId="77777777" w:rsidR="00846BF0" w:rsidRPr="00846BF0" w:rsidRDefault="00846BF0" w:rsidP="00846BF0">
      <w:pPr>
        <w:pStyle w:val="Heading1"/>
      </w:pPr>
      <w:r w:rsidRPr="00846BF0">
        <w:lastRenderedPageBreak/>
        <w:t>Career Objective / Personal Statement</w:t>
      </w:r>
    </w:p>
    <w:p w14:paraId="7270FBE1" w14:textId="77777777" w:rsidR="00846BF0" w:rsidRDefault="00846BF0" w:rsidP="00846BF0">
      <w:pPr>
        <w:rPr>
          <w:b/>
          <w:bCs/>
        </w:rPr>
      </w:pPr>
      <w:r w:rsidRPr="00846BF0">
        <w:rPr>
          <w:b/>
          <w:bCs/>
        </w:rPr>
        <w:t>Brief statement (250 words) outlining your motivation for a career in medicine, chosen specialty, and career goals within the HSE.</w:t>
      </w:r>
    </w:p>
    <w:sdt>
      <w:sdtPr>
        <w:rPr>
          <w:b/>
          <w:bCs/>
        </w:rPr>
        <w:id w:val="-1539039204"/>
        <w:placeholder>
          <w:docPart w:val="C2AE718F29D543A9A17E24959BBA00FE"/>
        </w:placeholder>
        <w:showingPlcHdr/>
      </w:sdtPr>
      <w:sdtContent>
        <w:p w14:paraId="21497E6C" w14:textId="31D80EF5" w:rsidR="00846BF0" w:rsidRPr="00846BF0" w:rsidRDefault="00846BF0" w:rsidP="00846BF0">
          <w:pPr>
            <w:rPr>
              <w:b/>
              <w:bCs/>
            </w:rPr>
          </w:pPr>
          <w:r w:rsidRPr="00F10F93">
            <w:rPr>
              <w:rStyle w:val="PlaceholderText"/>
            </w:rPr>
            <w:t>Click or tap here to enter text.</w:t>
          </w:r>
        </w:p>
      </w:sdtContent>
    </w:sdt>
    <w:p w14:paraId="18146BAE" w14:textId="77777777" w:rsidR="00846BF0" w:rsidRDefault="00846BF0" w:rsidP="00846BF0"/>
    <w:p w14:paraId="73ED809F" w14:textId="619479E0" w:rsidR="00214ECC" w:rsidRDefault="003729FB" w:rsidP="001C17E4">
      <w:pPr>
        <w:pStyle w:val="Heading1"/>
      </w:pPr>
      <w:r>
        <w:t>Commitment to Specialty &amp; Career Motivation</w:t>
      </w:r>
    </w:p>
    <w:p w14:paraId="51C12F35" w14:textId="470024D3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What steps have you taken to build your career in this specialty? (e.g., rotations, audits,</w:t>
      </w:r>
      <w:r>
        <w:t xml:space="preserve"> </w:t>
      </w:r>
      <w:r w:rsidRPr="00597958">
        <w:rPr>
          <w:b/>
          <w:bCs/>
        </w:rPr>
        <w:t>courses, research)</w:t>
      </w:r>
      <w:r w:rsidR="002D7D98" w:rsidRPr="00597958">
        <w:rPr>
          <w:b/>
          <w:bCs/>
        </w:rPr>
        <w:t xml:space="preserve"> (200 words)</w:t>
      </w:r>
    </w:p>
    <w:p w14:paraId="3E3713EA" w14:textId="000B6F80" w:rsidR="009E4AEB" w:rsidRDefault="00000000" w:rsidP="00597958">
      <w:sdt>
        <w:sdtPr>
          <w:id w:val="-462970739"/>
          <w:placeholder>
            <w:docPart w:val="15FA136DFCC9400EA3643631FD9D49AC"/>
          </w:placeholder>
          <w:showingPlcHdr/>
        </w:sdtPr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6D446B95" w14:textId="156007D2" w:rsidR="007C3707" w:rsidRDefault="00846BF0" w:rsidP="00846BF0">
      <w:pPr>
        <w:pStyle w:val="ListParagraph"/>
        <w:numPr>
          <w:ilvl w:val="0"/>
          <w:numId w:val="14"/>
        </w:numPr>
        <w:rPr>
          <w:b/>
          <w:bCs/>
        </w:rPr>
      </w:pPr>
      <w:r w:rsidRPr="00846BF0">
        <w:rPr>
          <w:b/>
          <w:bCs/>
        </w:rPr>
        <w:t>What are your short- and long-term career goals in this field? (200 words)</w:t>
      </w:r>
    </w:p>
    <w:sdt>
      <w:sdtPr>
        <w:id w:val="-1794284309"/>
        <w:placeholder>
          <w:docPart w:val="619986A706C241EEB358AA78A64A02CB"/>
        </w:placeholder>
        <w:showingPlcHdr/>
      </w:sdtPr>
      <w:sdtContent>
        <w:p w14:paraId="1218BEFA" w14:textId="77EB5171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448A1778" w14:textId="77777777" w:rsidR="003B26DE" w:rsidRDefault="003B26D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0248F921" w:rsidR="002D7D98" w:rsidRDefault="003729FB" w:rsidP="001C17E4">
      <w:pPr>
        <w:pStyle w:val="Heading1"/>
      </w:pPr>
      <w:r>
        <w:lastRenderedPageBreak/>
        <w:t>Medical Education &amp; Qualifications</w:t>
      </w:r>
      <w:r w:rsidR="002D7D98">
        <w:t xml:space="preserve"> – Including Memberships</w:t>
      </w:r>
      <w:r w:rsidR="00C7253B">
        <w:t xml:space="preserve"> and Courses</w:t>
      </w:r>
    </w:p>
    <w:p w14:paraId="71241A66" w14:textId="68A2E640" w:rsidR="00214ECC" w:rsidRDefault="003729FB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F4085D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B16633" w:rsidRPr="00F4085D">
              <w:rPr>
                <w:b/>
                <w:bCs/>
              </w:rPr>
              <w:t xml:space="preserve"> </w:t>
            </w:r>
            <w:r w:rsidR="00F4085D" w:rsidRPr="00F4085D">
              <w:rPr>
                <w:b/>
                <w:bCs/>
              </w:rPr>
              <w:t>A</w:t>
            </w:r>
            <w:r w:rsidR="00B16633" w:rsidRPr="00F4085D">
              <w:rPr>
                <w:b/>
                <w:bCs/>
              </w:rPr>
              <w:t>ttached</w:t>
            </w:r>
          </w:p>
        </w:tc>
      </w:tr>
      <w:tr w:rsidR="002D7D98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Content>
            <w:tc>
              <w:tcPr>
                <w:tcW w:w="966" w:type="pct"/>
              </w:tcPr>
              <w:p w14:paraId="407904E6" w14:textId="7D7C9955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Content>
            <w:tc>
              <w:tcPr>
                <w:tcW w:w="959" w:type="pct"/>
              </w:tcPr>
              <w:p w14:paraId="7DBDB907" w14:textId="4C9AC59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Content>
            <w:tc>
              <w:tcPr>
                <w:tcW w:w="980" w:type="pct"/>
              </w:tcPr>
              <w:p w14:paraId="72703AB3" w14:textId="6E71EC0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Content>
            <w:tc>
              <w:tcPr>
                <w:tcW w:w="976" w:type="pct"/>
              </w:tcPr>
              <w:p w14:paraId="5688DA4A" w14:textId="6DDA52B4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Content>
            <w:tc>
              <w:tcPr>
                <w:tcW w:w="966" w:type="pct"/>
              </w:tcPr>
              <w:p w14:paraId="62C3AD32" w14:textId="6638C231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Content>
            <w:tc>
              <w:tcPr>
                <w:tcW w:w="959" w:type="pct"/>
              </w:tcPr>
              <w:p w14:paraId="07D82FA8" w14:textId="5BFD216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Content>
            <w:tc>
              <w:tcPr>
                <w:tcW w:w="980" w:type="pct"/>
              </w:tcPr>
              <w:p w14:paraId="0BA9075E" w14:textId="162F6E1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Content>
            <w:tc>
              <w:tcPr>
                <w:tcW w:w="976" w:type="pct"/>
              </w:tcPr>
              <w:p w14:paraId="6E8C51A0" w14:textId="061DBBD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Content>
            <w:tc>
              <w:tcPr>
                <w:tcW w:w="966" w:type="pct"/>
              </w:tcPr>
              <w:p w14:paraId="0E5CF259" w14:textId="2F2E8C43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Content>
            <w:tc>
              <w:tcPr>
                <w:tcW w:w="959" w:type="pct"/>
              </w:tcPr>
              <w:p w14:paraId="1EC9F948" w14:textId="05AC5BB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Content>
            <w:tc>
              <w:tcPr>
                <w:tcW w:w="980" w:type="pct"/>
              </w:tcPr>
              <w:p w14:paraId="456CF46E" w14:textId="0F54226E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Content>
            <w:tc>
              <w:tcPr>
                <w:tcW w:w="976" w:type="pct"/>
              </w:tcPr>
              <w:p w14:paraId="7FE9FF6A" w14:textId="3A9642D9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Content>
              <w:tr w:rsidR="002D7D98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69603CA0" w14:textId="31EEC6B0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C02ADFA" w14:textId="10A0B363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DD92037" w14:textId="133D9C3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DB5DA5D" w14:textId="57818F0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Content>
              <w:tr w:rsidR="00C95D05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2DCA766C" w14:textId="77777777" w:rsidR="00846BF0" w:rsidRDefault="00846BF0" w:rsidP="00846BF0"/>
    <w:p w14:paraId="45EC413B" w14:textId="77777777" w:rsidR="00846BF0" w:rsidRDefault="00846BF0" w:rsidP="00846BF0"/>
    <w:p w14:paraId="75B4FEB0" w14:textId="541B1391" w:rsidR="3FE541D5" w:rsidRDefault="002D7D98" w:rsidP="001C17E4">
      <w:pPr>
        <w:pStyle w:val="Heading1"/>
      </w:pPr>
      <w:r>
        <w:t>Current Professional Registrations</w:t>
      </w:r>
      <w:r w:rsidR="00F4085D">
        <w:t xml:space="preserve"> </w:t>
      </w:r>
      <w:r w:rsidR="2D96377B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F4085D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F4085D" w:rsidRPr="00F4085D">
              <w:rPr>
                <w:b/>
                <w:bCs/>
              </w:rPr>
              <w:t xml:space="preserve"> Attached</w:t>
            </w:r>
          </w:p>
        </w:tc>
      </w:tr>
      <w:tr w:rsidR="002D7D98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Default="001B2E81" w:rsidP="00597958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Default="001B2E81" w:rsidP="00597958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B1663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11473093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4EBC7E53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236C19EF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08FFE0E8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1E7F1B52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1999A3AE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7E43ED6A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4050B2EF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Default="00B16633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05C25C2D" w:rsidR="00B16633" w:rsidRDefault="0045560B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0D998394" w:rsidR="00B16633" w:rsidRDefault="0045560B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68A400E9" w:rsidR="00B16633" w:rsidRDefault="0045560B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0E607325" w:rsidR="00B16633" w:rsidRDefault="0045560B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Default="001B2E81" w:rsidP="001B2E81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Default="001B2E81" w:rsidP="001B2E81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14AD253B" w14:textId="77777777" w:rsidR="00214ECC" w:rsidRDefault="003729FB" w:rsidP="001C17E4">
      <w:pPr>
        <w:pStyle w:val="Heading1"/>
      </w:pPr>
      <w:r>
        <w:lastRenderedPageBreak/>
        <w:t>Clinical Employment History</w:t>
      </w:r>
    </w:p>
    <w:p w14:paraId="5179FB9C" w14:textId="77777777" w:rsidR="00214ECC" w:rsidRDefault="003729FB">
      <w:r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14:paraId="2D16504D" w14:textId="77777777" w:rsidTr="00E70F08">
        <w:tc>
          <w:tcPr>
            <w:tcW w:w="9350" w:type="dxa"/>
            <w:gridSpan w:val="2"/>
          </w:tcPr>
          <w:p w14:paraId="57CB4B58" w14:textId="1AB17230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14:paraId="20EAB3EC" w14:textId="77777777" w:rsidTr="002E140B">
        <w:tc>
          <w:tcPr>
            <w:tcW w:w="2547" w:type="dxa"/>
          </w:tcPr>
          <w:p w14:paraId="4C1371F0" w14:textId="773A0F9E" w:rsidR="00597958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06E778" w14:textId="1DAEE8EA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09CE63E9" w14:textId="77777777" w:rsidTr="002E140B">
        <w:tc>
          <w:tcPr>
            <w:tcW w:w="2547" w:type="dxa"/>
          </w:tcPr>
          <w:p w14:paraId="67052997" w14:textId="449E67BD" w:rsidR="00597958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198349" w14:textId="208FC157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423BA94B" w14:textId="77777777" w:rsidTr="002E140B">
        <w:tc>
          <w:tcPr>
            <w:tcW w:w="2547" w:type="dxa"/>
          </w:tcPr>
          <w:p w14:paraId="4DDB93B2" w14:textId="7F833D2D" w:rsidR="00597958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Content>
            <w:tc>
              <w:tcPr>
                <w:tcW w:w="6803" w:type="dxa"/>
              </w:tcPr>
              <w:p w14:paraId="7BBDFA63" w14:textId="4FCAA322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14:paraId="6A2FA343" w14:textId="77777777" w:rsidTr="002E140B">
        <w:tc>
          <w:tcPr>
            <w:tcW w:w="2547" w:type="dxa"/>
          </w:tcPr>
          <w:p w14:paraId="05DA6982" w14:textId="689D0E30" w:rsidR="00597958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Content>
            <w:tc>
              <w:tcPr>
                <w:tcW w:w="6803" w:type="dxa"/>
              </w:tcPr>
              <w:p w14:paraId="270E49BD" w14:textId="7ED909CB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Content>
            <w:tc>
              <w:tcPr>
                <w:tcW w:w="6803" w:type="dxa"/>
              </w:tcPr>
              <w:p w14:paraId="54041384" w14:textId="42470ED5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63BF9A7B" w:rsidR="002E140B" w:rsidRDefault="002E140B" w:rsidP="002E140B"/>
        </w:tc>
      </w:tr>
      <w:tr w:rsidR="002E140B" w14:paraId="11904FE7" w14:textId="77777777" w:rsidTr="00E70F08">
        <w:tc>
          <w:tcPr>
            <w:tcW w:w="9350" w:type="dxa"/>
            <w:gridSpan w:val="2"/>
          </w:tcPr>
          <w:p w14:paraId="17040DC0" w14:textId="139C208D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14:paraId="0D159708" w14:textId="77777777" w:rsidTr="002E140B">
        <w:tc>
          <w:tcPr>
            <w:tcW w:w="2547" w:type="dxa"/>
          </w:tcPr>
          <w:p w14:paraId="6855F987" w14:textId="77777777" w:rsidR="002E140B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5529B1E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3FF24D13" w14:textId="77777777" w:rsidTr="002E140B">
        <w:tc>
          <w:tcPr>
            <w:tcW w:w="2547" w:type="dxa"/>
          </w:tcPr>
          <w:p w14:paraId="104FCC2D" w14:textId="77777777" w:rsidR="002E140B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0588BA6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15579743" w14:textId="77777777" w:rsidTr="002E140B">
        <w:tc>
          <w:tcPr>
            <w:tcW w:w="2547" w:type="dxa"/>
          </w:tcPr>
          <w:p w14:paraId="4D83AFB6" w14:textId="77777777" w:rsidR="002E140B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Content>
            <w:tc>
              <w:tcPr>
                <w:tcW w:w="6803" w:type="dxa"/>
              </w:tcPr>
              <w:p w14:paraId="4FF8C2D7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48B155F2" w14:textId="77777777" w:rsidTr="002E140B">
        <w:tc>
          <w:tcPr>
            <w:tcW w:w="2547" w:type="dxa"/>
          </w:tcPr>
          <w:p w14:paraId="5C52A10E" w14:textId="77777777" w:rsidR="002E140B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Content>
            <w:tc>
              <w:tcPr>
                <w:tcW w:w="6803" w:type="dxa"/>
              </w:tcPr>
              <w:p w14:paraId="68F98D5F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Content>
            <w:tc>
              <w:tcPr>
                <w:tcW w:w="6803" w:type="dxa"/>
              </w:tcPr>
              <w:p w14:paraId="2EFBB2EB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56DDBCAD" w:rsidR="002E140B" w:rsidRDefault="002E140B" w:rsidP="002E140B"/>
        </w:tc>
      </w:tr>
      <w:tr w:rsidR="003B26DE" w14:paraId="29811970" w14:textId="77777777" w:rsidTr="00E70F08">
        <w:tc>
          <w:tcPr>
            <w:tcW w:w="9350" w:type="dxa"/>
            <w:gridSpan w:val="2"/>
          </w:tcPr>
          <w:p w14:paraId="51439A3E" w14:textId="154634FF" w:rsidR="003B26DE" w:rsidRDefault="003B26D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1608309008"/>
                <w:placeholder>
                  <w:docPart w:val="A2698321A51C4D75AD58054348C12C3A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510B2BBB" w14:textId="77777777" w:rsidTr="002E140B">
        <w:tc>
          <w:tcPr>
            <w:tcW w:w="2547" w:type="dxa"/>
          </w:tcPr>
          <w:p w14:paraId="58B99A27" w14:textId="77777777" w:rsidR="003B26DE" w:rsidRDefault="003B26D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1730763433"/>
            <w:placeholder>
              <w:docPart w:val="D7173E37A8CC42958F596D7E4F182CC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35BBA69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0C3D8DAA" w14:textId="77777777" w:rsidTr="002E140B">
        <w:tc>
          <w:tcPr>
            <w:tcW w:w="2547" w:type="dxa"/>
          </w:tcPr>
          <w:p w14:paraId="349979C1" w14:textId="77777777" w:rsidR="003B26DE" w:rsidRDefault="003B26D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536535339"/>
            <w:placeholder>
              <w:docPart w:val="10F53B8B7E0247EF97BF9EDCEFA860E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EE0AC43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22ED0B5C" w14:textId="77777777" w:rsidTr="002E140B">
        <w:tc>
          <w:tcPr>
            <w:tcW w:w="2547" w:type="dxa"/>
          </w:tcPr>
          <w:p w14:paraId="30706808" w14:textId="77777777" w:rsidR="003B26DE" w:rsidRDefault="003B26D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224690168"/>
            <w:placeholder>
              <w:docPart w:val="CBD982DD81904E84AAE76F6DAFC7ADE0"/>
            </w:placeholder>
            <w:showingPlcHdr/>
          </w:sdtPr>
          <w:sdtContent>
            <w:tc>
              <w:tcPr>
                <w:tcW w:w="6803" w:type="dxa"/>
              </w:tcPr>
              <w:p w14:paraId="6353DA5D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2DCF062" w14:textId="77777777" w:rsidTr="002E140B">
        <w:tc>
          <w:tcPr>
            <w:tcW w:w="2547" w:type="dxa"/>
          </w:tcPr>
          <w:p w14:paraId="7AD99FA3" w14:textId="77777777" w:rsidR="003B26DE" w:rsidRDefault="003B26D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548500921"/>
            <w:placeholder>
              <w:docPart w:val="390EE82AF8A648ADB30341964727E31F"/>
            </w:placeholder>
            <w:showingPlcHdr/>
          </w:sdtPr>
          <w:sdtContent>
            <w:tc>
              <w:tcPr>
                <w:tcW w:w="6803" w:type="dxa"/>
              </w:tcPr>
              <w:p w14:paraId="09CE1A8B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55DB8B82" w14:textId="77777777" w:rsidTr="002E140B">
        <w:tc>
          <w:tcPr>
            <w:tcW w:w="2547" w:type="dxa"/>
            <w:vAlign w:val="center"/>
          </w:tcPr>
          <w:p w14:paraId="30FEA7AF" w14:textId="77777777" w:rsidR="003B26DE" w:rsidRDefault="003B26DE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752195572"/>
            <w:placeholder>
              <w:docPart w:val="B0A7918792F74AF7B0392C104CD435BB"/>
            </w:placeholder>
            <w:showingPlcHdr/>
          </w:sdtPr>
          <w:sdtContent>
            <w:tc>
              <w:tcPr>
                <w:tcW w:w="6803" w:type="dxa"/>
              </w:tcPr>
              <w:p w14:paraId="3473B460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7E7EADCA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283E2C0" w14:textId="77777777" w:rsidR="003B26DE" w:rsidRDefault="003B26DE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557692111"/>
            <w:placeholder>
              <w:docPart w:val="5F55B9AB92A24257B48EAB5AEBE4FCAB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789EC87F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E0F0BD8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DE0FBF" w14:textId="44769BDD" w:rsidR="003B26DE" w:rsidRDefault="003B26DE" w:rsidP="002E140B"/>
        </w:tc>
      </w:tr>
      <w:tr w:rsidR="003B26DE" w14:paraId="11636EF5" w14:textId="77777777" w:rsidTr="00E70F08">
        <w:tc>
          <w:tcPr>
            <w:tcW w:w="9350" w:type="dxa"/>
            <w:gridSpan w:val="2"/>
          </w:tcPr>
          <w:p w14:paraId="3C93E921" w14:textId="3E66F578" w:rsidR="003B26DE" w:rsidRDefault="003B26D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470202978"/>
                <w:placeholder>
                  <w:docPart w:val="86AEF3528D414F839952F297F3855BB7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798C3AAB" w14:textId="77777777" w:rsidTr="002E140B">
        <w:tc>
          <w:tcPr>
            <w:tcW w:w="2547" w:type="dxa"/>
          </w:tcPr>
          <w:p w14:paraId="2EA469EC" w14:textId="77777777" w:rsidR="003B26DE" w:rsidRDefault="003B26D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1135475215"/>
            <w:placeholder>
              <w:docPart w:val="662301B0DFCC445C9DB687BAA6A998E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480500F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219BD2DA" w14:textId="77777777" w:rsidTr="002E140B">
        <w:tc>
          <w:tcPr>
            <w:tcW w:w="2547" w:type="dxa"/>
          </w:tcPr>
          <w:p w14:paraId="13B3AFA1" w14:textId="77777777" w:rsidR="003B26DE" w:rsidRDefault="003B26D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684556552"/>
            <w:placeholder>
              <w:docPart w:val="7591FE166A694A9AB66A9BF1863FF91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F65708D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0DE34284" w14:textId="77777777" w:rsidTr="002E140B">
        <w:tc>
          <w:tcPr>
            <w:tcW w:w="2547" w:type="dxa"/>
          </w:tcPr>
          <w:p w14:paraId="71F4B1F6" w14:textId="77777777" w:rsidR="003B26DE" w:rsidRDefault="003B26D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977863987"/>
            <w:placeholder>
              <w:docPart w:val="C143B5AD3CF3465B978C857418C01691"/>
            </w:placeholder>
            <w:showingPlcHdr/>
          </w:sdtPr>
          <w:sdtContent>
            <w:tc>
              <w:tcPr>
                <w:tcW w:w="6803" w:type="dxa"/>
              </w:tcPr>
              <w:p w14:paraId="535C101E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71C3750A" w14:textId="77777777" w:rsidTr="002E140B">
        <w:tc>
          <w:tcPr>
            <w:tcW w:w="2547" w:type="dxa"/>
          </w:tcPr>
          <w:p w14:paraId="627B7FD8" w14:textId="77777777" w:rsidR="003B26DE" w:rsidRDefault="003B26D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915830303"/>
            <w:placeholder>
              <w:docPart w:val="B3A9702833664964A0CC9821EEBA269A"/>
            </w:placeholder>
            <w:showingPlcHdr/>
          </w:sdtPr>
          <w:sdtContent>
            <w:tc>
              <w:tcPr>
                <w:tcW w:w="6803" w:type="dxa"/>
              </w:tcPr>
              <w:p w14:paraId="36E45CA8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231A7C8" w14:textId="77777777" w:rsidTr="002E140B">
        <w:tc>
          <w:tcPr>
            <w:tcW w:w="2547" w:type="dxa"/>
            <w:vAlign w:val="center"/>
          </w:tcPr>
          <w:p w14:paraId="726E02EE" w14:textId="77777777" w:rsidR="003B26DE" w:rsidRDefault="003B26DE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453722637"/>
            <w:placeholder>
              <w:docPart w:val="2E95C93E7B8840B1AF96EE296C3462D7"/>
            </w:placeholder>
            <w:showingPlcHdr/>
          </w:sdtPr>
          <w:sdtContent>
            <w:tc>
              <w:tcPr>
                <w:tcW w:w="6803" w:type="dxa"/>
              </w:tcPr>
              <w:p w14:paraId="01735FDF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74182849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05FE7F39" w14:textId="77777777" w:rsidR="003B26DE" w:rsidRDefault="003B26DE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2092151678"/>
            <w:placeholder>
              <w:docPart w:val="0BB22DBA65F44FF8864558D11BE199D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F636B4D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520624E4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CE6504" w14:textId="2B5030A5" w:rsidR="003B26DE" w:rsidRDefault="003B26DE" w:rsidP="002E140B"/>
        </w:tc>
      </w:tr>
      <w:tr w:rsidR="003B26DE" w14:paraId="0A8C39C7" w14:textId="77777777" w:rsidTr="00E70F08">
        <w:tc>
          <w:tcPr>
            <w:tcW w:w="9350" w:type="dxa"/>
            <w:gridSpan w:val="2"/>
          </w:tcPr>
          <w:p w14:paraId="11FF4F27" w14:textId="64DE9E3F" w:rsidR="003B26DE" w:rsidRDefault="003B26D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144718186"/>
                <w:placeholder>
                  <w:docPart w:val="CD58DF7ED83A450D84FB7C6991FF8B6E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2379FFA5" w14:textId="77777777" w:rsidTr="002E140B">
        <w:tc>
          <w:tcPr>
            <w:tcW w:w="2547" w:type="dxa"/>
          </w:tcPr>
          <w:p w14:paraId="40913A05" w14:textId="77777777" w:rsidR="003B26DE" w:rsidRDefault="003B26D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57870155"/>
            <w:placeholder>
              <w:docPart w:val="10023A29D74B4AA6BA013164CF3D965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1E6BAA89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6DDF6C51" w14:textId="77777777" w:rsidTr="002E140B">
        <w:tc>
          <w:tcPr>
            <w:tcW w:w="2547" w:type="dxa"/>
          </w:tcPr>
          <w:p w14:paraId="1A51276C" w14:textId="77777777" w:rsidR="003B26DE" w:rsidRDefault="003B26D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1339921815"/>
            <w:placeholder>
              <w:docPart w:val="E7624C9E7D6F4280AF94DC0390A817B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366222D7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68D5D836" w14:textId="77777777" w:rsidTr="002E140B">
        <w:tc>
          <w:tcPr>
            <w:tcW w:w="2547" w:type="dxa"/>
          </w:tcPr>
          <w:p w14:paraId="2F4B53F1" w14:textId="77777777" w:rsidR="003B26DE" w:rsidRDefault="003B26D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1517067398"/>
            <w:placeholder>
              <w:docPart w:val="FDE9F96E6755417692BBC7FC6C040507"/>
            </w:placeholder>
            <w:showingPlcHdr/>
          </w:sdtPr>
          <w:sdtContent>
            <w:tc>
              <w:tcPr>
                <w:tcW w:w="6803" w:type="dxa"/>
              </w:tcPr>
              <w:p w14:paraId="77E00968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25A89EF4" w14:textId="77777777" w:rsidTr="002E140B">
        <w:tc>
          <w:tcPr>
            <w:tcW w:w="2547" w:type="dxa"/>
          </w:tcPr>
          <w:p w14:paraId="6ED46C27" w14:textId="77777777" w:rsidR="003B26DE" w:rsidRDefault="003B26D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537573842"/>
            <w:placeholder>
              <w:docPart w:val="9299AA1EA1E548D99DC6057FC03BAB36"/>
            </w:placeholder>
            <w:showingPlcHdr/>
          </w:sdtPr>
          <w:sdtContent>
            <w:tc>
              <w:tcPr>
                <w:tcW w:w="6803" w:type="dxa"/>
              </w:tcPr>
              <w:p w14:paraId="6645FA85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0CF38B5D" w14:textId="77777777" w:rsidTr="002E140B">
        <w:tc>
          <w:tcPr>
            <w:tcW w:w="2547" w:type="dxa"/>
            <w:vAlign w:val="center"/>
          </w:tcPr>
          <w:p w14:paraId="50E6B9ED" w14:textId="77777777" w:rsidR="003B26DE" w:rsidRDefault="003B26DE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594743685"/>
            <w:placeholder>
              <w:docPart w:val="52085D9289864C04A2027F7206115A59"/>
            </w:placeholder>
            <w:showingPlcHdr/>
          </w:sdtPr>
          <w:sdtContent>
            <w:tc>
              <w:tcPr>
                <w:tcW w:w="6803" w:type="dxa"/>
              </w:tcPr>
              <w:p w14:paraId="3E779748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1282A03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63618F8" w14:textId="77777777" w:rsidR="003B26DE" w:rsidRDefault="003B26DE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528494618"/>
            <w:placeholder>
              <w:docPart w:val="D1603E881EBC4825BB3ACB0E37AC40CB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1468C60D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2D3BE6C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482582" w14:textId="3C3553DA" w:rsidR="003B26DE" w:rsidRDefault="003B26DE" w:rsidP="002E140B"/>
        </w:tc>
      </w:tr>
      <w:tr w:rsidR="003B26DE" w14:paraId="2A801772" w14:textId="77777777" w:rsidTr="00E70F08">
        <w:tc>
          <w:tcPr>
            <w:tcW w:w="9350" w:type="dxa"/>
            <w:gridSpan w:val="2"/>
          </w:tcPr>
          <w:p w14:paraId="0E0D2CE5" w14:textId="05D3CCC7" w:rsidR="003B26DE" w:rsidRDefault="003B26D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894237419"/>
                <w:placeholder>
                  <w:docPart w:val="DB7F4467103045A8A8ED1D95197E8A6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26C31495" w14:textId="77777777" w:rsidTr="002E140B">
        <w:tc>
          <w:tcPr>
            <w:tcW w:w="2547" w:type="dxa"/>
          </w:tcPr>
          <w:p w14:paraId="0F104A7B" w14:textId="77777777" w:rsidR="003B26DE" w:rsidRDefault="003B26D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2016106109"/>
            <w:placeholder>
              <w:docPart w:val="21F4A8E63CDF4A89ADF859DB3FD8901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F0610E5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185937E7" w14:textId="77777777" w:rsidTr="002E140B">
        <w:tc>
          <w:tcPr>
            <w:tcW w:w="2547" w:type="dxa"/>
          </w:tcPr>
          <w:p w14:paraId="24F9677B" w14:textId="77777777" w:rsidR="003B26DE" w:rsidRDefault="003B26D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508870805"/>
            <w:placeholder>
              <w:docPart w:val="EAE1A41B0864477A88F09CED7928239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0F039AE0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1EA000B3" w14:textId="77777777" w:rsidTr="002E140B">
        <w:tc>
          <w:tcPr>
            <w:tcW w:w="2547" w:type="dxa"/>
          </w:tcPr>
          <w:p w14:paraId="31C2590F" w14:textId="77777777" w:rsidR="003B26DE" w:rsidRDefault="003B26D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718508982"/>
            <w:placeholder>
              <w:docPart w:val="ABB35B118A6C40A38A4890187954A6FF"/>
            </w:placeholder>
            <w:showingPlcHdr/>
          </w:sdtPr>
          <w:sdtContent>
            <w:tc>
              <w:tcPr>
                <w:tcW w:w="6803" w:type="dxa"/>
              </w:tcPr>
              <w:p w14:paraId="07DF5A83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7B7F05B2" w14:textId="77777777" w:rsidTr="002E140B">
        <w:tc>
          <w:tcPr>
            <w:tcW w:w="2547" w:type="dxa"/>
          </w:tcPr>
          <w:p w14:paraId="7B4793D6" w14:textId="77777777" w:rsidR="003B26DE" w:rsidRDefault="003B26D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311247240"/>
            <w:placeholder>
              <w:docPart w:val="C9F357CE5A39445AABCC2993DA99FA9A"/>
            </w:placeholder>
            <w:showingPlcHdr/>
          </w:sdtPr>
          <w:sdtContent>
            <w:tc>
              <w:tcPr>
                <w:tcW w:w="6803" w:type="dxa"/>
              </w:tcPr>
              <w:p w14:paraId="03FF7D85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09287B86" w14:textId="77777777" w:rsidTr="002E140B">
        <w:tc>
          <w:tcPr>
            <w:tcW w:w="2547" w:type="dxa"/>
            <w:vAlign w:val="center"/>
          </w:tcPr>
          <w:p w14:paraId="530A6836" w14:textId="77777777" w:rsidR="003B26DE" w:rsidRDefault="003B26DE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393554179"/>
            <w:placeholder>
              <w:docPart w:val="7562C11562FC4E5BA508CB01C9CA8EC9"/>
            </w:placeholder>
            <w:showingPlcHdr/>
          </w:sdtPr>
          <w:sdtContent>
            <w:tc>
              <w:tcPr>
                <w:tcW w:w="6803" w:type="dxa"/>
              </w:tcPr>
              <w:p w14:paraId="514CC4D8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2F35AA4E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1176A1E" w14:textId="77777777" w:rsidR="003B26DE" w:rsidRDefault="003B26DE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168404944"/>
            <w:placeholder>
              <w:docPart w:val="4253926DCBD04608848E5CD49F91381D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2A4EE1B5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1D1B4C27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D34C1A" w14:textId="2329EE8E" w:rsidR="003B26DE" w:rsidRDefault="003B26DE" w:rsidP="002E140B"/>
        </w:tc>
      </w:tr>
    </w:tbl>
    <w:p w14:paraId="331865AA" w14:textId="77777777" w:rsidR="003B26DE" w:rsidRDefault="003B26DE">
      <w:pPr>
        <w:pStyle w:val="Heading1"/>
      </w:pPr>
    </w:p>
    <w:p w14:paraId="20EF97BA" w14:textId="77777777" w:rsidR="003B26DE" w:rsidRDefault="003B26D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4A00EF77" w:rsidR="00214ECC" w:rsidRDefault="007C3707">
      <w:pPr>
        <w:pStyle w:val="Heading1"/>
      </w:pPr>
      <w:r>
        <w:lastRenderedPageBreak/>
        <w:t>A</w:t>
      </w:r>
      <w:r w:rsidR="003729FB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14:paraId="1AC9EFE7" w14:textId="77777777" w:rsidTr="0019370D">
        <w:tc>
          <w:tcPr>
            <w:tcW w:w="9350" w:type="dxa"/>
            <w:gridSpan w:val="2"/>
          </w:tcPr>
          <w:p w14:paraId="4B30661B" w14:textId="0BD9ED4B" w:rsidR="008525FA" w:rsidRDefault="008525FA" w:rsidP="002D7D98">
            <w:r w:rsidRPr="00F4085D">
              <w:rPr>
                <w:b/>
                <w:bCs/>
              </w:rPr>
              <w:t>Project Title</w:t>
            </w:r>
            <w:r w:rsidR="00CD745A"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Content>
                <w:r w:rsidR="00CD745A"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Default="00CD745A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Content>
            <w:tc>
              <w:tcPr>
                <w:tcW w:w="6520" w:type="dxa"/>
              </w:tcPr>
              <w:p w14:paraId="745FB9AC" w14:textId="2D45EB7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Default="00CD745A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Default="00CD745A" w:rsidP="002D7D98">
            <w:r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5D02023" w14:textId="60E95C39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7FE0445" w14:textId="66AEC1FD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253A3E46" w14:textId="77777777" w:rsidR="008525FA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Content>
            <w:tc>
              <w:tcPr>
                <w:tcW w:w="6520" w:type="dxa"/>
              </w:tcPr>
              <w:p w14:paraId="4673DCAB" w14:textId="7BD4129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E70E9ED" w14:textId="77777777" w:rsidR="008525FA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Content>
            <w:tc>
              <w:tcPr>
                <w:tcW w:w="6520" w:type="dxa"/>
              </w:tcPr>
              <w:p w14:paraId="3CCAF454" w14:textId="4840209E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Default="00CD745A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Content>
            <w:tc>
              <w:tcPr>
                <w:tcW w:w="6520" w:type="dxa"/>
              </w:tcPr>
              <w:p w14:paraId="491EB2BF" w14:textId="28F05A7B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Default="00CD745A" w:rsidP="002D7D98">
            <w:r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2B8086D9" w:rsidR="00CD745A" w:rsidRDefault="00CD745A" w:rsidP="002D7D98"/>
        </w:tc>
      </w:tr>
      <w:tr w:rsidR="002931FF" w14:paraId="3014636D" w14:textId="77777777" w:rsidTr="0019370D">
        <w:tc>
          <w:tcPr>
            <w:tcW w:w="9350" w:type="dxa"/>
            <w:gridSpan w:val="2"/>
          </w:tcPr>
          <w:p w14:paraId="3216CF1D" w14:textId="1DE606A3" w:rsidR="002931FF" w:rsidRDefault="002931FF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74721409"/>
                <w:placeholder>
                  <w:docPart w:val="982533AA1A67444FAB6AD764FF1EF88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931FF" w14:paraId="6E261133" w14:textId="77777777" w:rsidTr="00A0792E">
        <w:tc>
          <w:tcPr>
            <w:tcW w:w="2830" w:type="dxa"/>
            <w:vAlign w:val="center"/>
          </w:tcPr>
          <w:p w14:paraId="193728E9" w14:textId="77777777" w:rsidR="002931FF" w:rsidRDefault="002931FF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11206397"/>
            <w:placeholder>
              <w:docPart w:val="A8251704D7154EB4AAFD40739CBF3232"/>
            </w:placeholder>
            <w:showingPlcHdr/>
          </w:sdtPr>
          <w:sdtContent>
            <w:tc>
              <w:tcPr>
                <w:tcW w:w="6520" w:type="dxa"/>
              </w:tcPr>
              <w:p w14:paraId="74294417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77831E41" w14:textId="77777777" w:rsidTr="00A0792E">
        <w:tc>
          <w:tcPr>
            <w:tcW w:w="2830" w:type="dxa"/>
            <w:vAlign w:val="center"/>
          </w:tcPr>
          <w:p w14:paraId="456ED2A1" w14:textId="77777777" w:rsidR="002931FF" w:rsidRDefault="002931FF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7934321" w14:textId="77777777" w:rsidR="002931FF" w:rsidRDefault="002931FF" w:rsidP="002D7D98">
            <w:r>
              <w:t xml:space="preserve">Yes </w:t>
            </w:r>
            <w:sdt>
              <w:sdtPr>
                <w:id w:val="-104052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87765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9843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7A824D50" w14:textId="77777777" w:rsidTr="00A0792E">
        <w:tc>
          <w:tcPr>
            <w:tcW w:w="2830" w:type="dxa"/>
            <w:vAlign w:val="center"/>
          </w:tcPr>
          <w:p w14:paraId="7C2C9893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197582324"/>
            <w:placeholder>
              <w:docPart w:val="092F71A98DCB432994A49CF6A2418B1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5E62E12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220D0D2D" w14:textId="77777777" w:rsidTr="00A0792E">
        <w:tc>
          <w:tcPr>
            <w:tcW w:w="2830" w:type="dxa"/>
            <w:vAlign w:val="center"/>
          </w:tcPr>
          <w:p w14:paraId="73DD0207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815936946"/>
            <w:placeholder>
              <w:docPart w:val="FF714C39671F4059B6173089394CD3E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0A3AC13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4766F2A8" w14:textId="77777777" w:rsidTr="00A0792E">
        <w:tc>
          <w:tcPr>
            <w:tcW w:w="2830" w:type="dxa"/>
            <w:vAlign w:val="center"/>
          </w:tcPr>
          <w:p w14:paraId="69BF3AA2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8394289" w14:textId="77777777" w:rsidR="002931FF" w:rsidRDefault="002931FF" w:rsidP="00CD745A"/>
        </w:tc>
        <w:sdt>
          <w:sdtPr>
            <w:id w:val="-347414704"/>
            <w:placeholder>
              <w:docPart w:val="28589E92AA8443098EDE0E709D3F9809"/>
            </w:placeholder>
            <w:showingPlcHdr/>
          </w:sdtPr>
          <w:sdtContent>
            <w:tc>
              <w:tcPr>
                <w:tcW w:w="6520" w:type="dxa"/>
              </w:tcPr>
              <w:p w14:paraId="77BA76A8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BB1FDDC" w14:textId="77777777" w:rsidTr="00A0792E">
        <w:tc>
          <w:tcPr>
            <w:tcW w:w="2830" w:type="dxa"/>
            <w:vAlign w:val="center"/>
          </w:tcPr>
          <w:p w14:paraId="5377F8F6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3C96DEB8" w14:textId="77777777" w:rsidR="002931FF" w:rsidRDefault="002931FF" w:rsidP="00CD745A"/>
        </w:tc>
        <w:sdt>
          <w:sdtPr>
            <w:id w:val="1700431310"/>
            <w:placeholder>
              <w:docPart w:val="7B8873B5DDFA49E29AD3D86C96355BEA"/>
            </w:placeholder>
            <w:showingPlcHdr/>
          </w:sdtPr>
          <w:sdtContent>
            <w:tc>
              <w:tcPr>
                <w:tcW w:w="6520" w:type="dxa"/>
              </w:tcPr>
              <w:p w14:paraId="02EAFB2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E4CEAFE" w14:textId="77777777" w:rsidTr="00A0792E">
        <w:tc>
          <w:tcPr>
            <w:tcW w:w="2830" w:type="dxa"/>
            <w:vAlign w:val="center"/>
          </w:tcPr>
          <w:p w14:paraId="4664899C" w14:textId="77777777" w:rsidR="002931FF" w:rsidRDefault="002931FF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829975207"/>
            <w:placeholder>
              <w:docPart w:val="7D53A91E55554B1E87906AAB7E66728B"/>
            </w:placeholder>
            <w:showingPlcHdr/>
          </w:sdtPr>
          <w:sdtContent>
            <w:tc>
              <w:tcPr>
                <w:tcW w:w="6520" w:type="dxa"/>
              </w:tcPr>
              <w:p w14:paraId="1A00085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10142A32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7DFCFA4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02D975A" w14:textId="77777777" w:rsidR="002931FF" w:rsidRDefault="002931FF" w:rsidP="002D7D98">
            <w:r>
              <w:t xml:space="preserve">Yes </w:t>
            </w:r>
            <w:sdt>
              <w:sdtPr>
                <w:id w:val="214462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06506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49840D2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3731D" w14:textId="14911BD9" w:rsidR="002931FF" w:rsidRDefault="002931FF" w:rsidP="002D7D98"/>
        </w:tc>
      </w:tr>
      <w:tr w:rsidR="003B26DE" w14:paraId="101E15C2" w14:textId="77777777" w:rsidTr="0019370D">
        <w:tc>
          <w:tcPr>
            <w:tcW w:w="9350" w:type="dxa"/>
            <w:gridSpan w:val="2"/>
          </w:tcPr>
          <w:p w14:paraId="6154DFE4" w14:textId="3742FE5A" w:rsidR="003B26DE" w:rsidRDefault="003B26DE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572927510"/>
                <w:placeholder>
                  <w:docPart w:val="D52B2B88AB08438DA817370CB31CEF12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5EBCE022" w14:textId="77777777" w:rsidTr="00A0792E">
        <w:tc>
          <w:tcPr>
            <w:tcW w:w="2830" w:type="dxa"/>
            <w:vAlign w:val="center"/>
          </w:tcPr>
          <w:p w14:paraId="6D35647A" w14:textId="77777777" w:rsidR="003B26DE" w:rsidRDefault="003B26DE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720134967"/>
            <w:placeholder>
              <w:docPart w:val="5C61D06BF7884102A199EBF5DEEE9CA9"/>
            </w:placeholder>
            <w:showingPlcHdr/>
          </w:sdtPr>
          <w:sdtContent>
            <w:tc>
              <w:tcPr>
                <w:tcW w:w="6520" w:type="dxa"/>
              </w:tcPr>
              <w:p w14:paraId="345C9495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B5D252F" w14:textId="77777777" w:rsidTr="00A0792E">
        <w:tc>
          <w:tcPr>
            <w:tcW w:w="2830" w:type="dxa"/>
            <w:vAlign w:val="center"/>
          </w:tcPr>
          <w:p w14:paraId="0EEF678C" w14:textId="77777777" w:rsidR="003B26DE" w:rsidRDefault="003B26DE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1642E9E" w14:textId="77777777" w:rsidR="003B26DE" w:rsidRDefault="003B26DE" w:rsidP="002D7D98">
            <w:r>
              <w:t xml:space="preserve">Yes </w:t>
            </w:r>
            <w:sdt>
              <w:sdtPr>
                <w:id w:val="925078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396971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813094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596D84B4" w14:textId="77777777" w:rsidTr="00A0792E">
        <w:tc>
          <w:tcPr>
            <w:tcW w:w="2830" w:type="dxa"/>
            <w:vAlign w:val="center"/>
          </w:tcPr>
          <w:p w14:paraId="4F686858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876274768"/>
            <w:placeholder>
              <w:docPart w:val="85FC5EC80FDF403EBF0FAB4C71EF3BC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7377E3DD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4FA20B83" w14:textId="77777777" w:rsidTr="00A0792E">
        <w:tc>
          <w:tcPr>
            <w:tcW w:w="2830" w:type="dxa"/>
            <w:vAlign w:val="center"/>
          </w:tcPr>
          <w:p w14:paraId="5988CB20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213077895"/>
            <w:placeholder>
              <w:docPart w:val="ED17080EF5BC4CE890C82F543C62E78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FE56D61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1538C53F" w14:textId="77777777" w:rsidTr="00A0792E">
        <w:tc>
          <w:tcPr>
            <w:tcW w:w="2830" w:type="dxa"/>
            <w:vAlign w:val="center"/>
          </w:tcPr>
          <w:p w14:paraId="16A08260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26B651ED" w14:textId="77777777" w:rsidR="003B26DE" w:rsidRDefault="003B26DE" w:rsidP="00CD745A"/>
        </w:tc>
        <w:sdt>
          <w:sdtPr>
            <w:id w:val="-1543133217"/>
            <w:placeholder>
              <w:docPart w:val="A7371C9749654B99B4D602E5A299EF7B"/>
            </w:placeholder>
            <w:showingPlcHdr/>
          </w:sdtPr>
          <w:sdtContent>
            <w:tc>
              <w:tcPr>
                <w:tcW w:w="6520" w:type="dxa"/>
              </w:tcPr>
              <w:p w14:paraId="3B71BBA7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245FC448" w14:textId="77777777" w:rsidTr="00A0792E">
        <w:tc>
          <w:tcPr>
            <w:tcW w:w="2830" w:type="dxa"/>
            <w:vAlign w:val="center"/>
          </w:tcPr>
          <w:p w14:paraId="3DF3B19E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What was the measurable impact?</w:t>
            </w:r>
          </w:p>
          <w:p w14:paraId="48F1C8EC" w14:textId="77777777" w:rsidR="003B26DE" w:rsidRDefault="003B26DE" w:rsidP="00CD745A"/>
        </w:tc>
        <w:sdt>
          <w:sdtPr>
            <w:id w:val="1737735657"/>
            <w:placeholder>
              <w:docPart w:val="33B63D1F50484585A6AB3692A5DC55C2"/>
            </w:placeholder>
            <w:showingPlcHdr/>
          </w:sdtPr>
          <w:sdtContent>
            <w:tc>
              <w:tcPr>
                <w:tcW w:w="6520" w:type="dxa"/>
              </w:tcPr>
              <w:p w14:paraId="7EB5ED5B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3CB9A62" w14:textId="77777777" w:rsidTr="00A0792E">
        <w:tc>
          <w:tcPr>
            <w:tcW w:w="2830" w:type="dxa"/>
            <w:vAlign w:val="center"/>
          </w:tcPr>
          <w:p w14:paraId="08F9BA54" w14:textId="77777777" w:rsidR="003B26DE" w:rsidRDefault="003B26DE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95865468"/>
            <w:placeholder>
              <w:docPart w:val="4D272ACB934C46939416A934EC1FF53A"/>
            </w:placeholder>
            <w:showingPlcHdr/>
          </w:sdtPr>
          <w:sdtContent>
            <w:tc>
              <w:tcPr>
                <w:tcW w:w="6520" w:type="dxa"/>
              </w:tcPr>
              <w:p w14:paraId="6F6DD685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25B11B05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14EE9B5D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0CAF8A2" w14:textId="77777777" w:rsidR="003B26DE" w:rsidRDefault="003B26DE" w:rsidP="002D7D98">
            <w:r>
              <w:t xml:space="preserve">Yes </w:t>
            </w:r>
            <w:sdt>
              <w:sdtPr>
                <w:id w:val="1391385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2040202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70F7F024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666330" w14:textId="276A621F" w:rsidR="003B26DE" w:rsidRDefault="003B26DE" w:rsidP="002D7D98"/>
        </w:tc>
      </w:tr>
      <w:tr w:rsidR="003B26DE" w14:paraId="66471F3D" w14:textId="77777777" w:rsidTr="0019370D">
        <w:tc>
          <w:tcPr>
            <w:tcW w:w="9350" w:type="dxa"/>
            <w:gridSpan w:val="2"/>
          </w:tcPr>
          <w:p w14:paraId="16B9859A" w14:textId="29D61099" w:rsidR="003B26DE" w:rsidRDefault="003B26DE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627506471"/>
                <w:placeholder>
                  <w:docPart w:val="738235CE12E244709EA784C996A0709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3DC99829" w14:textId="77777777" w:rsidTr="00A0792E">
        <w:tc>
          <w:tcPr>
            <w:tcW w:w="2830" w:type="dxa"/>
            <w:vAlign w:val="center"/>
          </w:tcPr>
          <w:p w14:paraId="51864D23" w14:textId="77777777" w:rsidR="003B26DE" w:rsidRDefault="003B26DE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659811131"/>
            <w:placeholder>
              <w:docPart w:val="7B86DCBD69E849549CE46A3AF209DD27"/>
            </w:placeholder>
            <w:showingPlcHdr/>
          </w:sdtPr>
          <w:sdtContent>
            <w:tc>
              <w:tcPr>
                <w:tcW w:w="6520" w:type="dxa"/>
              </w:tcPr>
              <w:p w14:paraId="284A19B9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D1878EC" w14:textId="77777777" w:rsidTr="00A0792E">
        <w:tc>
          <w:tcPr>
            <w:tcW w:w="2830" w:type="dxa"/>
            <w:vAlign w:val="center"/>
          </w:tcPr>
          <w:p w14:paraId="79DF4172" w14:textId="77777777" w:rsidR="003B26DE" w:rsidRDefault="003B26DE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04DEA97B" w14:textId="77777777" w:rsidR="003B26DE" w:rsidRDefault="003B26DE" w:rsidP="002D7D98">
            <w:r>
              <w:t xml:space="preserve">Yes </w:t>
            </w:r>
            <w:sdt>
              <w:sdtPr>
                <w:id w:val="-1757346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17565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70630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016760E1" w14:textId="77777777" w:rsidTr="00A0792E">
        <w:tc>
          <w:tcPr>
            <w:tcW w:w="2830" w:type="dxa"/>
            <w:vAlign w:val="center"/>
          </w:tcPr>
          <w:p w14:paraId="5EE3DA23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874613690"/>
            <w:placeholder>
              <w:docPart w:val="E3A371DB9C7A4B9D92A9C70D3AEDDFC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63459D6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4BEFF971" w14:textId="77777777" w:rsidTr="00A0792E">
        <w:tc>
          <w:tcPr>
            <w:tcW w:w="2830" w:type="dxa"/>
            <w:vAlign w:val="center"/>
          </w:tcPr>
          <w:p w14:paraId="75FC4E0F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4118506"/>
            <w:placeholder>
              <w:docPart w:val="D2009B2FA8E044C8A7FC2D1BE80A1F3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B4B89BD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5B487596" w14:textId="77777777" w:rsidTr="00A0792E">
        <w:tc>
          <w:tcPr>
            <w:tcW w:w="2830" w:type="dxa"/>
            <w:vAlign w:val="center"/>
          </w:tcPr>
          <w:p w14:paraId="50413F8A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722F62A7" w14:textId="77777777" w:rsidR="003B26DE" w:rsidRDefault="003B26DE" w:rsidP="00CD745A"/>
        </w:tc>
        <w:sdt>
          <w:sdtPr>
            <w:id w:val="609323805"/>
            <w:placeholder>
              <w:docPart w:val="28442E971FB947CD9F729CE87C634A7E"/>
            </w:placeholder>
            <w:showingPlcHdr/>
          </w:sdtPr>
          <w:sdtContent>
            <w:tc>
              <w:tcPr>
                <w:tcW w:w="6520" w:type="dxa"/>
              </w:tcPr>
              <w:p w14:paraId="1EE8927D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015D50CA" w14:textId="77777777" w:rsidTr="00A0792E">
        <w:tc>
          <w:tcPr>
            <w:tcW w:w="2830" w:type="dxa"/>
            <w:vAlign w:val="center"/>
          </w:tcPr>
          <w:p w14:paraId="05D3F3D5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F3DDAEB" w14:textId="77777777" w:rsidR="003B26DE" w:rsidRDefault="003B26DE" w:rsidP="00CD745A"/>
        </w:tc>
        <w:sdt>
          <w:sdtPr>
            <w:id w:val="794018731"/>
            <w:placeholder>
              <w:docPart w:val="D76472EA92AC4ED0858A934B2924A7BD"/>
            </w:placeholder>
            <w:showingPlcHdr/>
          </w:sdtPr>
          <w:sdtContent>
            <w:tc>
              <w:tcPr>
                <w:tcW w:w="6520" w:type="dxa"/>
              </w:tcPr>
              <w:p w14:paraId="7304271C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0844E1D8" w14:textId="77777777" w:rsidTr="00A0792E">
        <w:tc>
          <w:tcPr>
            <w:tcW w:w="2830" w:type="dxa"/>
            <w:vAlign w:val="center"/>
          </w:tcPr>
          <w:p w14:paraId="73F11358" w14:textId="77777777" w:rsidR="003B26DE" w:rsidRDefault="003B26DE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569196666"/>
            <w:placeholder>
              <w:docPart w:val="6AA2F104C18744BAB0FD3AEDCECFCEAE"/>
            </w:placeholder>
            <w:showingPlcHdr/>
          </w:sdtPr>
          <w:sdtContent>
            <w:tc>
              <w:tcPr>
                <w:tcW w:w="6520" w:type="dxa"/>
              </w:tcPr>
              <w:p w14:paraId="02801F7E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2ED1AB17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598D05F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27EA01F" w14:textId="77777777" w:rsidR="003B26DE" w:rsidRDefault="003B26DE" w:rsidP="002D7D98">
            <w:r>
              <w:t xml:space="preserve">Yes </w:t>
            </w:r>
            <w:sdt>
              <w:sdtPr>
                <w:id w:val="-44314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1275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7D48D8CA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9D656D" w14:textId="07AD9913" w:rsidR="003B26DE" w:rsidRDefault="003B26DE" w:rsidP="002D7D98"/>
        </w:tc>
      </w:tr>
      <w:tr w:rsidR="003B26DE" w14:paraId="5D7FA1C4" w14:textId="77777777" w:rsidTr="0019370D">
        <w:tc>
          <w:tcPr>
            <w:tcW w:w="9350" w:type="dxa"/>
            <w:gridSpan w:val="2"/>
          </w:tcPr>
          <w:p w14:paraId="1C1B4701" w14:textId="1D90FE9A" w:rsidR="003B26DE" w:rsidRDefault="003B26DE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060012306"/>
                <w:placeholder>
                  <w:docPart w:val="4A8C15C5743A4A19A1292B63727AFDFE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4C6F937C" w14:textId="77777777" w:rsidTr="00A0792E">
        <w:tc>
          <w:tcPr>
            <w:tcW w:w="2830" w:type="dxa"/>
            <w:vAlign w:val="center"/>
          </w:tcPr>
          <w:p w14:paraId="046DC315" w14:textId="77777777" w:rsidR="003B26DE" w:rsidRDefault="003B26DE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64244530"/>
            <w:placeholder>
              <w:docPart w:val="4F38482CD5A9414B996E90731F75DED2"/>
            </w:placeholder>
            <w:showingPlcHdr/>
          </w:sdtPr>
          <w:sdtContent>
            <w:tc>
              <w:tcPr>
                <w:tcW w:w="6520" w:type="dxa"/>
              </w:tcPr>
              <w:p w14:paraId="01E1BF2B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80B8335" w14:textId="77777777" w:rsidTr="00A0792E">
        <w:tc>
          <w:tcPr>
            <w:tcW w:w="2830" w:type="dxa"/>
            <w:vAlign w:val="center"/>
          </w:tcPr>
          <w:p w14:paraId="6F79E519" w14:textId="77777777" w:rsidR="003B26DE" w:rsidRDefault="003B26DE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3256D3E3" w14:textId="77777777" w:rsidR="003B26DE" w:rsidRDefault="003B26DE" w:rsidP="002D7D98">
            <w:r>
              <w:t xml:space="preserve">Yes </w:t>
            </w:r>
            <w:sdt>
              <w:sdtPr>
                <w:id w:val="726887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41146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99183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697D0085" w14:textId="77777777" w:rsidTr="00A0792E">
        <w:tc>
          <w:tcPr>
            <w:tcW w:w="2830" w:type="dxa"/>
            <w:vAlign w:val="center"/>
          </w:tcPr>
          <w:p w14:paraId="7CB556A0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701546976"/>
            <w:placeholder>
              <w:docPart w:val="6246EFFADF374928BF6579BE00EEE5B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3C9382D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07CFB8D2" w14:textId="77777777" w:rsidTr="00A0792E">
        <w:tc>
          <w:tcPr>
            <w:tcW w:w="2830" w:type="dxa"/>
            <w:vAlign w:val="center"/>
          </w:tcPr>
          <w:p w14:paraId="7B89D6EA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382132769"/>
            <w:placeholder>
              <w:docPart w:val="612FA868D2FE478F9D630C53CCCFAB8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7206BEB9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4C951A27" w14:textId="77777777" w:rsidTr="00A0792E">
        <w:tc>
          <w:tcPr>
            <w:tcW w:w="2830" w:type="dxa"/>
            <w:vAlign w:val="center"/>
          </w:tcPr>
          <w:p w14:paraId="46F1FC46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4C67D4CF" w14:textId="77777777" w:rsidR="003B26DE" w:rsidRDefault="003B26DE" w:rsidP="00CD745A"/>
        </w:tc>
        <w:sdt>
          <w:sdtPr>
            <w:id w:val="-700242699"/>
            <w:placeholder>
              <w:docPart w:val="5622648FB8DA43D28D2648E54ECED366"/>
            </w:placeholder>
            <w:showingPlcHdr/>
          </w:sdtPr>
          <w:sdtContent>
            <w:tc>
              <w:tcPr>
                <w:tcW w:w="6520" w:type="dxa"/>
              </w:tcPr>
              <w:p w14:paraId="465BD8B3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ED46C2C" w14:textId="77777777" w:rsidTr="00A0792E">
        <w:tc>
          <w:tcPr>
            <w:tcW w:w="2830" w:type="dxa"/>
            <w:vAlign w:val="center"/>
          </w:tcPr>
          <w:p w14:paraId="0F191CD1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51733ED0" w14:textId="77777777" w:rsidR="003B26DE" w:rsidRDefault="003B26DE" w:rsidP="00CD745A"/>
        </w:tc>
        <w:sdt>
          <w:sdtPr>
            <w:id w:val="539177532"/>
            <w:placeholder>
              <w:docPart w:val="2CD2776494554177B7AFBC5C6AF58E3D"/>
            </w:placeholder>
            <w:showingPlcHdr/>
          </w:sdtPr>
          <w:sdtContent>
            <w:tc>
              <w:tcPr>
                <w:tcW w:w="6520" w:type="dxa"/>
              </w:tcPr>
              <w:p w14:paraId="4D3D96F1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37CB1D9D" w14:textId="77777777" w:rsidTr="00A0792E">
        <w:tc>
          <w:tcPr>
            <w:tcW w:w="2830" w:type="dxa"/>
            <w:vAlign w:val="center"/>
          </w:tcPr>
          <w:p w14:paraId="4646BEE8" w14:textId="77777777" w:rsidR="003B26DE" w:rsidRDefault="003B26DE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1958521829"/>
            <w:placeholder>
              <w:docPart w:val="8CCAEB083088458EA2656F911A03EABD"/>
            </w:placeholder>
            <w:showingPlcHdr/>
          </w:sdtPr>
          <w:sdtContent>
            <w:tc>
              <w:tcPr>
                <w:tcW w:w="6520" w:type="dxa"/>
              </w:tcPr>
              <w:p w14:paraId="2316ABD7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07EF6C0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63BE6F5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317ED17" w14:textId="77777777" w:rsidR="003B26DE" w:rsidRDefault="003B26DE" w:rsidP="002D7D98">
            <w:r>
              <w:t xml:space="preserve">Yes </w:t>
            </w:r>
            <w:sdt>
              <w:sdtPr>
                <w:id w:val="-945145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489690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7BD68F2E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0F9512" w14:textId="23EB1038" w:rsidR="003B26DE" w:rsidRDefault="003B26DE" w:rsidP="002D7D98"/>
        </w:tc>
      </w:tr>
    </w:tbl>
    <w:p w14:paraId="6670EE57" w14:textId="77777777" w:rsidR="003B26DE" w:rsidRDefault="003B26DE">
      <w:pPr>
        <w:pStyle w:val="Heading1"/>
      </w:pPr>
    </w:p>
    <w:p w14:paraId="2EABD8A7" w14:textId="77777777" w:rsidR="003B26DE" w:rsidRDefault="003B26D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15746DFA" w:rsidR="00214ECC" w:rsidRDefault="003729FB">
      <w:pPr>
        <w:pStyle w:val="Heading1"/>
      </w:pPr>
      <w:r>
        <w:lastRenderedPageBreak/>
        <w:t>Research &amp; Publications</w:t>
      </w:r>
    </w:p>
    <w:p w14:paraId="0987AE42" w14:textId="3FC96AF3" w:rsidR="00C7253B" w:rsidRDefault="00C7253B" w:rsidP="00C7253B">
      <w:r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14:paraId="6F75DC21" w14:textId="77777777" w:rsidTr="00695860">
        <w:tc>
          <w:tcPr>
            <w:tcW w:w="9350" w:type="dxa"/>
            <w:gridSpan w:val="2"/>
          </w:tcPr>
          <w:p w14:paraId="59BAD478" w14:textId="7A22C06D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769739CE" w14:textId="77777777" w:rsidTr="00CD745A">
        <w:tc>
          <w:tcPr>
            <w:tcW w:w="2723" w:type="dxa"/>
            <w:vAlign w:val="center"/>
          </w:tcPr>
          <w:p w14:paraId="178AC458" w14:textId="56A0B311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Content>
            <w:tc>
              <w:tcPr>
                <w:tcW w:w="6627" w:type="dxa"/>
              </w:tcPr>
              <w:p w14:paraId="419B1C3D" w14:textId="3D84B99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15DA0842" w14:textId="77777777" w:rsidTr="00CD745A">
        <w:tc>
          <w:tcPr>
            <w:tcW w:w="2723" w:type="dxa"/>
            <w:vAlign w:val="center"/>
          </w:tcPr>
          <w:p w14:paraId="22919863" w14:textId="26D703DD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Content>
            <w:tc>
              <w:tcPr>
                <w:tcW w:w="6627" w:type="dxa"/>
              </w:tcPr>
              <w:p w14:paraId="468FCDE1" w14:textId="3348A05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5D715A34" w14:textId="77777777" w:rsidTr="00CD745A">
        <w:tc>
          <w:tcPr>
            <w:tcW w:w="2723" w:type="dxa"/>
            <w:vAlign w:val="center"/>
          </w:tcPr>
          <w:p w14:paraId="1275C95C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687B8572" w14:textId="77777777" w:rsidR="00CD745A" w:rsidRDefault="00CD745A" w:rsidP="00CD745A"/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Content>
            <w:tc>
              <w:tcPr>
                <w:tcW w:w="6627" w:type="dxa"/>
              </w:tcPr>
              <w:p w14:paraId="65BB4C77" w14:textId="59DC1FA6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7E170BE8" w14:textId="77777777" w:rsidTr="00CD745A">
        <w:tc>
          <w:tcPr>
            <w:tcW w:w="2723" w:type="dxa"/>
            <w:vAlign w:val="center"/>
          </w:tcPr>
          <w:p w14:paraId="609E6916" w14:textId="6B8BFF7A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83255EC" w14:textId="595583B5" w:rsidR="00CD745A" w:rsidRDefault="00CD745A" w:rsidP="00C7253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B4C77D8" w14:textId="617357C6" w:rsidR="00CD745A" w:rsidRDefault="00CD745A" w:rsidP="00CD745A">
            <w:r>
              <w:t xml:space="preserve">Complete  </w:t>
            </w:r>
            <w:sdt>
              <w:sdtPr>
                <w:id w:val="156683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39819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Default="00CD745A" w:rsidP="00CD745A">
            <w:r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0CFC388F" w:rsidR="00CD745A" w:rsidRDefault="00CD745A" w:rsidP="00CD745A"/>
        </w:tc>
      </w:tr>
      <w:tr w:rsidR="00CD745A" w14:paraId="2CAAEA55" w14:textId="77777777" w:rsidTr="00695860">
        <w:tc>
          <w:tcPr>
            <w:tcW w:w="9350" w:type="dxa"/>
            <w:gridSpan w:val="2"/>
          </w:tcPr>
          <w:p w14:paraId="0912AE07" w14:textId="52BA6C09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134250045"/>
                <w:placeholder>
                  <w:docPart w:val="26164AFE8C004731B39F8D42AA79484B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45561211" w14:textId="77777777" w:rsidTr="00CD745A">
        <w:tc>
          <w:tcPr>
            <w:tcW w:w="2723" w:type="dxa"/>
            <w:vAlign w:val="center"/>
          </w:tcPr>
          <w:p w14:paraId="33EC83AA" w14:textId="77777777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039898715"/>
            <w:placeholder>
              <w:docPart w:val="143E6DFAA3A744858DA27EA69CF186A8"/>
            </w:placeholder>
            <w:showingPlcHdr/>
          </w:sdtPr>
          <w:sdtContent>
            <w:tc>
              <w:tcPr>
                <w:tcW w:w="6627" w:type="dxa"/>
              </w:tcPr>
              <w:p w14:paraId="1383E0DC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C5D06A4" w14:textId="77777777" w:rsidTr="00CD745A">
        <w:tc>
          <w:tcPr>
            <w:tcW w:w="2723" w:type="dxa"/>
            <w:vAlign w:val="center"/>
          </w:tcPr>
          <w:p w14:paraId="11FFEE38" w14:textId="77777777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1849295955"/>
            <w:placeholder>
              <w:docPart w:val="FB7E9068020A4D09974EA1EB0D07EBE0"/>
            </w:placeholder>
            <w:showingPlcHdr/>
          </w:sdtPr>
          <w:sdtContent>
            <w:tc>
              <w:tcPr>
                <w:tcW w:w="6627" w:type="dxa"/>
              </w:tcPr>
              <w:p w14:paraId="22629E3B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8F6B4EE" w14:textId="77777777" w:rsidTr="00CD745A">
        <w:tc>
          <w:tcPr>
            <w:tcW w:w="2723" w:type="dxa"/>
            <w:vAlign w:val="center"/>
          </w:tcPr>
          <w:p w14:paraId="57D486D0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0F44AD1C" w14:textId="77777777" w:rsidR="00CD745A" w:rsidRDefault="00CD745A" w:rsidP="00CD745A"/>
        </w:tc>
        <w:sdt>
          <w:sdtPr>
            <w:id w:val="666522276"/>
            <w:placeholder>
              <w:docPart w:val="B9DD229517514DD3BA30880642405144"/>
            </w:placeholder>
            <w:showingPlcHdr/>
          </w:sdtPr>
          <w:sdtContent>
            <w:tc>
              <w:tcPr>
                <w:tcW w:w="6627" w:type="dxa"/>
              </w:tcPr>
              <w:p w14:paraId="58B1D2F4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4929BB4B" w14:textId="77777777" w:rsidTr="00CD745A">
        <w:tc>
          <w:tcPr>
            <w:tcW w:w="2723" w:type="dxa"/>
            <w:vAlign w:val="center"/>
          </w:tcPr>
          <w:p w14:paraId="6B87E394" w14:textId="77777777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039040763"/>
            <w:placeholder>
              <w:docPart w:val="4B4DB9EE858049CCB9AFBB15E50951B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7328BCA" w14:textId="77777777" w:rsidR="00CD745A" w:rsidRDefault="00CD745A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5C3E6963" w14:textId="77777777" w:rsidTr="00CD745A">
        <w:tc>
          <w:tcPr>
            <w:tcW w:w="2723" w:type="dxa"/>
            <w:vAlign w:val="center"/>
          </w:tcPr>
          <w:p w14:paraId="61031033" w14:textId="77777777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D915A34" w14:textId="77777777" w:rsidR="00CD745A" w:rsidRDefault="00CD745A" w:rsidP="00CD745A">
            <w:r>
              <w:t xml:space="preserve">Complete  </w:t>
            </w:r>
            <w:sdt>
              <w:sdtPr>
                <w:id w:val="75818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07597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4C8207BE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615DD567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7D0B379" w14:textId="77777777" w:rsidR="00CD745A" w:rsidRDefault="00CD745A" w:rsidP="00CD745A">
            <w:r>
              <w:t xml:space="preserve">Yes </w:t>
            </w:r>
            <w:sdt>
              <w:sdtPr>
                <w:id w:val="138547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664535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1EB756F8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6FD53F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54A7D4" w14:textId="2F4A5C0F" w:rsidR="00CD745A" w:rsidRDefault="00CD745A" w:rsidP="00CD745A"/>
        </w:tc>
      </w:tr>
      <w:tr w:rsidR="003B26DE" w14:paraId="5322EB3E" w14:textId="77777777" w:rsidTr="00695860">
        <w:tc>
          <w:tcPr>
            <w:tcW w:w="9350" w:type="dxa"/>
            <w:gridSpan w:val="2"/>
          </w:tcPr>
          <w:p w14:paraId="48ADEB26" w14:textId="780482A9" w:rsidR="003B26DE" w:rsidRDefault="003B26DE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717235152"/>
                <w:placeholder>
                  <w:docPart w:val="9092E21455F04D088E08A3B3329A966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798E3A84" w14:textId="77777777" w:rsidTr="00CD745A">
        <w:tc>
          <w:tcPr>
            <w:tcW w:w="2723" w:type="dxa"/>
            <w:vAlign w:val="center"/>
          </w:tcPr>
          <w:p w14:paraId="7DA78C93" w14:textId="77777777" w:rsidR="003B26DE" w:rsidRDefault="003B26DE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449459092"/>
            <w:placeholder>
              <w:docPart w:val="FAE38B133153430C97C5D902CB8CC0D7"/>
            </w:placeholder>
            <w:showingPlcHdr/>
          </w:sdtPr>
          <w:sdtContent>
            <w:tc>
              <w:tcPr>
                <w:tcW w:w="6627" w:type="dxa"/>
              </w:tcPr>
              <w:p w14:paraId="1FC8E88D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88D53CC" w14:textId="77777777" w:rsidTr="00CD745A">
        <w:tc>
          <w:tcPr>
            <w:tcW w:w="2723" w:type="dxa"/>
            <w:vAlign w:val="center"/>
          </w:tcPr>
          <w:p w14:paraId="6067DD3A" w14:textId="77777777" w:rsidR="003B26DE" w:rsidRDefault="003B26DE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953669340"/>
            <w:placeholder>
              <w:docPart w:val="96A1663A02624CA69D0A59601A594735"/>
            </w:placeholder>
            <w:showingPlcHdr/>
          </w:sdtPr>
          <w:sdtContent>
            <w:tc>
              <w:tcPr>
                <w:tcW w:w="6627" w:type="dxa"/>
              </w:tcPr>
              <w:p w14:paraId="0B9EDCE7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4529C7C" w14:textId="77777777" w:rsidTr="00CD745A">
        <w:tc>
          <w:tcPr>
            <w:tcW w:w="2723" w:type="dxa"/>
            <w:vAlign w:val="center"/>
          </w:tcPr>
          <w:p w14:paraId="10D496B3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46A5FF7C" w14:textId="77777777" w:rsidR="003B26DE" w:rsidRDefault="003B26DE" w:rsidP="00CD745A"/>
        </w:tc>
        <w:sdt>
          <w:sdtPr>
            <w:id w:val="760810036"/>
            <w:placeholder>
              <w:docPart w:val="F442007450924436B8759D1E760DA3A4"/>
            </w:placeholder>
            <w:showingPlcHdr/>
          </w:sdtPr>
          <w:sdtContent>
            <w:tc>
              <w:tcPr>
                <w:tcW w:w="6627" w:type="dxa"/>
              </w:tcPr>
              <w:p w14:paraId="69470333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0E4759B4" w14:textId="77777777" w:rsidTr="00CD745A">
        <w:tc>
          <w:tcPr>
            <w:tcW w:w="2723" w:type="dxa"/>
            <w:vAlign w:val="center"/>
          </w:tcPr>
          <w:p w14:paraId="504A1C89" w14:textId="77777777" w:rsidR="003B26DE" w:rsidRDefault="003B26DE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478677018"/>
            <w:placeholder>
              <w:docPart w:val="10D99C5F1B3349CC815CCDBA7B5FFAE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4635854B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3FC94D19" w14:textId="77777777" w:rsidTr="00CD745A">
        <w:tc>
          <w:tcPr>
            <w:tcW w:w="2723" w:type="dxa"/>
            <w:vAlign w:val="center"/>
          </w:tcPr>
          <w:p w14:paraId="6248FE7E" w14:textId="77777777" w:rsidR="003B26DE" w:rsidRDefault="003B26DE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25581924" w14:textId="77777777" w:rsidR="003B26DE" w:rsidRDefault="003B26DE" w:rsidP="00CD745A">
            <w:r>
              <w:t xml:space="preserve">Complete  </w:t>
            </w:r>
            <w:sdt>
              <w:sdtPr>
                <w:id w:val="798338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857077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613BF4BD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89F9BD0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0E294B57" w14:textId="77777777" w:rsidR="003B26DE" w:rsidRDefault="003B26DE" w:rsidP="00CD745A">
            <w:r>
              <w:t xml:space="preserve">Yes </w:t>
            </w:r>
            <w:sdt>
              <w:sdtPr>
                <w:id w:val="137173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615411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1761DC24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28CFF9" w14:textId="77777777" w:rsidR="003B26DE" w:rsidRPr="00F4085D" w:rsidRDefault="003B26DE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BF7114" w14:textId="2516D560" w:rsidR="003B26DE" w:rsidRDefault="003B26DE" w:rsidP="00CD745A"/>
        </w:tc>
      </w:tr>
      <w:tr w:rsidR="003B26DE" w14:paraId="7B8B7BFC" w14:textId="77777777" w:rsidTr="00695860">
        <w:tc>
          <w:tcPr>
            <w:tcW w:w="9350" w:type="dxa"/>
            <w:gridSpan w:val="2"/>
          </w:tcPr>
          <w:p w14:paraId="3CDCBEAB" w14:textId="33A6DF45" w:rsidR="003B26DE" w:rsidRDefault="003B26DE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781543707"/>
                <w:placeholder>
                  <w:docPart w:val="012FF6DAB51343DBAA5BD45A58961EFA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0CD73088" w14:textId="77777777" w:rsidTr="00CD745A">
        <w:tc>
          <w:tcPr>
            <w:tcW w:w="2723" w:type="dxa"/>
            <w:vAlign w:val="center"/>
          </w:tcPr>
          <w:p w14:paraId="312078E5" w14:textId="77777777" w:rsidR="003B26DE" w:rsidRDefault="003B26DE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745559984"/>
            <w:placeholder>
              <w:docPart w:val="80D728F8F3C64C1A9A0B9CE4B3693D67"/>
            </w:placeholder>
            <w:showingPlcHdr/>
          </w:sdtPr>
          <w:sdtContent>
            <w:tc>
              <w:tcPr>
                <w:tcW w:w="6627" w:type="dxa"/>
              </w:tcPr>
              <w:p w14:paraId="45CAB6E4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228D7674" w14:textId="77777777" w:rsidTr="00CD745A">
        <w:tc>
          <w:tcPr>
            <w:tcW w:w="2723" w:type="dxa"/>
            <w:vAlign w:val="center"/>
          </w:tcPr>
          <w:p w14:paraId="366D93DE" w14:textId="77777777" w:rsidR="003B26DE" w:rsidRDefault="003B26DE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477432035"/>
            <w:placeholder>
              <w:docPart w:val="4B5E3C9EBA1940C58DFDEB04568B0CE8"/>
            </w:placeholder>
            <w:showingPlcHdr/>
          </w:sdtPr>
          <w:sdtContent>
            <w:tc>
              <w:tcPr>
                <w:tcW w:w="6627" w:type="dxa"/>
              </w:tcPr>
              <w:p w14:paraId="24CE89E9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21CC135" w14:textId="77777777" w:rsidTr="00CD745A">
        <w:tc>
          <w:tcPr>
            <w:tcW w:w="2723" w:type="dxa"/>
            <w:vAlign w:val="center"/>
          </w:tcPr>
          <w:p w14:paraId="28060C92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0B1CFB02" w14:textId="77777777" w:rsidR="003B26DE" w:rsidRDefault="003B26DE" w:rsidP="00CD745A"/>
        </w:tc>
        <w:sdt>
          <w:sdtPr>
            <w:id w:val="1153957970"/>
            <w:placeholder>
              <w:docPart w:val="B3485E4E56184BF8BE0A530914291585"/>
            </w:placeholder>
            <w:showingPlcHdr/>
          </w:sdtPr>
          <w:sdtContent>
            <w:tc>
              <w:tcPr>
                <w:tcW w:w="6627" w:type="dxa"/>
              </w:tcPr>
              <w:p w14:paraId="71D63784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BB28FFF" w14:textId="77777777" w:rsidTr="00CD745A">
        <w:tc>
          <w:tcPr>
            <w:tcW w:w="2723" w:type="dxa"/>
            <w:vAlign w:val="center"/>
          </w:tcPr>
          <w:p w14:paraId="642CEAA3" w14:textId="77777777" w:rsidR="003B26DE" w:rsidRDefault="003B26DE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2051059246"/>
            <w:placeholder>
              <w:docPart w:val="257ED03E6AB845F0AB1D29F4BB7E35B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2A326DFF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0B4B15CA" w14:textId="77777777" w:rsidTr="00CD745A">
        <w:tc>
          <w:tcPr>
            <w:tcW w:w="2723" w:type="dxa"/>
            <w:vAlign w:val="center"/>
          </w:tcPr>
          <w:p w14:paraId="3C4B2AF7" w14:textId="77777777" w:rsidR="003B26DE" w:rsidRDefault="003B26DE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2ABC0CFD" w14:textId="77777777" w:rsidR="003B26DE" w:rsidRDefault="003B26DE" w:rsidP="00CD745A">
            <w:r>
              <w:t xml:space="preserve">Complete  </w:t>
            </w:r>
            <w:sdt>
              <w:sdtPr>
                <w:id w:val="948127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072496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340D2F62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5A8F8B9F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4FEC372A" w14:textId="77777777" w:rsidR="003B26DE" w:rsidRDefault="003B26DE" w:rsidP="00CD745A">
            <w:r>
              <w:t xml:space="preserve">Yes </w:t>
            </w:r>
            <w:sdt>
              <w:sdtPr>
                <w:id w:val="-135418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474445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5CED4D87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DF965E" w14:textId="77777777" w:rsidR="003B26DE" w:rsidRPr="00F4085D" w:rsidRDefault="003B26DE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989733" w14:textId="7052CD9C" w:rsidR="003B26DE" w:rsidRDefault="003B26DE" w:rsidP="00CD745A"/>
        </w:tc>
      </w:tr>
      <w:tr w:rsidR="003B26DE" w14:paraId="47EA069C" w14:textId="77777777" w:rsidTr="00695860">
        <w:tc>
          <w:tcPr>
            <w:tcW w:w="9350" w:type="dxa"/>
            <w:gridSpan w:val="2"/>
          </w:tcPr>
          <w:p w14:paraId="38E86EA8" w14:textId="54D965E4" w:rsidR="003B26DE" w:rsidRDefault="003B26DE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512194478"/>
                <w:placeholder>
                  <w:docPart w:val="79901C821E824D33BED031547FADA396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17DB1E65" w14:textId="77777777" w:rsidTr="00CD745A">
        <w:tc>
          <w:tcPr>
            <w:tcW w:w="2723" w:type="dxa"/>
            <w:vAlign w:val="center"/>
          </w:tcPr>
          <w:p w14:paraId="780C77DE" w14:textId="77777777" w:rsidR="003B26DE" w:rsidRDefault="003B26DE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318802721"/>
            <w:placeholder>
              <w:docPart w:val="D5E2163B935F4BD6AD81C8F0D2DBDAC2"/>
            </w:placeholder>
            <w:showingPlcHdr/>
          </w:sdtPr>
          <w:sdtContent>
            <w:tc>
              <w:tcPr>
                <w:tcW w:w="6627" w:type="dxa"/>
              </w:tcPr>
              <w:p w14:paraId="115F80C1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6D2CE4E" w14:textId="77777777" w:rsidTr="00CD745A">
        <w:tc>
          <w:tcPr>
            <w:tcW w:w="2723" w:type="dxa"/>
            <w:vAlign w:val="center"/>
          </w:tcPr>
          <w:p w14:paraId="4C29B799" w14:textId="77777777" w:rsidR="003B26DE" w:rsidRDefault="003B26DE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1804997019"/>
            <w:placeholder>
              <w:docPart w:val="F22C0C83F09D403087780EC5752D2C93"/>
            </w:placeholder>
            <w:showingPlcHdr/>
          </w:sdtPr>
          <w:sdtContent>
            <w:tc>
              <w:tcPr>
                <w:tcW w:w="6627" w:type="dxa"/>
              </w:tcPr>
              <w:p w14:paraId="7775372E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372E8F06" w14:textId="77777777" w:rsidTr="00CD745A">
        <w:tc>
          <w:tcPr>
            <w:tcW w:w="2723" w:type="dxa"/>
            <w:vAlign w:val="center"/>
          </w:tcPr>
          <w:p w14:paraId="40416412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27A8E94C" w14:textId="77777777" w:rsidR="003B26DE" w:rsidRDefault="003B26DE" w:rsidP="00CD745A"/>
        </w:tc>
        <w:sdt>
          <w:sdtPr>
            <w:id w:val="-92858126"/>
            <w:placeholder>
              <w:docPart w:val="59E09F653F0A4495B2AFCAA6DFFA6CF7"/>
            </w:placeholder>
            <w:showingPlcHdr/>
          </w:sdtPr>
          <w:sdtContent>
            <w:tc>
              <w:tcPr>
                <w:tcW w:w="6627" w:type="dxa"/>
              </w:tcPr>
              <w:p w14:paraId="160ACB86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3F204AC" w14:textId="77777777" w:rsidTr="00CD745A">
        <w:tc>
          <w:tcPr>
            <w:tcW w:w="2723" w:type="dxa"/>
            <w:vAlign w:val="center"/>
          </w:tcPr>
          <w:p w14:paraId="1031ADA1" w14:textId="77777777" w:rsidR="003B26DE" w:rsidRDefault="003B26DE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429003844"/>
            <w:placeholder>
              <w:docPart w:val="B2CACCF274CE437E9824772C526D598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CDEA1CC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70798B5E" w14:textId="77777777" w:rsidTr="00CD745A">
        <w:tc>
          <w:tcPr>
            <w:tcW w:w="2723" w:type="dxa"/>
            <w:vAlign w:val="center"/>
          </w:tcPr>
          <w:p w14:paraId="56AA1419" w14:textId="77777777" w:rsidR="003B26DE" w:rsidRDefault="003B26DE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55D1E636" w14:textId="77777777" w:rsidR="003B26DE" w:rsidRDefault="003B26DE" w:rsidP="00CD745A">
            <w:r>
              <w:t xml:space="preserve">Complete  </w:t>
            </w:r>
            <w:sdt>
              <w:sdtPr>
                <w:id w:val="951826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62911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09F7D100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01E4889E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3759C56E" w14:textId="77777777" w:rsidR="003B26DE" w:rsidRDefault="003B26DE" w:rsidP="00CD745A">
            <w:r>
              <w:t xml:space="preserve">Yes </w:t>
            </w:r>
            <w:sdt>
              <w:sdtPr>
                <w:id w:val="-756441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801194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09FDB70A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19B4C9" w14:textId="77777777" w:rsidR="003B26DE" w:rsidRPr="00F4085D" w:rsidRDefault="003B26DE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3936F3" w14:textId="6511E248" w:rsidR="003B26DE" w:rsidRDefault="003B26DE" w:rsidP="00CD745A"/>
        </w:tc>
      </w:tr>
    </w:tbl>
    <w:p w14:paraId="217DAF30" w14:textId="77777777" w:rsidR="00CD745A" w:rsidRDefault="00CD745A" w:rsidP="00C7253B"/>
    <w:p w14:paraId="6AB6560D" w14:textId="77777777" w:rsidR="003B26DE" w:rsidRDefault="003B26D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3EC6C668" w:rsidR="00214ECC" w:rsidRDefault="003729FB">
      <w:pPr>
        <w:pStyle w:val="Heading1"/>
      </w:pPr>
      <w:r>
        <w:lastRenderedPageBreak/>
        <w:t>Teaching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14:paraId="66F7ED9E" w14:textId="77777777" w:rsidTr="00A0792E">
        <w:tc>
          <w:tcPr>
            <w:tcW w:w="2689" w:type="dxa"/>
          </w:tcPr>
          <w:p w14:paraId="1ADD563F" w14:textId="0A257E3C" w:rsidR="00E9708F" w:rsidRDefault="00E9708F">
            <w:r w:rsidRPr="00F4085D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Content>
            <w:tc>
              <w:tcPr>
                <w:tcW w:w="6661" w:type="dxa"/>
              </w:tcPr>
              <w:p w14:paraId="38426A61" w14:textId="6DC414F8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740C1B" w14:textId="77777777" w:rsidTr="00A0792E">
        <w:tc>
          <w:tcPr>
            <w:tcW w:w="2689" w:type="dxa"/>
          </w:tcPr>
          <w:p w14:paraId="5063B332" w14:textId="5483306F" w:rsidR="00E9708F" w:rsidRDefault="00E9708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Content>
            <w:tc>
              <w:tcPr>
                <w:tcW w:w="6661" w:type="dxa"/>
              </w:tcPr>
              <w:p w14:paraId="1BDE551D" w14:textId="5EDF4B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66CA38CE" w14:textId="77777777" w:rsidTr="00A0792E">
        <w:tc>
          <w:tcPr>
            <w:tcW w:w="2689" w:type="dxa"/>
          </w:tcPr>
          <w:p w14:paraId="6E014817" w14:textId="4BF4295B" w:rsidR="00E9708F" w:rsidRDefault="00E9708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Content>
            <w:tc>
              <w:tcPr>
                <w:tcW w:w="6661" w:type="dxa"/>
              </w:tcPr>
              <w:p w14:paraId="423783DB" w14:textId="2A8EDBCC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7EA1DB7" w14:textId="77777777" w:rsidTr="00A0792E">
        <w:tc>
          <w:tcPr>
            <w:tcW w:w="2689" w:type="dxa"/>
          </w:tcPr>
          <w:p w14:paraId="287584B0" w14:textId="77777777" w:rsidR="00E9708F" w:rsidRPr="00F4085D" w:rsidRDefault="00E9708F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6F22547" w14:textId="77777777" w:rsidR="00E9708F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Content>
            <w:tc>
              <w:tcPr>
                <w:tcW w:w="6661" w:type="dxa"/>
              </w:tcPr>
              <w:p w14:paraId="428D0AF4" w14:textId="14E793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4B70A0A3" w14:textId="77777777" w:rsidTr="00A0792E">
        <w:tc>
          <w:tcPr>
            <w:tcW w:w="2689" w:type="dxa"/>
          </w:tcPr>
          <w:p w14:paraId="2B82BE9D" w14:textId="190108BB" w:rsidR="00E9708F" w:rsidRDefault="00E9708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Default="00E9708F">
            <w:r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605DD3C8" w14:textId="77777777" w:rsidTr="00A0792E">
        <w:tc>
          <w:tcPr>
            <w:tcW w:w="2689" w:type="dxa"/>
          </w:tcPr>
          <w:p w14:paraId="3ACF7AFC" w14:textId="2D9BB58C" w:rsidR="00E9708F" w:rsidRDefault="00E9708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Content>
            <w:tc>
              <w:tcPr>
                <w:tcW w:w="6661" w:type="dxa"/>
              </w:tcPr>
              <w:p w14:paraId="44ADF35B" w14:textId="075D342D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F4085D" w:rsidRDefault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Default="00E9708F">
            <w:r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557267F9" w:rsidR="00E9708F" w:rsidRDefault="00E9708F"/>
        </w:tc>
      </w:tr>
      <w:tr w:rsidR="003B26DE" w14:paraId="78CD210F" w14:textId="77777777" w:rsidTr="00A0792E">
        <w:tc>
          <w:tcPr>
            <w:tcW w:w="2689" w:type="dxa"/>
          </w:tcPr>
          <w:p w14:paraId="63410CA5" w14:textId="559BDE05" w:rsidR="003B26DE" w:rsidRDefault="003B26DE">
            <w:r w:rsidRPr="00F4085D">
              <w:rPr>
                <w:b/>
                <w:bCs/>
              </w:rPr>
              <w:t>Role</w:t>
            </w:r>
          </w:p>
        </w:tc>
        <w:sdt>
          <w:sdtPr>
            <w:id w:val="-823662306"/>
            <w:placeholder>
              <w:docPart w:val="57689B1D169C4BF78CE45050CCD92169"/>
            </w:placeholder>
            <w:showingPlcHdr/>
          </w:sdtPr>
          <w:sdtContent>
            <w:tc>
              <w:tcPr>
                <w:tcW w:w="6661" w:type="dxa"/>
              </w:tcPr>
              <w:p w14:paraId="518F12B2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64A72E0" w14:textId="77777777" w:rsidTr="00A0792E">
        <w:tc>
          <w:tcPr>
            <w:tcW w:w="2689" w:type="dxa"/>
          </w:tcPr>
          <w:p w14:paraId="707A39F4" w14:textId="77777777" w:rsidR="003B26DE" w:rsidRDefault="003B26D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95624915"/>
            <w:placeholder>
              <w:docPart w:val="41C08EB6C73A43A7973935F67C247C4E"/>
            </w:placeholder>
            <w:showingPlcHdr/>
          </w:sdtPr>
          <w:sdtContent>
            <w:tc>
              <w:tcPr>
                <w:tcW w:w="6661" w:type="dxa"/>
              </w:tcPr>
              <w:p w14:paraId="1C0E2913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3F1E7E8D" w14:textId="77777777" w:rsidTr="00A0792E">
        <w:tc>
          <w:tcPr>
            <w:tcW w:w="2689" w:type="dxa"/>
          </w:tcPr>
          <w:p w14:paraId="5125E553" w14:textId="77777777" w:rsidR="003B26DE" w:rsidRDefault="003B26D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898056514"/>
            <w:placeholder>
              <w:docPart w:val="EE1C950F7BE246FEA7F0367998080CAB"/>
            </w:placeholder>
            <w:showingPlcHdr/>
          </w:sdtPr>
          <w:sdtContent>
            <w:tc>
              <w:tcPr>
                <w:tcW w:w="6661" w:type="dxa"/>
              </w:tcPr>
              <w:p w14:paraId="35DB74D9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DC1EBD3" w14:textId="77777777" w:rsidTr="00A0792E">
        <w:tc>
          <w:tcPr>
            <w:tcW w:w="2689" w:type="dxa"/>
          </w:tcPr>
          <w:p w14:paraId="0FE9B946" w14:textId="77777777" w:rsidR="003B26DE" w:rsidRPr="00F4085D" w:rsidRDefault="003B26DE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147561F0" w14:textId="77777777" w:rsidR="003B26DE" w:rsidRDefault="003B26DE"/>
        </w:tc>
        <w:sdt>
          <w:sdtPr>
            <w:id w:val="-742798524"/>
            <w:placeholder>
              <w:docPart w:val="75330C66E3B1482398676EEF445EAEA2"/>
            </w:placeholder>
            <w:showingPlcHdr/>
          </w:sdtPr>
          <w:sdtContent>
            <w:tc>
              <w:tcPr>
                <w:tcW w:w="6661" w:type="dxa"/>
              </w:tcPr>
              <w:p w14:paraId="763AEDCE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3365D2BF" w14:textId="77777777" w:rsidTr="00A0792E">
        <w:tc>
          <w:tcPr>
            <w:tcW w:w="2689" w:type="dxa"/>
          </w:tcPr>
          <w:p w14:paraId="2380DE63" w14:textId="77777777" w:rsidR="003B26DE" w:rsidRDefault="003B26D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1E0428D" w14:textId="77777777" w:rsidR="003B26DE" w:rsidRDefault="003B26DE">
            <w:r>
              <w:t xml:space="preserve">Complete  </w:t>
            </w:r>
            <w:sdt>
              <w:sdtPr>
                <w:id w:val="1517043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87570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5448080B" w14:textId="77777777" w:rsidTr="00A0792E">
        <w:tc>
          <w:tcPr>
            <w:tcW w:w="2689" w:type="dxa"/>
          </w:tcPr>
          <w:p w14:paraId="6452B3B7" w14:textId="77777777" w:rsidR="003B26DE" w:rsidRDefault="003B26D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2035691599"/>
            <w:placeholder>
              <w:docPart w:val="58D5E0E756694791924CB45CABC70625"/>
            </w:placeholder>
            <w:showingPlcHdr/>
          </w:sdtPr>
          <w:sdtContent>
            <w:tc>
              <w:tcPr>
                <w:tcW w:w="6661" w:type="dxa"/>
              </w:tcPr>
              <w:p w14:paraId="53C55483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6153011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A6981C2" w14:textId="77777777" w:rsidR="003B26DE" w:rsidRPr="00F4085D" w:rsidRDefault="003B26D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CA3E1AA" w14:textId="77777777" w:rsidR="003B26DE" w:rsidRDefault="003B26DE">
            <w:r>
              <w:t xml:space="preserve">Yes </w:t>
            </w:r>
            <w:sdt>
              <w:sdtPr>
                <w:id w:val="-1676491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227107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5560B" w14:paraId="6791DE10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2CD270" w14:textId="77777777" w:rsidR="0045560B" w:rsidRDefault="0045560B" w:rsidP="000B319E"/>
        </w:tc>
      </w:tr>
      <w:tr w:rsidR="0045560B" w14:paraId="278CDB1B" w14:textId="77777777" w:rsidTr="000B319E">
        <w:tc>
          <w:tcPr>
            <w:tcW w:w="2689" w:type="dxa"/>
          </w:tcPr>
          <w:p w14:paraId="620101AC" w14:textId="77777777" w:rsidR="0045560B" w:rsidRDefault="0045560B" w:rsidP="000B319E">
            <w:r w:rsidRPr="00F4085D">
              <w:rPr>
                <w:b/>
                <w:bCs/>
              </w:rPr>
              <w:t>Role</w:t>
            </w:r>
          </w:p>
        </w:tc>
        <w:sdt>
          <w:sdtPr>
            <w:id w:val="-998422875"/>
            <w:placeholder>
              <w:docPart w:val="256A8DBABB5141C2B8296EF8664E106E"/>
            </w:placeholder>
            <w:showingPlcHdr/>
          </w:sdtPr>
          <w:sdtContent>
            <w:tc>
              <w:tcPr>
                <w:tcW w:w="6661" w:type="dxa"/>
              </w:tcPr>
              <w:p w14:paraId="5BAA18F8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04BEF39F" w14:textId="77777777" w:rsidTr="000B319E">
        <w:tc>
          <w:tcPr>
            <w:tcW w:w="2689" w:type="dxa"/>
          </w:tcPr>
          <w:p w14:paraId="61BE5BB2" w14:textId="77777777" w:rsidR="0045560B" w:rsidRDefault="0045560B" w:rsidP="000B319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817219910"/>
            <w:placeholder>
              <w:docPart w:val="918844F535144BEB96A9378442666684"/>
            </w:placeholder>
            <w:showingPlcHdr/>
          </w:sdtPr>
          <w:sdtContent>
            <w:tc>
              <w:tcPr>
                <w:tcW w:w="6661" w:type="dxa"/>
              </w:tcPr>
              <w:p w14:paraId="5ED0A10A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7A26D2D6" w14:textId="77777777" w:rsidTr="000B319E">
        <w:tc>
          <w:tcPr>
            <w:tcW w:w="2689" w:type="dxa"/>
          </w:tcPr>
          <w:p w14:paraId="2C94DF53" w14:textId="77777777" w:rsidR="0045560B" w:rsidRDefault="0045560B" w:rsidP="000B319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114559868"/>
            <w:placeholder>
              <w:docPart w:val="66B713BF2D4241D6A8E1392B3D5FA601"/>
            </w:placeholder>
            <w:showingPlcHdr/>
          </w:sdtPr>
          <w:sdtContent>
            <w:tc>
              <w:tcPr>
                <w:tcW w:w="6661" w:type="dxa"/>
              </w:tcPr>
              <w:p w14:paraId="66482E58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4E18DF6B" w14:textId="77777777" w:rsidTr="000B319E">
        <w:tc>
          <w:tcPr>
            <w:tcW w:w="2689" w:type="dxa"/>
          </w:tcPr>
          <w:p w14:paraId="3E735906" w14:textId="77777777" w:rsidR="0045560B" w:rsidRPr="00F4085D" w:rsidRDefault="0045560B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6A2B09A1" w14:textId="77777777" w:rsidR="0045560B" w:rsidRDefault="0045560B" w:rsidP="000B319E"/>
        </w:tc>
        <w:sdt>
          <w:sdtPr>
            <w:id w:val="1413749111"/>
            <w:placeholder>
              <w:docPart w:val="AF87A4EF38A34B518D3CAE060BC7E962"/>
            </w:placeholder>
            <w:showingPlcHdr/>
          </w:sdtPr>
          <w:sdtContent>
            <w:tc>
              <w:tcPr>
                <w:tcW w:w="6661" w:type="dxa"/>
              </w:tcPr>
              <w:p w14:paraId="101D4626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5C5C5CDA" w14:textId="77777777" w:rsidTr="000B319E">
        <w:tc>
          <w:tcPr>
            <w:tcW w:w="2689" w:type="dxa"/>
          </w:tcPr>
          <w:p w14:paraId="2B3FEDE1" w14:textId="77777777" w:rsidR="0045560B" w:rsidRDefault="0045560B" w:rsidP="000B319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4E959AB1" w14:textId="77777777" w:rsidR="0045560B" w:rsidRDefault="0045560B" w:rsidP="000B319E">
            <w:r>
              <w:t xml:space="preserve">Complete  </w:t>
            </w:r>
            <w:sdt>
              <w:sdtPr>
                <w:id w:val="963695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473502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5560B" w14:paraId="7F73C34C" w14:textId="77777777" w:rsidTr="000B319E">
        <w:tc>
          <w:tcPr>
            <w:tcW w:w="2689" w:type="dxa"/>
          </w:tcPr>
          <w:p w14:paraId="5E630E41" w14:textId="77777777" w:rsidR="0045560B" w:rsidRDefault="0045560B" w:rsidP="000B319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351182442"/>
            <w:placeholder>
              <w:docPart w:val="930603E0EBEE402AADE56FD3C1DE3837"/>
            </w:placeholder>
            <w:showingPlcHdr/>
          </w:sdtPr>
          <w:sdtContent>
            <w:tc>
              <w:tcPr>
                <w:tcW w:w="6661" w:type="dxa"/>
              </w:tcPr>
              <w:p w14:paraId="1926C582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50E56397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171827DC" w14:textId="77777777" w:rsidR="0045560B" w:rsidRPr="00F4085D" w:rsidRDefault="0045560B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14BDD01B" w14:textId="77777777" w:rsidR="0045560B" w:rsidRDefault="0045560B" w:rsidP="000B319E">
            <w:r>
              <w:t xml:space="preserve">Yes </w:t>
            </w:r>
            <w:sdt>
              <w:sdtPr>
                <w:id w:val="245705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76164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5560B" w14:paraId="60B2E062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13C680" w14:textId="77777777" w:rsidR="0045560B" w:rsidRDefault="0045560B" w:rsidP="000B319E"/>
        </w:tc>
      </w:tr>
      <w:tr w:rsidR="0045560B" w14:paraId="617D37E3" w14:textId="77777777" w:rsidTr="000B319E">
        <w:tc>
          <w:tcPr>
            <w:tcW w:w="2689" w:type="dxa"/>
          </w:tcPr>
          <w:p w14:paraId="4956FF2B" w14:textId="77777777" w:rsidR="0045560B" w:rsidRDefault="0045560B" w:rsidP="000B319E">
            <w:r w:rsidRPr="00F4085D">
              <w:rPr>
                <w:b/>
                <w:bCs/>
              </w:rPr>
              <w:t>Role</w:t>
            </w:r>
          </w:p>
        </w:tc>
        <w:sdt>
          <w:sdtPr>
            <w:id w:val="-2037033718"/>
            <w:placeholder>
              <w:docPart w:val="260891B7B85B47668EC3E523421546EE"/>
            </w:placeholder>
            <w:showingPlcHdr/>
          </w:sdtPr>
          <w:sdtContent>
            <w:tc>
              <w:tcPr>
                <w:tcW w:w="6661" w:type="dxa"/>
              </w:tcPr>
              <w:p w14:paraId="29880038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75E6D97C" w14:textId="77777777" w:rsidTr="000B319E">
        <w:tc>
          <w:tcPr>
            <w:tcW w:w="2689" w:type="dxa"/>
          </w:tcPr>
          <w:p w14:paraId="1BD5ED9D" w14:textId="77777777" w:rsidR="0045560B" w:rsidRDefault="0045560B" w:rsidP="000B319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080059452"/>
            <w:placeholder>
              <w:docPart w:val="286C3C8A556941EC823B19ED709E5970"/>
            </w:placeholder>
            <w:showingPlcHdr/>
          </w:sdtPr>
          <w:sdtContent>
            <w:tc>
              <w:tcPr>
                <w:tcW w:w="6661" w:type="dxa"/>
              </w:tcPr>
              <w:p w14:paraId="790953F5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53331DBB" w14:textId="77777777" w:rsidTr="000B319E">
        <w:tc>
          <w:tcPr>
            <w:tcW w:w="2689" w:type="dxa"/>
          </w:tcPr>
          <w:p w14:paraId="34325113" w14:textId="77777777" w:rsidR="0045560B" w:rsidRDefault="0045560B" w:rsidP="000B319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650942334"/>
            <w:placeholder>
              <w:docPart w:val="3886F8575A6C48A285F46447290FA9AD"/>
            </w:placeholder>
            <w:showingPlcHdr/>
          </w:sdtPr>
          <w:sdtContent>
            <w:tc>
              <w:tcPr>
                <w:tcW w:w="6661" w:type="dxa"/>
              </w:tcPr>
              <w:p w14:paraId="095D1674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2B7D7782" w14:textId="77777777" w:rsidTr="000B319E">
        <w:tc>
          <w:tcPr>
            <w:tcW w:w="2689" w:type="dxa"/>
          </w:tcPr>
          <w:p w14:paraId="6B08749C" w14:textId="77777777" w:rsidR="0045560B" w:rsidRPr="00F4085D" w:rsidRDefault="0045560B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3E6E712B" w14:textId="77777777" w:rsidR="0045560B" w:rsidRDefault="0045560B" w:rsidP="000B319E"/>
        </w:tc>
        <w:sdt>
          <w:sdtPr>
            <w:id w:val="1699805063"/>
            <w:placeholder>
              <w:docPart w:val="6FB2D3BEF8A74739BAB2A91EC26DEF4C"/>
            </w:placeholder>
            <w:showingPlcHdr/>
          </w:sdtPr>
          <w:sdtContent>
            <w:tc>
              <w:tcPr>
                <w:tcW w:w="6661" w:type="dxa"/>
              </w:tcPr>
              <w:p w14:paraId="2DF85910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2272BBFD" w14:textId="77777777" w:rsidTr="000B319E">
        <w:tc>
          <w:tcPr>
            <w:tcW w:w="2689" w:type="dxa"/>
          </w:tcPr>
          <w:p w14:paraId="075E6EA7" w14:textId="77777777" w:rsidR="0045560B" w:rsidRDefault="0045560B" w:rsidP="000B319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4CC7A787" w14:textId="77777777" w:rsidR="0045560B" w:rsidRDefault="0045560B" w:rsidP="000B319E">
            <w:r>
              <w:t xml:space="preserve">Complete  </w:t>
            </w:r>
            <w:sdt>
              <w:sdtPr>
                <w:id w:val="178068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855316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5560B" w14:paraId="3C194079" w14:textId="77777777" w:rsidTr="000B319E">
        <w:tc>
          <w:tcPr>
            <w:tcW w:w="2689" w:type="dxa"/>
          </w:tcPr>
          <w:p w14:paraId="26A29980" w14:textId="77777777" w:rsidR="0045560B" w:rsidRDefault="0045560B" w:rsidP="000B319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14185844"/>
            <w:placeholder>
              <w:docPart w:val="3906871343D94DE0991C085B4491B0DB"/>
            </w:placeholder>
            <w:showingPlcHdr/>
          </w:sdtPr>
          <w:sdtContent>
            <w:tc>
              <w:tcPr>
                <w:tcW w:w="6661" w:type="dxa"/>
              </w:tcPr>
              <w:p w14:paraId="46E78D01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0D225D4A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2FCB2505" w14:textId="77777777" w:rsidR="0045560B" w:rsidRPr="00F4085D" w:rsidRDefault="0045560B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1F57FA19" w14:textId="77777777" w:rsidR="0045560B" w:rsidRDefault="0045560B" w:rsidP="000B319E">
            <w:r>
              <w:t xml:space="preserve">Yes </w:t>
            </w:r>
            <w:sdt>
              <w:sdtPr>
                <w:id w:val="12790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354808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5560B" w14:paraId="0F1E2CFA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DB24C3" w14:textId="77777777" w:rsidR="0045560B" w:rsidRDefault="0045560B" w:rsidP="000B319E"/>
        </w:tc>
      </w:tr>
      <w:tr w:rsidR="0045560B" w14:paraId="4E703E08" w14:textId="77777777" w:rsidTr="000B319E">
        <w:tc>
          <w:tcPr>
            <w:tcW w:w="2689" w:type="dxa"/>
          </w:tcPr>
          <w:p w14:paraId="13B02806" w14:textId="77777777" w:rsidR="0045560B" w:rsidRDefault="0045560B" w:rsidP="000B319E">
            <w:r w:rsidRPr="00F4085D">
              <w:rPr>
                <w:b/>
                <w:bCs/>
              </w:rPr>
              <w:t>Role</w:t>
            </w:r>
          </w:p>
        </w:tc>
        <w:sdt>
          <w:sdtPr>
            <w:id w:val="1721235803"/>
            <w:placeholder>
              <w:docPart w:val="401DE69719874E7F956BD3811CAF21E9"/>
            </w:placeholder>
            <w:showingPlcHdr/>
          </w:sdtPr>
          <w:sdtContent>
            <w:tc>
              <w:tcPr>
                <w:tcW w:w="6661" w:type="dxa"/>
              </w:tcPr>
              <w:p w14:paraId="67FC204E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48673C36" w14:textId="77777777" w:rsidTr="000B319E">
        <w:tc>
          <w:tcPr>
            <w:tcW w:w="2689" w:type="dxa"/>
          </w:tcPr>
          <w:p w14:paraId="43088FC0" w14:textId="77777777" w:rsidR="0045560B" w:rsidRDefault="0045560B" w:rsidP="000B319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2105023588"/>
            <w:placeholder>
              <w:docPart w:val="1E9F9A794F784A698B987B56D75BA502"/>
            </w:placeholder>
            <w:showingPlcHdr/>
          </w:sdtPr>
          <w:sdtContent>
            <w:tc>
              <w:tcPr>
                <w:tcW w:w="6661" w:type="dxa"/>
              </w:tcPr>
              <w:p w14:paraId="3A7F803B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24E79F93" w14:textId="77777777" w:rsidTr="000B319E">
        <w:tc>
          <w:tcPr>
            <w:tcW w:w="2689" w:type="dxa"/>
          </w:tcPr>
          <w:p w14:paraId="3B7DC938" w14:textId="77777777" w:rsidR="0045560B" w:rsidRDefault="0045560B" w:rsidP="000B319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869954021"/>
            <w:placeholder>
              <w:docPart w:val="EED158A1A0B745BD99A6138D27C9FD1A"/>
            </w:placeholder>
            <w:showingPlcHdr/>
          </w:sdtPr>
          <w:sdtContent>
            <w:tc>
              <w:tcPr>
                <w:tcW w:w="6661" w:type="dxa"/>
              </w:tcPr>
              <w:p w14:paraId="639D4EDF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4A8C70EC" w14:textId="77777777" w:rsidTr="000B319E">
        <w:tc>
          <w:tcPr>
            <w:tcW w:w="2689" w:type="dxa"/>
          </w:tcPr>
          <w:p w14:paraId="64E186B8" w14:textId="77777777" w:rsidR="0045560B" w:rsidRPr="00F4085D" w:rsidRDefault="0045560B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3AFA2326" w14:textId="77777777" w:rsidR="0045560B" w:rsidRDefault="0045560B" w:rsidP="000B319E"/>
        </w:tc>
        <w:sdt>
          <w:sdtPr>
            <w:id w:val="-1136020957"/>
            <w:placeholder>
              <w:docPart w:val="071AED5CDFE84236A17D54CF145F4252"/>
            </w:placeholder>
            <w:showingPlcHdr/>
          </w:sdtPr>
          <w:sdtContent>
            <w:tc>
              <w:tcPr>
                <w:tcW w:w="6661" w:type="dxa"/>
              </w:tcPr>
              <w:p w14:paraId="29234EA2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2994B572" w14:textId="77777777" w:rsidTr="000B319E">
        <w:tc>
          <w:tcPr>
            <w:tcW w:w="2689" w:type="dxa"/>
          </w:tcPr>
          <w:p w14:paraId="08D4DFEF" w14:textId="77777777" w:rsidR="0045560B" w:rsidRDefault="0045560B" w:rsidP="000B319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699F9143" w14:textId="77777777" w:rsidR="0045560B" w:rsidRDefault="0045560B" w:rsidP="000B319E">
            <w:r>
              <w:t xml:space="preserve">Complete  </w:t>
            </w:r>
            <w:sdt>
              <w:sdtPr>
                <w:id w:val="1082102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491992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5560B" w14:paraId="44B1A3A3" w14:textId="77777777" w:rsidTr="000B319E">
        <w:tc>
          <w:tcPr>
            <w:tcW w:w="2689" w:type="dxa"/>
          </w:tcPr>
          <w:p w14:paraId="4901A4CA" w14:textId="77777777" w:rsidR="0045560B" w:rsidRDefault="0045560B" w:rsidP="000B319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273595120"/>
            <w:placeholder>
              <w:docPart w:val="8715B561A15D48B5B28F53530AFF58FD"/>
            </w:placeholder>
            <w:showingPlcHdr/>
          </w:sdtPr>
          <w:sdtContent>
            <w:tc>
              <w:tcPr>
                <w:tcW w:w="6661" w:type="dxa"/>
              </w:tcPr>
              <w:p w14:paraId="5F1BB312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396BE0A5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6DDF85D8" w14:textId="77777777" w:rsidR="0045560B" w:rsidRPr="00F4085D" w:rsidRDefault="0045560B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331EA34F" w14:textId="77777777" w:rsidR="0045560B" w:rsidRDefault="0045560B" w:rsidP="000B319E">
            <w:r>
              <w:t xml:space="preserve">Yes </w:t>
            </w:r>
            <w:sdt>
              <w:sdtPr>
                <w:id w:val="-597101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80753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544F23F3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1D903" w14:textId="340597C3" w:rsidR="003B26DE" w:rsidRDefault="003B26DE"/>
        </w:tc>
      </w:tr>
    </w:tbl>
    <w:p w14:paraId="45A509DC" w14:textId="77777777" w:rsidR="003B26DE" w:rsidRDefault="003B26DE" w:rsidP="00F211F0">
      <w:pPr>
        <w:pStyle w:val="Heading1"/>
      </w:pPr>
    </w:p>
    <w:sectPr w:rsidR="003B26DE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4218F" w14:textId="77777777" w:rsidR="003362B1" w:rsidRDefault="003362B1" w:rsidP="001B2E81">
      <w:pPr>
        <w:spacing w:after="0" w:line="240" w:lineRule="auto"/>
      </w:pPr>
      <w:r>
        <w:separator/>
      </w:r>
    </w:p>
  </w:endnote>
  <w:endnote w:type="continuationSeparator" w:id="0">
    <w:p w14:paraId="2C4A6EC0" w14:textId="77777777" w:rsidR="003362B1" w:rsidRDefault="003362B1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762C7" w14:textId="77777777" w:rsidR="003362B1" w:rsidRDefault="003362B1" w:rsidP="001B2E81">
      <w:pPr>
        <w:spacing w:after="0" w:line="240" w:lineRule="auto"/>
      </w:pPr>
      <w:r>
        <w:separator/>
      </w:r>
    </w:p>
  </w:footnote>
  <w:footnote w:type="continuationSeparator" w:id="0">
    <w:p w14:paraId="2AE6BDD5" w14:textId="77777777" w:rsidR="003362B1" w:rsidRDefault="003362B1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8575" w14:textId="09E98376" w:rsidR="007C3707" w:rsidRDefault="007C3707">
    <w:pPr>
      <w:pStyle w:val="Header"/>
    </w:pPr>
    <w:r>
      <w:ptab w:relativeTo="margin" w:alignment="right" w:leader="none"/>
    </w:r>
    <w:r>
      <w:t xml:space="preserve">RCPI HST Application CV: </w:t>
    </w:r>
    <w:r w:rsidR="00F95BBB">
      <w:t>Gastroenterology</w:t>
    </w:r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7E0E60C6" w:rsidR="001B2E81" w:rsidRDefault="001C17E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A38EE8" wp14:editId="765CEE2F">
          <wp:simplePos x="0" y="0"/>
          <wp:positionH relativeFrom="column">
            <wp:posOffset>-659757</wp:posOffset>
          </wp:positionH>
          <wp:positionV relativeFrom="paragraph">
            <wp:posOffset>-183290</wp:posOffset>
          </wp:positionV>
          <wp:extent cx="2948800" cy="1041721"/>
          <wp:effectExtent l="0" t="0" r="4445" b="6350"/>
          <wp:wrapTopAndBottom/>
          <wp:docPr id="4041119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111922" name="Picture 404111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8800" cy="1041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991F84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2142C"/>
    <w:multiLevelType w:val="hybridMultilevel"/>
    <w:tmpl w:val="27EE41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D03EC6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1F2C7B"/>
    <w:multiLevelType w:val="hybridMultilevel"/>
    <w:tmpl w:val="5CFE185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3"/>
  </w:num>
  <w:num w:numId="14" w16cid:durableId="889731661">
    <w:abstractNumId w:val="14"/>
  </w:num>
  <w:num w:numId="15" w16cid:durableId="1684742980">
    <w:abstractNumId w:val="15"/>
  </w:num>
  <w:num w:numId="16" w16cid:durableId="1393891575">
    <w:abstractNumId w:val="9"/>
  </w:num>
  <w:num w:numId="17" w16cid:durableId="1571112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DFE"/>
    <w:rsid w:val="0006063C"/>
    <w:rsid w:val="00081140"/>
    <w:rsid w:val="000834D5"/>
    <w:rsid w:val="0015074B"/>
    <w:rsid w:val="001B2E81"/>
    <w:rsid w:val="001C17E4"/>
    <w:rsid w:val="00214ECC"/>
    <w:rsid w:val="002319B9"/>
    <w:rsid w:val="002931FF"/>
    <w:rsid w:val="0029639D"/>
    <w:rsid w:val="002D7D98"/>
    <w:rsid w:val="002E140B"/>
    <w:rsid w:val="00326F90"/>
    <w:rsid w:val="003362B1"/>
    <w:rsid w:val="003729FB"/>
    <w:rsid w:val="003B26DE"/>
    <w:rsid w:val="0045560B"/>
    <w:rsid w:val="004A41F5"/>
    <w:rsid w:val="004D6768"/>
    <w:rsid w:val="00547911"/>
    <w:rsid w:val="00555D87"/>
    <w:rsid w:val="00572FD8"/>
    <w:rsid w:val="00597958"/>
    <w:rsid w:val="005A051B"/>
    <w:rsid w:val="005C2683"/>
    <w:rsid w:val="006D0099"/>
    <w:rsid w:val="0075109E"/>
    <w:rsid w:val="007C0991"/>
    <w:rsid w:val="007C3707"/>
    <w:rsid w:val="00803524"/>
    <w:rsid w:val="00821B93"/>
    <w:rsid w:val="00846BF0"/>
    <w:rsid w:val="00850DCF"/>
    <w:rsid w:val="008525FA"/>
    <w:rsid w:val="009A7B67"/>
    <w:rsid w:val="009A7E4E"/>
    <w:rsid w:val="009E4AEB"/>
    <w:rsid w:val="00A0792E"/>
    <w:rsid w:val="00A3281A"/>
    <w:rsid w:val="00A36383"/>
    <w:rsid w:val="00AA1D8D"/>
    <w:rsid w:val="00B16633"/>
    <w:rsid w:val="00B47730"/>
    <w:rsid w:val="00B8038E"/>
    <w:rsid w:val="00BC3393"/>
    <w:rsid w:val="00BD4838"/>
    <w:rsid w:val="00C47B11"/>
    <w:rsid w:val="00C7253B"/>
    <w:rsid w:val="00C95D05"/>
    <w:rsid w:val="00CA3793"/>
    <w:rsid w:val="00CB0664"/>
    <w:rsid w:val="00CD745A"/>
    <w:rsid w:val="00DA296B"/>
    <w:rsid w:val="00DC2290"/>
    <w:rsid w:val="00E9708F"/>
    <w:rsid w:val="00F211F0"/>
    <w:rsid w:val="00F277ED"/>
    <w:rsid w:val="00F4085D"/>
    <w:rsid w:val="00F54DC5"/>
    <w:rsid w:val="00F85A62"/>
    <w:rsid w:val="00F94BC3"/>
    <w:rsid w:val="00F95107"/>
    <w:rsid w:val="00F95BBB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AE2DB9" w:rsidP="00AE2DB9">
          <w:pPr>
            <w:pStyle w:val="F4D6CB2241074A76A75ACE4A72F3BAC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AE2DB9" w:rsidP="00AE2DB9">
          <w:pPr>
            <w:pStyle w:val="5C6BE9DD57B042A78E73AE6C65AB81E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AE2DB9" w:rsidP="00AE2DB9">
          <w:pPr>
            <w:pStyle w:val="B94FF17A7DD844238942618D220CAEE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AE2DB9" w:rsidP="00AE2DB9">
          <w:pPr>
            <w:pStyle w:val="15FA136DFCC9400EA3643631FD9D49A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AE2DB9" w:rsidP="00AE2DB9">
          <w:pPr>
            <w:pStyle w:val="758EF154077D4EC492E0AA02749775E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AE2DB9" w:rsidP="00AE2DB9">
          <w:pPr>
            <w:pStyle w:val="60444590C5F4414E83C6454885D5753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AE2DB9" w:rsidP="00AE2DB9">
          <w:pPr>
            <w:pStyle w:val="096DC268CB3744C7AF90E558EFABE7F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AE2DB9" w:rsidP="00AE2DB9">
          <w:pPr>
            <w:pStyle w:val="16EE3227410F4460A6706019F08584B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AE2DB9" w:rsidP="00AE2DB9">
          <w:pPr>
            <w:pStyle w:val="35C6ADD19D0A4F7F9AA8A8D4CCB1374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AE2DB9" w:rsidP="00AE2DB9">
          <w:pPr>
            <w:pStyle w:val="0AD4EFDEB46F4DD3B07D7D864B6EAEB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AE2DB9" w:rsidP="00AE2DB9">
          <w:pPr>
            <w:pStyle w:val="C969D259CE28476AA1EB44B74A93B0D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AE2DB9" w:rsidP="00AE2DB9">
          <w:pPr>
            <w:pStyle w:val="4163D3241B974CB9999FF0EC5B4E2B2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AE2DB9" w:rsidP="00AE2DB9">
          <w:pPr>
            <w:pStyle w:val="89495584885745569DDCF4FEC1482D0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AE2DB9" w:rsidP="00AE2DB9">
          <w:pPr>
            <w:pStyle w:val="66C6F6902A3B4D4CA7D745FDDA70B68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AE2DB9" w:rsidP="00AE2DB9">
          <w:pPr>
            <w:pStyle w:val="4CD965A9EE694FECADF2476D720E7B6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AE2DB9" w:rsidP="00AE2DB9">
          <w:pPr>
            <w:pStyle w:val="09E232A6ADC042DB884957F020A929B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AE2DB9" w:rsidP="00AE2DB9">
          <w:pPr>
            <w:pStyle w:val="3DF7FD3C5E5C4C0992D419903A5ACDD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AE2DB9" w:rsidP="00AE2DB9">
          <w:pPr>
            <w:pStyle w:val="657F90F891404138BEF4C8B0986FE70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AE2DB9" w:rsidP="00AE2DB9">
          <w:pPr>
            <w:pStyle w:val="C9113B8A854441D682CE5AC80AFB086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AE2DB9" w:rsidP="00AE2DB9">
          <w:pPr>
            <w:pStyle w:val="E3F5175B57004446843F4F317C13BE7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AE2DB9" w:rsidP="00AE2DB9">
          <w:pPr>
            <w:pStyle w:val="74CADD3637F3476CAEF2795719E307A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AE2DB9" w:rsidP="00AE2DB9">
          <w:pPr>
            <w:pStyle w:val="6E2E25C8BD59485F83A4E1A3EB66C1C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AE2DB9" w:rsidP="00AE2DB9">
          <w:pPr>
            <w:pStyle w:val="CADFFF9D18954E1993F5C0789B03E17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AE2DB9" w:rsidP="00AE2DB9">
          <w:pPr>
            <w:pStyle w:val="872FF4CA11794B8A841DB2220DF10EA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AE2DB9" w:rsidP="00AE2DB9">
          <w:pPr>
            <w:pStyle w:val="4E97BD512F134974B65EC5CE1A1FFA5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AE2DB9" w:rsidP="00AE2DB9">
          <w:pPr>
            <w:pStyle w:val="43C24FC1DD4E4C25906C3761C0E444F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AE2DB9" w:rsidP="00AE2DB9">
          <w:pPr>
            <w:pStyle w:val="6E5B51F8A20C49259CB13015EB12138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AE2DB9" w:rsidP="00AE2DB9">
          <w:pPr>
            <w:pStyle w:val="ACA81B7FEB124004A04A95F11ADBD7A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AE2DB9" w:rsidP="00AE2DB9">
          <w:pPr>
            <w:pStyle w:val="AB27C8C8D90949D99B80C3BCC40C6D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AE2DB9" w:rsidP="00AE2DB9">
          <w:pPr>
            <w:pStyle w:val="BE6BAA36B4CE46CCBA1107A2CA86328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AE2DB9" w:rsidP="00AE2DB9">
          <w:pPr>
            <w:pStyle w:val="98F3A9EE91754E259AFD2F141BD88EC3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AE2DB9" w:rsidP="00AE2DB9">
          <w:pPr>
            <w:pStyle w:val="A562792367E244C2B52C13434E400DB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AE2DB9" w:rsidP="00AE2DB9">
          <w:pPr>
            <w:pStyle w:val="7E217E49FF2B4BCCB4F3ACCCBA86205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AE2DB9" w:rsidP="00AE2DB9">
          <w:pPr>
            <w:pStyle w:val="A6B6B6169038418C8F137F03A3BAC3E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AE2DB9" w:rsidP="00AE2DB9">
          <w:pPr>
            <w:pStyle w:val="BA84038C5BAB4BC98BCFD7720888F4E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AE2DB9" w:rsidP="00AE2DB9">
          <w:pPr>
            <w:pStyle w:val="2A85F1BB5E59479D91B2E845B74103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AE2DB9" w:rsidP="00AE2DB9">
          <w:pPr>
            <w:pStyle w:val="734A0FEE22AB4D08A85FAFBB84445CB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AE2DB9" w:rsidP="00AE2DB9">
          <w:pPr>
            <w:pStyle w:val="3AE69983638E496B87E186B118E83D0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AE2DB9" w:rsidP="00AE2DB9">
          <w:pPr>
            <w:pStyle w:val="4E1B8BE8E635423EB269141E9E2912A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AE2DB9" w:rsidP="00AE2DB9">
          <w:pPr>
            <w:pStyle w:val="522C19E6AA2346A4966003129C441C2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AE2DB9" w:rsidP="00AE2DB9">
          <w:pPr>
            <w:pStyle w:val="DC6DBC8E8B3947CB8F9195F36B67D85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AE2DB9" w:rsidP="00AE2DB9">
          <w:pPr>
            <w:pStyle w:val="49487EF4E50B45EF8F8DF0A58099CB0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AE2DB9" w:rsidP="00AE2DB9">
          <w:pPr>
            <w:pStyle w:val="C6C5AA04D5744E5397F5B4C02E599FE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AE2DB9" w:rsidP="00AE2DB9">
          <w:pPr>
            <w:pStyle w:val="657845195F10471BB191FDF6254F450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AE2DB9" w:rsidP="00AE2DB9">
          <w:pPr>
            <w:pStyle w:val="4261ABEBA6024587BD9BFFA89B86CBA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AE2DB9" w:rsidP="00AE2DB9">
          <w:pPr>
            <w:pStyle w:val="ECE4C47E07C843CCA2D7255597D0770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AE2DB9" w:rsidP="00AE2DB9">
          <w:pPr>
            <w:pStyle w:val="9444CF760006459A89EF2B7CE3AFF2D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AE2DB9" w:rsidP="00AE2DB9">
          <w:pPr>
            <w:pStyle w:val="A451D5A1F2414B9AB219F05CFB3EC45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AE2DB9" w:rsidP="00AE2DB9">
          <w:pPr>
            <w:pStyle w:val="E58E1C4CC73644419B96786849CD041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AE2DB9" w:rsidP="00AE2DB9">
          <w:pPr>
            <w:pStyle w:val="CA4E4ABAE5DA465E97A6237A7809538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AE2DB9" w:rsidP="00AE2DB9">
          <w:pPr>
            <w:pStyle w:val="156AE4FD73954CA688AAE317B321396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AE2DB9" w:rsidP="00AE2DB9">
          <w:pPr>
            <w:pStyle w:val="6D5A277E4DAE4119840AF2E2D970FC5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AE2DB9" w:rsidP="00AE2DB9">
          <w:pPr>
            <w:pStyle w:val="586FFECF142C4598987272C037E4807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AE2DB9" w:rsidP="00AE2DB9">
          <w:pPr>
            <w:pStyle w:val="0FB6E5FECABF45829BB384A56029A28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6164AFE8C004731B39F8D42AA794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844EF-ADD6-4262-AAB4-675971BC0AAA}"/>
      </w:docPartPr>
      <w:docPartBody>
        <w:p w:rsidR="004161F5" w:rsidRDefault="00AE2DB9" w:rsidP="00AE2DB9">
          <w:pPr>
            <w:pStyle w:val="26164AFE8C004731B39F8D42AA79484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3E6DFAA3A744858DA27EA69CF18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E8A8C-51C0-4144-89BC-3515CCD83F1A}"/>
      </w:docPartPr>
      <w:docPartBody>
        <w:p w:rsidR="004161F5" w:rsidRDefault="00AE2DB9" w:rsidP="00AE2DB9">
          <w:pPr>
            <w:pStyle w:val="143E6DFAA3A744858DA27EA69CF186A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7E9068020A4D09974EA1EB0D07E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BAB17-855A-4C4D-874A-93CE948C9AA3}"/>
      </w:docPartPr>
      <w:docPartBody>
        <w:p w:rsidR="004161F5" w:rsidRDefault="00AE2DB9" w:rsidP="00AE2DB9">
          <w:pPr>
            <w:pStyle w:val="FB7E9068020A4D09974EA1EB0D07EBE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DD229517514DD3BA30880642405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61FEA-3A97-41F3-97BB-88D258595AF0}"/>
      </w:docPartPr>
      <w:docPartBody>
        <w:p w:rsidR="004161F5" w:rsidRDefault="00AE2DB9" w:rsidP="00AE2DB9">
          <w:pPr>
            <w:pStyle w:val="B9DD229517514DD3BA3088064240514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4DB9EE858049CCB9AFBB15E5095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4E822-6637-475A-9ECE-360D82B14F33}"/>
      </w:docPartPr>
      <w:docPartBody>
        <w:p w:rsidR="004161F5" w:rsidRDefault="00AE2DB9" w:rsidP="00AE2DB9">
          <w:pPr>
            <w:pStyle w:val="4B4DB9EE858049CCB9AFBB15E50951BB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AE2DB9" w:rsidP="00AE2DB9">
          <w:pPr>
            <w:pStyle w:val="7041F98D97294F33B27DB409BE8E34F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AE2DB9" w:rsidP="00AE2DB9">
          <w:pPr>
            <w:pStyle w:val="73AB6D1D873F4738BF61AE697637871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AE2DB9" w:rsidP="00AE2DB9">
          <w:pPr>
            <w:pStyle w:val="520891A0A4C04E9D9F8A8F3644975C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AE2DB9" w:rsidP="00AE2DB9">
          <w:pPr>
            <w:pStyle w:val="C582574595EA444189787F4DFB8EE37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AE2DB9" w:rsidP="00AE2DB9">
          <w:pPr>
            <w:pStyle w:val="55670920D67C4481B676B57D42BEF39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AE2DB9" w:rsidP="00AE2DB9">
          <w:pPr>
            <w:pStyle w:val="1734C0B0E50C4165979C1D1CD6EF511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2533AA1A67444FAB6AD764FF1EF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F7DA-E9F2-4032-A788-B62BA60378EC}"/>
      </w:docPartPr>
      <w:docPartBody>
        <w:p w:rsidR="00667F4B" w:rsidRDefault="00AE2DB9" w:rsidP="00AE2DB9">
          <w:pPr>
            <w:pStyle w:val="982533AA1A67444FAB6AD764FF1EF88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251704D7154EB4AAFD40739CBF3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B767D-4E47-48E7-8104-5FCB54E20DFF}"/>
      </w:docPartPr>
      <w:docPartBody>
        <w:p w:rsidR="00667F4B" w:rsidRDefault="00AE2DB9" w:rsidP="00AE2DB9">
          <w:pPr>
            <w:pStyle w:val="A8251704D7154EB4AAFD40739CBF323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F71A98DCB432994A49CF6A2418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1B163-2111-47F1-BE3E-715B36098DE9}"/>
      </w:docPartPr>
      <w:docPartBody>
        <w:p w:rsidR="00667F4B" w:rsidRDefault="00AE2DB9" w:rsidP="00AE2DB9">
          <w:pPr>
            <w:pStyle w:val="092F71A98DCB432994A49CF6A2418B1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F714C39671F4059B6173089394CD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16FAE-E734-44BE-A31F-E00E026FC3BC}"/>
      </w:docPartPr>
      <w:docPartBody>
        <w:p w:rsidR="00667F4B" w:rsidRDefault="00AE2DB9" w:rsidP="00AE2DB9">
          <w:pPr>
            <w:pStyle w:val="FF714C39671F4059B6173089394CD3E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589E92AA8443098EDE0E709D3F9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60FC3-714F-41B4-9890-9A9052B837B3}"/>
      </w:docPartPr>
      <w:docPartBody>
        <w:p w:rsidR="00667F4B" w:rsidRDefault="00AE2DB9" w:rsidP="00AE2DB9">
          <w:pPr>
            <w:pStyle w:val="28589E92AA8443098EDE0E709D3F980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8873B5DDFA49E29AD3D86C96355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AA905-D309-487F-A1AF-07580395F905}"/>
      </w:docPartPr>
      <w:docPartBody>
        <w:p w:rsidR="00667F4B" w:rsidRDefault="00AE2DB9" w:rsidP="00AE2DB9">
          <w:pPr>
            <w:pStyle w:val="7B8873B5DDFA49E29AD3D86C96355BE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53A91E55554B1E87906AAB7E667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CBF7F-A57D-47C2-BCA3-E8C041F05825}"/>
      </w:docPartPr>
      <w:docPartBody>
        <w:p w:rsidR="00667F4B" w:rsidRDefault="00AE2DB9" w:rsidP="00AE2DB9">
          <w:pPr>
            <w:pStyle w:val="7D53A91E55554B1E87906AAB7E66728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AE2DB9" w:rsidP="00AE2DB9">
          <w:pPr>
            <w:pStyle w:val="A98CC7936C024C2988776FBA2CC670B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AE2DB9" w:rsidP="00AE2DB9">
          <w:pPr>
            <w:pStyle w:val="2E9B36F7201C45DF99CA9FA9C42900A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AE2DB9" w:rsidP="00AE2DB9">
          <w:pPr>
            <w:pStyle w:val="09814CF1CD7A47D3BB560F37A96F9D5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AE2DB9" w:rsidP="00AE2DB9">
          <w:pPr>
            <w:pStyle w:val="7793DEAF92564508A217818A964BBBC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AE718F29D543A9A17E24959BBA0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526C1-B3E4-4377-B0F6-CB955B4ED163}"/>
      </w:docPartPr>
      <w:docPartBody>
        <w:p w:rsidR="00A9419E" w:rsidRDefault="00AE2DB9" w:rsidP="00AE2DB9">
          <w:pPr>
            <w:pStyle w:val="C2AE718F29D543A9A17E24959BBA00FE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9986A706C241EEB358AA78A64A02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51B21-E7E8-4FE3-92E1-B571BC2C1544}"/>
      </w:docPartPr>
      <w:docPartBody>
        <w:p w:rsidR="00A9419E" w:rsidRDefault="00AE2DB9" w:rsidP="00AE2DB9">
          <w:pPr>
            <w:pStyle w:val="619986A706C241EEB358AA78A64A02CB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698321A51C4D75AD58054348C12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BB44B0-0D88-4CDF-8299-892C161D2C96}"/>
      </w:docPartPr>
      <w:docPartBody>
        <w:p w:rsidR="00A9419E" w:rsidRDefault="00AE2DB9" w:rsidP="00AE2DB9">
          <w:pPr>
            <w:pStyle w:val="A2698321A51C4D75AD58054348C12C3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173E37A8CC42958F596D7E4F182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2E6F92-1E6F-4338-AE22-698416DFB19C}"/>
      </w:docPartPr>
      <w:docPartBody>
        <w:p w:rsidR="00A9419E" w:rsidRDefault="00AE2DB9" w:rsidP="00AE2DB9">
          <w:pPr>
            <w:pStyle w:val="D7173E37A8CC42958F596D7E4F182CC0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10F53B8B7E0247EF97BF9EDCEFA86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DA50E-AC64-4F75-A06F-FC5CE3C5A2AD}"/>
      </w:docPartPr>
      <w:docPartBody>
        <w:p w:rsidR="00A9419E" w:rsidRDefault="00AE2DB9" w:rsidP="00AE2DB9">
          <w:pPr>
            <w:pStyle w:val="10F53B8B7E0247EF97BF9EDCEFA860E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BD982DD81904E84AAE76F6DAFC7A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DE966-E569-4BEE-A0AC-5AF04C53A715}"/>
      </w:docPartPr>
      <w:docPartBody>
        <w:p w:rsidR="00A9419E" w:rsidRDefault="00AE2DB9" w:rsidP="00AE2DB9">
          <w:pPr>
            <w:pStyle w:val="CBD982DD81904E84AAE76F6DAFC7ADE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0EE82AF8A648ADB30341964727E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58971-6A30-4242-A31B-7003E6CE353D}"/>
      </w:docPartPr>
      <w:docPartBody>
        <w:p w:rsidR="00A9419E" w:rsidRDefault="00AE2DB9" w:rsidP="00AE2DB9">
          <w:pPr>
            <w:pStyle w:val="390EE82AF8A648ADB30341964727E31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A7918792F74AF7B0392C104CD43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DDD69-E29B-4114-8BFC-C3F315131A3D}"/>
      </w:docPartPr>
      <w:docPartBody>
        <w:p w:rsidR="00A9419E" w:rsidRDefault="00AE2DB9" w:rsidP="00AE2DB9">
          <w:pPr>
            <w:pStyle w:val="B0A7918792F74AF7B0392C104CD435B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55B9AB92A24257B48EAB5AEBE4F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878A0-D568-4919-985D-5CC81F34858C}"/>
      </w:docPartPr>
      <w:docPartBody>
        <w:p w:rsidR="00A9419E" w:rsidRDefault="00AE2DB9" w:rsidP="00AE2DB9">
          <w:pPr>
            <w:pStyle w:val="5F55B9AB92A24257B48EAB5AEBE4FCA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AEF3528D414F839952F297F3855B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A48C4B-D348-4412-87D9-64183C49B6FF}"/>
      </w:docPartPr>
      <w:docPartBody>
        <w:p w:rsidR="00A9419E" w:rsidRDefault="00AE2DB9" w:rsidP="00AE2DB9">
          <w:pPr>
            <w:pStyle w:val="86AEF3528D414F839952F297F3855BB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2301B0DFCC445C9DB687BAA6A99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6C583-BFBB-4418-8984-5554472725D7}"/>
      </w:docPartPr>
      <w:docPartBody>
        <w:p w:rsidR="00A9419E" w:rsidRDefault="00AE2DB9" w:rsidP="00AE2DB9">
          <w:pPr>
            <w:pStyle w:val="662301B0DFCC445C9DB687BAA6A998EF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591FE166A694A9AB66A9BF1863FF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A137B-D6D2-4B32-A53B-23FDF0C3C8A3}"/>
      </w:docPartPr>
      <w:docPartBody>
        <w:p w:rsidR="00A9419E" w:rsidRDefault="00AE2DB9" w:rsidP="00AE2DB9">
          <w:pPr>
            <w:pStyle w:val="7591FE166A694A9AB66A9BF1863FF91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143B5AD3CF3465B978C857418C01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52411-4BFA-47E4-87C7-FFB1277857F8}"/>
      </w:docPartPr>
      <w:docPartBody>
        <w:p w:rsidR="00A9419E" w:rsidRDefault="00AE2DB9" w:rsidP="00AE2DB9">
          <w:pPr>
            <w:pStyle w:val="C143B5AD3CF3465B978C857418C0169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A9702833664964A0CC9821EEBA2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5B4AE-DF5D-4F4E-8AF2-0F7E4F20FE8B}"/>
      </w:docPartPr>
      <w:docPartBody>
        <w:p w:rsidR="00A9419E" w:rsidRDefault="00AE2DB9" w:rsidP="00AE2DB9">
          <w:pPr>
            <w:pStyle w:val="B3A9702833664964A0CC9821EEBA269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5C93E7B8840B1AF96EE296C34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4F1F1-5A50-4B45-8EFB-222BA434687C}"/>
      </w:docPartPr>
      <w:docPartBody>
        <w:p w:rsidR="00A9419E" w:rsidRDefault="00AE2DB9" w:rsidP="00AE2DB9">
          <w:pPr>
            <w:pStyle w:val="2E95C93E7B8840B1AF96EE296C3462D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B22DBA65F44FF8864558D11BE19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A5AB6-0BAC-4A1F-B86B-E70FE182D4AE}"/>
      </w:docPartPr>
      <w:docPartBody>
        <w:p w:rsidR="00A9419E" w:rsidRDefault="00AE2DB9" w:rsidP="00AE2DB9">
          <w:pPr>
            <w:pStyle w:val="0BB22DBA65F44FF8864558D11BE199D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58DF7ED83A450D84FB7C6991FF8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3BB38-1AE6-44B3-9E67-38EEF317506D}"/>
      </w:docPartPr>
      <w:docPartBody>
        <w:p w:rsidR="00A9419E" w:rsidRDefault="00AE2DB9" w:rsidP="00AE2DB9">
          <w:pPr>
            <w:pStyle w:val="CD58DF7ED83A450D84FB7C6991FF8B6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023A29D74B4AA6BA013164CF3D9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C4F91-B763-40FE-A683-1C41086503BC}"/>
      </w:docPartPr>
      <w:docPartBody>
        <w:p w:rsidR="00A9419E" w:rsidRDefault="00AE2DB9" w:rsidP="00AE2DB9">
          <w:pPr>
            <w:pStyle w:val="10023A29D74B4AA6BA013164CF3D9653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7624C9E7D6F4280AF94DC0390A81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5C8C2-6399-46E7-B30D-A0D0AADF4C23}"/>
      </w:docPartPr>
      <w:docPartBody>
        <w:p w:rsidR="00A9419E" w:rsidRDefault="00AE2DB9" w:rsidP="00AE2DB9">
          <w:pPr>
            <w:pStyle w:val="E7624C9E7D6F4280AF94DC0390A817B0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DE9F96E6755417692BBC7FC6C040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76A04-0257-495A-B2EA-CE81CAB05007}"/>
      </w:docPartPr>
      <w:docPartBody>
        <w:p w:rsidR="00A9419E" w:rsidRDefault="00AE2DB9" w:rsidP="00AE2DB9">
          <w:pPr>
            <w:pStyle w:val="FDE9F96E6755417692BBC7FC6C04050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99AA1EA1E548D99DC6057FC03BA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A15F8-F201-4027-B6A0-C9F9A2720A3B}"/>
      </w:docPartPr>
      <w:docPartBody>
        <w:p w:rsidR="00A9419E" w:rsidRDefault="00AE2DB9" w:rsidP="00AE2DB9">
          <w:pPr>
            <w:pStyle w:val="9299AA1EA1E548D99DC6057FC03BAB3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5D9289864C04A2027F7206115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2EF1B-3F76-4FE5-B370-527D3B08D0E9}"/>
      </w:docPartPr>
      <w:docPartBody>
        <w:p w:rsidR="00A9419E" w:rsidRDefault="00AE2DB9" w:rsidP="00AE2DB9">
          <w:pPr>
            <w:pStyle w:val="52085D9289864C04A2027F7206115A5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603E881EBC4825BB3ACB0E37AC4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1CE78-6578-48ED-8D40-784E1E9F6CBF}"/>
      </w:docPartPr>
      <w:docPartBody>
        <w:p w:rsidR="00A9419E" w:rsidRDefault="00AE2DB9" w:rsidP="00AE2DB9">
          <w:pPr>
            <w:pStyle w:val="D1603E881EBC4825BB3ACB0E37AC40C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7F4467103045A8A8ED1D95197E8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18A564-AE11-4F7D-80E8-49CA38FD3C1E}"/>
      </w:docPartPr>
      <w:docPartBody>
        <w:p w:rsidR="00A9419E" w:rsidRDefault="00AE2DB9" w:rsidP="00AE2DB9">
          <w:pPr>
            <w:pStyle w:val="DB7F4467103045A8A8ED1D95197E8A6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F4A8E63CDF4A89ADF859DB3FD89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24556-5DE2-4D19-A73F-AAA419F891F6}"/>
      </w:docPartPr>
      <w:docPartBody>
        <w:p w:rsidR="00A9419E" w:rsidRDefault="00AE2DB9" w:rsidP="00AE2DB9">
          <w:pPr>
            <w:pStyle w:val="21F4A8E63CDF4A89ADF859DB3FD89014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AE1A41B0864477A88F09CED79282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3C682-9A06-4F68-B521-FDBE8394D6C8}"/>
      </w:docPartPr>
      <w:docPartBody>
        <w:p w:rsidR="00A9419E" w:rsidRDefault="00AE2DB9" w:rsidP="00AE2DB9">
          <w:pPr>
            <w:pStyle w:val="EAE1A41B0864477A88F09CED7928239C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BB35B118A6C40A38A4890187954A6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FE75F-561D-4DB9-8B42-2482F72ED75D}"/>
      </w:docPartPr>
      <w:docPartBody>
        <w:p w:rsidR="00A9419E" w:rsidRDefault="00AE2DB9" w:rsidP="00AE2DB9">
          <w:pPr>
            <w:pStyle w:val="ABB35B118A6C40A38A4890187954A6F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F357CE5A39445AABCC2993DA99F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EEC68-B911-46EE-9089-B398A40DB943}"/>
      </w:docPartPr>
      <w:docPartBody>
        <w:p w:rsidR="00A9419E" w:rsidRDefault="00AE2DB9" w:rsidP="00AE2DB9">
          <w:pPr>
            <w:pStyle w:val="C9F357CE5A39445AABCC2993DA99FA9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62C11562FC4E5BA508CB01C9CA8E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01A59-A899-4F8D-8C2D-4D45854E54E5}"/>
      </w:docPartPr>
      <w:docPartBody>
        <w:p w:rsidR="00A9419E" w:rsidRDefault="00AE2DB9" w:rsidP="00AE2DB9">
          <w:pPr>
            <w:pStyle w:val="7562C11562FC4E5BA508CB01C9CA8EC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53926DCBD04608848E5CD49F913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E9EE0-A9D5-423B-B611-4BF15957F68B}"/>
      </w:docPartPr>
      <w:docPartBody>
        <w:p w:rsidR="00A9419E" w:rsidRDefault="00AE2DB9" w:rsidP="00AE2DB9">
          <w:pPr>
            <w:pStyle w:val="4253926DCBD04608848E5CD49F91381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2B2B88AB08438DA817370CB31CE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C33E0-E50B-4605-B003-30F1399500F1}"/>
      </w:docPartPr>
      <w:docPartBody>
        <w:p w:rsidR="00A9419E" w:rsidRDefault="00AE2DB9" w:rsidP="00AE2DB9">
          <w:pPr>
            <w:pStyle w:val="D52B2B88AB08438DA817370CB31CEF1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1D06BF7884102A199EBF5DEEE9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038E4-1265-4BDC-AAAC-9741C8DDBF98}"/>
      </w:docPartPr>
      <w:docPartBody>
        <w:p w:rsidR="00A9419E" w:rsidRDefault="00AE2DB9" w:rsidP="00AE2DB9">
          <w:pPr>
            <w:pStyle w:val="5C61D06BF7884102A199EBF5DEEE9CA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FC5EC80FDF403EBF0FAB4C71EF3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24442-BC26-4B63-8733-7E3A90277FD6}"/>
      </w:docPartPr>
      <w:docPartBody>
        <w:p w:rsidR="00A9419E" w:rsidRDefault="00AE2DB9" w:rsidP="00AE2DB9">
          <w:pPr>
            <w:pStyle w:val="85FC5EC80FDF403EBF0FAB4C71EF3BC4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D17080EF5BC4CE890C82F543C62E7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85628-CA3F-483E-9994-DEE0D07B17FC}"/>
      </w:docPartPr>
      <w:docPartBody>
        <w:p w:rsidR="00A9419E" w:rsidRDefault="00AE2DB9" w:rsidP="00AE2DB9">
          <w:pPr>
            <w:pStyle w:val="ED17080EF5BC4CE890C82F543C62E78B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7371C9749654B99B4D602E5A299E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E7747-68D4-4171-9E0A-1222A019CE0B}"/>
      </w:docPartPr>
      <w:docPartBody>
        <w:p w:rsidR="00A9419E" w:rsidRDefault="00AE2DB9" w:rsidP="00AE2DB9">
          <w:pPr>
            <w:pStyle w:val="A7371C9749654B99B4D602E5A299EF7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B63D1F50484585A6AB3692A5DC5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DFEA5-207A-406A-B482-F53C9CA59365}"/>
      </w:docPartPr>
      <w:docPartBody>
        <w:p w:rsidR="00A9419E" w:rsidRDefault="00AE2DB9" w:rsidP="00AE2DB9">
          <w:pPr>
            <w:pStyle w:val="33B63D1F50484585A6AB3692A5DC55C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272ACB934C46939416A934EC1FF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1EBFF-6E9D-4BF9-AC4F-AD11D8DBCBB2}"/>
      </w:docPartPr>
      <w:docPartBody>
        <w:p w:rsidR="00A9419E" w:rsidRDefault="00AE2DB9" w:rsidP="00AE2DB9">
          <w:pPr>
            <w:pStyle w:val="4D272ACB934C46939416A934EC1FF53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8235CE12E244709EA784C996A07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4821B7-0234-4CAA-9B61-03DA6CDDA23A}"/>
      </w:docPartPr>
      <w:docPartBody>
        <w:p w:rsidR="00A9419E" w:rsidRDefault="00AE2DB9" w:rsidP="00AE2DB9">
          <w:pPr>
            <w:pStyle w:val="738235CE12E244709EA784C996A0709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86DCBD69E849549CE46A3AF209D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82828-9350-426B-9754-E137797AD52E}"/>
      </w:docPartPr>
      <w:docPartBody>
        <w:p w:rsidR="00A9419E" w:rsidRDefault="00AE2DB9" w:rsidP="00AE2DB9">
          <w:pPr>
            <w:pStyle w:val="7B86DCBD69E849549CE46A3AF209DD2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A371DB9C7A4B9D92A9C70D3AEDD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FE5765-A371-4304-B328-BEC06067B6F4}"/>
      </w:docPartPr>
      <w:docPartBody>
        <w:p w:rsidR="00A9419E" w:rsidRDefault="00AE2DB9" w:rsidP="00AE2DB9">
          <w:pPr>
            <w:pStyle w:val="E3A371DB9C7A4B9D92A9C70D3AEDDFC8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2009B2FA8E044C8A7FC2D1BE80A1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23ABE-6869-48EE-B72D-814127AC93DD}"/>
      </w:docPartPr>
      <w:docPartBody>
        <w:p w:rsidR="00A9419E" w:rsidRDefault="00AE2DB9" w:rsidP="00AE2DB9">
          <w:pPr>
            <w:pStyle w:val="D2009B2FA8E044C8A7FC2D1BE80A1F37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442E971FB947CD9F729CE87C634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D7E0F-9C72-4FBB-B067-60C43A980EEC}"/>
      </w:docPartPr>
      <w:docPartBody>
        <w:p w:rsidR="00A9419E" w:rsidRDefault="00AE2DB9" w:rsidP="00AE2DB9">
          <w:pPr>
            <w:pStyle w:val="28442E971FB947CD9F729CE87C634A7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6472EA92AC4ED0858A934B2924A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56D3B-ACB4-4B44-B325-5E49640836E5}"/>
      </w:docPartPr>
      <w:docPartBody>
        <w:p w:rsidR="00A9419E" w:rsidRDefault="00AE2DB9" w:rsidP="00AE2DB9">
          <w:pPr>
            <w:pStyle w:val="D76472EA92AC4ED0858A934B2924A7B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A2F104C18744BAB0FD3AEDCECFC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F630D-B255-427C-95D0-3485551741B1}"/>
      </w:docPartPr>
      <w:docPartBody>
        <w:p w:rsidR="00A9419E" w:rsidRDefault="00AE2DB9" w:rsidP="00AE2DB9">
          <w:pPr>
            <w:pStyle w:val="6AA2F104C18744BAB0FD3AEDCECFCEA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8C15C5743A4A19A1292B63727AF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D62CE-F47A-4DD9-99F6-22EBFB71F8A3}"/>
      </w:docPartPr>
      <w:docPartBody>
        <w:p w:rsidR="00A9419E" w:rsidRDefault="00AE2DB9" w:rsidP="00AE2DB9">
          <w:pPr>
            <w:pStyle w:val="4A8C15C5743A4A19A1292B63727AFDF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38482CD5A9414B996E90731F75D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0E342-9E3A-4AB9-9ECF-B17504F5E8BA}"/>
      </w:docPartPr>
      <w:docPartBody>
        <w:p w:rsidR="00A9419E" w:rsidRDefault="00AE2DB9" w:rsidP="00AE2DB9">
          <w:pPr>
            <w:pStyle w:val="4F38482CD5A9414B996E90731F75DED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46EFFADF374928BF6579BE00EEE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7AA30-E99D-45F5-AF46-A62A82979AEF}"/>
      </w:docPartPr>
      <w:docPartBody>
        <w:p w:rsidR="00A9419E" w:rsidRDefault="00AE2DB9" w:rsidP="00AE2DB9">
          <w:pPr>
            <w:pStyle w:val="6246EFFADF374928BF6579BE00EEE5BE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12FA868D2FE478F9D630C53CCCFAB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C0D388-D651-4F5B-9064-CD9272F25E97}"/>
      </w:docPartPr>
      <w:docPartBody>
        <w:p w:rsidR="00A9419E" w:rsidRDefault="00AE2DB9" w:rsidP="00AE2DB9">
          <w:pPr>
            <w:pStyle w:val="612FA868D2FE478F9D630C53CCCFAB80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622648FB8DA43D28D2648E54ECED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703A1-E99B-4738-8E71-D7E8E61A7ABD}"/>
      </w:docPartPr>
      <w:docPartBody>
        <w:p w:rsidR="00A9419E" w:rsidRDefault="00AE2DB9" w:rsidP="00AE2DB9">
          <w:pPr>
            <w:pStyle w:val="5622648FB8DA43D28D2648E54ECED36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D2776494554177B7AFBC5C6AF58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17A74-C02F-4727-B703-D5A32F29A83D}"/>
      </w:docPartPr>
      <w:docPartBody>
        <w:p w:rsidR="00A9419E" w:rsidRDefault="00AE2DB9" w:rsidP="00AE2DB9">
          <w:pPr>
            <w:pStyle w:val="2CD2776494554177B7AFBC5C6AF58E3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CAEB083088458EA2656F911A03E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7ECC2-CB2E-451B-AF86-93AA4ECD9B67}"/>
      </w:docPartPr>
      <w:docPartBody>
        <w:p w:rsidR="00A9419E" w:rsidRDefault="00AE2DB9" w:rsidP="00AE2DB9">
          <w:pPr>
            <w:pStyle w:val="8CCAEB083088458EA2656F911A03EAB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92E21455F04D088E08A3B3329A9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59858-48AC-4C9B-8A84-ACCA255AF362}"/>
      </w:docPartPr>
      <w:docPartBody>
        <w:p w:rsidR="00A9419E" w:rsidRDefault="00AE2DB9" w:rsidP="00AE2DB9">
          <w:pPr>
            <w:pStyle w:val="9092E21455F04D088E08A3B3329A966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E38B133153430C97C5D902CB8CC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00BA4-7298-401D-86CF-38F776348E05}"/>
      </w:docPartPr>
      <w:docPartBody>
        <w:p w:rsidR="00A9419E" w:rsidRDefault="00AE2DB9" w:rsidP="00AE2DB9">
          <w:pPr>
            <w:pStyle w:val="FAE38B133153430C97C5D902CB8CC0D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A1663A02624CA69D0A59601A594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DCEB8-71C9-48DA-AE17-9A21F673A332}"/>
      </w:docPartPr>
      <w:docPartBody>
        <w:p w:rsidR="00A9419E" w:rsidRDefault="00AE2DB9" w:rsidP="00AE2DB9">
          <w:pPr>
            <w:pStyle w:val="96A1663A02624CA69D0A59601A59473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42007450924436B8759D1E760DA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8F8D2-D083-44DC-AF5A-D75C73F01A78}"/>
      </w:docPartPr>
      <w:docPartBody>
        <w:p w:rsidR="00A9419E" w:rsidRDefault="00AE2DB9" w:rsidP="00AE2DB9">
          <w:pPr>
            <w:pStyle w:val="F442007450924436B8759D1E760DA3A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D99C5F1B3349CC815CCDBA7B5FF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1B7EC-6850-4473-8E6B-4CA525E157C6}"/>
      </w:docPartPr>
      <w:docPartBody>
        <w:p w:rsidR="00A9419E" w:rsidRDefault="00AE2DB9" w:rsidP="00AE2DB9">
          <w:pPr>
            <w:pStyle w:val="10D99C5F1B3349CC815CCDBA7B5FFAE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12FF6DAB51343DBAA5BD45A58961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8548E-1C46-4E02-AB64-FE0F208758F4}"/>
      </w:docPartPr>
      <w:docPartBody>
        <w:p w:rsidR="00A9419E" w:rsidRDefault="00AE2DB9" w:rsidP="00AE2DB9">
          <w:pPr>
            <w:pStyle w:val="012FF6DAB51343DBAA5BD45A58961EF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D728F8F3C64C1A9A0B9CE4B3693D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0FC-AD2E-4824-B5E9-F8AF644BA44C}"/>
      </w:docPartPr>
      <w:docPartBody>
        <w:p w:rsidR="00A9419E" w:rsidRDefault="00AE2DB9" w:rsidP="00AE2DB9">
          <w:pPr>
            <w:pStyle w:val="80D728F8F3C64C1A9A0B9CE4B3693D6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5E3C9EBA1940C58DFDEB04568B0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8A75C-3826-40A7-B723-6B4E52ABC608}"/>
      </w:docPartPr>
      <w:docPartBody>
        <w:p w:rsidR="00A9419E" w:rsidRDefault="00AE2DB9" w:rsidP="00AE2DB9">
          <w:pPr>
            <w:pStyle w:val="4B5E3C9EBA1940C58DFDEB04568B0CE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485E4E56184BF8BE0A530914291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4B57C-D938-402A-B3D8-492E729AEEF4}"/>
      </w:docPartPr>
      <w:docPartBody>
        <w:p w:rsidR="00A9419E" w:rsidRDefault="00AE2DB9" w:rsidP="00AE2DB9">
          <w:pPr>
            <w:pStyle w:val="B3485E4E56184BF8BE0A53091429158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7ED03E6AB845F0AB1D29F4BB7E3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45FDE-9552-49A7-95F2-353AEE7B41EC}"/>
      </w:docPartPr>
      <w:docPartBody>
        <w:p w:rsidR="00A9419E" w:rsidRDefault="00AE2DB9" w:rsidP="00AE2DB9">
          <w:pPr>
            <w:pStyle w:val="257ED03E6AB845F0AB1D29F4BB7E35B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9901C821E824D33BED031547FADA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BC79D-27C7-47CD-B58C-935961ACD965}"/>
      </w:docPartPr>
      <w:docPartBody>
        <w:p w:rsidR="00A9419E" w:rsidRDefault="00AE2DB9" w:rsidP="00AE2DB9">
          <w:pPr>
            <w:pStyle w:val="79901C821E824D33BED031547FADA39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E2163B935F4BD6AD81C8F0D2DBDA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926BD5-4A4D-404F-B248-30E46B513245}"/>
      </w:docPartPr>
      <w:docPartBody>
        <w:p w:rsidR="00A9419E" w:rsidRDefault="00AE2DB9" w:rsidP="00AE2DB9">
          <w:pPr>
            <w:pStyle w:val="D5E2163B935F4BD6AD81C8F0D2DBDAC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2C0C83F09D403087780EC5752D2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F1A7C-5DCD-4CF1-8BE6-C2755F8C855E}"/>
      </w:docPartPr>
      <w:docPartBody>
        <w:p w:rsidR="00A9419E" w:rsidRDefault="00AE2DB9" w:rsidP="00AE2DB9">
          <w:pPr>
            <w:pStyle w:val="F22C0C83F09D403087780EC5752D2C9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E09F653F0A4495B2AFCAA6DFFA6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90C2F-8F3F-4F9C-907B-DC0EAA0CDD97}"/>
      </w:docPartPr>
      <w:docPartBody>
        <w:p w:rsidR="00A9419E" w:rsidRDefault="00AE2DB9" w:rsidP="00AE2DB9">
          <w:pPr>
            <w:pStyle w:val="59E09F653F0A4495B2AFCAA6DFFA6CF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CACCF274CE437E9824772C526D5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E6E1F-8FAD-4A81-994C-167D910C6B71}"/>
      </w:docPartPr>
      <w:docPartBody>
        <w:p w:rsidR="00A9419E" w:rsidRDefault="00AE2DB9" w:rsidP="00AE2DB9">
          <w:pPr>
            <w:pStyle w:val="B2CACCF274CE437E9824772C526D5986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7689B1D169C4BF78CE45050CCD92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40AD6-706F-47EC-BA70-4301B8D9B5FD}"/>
      </w:docPartPr>
      <w:docPartBody>
        <w:p w:rsidR="00A9419E" w:rsidRDefault="00AE2DB9" w:rsidP="00AE2DB9">
          <w:pPr>
            <w:pStyle w:val="57689B1D169C4BF78CE45050CCD9216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C08EB6C73A43A7973935F67C247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261C07-8039-4EFA-842C-94EB70B77CBD}"/>
      </w:docPartPr>
      <w:docPartBody>
        <w:p w:rsidR="00A9419E" w:rsidRDefault="00AE2DB9" w:rsidP="00AE2DB9">
          <w:pPr>
            <w:pStyle w:val="41C08EB6C73A43A7973935F67C247C4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1C950F7BE246FEA7F0367998080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270D5-0E31-4CF2-B105-896E1FE55782}"/>
      </w:docPartPr>
      <w:docPartBody>
        <w:p w:rsidR="00A9419E" w:rsidRDefault="00AE2DB9" w:rsidP="00AE2DB9">
          <w:pPr>
            <w:pStyle w:val="EE1C950F7BE246FEA7F0367998080CA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330C66E3B1482398676EEF445EA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4E9D9-0607-4456-958B-1C5804CAA7FE}"/>
      </w:docPartPr>
      <w:docPartBody>
        <w:p w:rsidR="00A9419E" w:rsidRDefault="00AE2DB9" w:rsidP="00AE2DB9">
          <w:pPr>
            <w:pStyle w:val="75330C66E3B1482398676EEF445EAEA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D5E0E756694791924CB45CABC70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FF12D-BE8D-4761-8006-02EFE02871BA}"/>
      </w:docPartPr>
      <w:docPartBody>
        <w:p w:rsidR="00A9419E" w:rsidRDefault="00AE2DB9" w:rsidP="00AE2DB9">
          <w:pPr>
            <w:pStyle w:val="58D5E0E756694791924CB45CABC7062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6A8DBABB5141C2B8296EF8664E1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285F7-CF63-494A-B433-0CF963D543CC}"/>
      </w:docPartPr>
      <w:docPartBody>
        <w:p w:rsidR="00A9419E" w:rsidRDefault="00AE2DB9" w:rsidP="00AE2DB9">
          <w:pPr>
            <w:pStyle w:val="256A8DBABB5141C2B8296EF8664E106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8844F535144BEB96A9378442666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4405B-B25A-48C8-85DA-CB8A8729D019}"/>
      </w:docPartPr>
      <w:docPartBody>
        <w:p w:rsidR="00A9419E" w:rsidRDefault="00AE2DB9" w:rsidP="00AE2DB9">
          <w:pPr>
            <w:pStyle w:val="918844F535144BEB96A937844266668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B713BF2D4241D6A8E1392B3D5FA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48EB6-7B02-4017-A486-20B47678AEC3}"/>
      </w:docPartPr>
      <w:docPartBody>
        <w:p w:rsidR="00A9419E" w:rsidRDefault="00AE2DB9" w:rsidP="00AE2DB9">
          <w:pPr>
            <w:pStyle w:val="66B713BF2D4241D6A8E1392B3D5FA60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87A4EF38A34B518D3CAE060BC7E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EAFE9-AD58-42EE-ADA6-002F2AD6321E}"/>
      </w:docPartPr>
      <w:docPartBody>
        <w:p w:rsidR="00A9419E" w:rsidRDefault="00AE2DB9" w:rsidP="00AE2DB9">
          <w:pPr>
            <w:pStyle w:val="AF87A4EF38A34B518D3CAE060BC7E96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0603E0EBEE402AADE56FD3C1DE3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6FAC2-A3F7-4940-97E0-9FF14568AD17}"/>
      </w:docPartPr>
      <w:docPartBody>
        <w:p w:rsidR="00A9419E" w:rsidRDefault="00AE2DB9" w:rsidP="00AE2DB9">
          <w:pPr>
            <w:pStyle w:val="930603E0EBEE402AADE56FD3C1DE383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0891B7B85B47668EC3E52342154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C432E-D1FB-4352-B0DB-36F15D89EA2B}"/>
      </w:docPartPr>
      <w:docPartBody>
        <w:p w:rsidR="00A9419E" w:rsidRDefault="00AE2DB9" w:rsidP="00AE2DB9">
          <w:pPr>
            <w:pStyle w:val="260891B7B85B47668EC3E523421546E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6C3C8A556941EC823B19ED709E5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1B0BD5-CFC2-40D0-B8B9-9370C54DE97C}"/>
      </w:docPartPr>
      <w:docPartBody>
        <w:p w:rsidR="00A9419E" w:rsidRDefault="00AE2DB9" w:rsidP="00AE2DB9">
          <w:pPr>
            <w:pStyle w:val="286C3C8A556941EC823B19ED709E597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86F8575A6C48A285F46447290FA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6CB34-59B3-4A3C-B548-C50E66744B54}"/>
      </w:docPartPr>
      <w:docPartBody>
        <w:p w:rsidR="00A9419E" w:rsidRDefault="00AE2DB9" w:rsidP="00AE2DB9">
          <w:pPr>
            <w:pStyle w:val="3886F8575A6C48A285F46447290FA9A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B2D3BEF8A74739BAB2A91EC26DE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E924B-CA67-46AC-BE9B-C442C41A1F4A}"/>
      </w:docPartPr>
      <w:docPartBody>
        <w:p w:rsidR="00A9419E" w:rsidRDefault="00AE2DB9" w:rsidP="00AE2DB9">
          <w:pPr>
            <w:pStyle w:val="6FB2D3BEF8A74739BAB2A91EC26DEF4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06871343D94DE0991C085B4491B0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9C35F-C089-4D4A-9C82-610160A56538}"/>
      </w:docPartPr>
      <w:docPartBody>
        <w:p w:rsidR="00A9419E" w:rsidRDefault="00AE2DB9" w:rsidP="00AE2DB9">
          <w:pPr>
            <w:pStyle w:val="3906871343D94DE0991C085B4491B0D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1DE69719874E7F956BD3811CAF2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82872-FBD4-4092-A8E7-1DE49EE1722E}"/>
      </w:docPartPr>
      <w:docPartBody>
        <w:p w:rsidR="00A9419E" w:rsidRDefault="00AE2DB9" w:rsidP="00AE2DB9">
          <w:pPr>
            <w:pStyle w:val="401DE69719874E7F956BD3811CAF21E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9F9A794F784A698B987B56D75BA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6E560-8569-4E37-A451-8E666A716968}"/>
      </w:docPartPr>
      <w:docPartBody>
        <w:p w:rsidR="00A9419E" w:rsidRDefault="00AE2DB9" w:rsidP="00AE2DB9">
          <w:pPr>
            <w:pStyle w:val="1E9F9A794F784A698B987B56D75BA50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D158A1A0B745BD99A6138D27C9F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767CE-7D91-4C3D-ADF6-2A83321B4492}"/>
      </w:docPartPr>
      <w:docPartBody>
        <w:p w:rsidR="00A9419E" w:rsidRDefault="00AE2DB9" w:rsidP="00AE2DB9">
          <w:pPr>
            <w:pStyle w:val="EED158A1A0B745BD99A6138D27C9FD1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1AED5CDFE84236A17D54CF145F4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FA97C-B081-4C79-974A-3E4D691198DF}"/>
      </w:docPartPr>
      <w:docPartBody>
        <w:p w:rsidR="00A9419E" w:rsidRDefault="00AE2DB9" w:rsidP="00AE2DB9">
          <w:pPr>
            <w:pStyle w:val="071AED5CDFE84236A17D54CF145F425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15B561A15D48B5B28F53530AFF5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22FAA-E4AB-4FBB-B1A1-709F9F8DF18B}"/>
      </w:docPartPr>
      <w:docPartBody>
        <w:p w:rsidR="00A9419E" w:rsidRDefault="00AE2DB9" w:rsidP="00AE2DB9">
          <w:pPr>
            <w:pStyle w:val="8715B561A15D48B5B28F53530AFF58F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4161F5"/>
    <w:rsid w:val="004801B2"/>
    <w:rsid w:val="004F5BE9"/>
    <w:rsid w:val="005A051B"/>
    <w:rsid w:val="005D799D"/>
    <w:rsid w:val="006239E1"/>
    <w:rsid w:val="00667F4B"/>
    <w:rsid w:val="006D0099"/>
    <w:rsid w:val="00850DCF"/>
    <w:rsid w:val="009A5C93"/>
    <w:rsid w:val="009A7E4E"/>
    <w:rsid w:val="00A15147"/>
    <w:rsid w:val="00A9419E"/>
    <w:rsid w:val="00AE2DB9"/>
    <w:rsid w:val="00B302C0"/>
    <w:rsid w:val="00BC3393"/>
    <w:rsid w:val="00BD0B7C"/>
    <w:rsid w:val="00EE6B93"/>
    <w:rsid w:val="00F2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E2DB9"/>
    <w:rPr>
      <w:color w:val="666666"/>
    </w:rPr>
  </w:style>
  <w:style w:type="paragraph" w:customStyle="1" w:styleId="0423504971984E3CA014D7D54995C960">
    <w:name w:val="0423504971984E3CA014D7D54995C960"/>
    <w:rsid w:val="004161F5"/>
  </w:style>
  <w:style w:type="paragraph" w:customStyle="1" w:styleId="1734C0B0E50C4165979C1D1CD6EF51182">
    <w:name w:val="1734C0B0E50C4165979C1D1CD6EF5118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2">
    <w:name w:val="F4D6CB2241074A76A75ACE4A72F3BAC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2">
    <w:name w:val="5C6BE9DD57B042A78E73AE6C65AB81E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2">
    <w:name w:val="B94FF17A7DD844238942618D220CAEE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AE718F29D543A9A17E24959BBA00FE2">
    <w:name w:val="C2AE718F29D543A9A17E24959BBA00F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7E5F504CE04A3283DBB5C362BF53DD2">
    <w:name w:val="767E5F504CE04A3283DBB5C362BF53D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55F48608D144A48EEAD6924FFD0D7E2">
    <w:name w:val="F355F48608D144A48EEAD6924FFD0D7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2">
    <w:name w:val="15FA136DFCC9400EA3643631FD9D49A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9986A706C241EEB358AA78A64A02CB2">
    <w:name w:val="619986A706C241EEB358AA78A64A02C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2">
    <w:name w:val="758EF154077D4EC492E0AA02749775E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2">
    <w:name w:val="60444590C5F4414E83C6454885D5753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2">
    <w:name w:val="096DC268CB3744C7AF90E558EFABE7F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2">
    <w:name w:val="16EE3227410F4460A6706019F08584B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2">
    <w:name w:val="35C6ADD19D0A4F7F9AA8A8D4CCB1374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2">
    <w:name w:val="0AD4EFDEB46F4DD3B07D7D864B6EAEB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2">
    <w:name w:val="C969D259CE28476AA1EB44B74A93B0D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2">
    <w:name w:val="4163D3241B974CB9999FF0EC5B4E2B2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2">
    <w:name w:val="89495584885745569DDCF4FEC1482D0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2">
    <w:name w:val="66C6F6902A3B4D4CA7D745FDDA70B68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2">
    <w:name w:val="4CD965A9EE694FECADF2476D720E7B6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2">
    <w:name w:val="09E232A6ADC042DB884957F020A929B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2">
    <w:name w:val="3DF7FD3C5E5C4C0992D419903A5ACDD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2">
    <w:name w:val="CADFFF9D18954E1993F5C0789B03E17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2">
    <w:name w:val="657F90F891404138BEF4C8B0986FE70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2">
    <w:name w:val="C9113B8A854441D682CE5AC80AFB086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2">
    <w:name w:val="A98CC7936C024C2988776FBA2CC670B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2">
    <w:name w:val="2E9B36F7201C45DF99CA9FA9C42900A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2">
    <w:name w:val="09814CF1CD7A47D3BB560F37A96F9D58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2">
    <w:name w:val="7793DEAF92564508A217818A964BBBC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2">
    <w:name w:val="872FF4CA11794B8A841DB2220DF10EA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2">
    <w:name w:val="4E97BD512F134974B65EC5CE1A1FFA5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2">
    <w:name w:val="43C24FC1DD4E4C25906C3761C0E444F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2">
    <w:name w:val="6E5B51F8A20C49259CB13015EB12138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2">
    <w:name w:val="ACA81B7FEB124004A04A95F11ADBD7A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2">
    <w:name w:val="E3F5175B57004446843F4F317C13BE7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2">
    <w:name w:val="6E2E25C8BD59485F83A4E1A3EB66C1C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2">
    <w:name w:val="74CADD3637F3476CAEF2795719E307A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2">
    <w:name w:val="AB27C8C8D90949D99B80C3BCC40C6DB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2">
    <w:name w:val="BE6BAA36B4CE46CCBA1107A2CA86328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2">
    <w:name w:val="98F3A9EE91754E259AFD2F141BD88EC3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2">
    <w:name w:val="A562792367E244C2B52C13434E400DB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2">
    <w:name w:val="7E217E49FF2B4BCCB4F3ACCCBA86205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2">
    <w:name w:val="A6B6B6169038418C8F137F03A3BAC3E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2">
    <w:name w:val="BA84038C5BAB4BC98BCFD7720888F4E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2">
    <w:name w:val="2A85F1BB5E59479D91B2E845B74103B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2">
    <w:name w:val="734A0FEE22AB4D08A85FAFBB84445CB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2">
    <w:name w:val="3AE69983638E496B87E186B118E83D0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2">
    <w:name w:val="4E1B8BE8E635423EB269141E9E2912A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2">
    <w:name w:val="522C19E6AA2346A4966003129C441C2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2">
    <w:name w:val="DC6DBC8E8B3947CB8F9195F36B67D85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2">
    <w:name w:val="49487EF4E50B45EF8F8DF0A58099CB0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698321A51C4D75AD58054348C12C3A2">
    <w:name w:val="A2698321A51C4D75AD58054348C12C3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7173E37A8CC42958F596D7E4F182CC02">
    <w:name w:val="D7173E37A8CC42958F596D7E4F182CC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F53B8B7E0247EF97BF9EDCEFA860ED2">
    <w:name w:val="10F53B8B7E0247EF97BF9EDCEFA860E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D982DD81904E84AAE76F6DAFC7ADE02">
    <w:name w:val="CBD982DD81904E84AAE76F6DAFC7ADE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0EE82AF8A648ADB30341964727E31F2">
    <w:name w:val="390EE82AF8A648ADB30341964727E31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0A7918792F74AF7B0392C104CD435BB2">
    <w:name w:val="B0A7918792F74AF7B0392C104CD435B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F55B9AB92A24257B48EAB5AEBE4FCAB2">
    <w:name w:val="5F55B9AB92A24257B48EAB5AEBE4FCA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6AEF3528D414F839952F297F3855BB72">
    <w:name w:val="86AEF3528D414F839952F297F3855BB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2301B0DFCC445C9DB687BAA6A998EF2">
    <w:name w:val="662301B0DFCC445C9DB687BAA6A998E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91FE166A694A9AB66A9BF1863FF9192">
    <w:name w:val="7591FE166A694A9AB66A9BF1863FF91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143B5AD3CF3465B978C857418C016912">
    <w:name w:val="C143B5AD3CF3465B978C857418C0169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A9702833664964A0CC9821EEBA269A2">
    <w:name w:val="B3A9702833664964A0CC9821EEBA269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5C93E7B8840B1AF96EE296C3462D72">
    <w:name w:val="2E95C93E7B8840B1AF96EE296C3462D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B22DBA65F44FF8864558D11BE199D92">
    <w:name w:val="0BB22DBA65F44FF8864558D11BE199D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58DF7ED83A450D84FB7C6991FF8B6E2">
    <w:name w:val="CD58DF7ED83A450D84FB7C6991FF8B6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023A29D74B4AA6BA013164CF3D96532">
    <w:name w:val="10023A29D74B4AA6BA013164CF3D9653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624C9E7D6F4280AF94DC0390A817B02">
    <w:name w:val="E7624C9E7D6F4280AF94DC0390A817B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DE9F96E6755417692BBC7FC6C0405072">
    <w:name w:val="FDE9F96E6755417692BBC7FC6C04050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299AA1EA1E548D99DC6057FC03BAB362">
    <w:name w:val="9299AA1EA1E548D99DC6057FC03BAB3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5D9289864C04A2027F7206115A592">
    <w:name w:val="52085D9289864C04A2027F7206115A5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1603E881EBC4825BB3ACB0E37AC40CB2">
    <w:name w:val="D1603E881EBC4825BB3ACB0E37AC40C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7F4467103045A8A8ED1D95197E8A612">
    <w:name w:val="DB7F4467103045A8A8ED1D95197E8A6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F4A8E63CDF4A89ADF859DB3FD890142">
    <w:name w:val="21F4A8E63CDF4A89ADF859DB3FD89014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E1A41B0864477A88F09CED7928239C2">
    <w:name w:val="EAE1A41B0864477A88F09CED7928239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B35B118A6C40A38A4890187954A6FF2">
    <w:name w:val="ABB35B118A6C40A38A4890187954A6F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F357CE5A39445AABCC2993DA99FA9A2">
    <w:name w:val="C9F357CE5A39445AABCC2993DA99FA9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62C11562FC4E5BA508CB01C9CA8EC92">
    <w:name w:val="7562C11562FC4E5BA508CB01C9CA8EC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53926DCBD04608848E5CD49F91381D2">
    <w:name w:val="4253926DCBD04608848E5CD49F91381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2">
    <w:name w:val="C6C5AA04D5744E5397F5B4C02E599FE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2">
    <w:name w:val="657845195F10471BB191FDF6254F450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2">
    <w:name w:val="4261ABEBA6024587BD9BFFA89B86CBA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2">
    <w:name w:val="ECE4C47E07C843CCA2D7255597D0770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2">
    <w:name w:val="9444CF760006459A89EF2B7CE3AFF2D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2">
    <w:name w:val="A451D5A1F2414B9AB219F05CFB3EC45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2">
    <w:name w:val="E58E1C4CC73644419B96786849CD0414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2">
    <w:name w:val="982533AA1A67444FAB6AD764FF1EF883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2">
    <w:name w:val="A8251704D7154EB4AAFD40739CBF323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2">
    <w:name w:val="092F71A98DCB432994A49CF6A2418B1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2">
    <w:name w:val="FF714C39671F4059B6173089394CD3E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2">
    <w:name w:val="28589E92AA8443098EDE0E709D3F980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2">
    <w:name w:val="7B8873B5DDFA49E29AD3D86C96355BE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2">
    <w:name w:val="7D53A91E55554B1E87906AAB7E66728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2B2B88AB08438DA817370CB31CEF122">
    <w:name w:val="D52B2B88AB08438DA817370CB31CEF1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1D06BF7884102A199EBF5DEEE9CA92">
    <w:name w:val="5C61D06BF7884102A199EBF5DEEE9CA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FC5EC80FDF403EBF0FAB4C71EF3BC42">
    <w:name w:val="85FC5EC80FDF403EBF0FAB4C71EF3BC4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D17080EF5BC4CE890C82F543C62E78B2">
    <w:name w:val="ED17080EF5BC4CE890C82F543C62E78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7371C9749654B99B4D602E5A299EF7B2">
    <w:name w:val="A7371C9749654B99B4D602E5A299EF7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B63D1F50484585A6AB3692A5DC55C22">
    <w:name w:val="33B63D1F50484585A6AB3692A5DC55C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272ACB934C46939416A934EC1FF53A2">
    <w:name w:val="4D272ACB934C46939416A934EC1FF53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8235CE12E244709EA784C996A070932">
    <w:name w:val="738235CE12E244709EA784C996A07093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6DCBD69E849549CE46A3AF209DD272">
    <w:name w:val="7B86DCBD69E849549CE46A3AF209DD2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A371DB9C7A4B9D92A9C70D3AEDDFC82">
    <w:name w:val="E3A371DB9C7A4B9D92A9C70D3AEDDFC8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009B2FA8E044C8A7FC2D1BE80A1F372">
    <w:name w:val="D2009B2FA8E044C8A7FC2D1BE80A1F3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442E971FB947CD9F729CE87C634A7E2">
    <w:name w:val="28442E971FB947CD9F729CE87C634A7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76472EA92AC4ED0858A934B2924A7BD2">
    <w:name w:val="D76472EA92AC4ED0858A934B2924A7B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AA2F104C18744BAB0FD3AEDCECFCEAE2">
    <w:name w:val="6AA2F104C18744BAB0FD3AEDCECFCEA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8C15C5743A4A19A1292B63727AFDFE2">
    <w:name w:val="4A8C15C5743A4A19A1292B63727AFDF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38482CD5A9414B996E90731F75DED22">
    <w:name w:val="4F38482CD5A9414B996E90731F75DED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46EFFADF374928BF6579BE00EEE5BE2">
    <w:name w:val="6246EFFADF374928BF6579BE00EEE5B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2FA868D2FE478F9D630C53CCCFAB802">
    <w:name w:val="612FA868D2FE478F9D630C53CCCFAB8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22648FB8DA43D28D2648E54ECED3662">
    <w:name w:val="5622648FB8DA43D28D2648E54ECED36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D2776494554177B7AFBC5C6AF58E3D2">
    <w:name w:val="2CD2776494554177B7AFBC5C6AF58E3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CCAEB083088458EA2656F911A03EABD2">
    <w:name w:val="8CCAEB083088458EA2656F911A03EAB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2">
    <w:name w:val="CA4E4ABAE5DA465E97A6237A7809538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2">
    <w:name w:val="156AE4FD73954CA688AAE317B321396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2">
    <w:name w:val="6D5A277E4DAE4119840AF2E2D970FC5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2">
    <w:name w:val="586FFECF142C4598987272C037E4807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2">
    <w:name w:val="0FB6E5FECABF45829BB384A56029A28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2">
    <w:name w:val="26164AFE8C004731B39F8D42AA79484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2">
    <w:name w:val="143E6DFAA3A744858DA27EA69CF186A8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2">
    <w:name w:val="FB7E9068020A4D09974EA1EB0D07EBE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2">
    <w:name w:val="B9DD229517514DD3BA30880642405144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2">
    <w:name w:val="4B4DB9EE858049CCB9AFBB15E50951B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92E21455F04D088E08A3B3329A966C2">
    <w:name w:val="9092E21455F04D088E08A3B3329A966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AE38B133153430C97C5D902CB8CC0D72">
    <w:name w:val="FAE38B133153430C97C5D902CB8CC0D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A1663A02624CA69D0A59601A5947352">
    <w:name w:val="96A1663A02624CA69D0A59601A59473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42007450924436B8759D1E760DA3A42">
    <w:name w:val="F442007450924436B8759D1E760DA3A4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D99C5F1B3349CC815CCDBA7B5FFAE92">
    <w:name w:val="10D99C5F1B3349CC815CCDBA7B5FFAE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2FF6DAB51343DBAA5BD45A58961EFA2">
    <w:name w:val="012FF6DAB51343DBAA5BD45A58961EF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0D728F8F3C64C1A9A0B9CE4B3693D672">
    <w:name w:val="80D728F8F3C64C1A9A0B9CE4B3693D6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5E3C9EBA1940C58DFDEB04568B0CE82">
    <w:name w:val="4B5E3C9EBA1940C58DFDEB04568B0CE8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485E4E56184BF8BE0A5309142915852">
    <w:name w:val="B3485E4E56184BF8BE0A53091429158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7ED03E6AB845F0AB1D29F4BB7E35B52">
    <w:name w:val="257ED03E6AB845F0AB1D29F4BB7E35B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9901C821E824D33BED031547FADA3962">
    <w:name w:val="79901C821E824D33BED031547FADA39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E2163B935F4BD6AD81C8F0D2DBDAC22">
    <w:name w:val="D5E2163B935F4BD6AD81C8F0D2DBDAC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22C0C83F09D403087780EC5752D2C932">
    <w:name w:val="F22C0C83F09D403087780EC5752D2C93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9E09F653F0A4495B2AFCAA6DFFA6CF72">
    <w:name w:val="59E09F653F0A4495B2AFCAA6DFFA6CF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CACCF274CE437E9824772C526D59862">
    <w:name w:val="B2CACCF274CE437E9824772C526D598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2">
    <w:name w:val="7041F98D97294F33B27DB409BE8E34F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2">
    <w:name w:val="73AB6D1D873F4738BF61AE697637871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2">
    <w:name w:val="520891A0A4C04E9D9F8A8F3644975CB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2">
    <w:name w:val="C582574595EA444189787F4DFB8EE37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2">
    <w:name w:val="55670920D67C4481B676B57D42BEF39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689B1D169C4BF78CE45050CCD921692">
    <w:name w:val="57689B1D169C4BF78CE45050CCD9216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C08EB6C73A43A7973935F67C247C4E2">
    <w:name w:val="41C08EB6C73A43A7973935F67C247C4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1C950F7BE246FEA7F0367998080CAB2">
    <w:name w:val="EE1C950F7BE246FEA7F0367998080CA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330C66E3B1482398676EEF445EAEA22">
    <w:name w:val="75330C66E3B1482398676EEF445EAEA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D5E0E756694791924CB45CABC706252">
    <w:name w:val="58D5E0E756694791924CB45CABC7062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6A8DBABB5141C2B8296EF8664E106E1">
    <w:name w:val="256A8DBABB5141C2B8296EF8664E106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8844F535144BEB96A93784426666841">
    <w:name w:val="918844F535144BEB96A9378442666684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B713BF2D4241D6A8E1392B3D5FA6011">
    <w:name w:val="66B713BF2D4241D6A8E1392B3D5FA601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F87A4EF38A34B518D3CAE060BC7E9621">
    <w:name w:val="AF87A4EF38A34B518D3CAE060BC7E96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0603E0EBEE402AADE56FD3C1DE38371">
    <w:name w:val="930603E0EBEE402AADE56FD3C1DE3837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0891B7B85B47668EC3E523421546EE1">
    <w:name w:val="260891B7B85B47668EC3E523421546E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6C3C8A556941EC823B19ED709E59701">
    <w:name w:val="286C3C8A556941EC823B19ED709E5970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86F8575A6C48A285F46447290FA9AD1">
    <w:name w:val="3886F8575A6C48A285F46447290FA9A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FB2D3BEF8A74739BAB2A91EC26DEF4C1">
    <w:name w:val="6FB2D3BEF8A74739BAB2A91EC26DEF4C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06871343D94DE0991C085B4491B0DB1">
    <w:name w:val="3906871343D94DE0991C085B4491B0DB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1DE69719874E7F956BD3811CAF21E91">
    <w:name w:val="401DE69719874E7F956BD3811CAF21E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9F9A794F784A698B987B56D75BA5021">
    <w:name w:val="1E9F9A794F784A698B987B56D75BA50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D158A1A0B745BD99A6138D27C9FD1A1">
    <w:name w:val="EED158A1A0B745BD99A6138D27C9FD1A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1AED5CDFE84236A17D54CF145F42521">
    <w:name w:val="071AED5CDFE84236A17D54CF145F425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15B561A15D48B5B28F53530AFF58FD1">
    <w:name w:val="8715B561A15D48B5B28F53530AFF58F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218A13D-138B-4716-AAB0-C80DD43BF960}"/>
</file>

<file path=customXml/itemProps3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1693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6</cp:revision>
  <dcterms:created xsi:type="dcterms:W3CDTF">2026-09-11T10:47:00Z</dcterms:created>
  <dcterms:modified xsi:type="dcterms:W3CDTF">2026-09-28T12:17:00Z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