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07E11D34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260F73">
        <w:rPr>
          <w:b/>
          <w:bCs/>
          <w:sz w:val="40"/>
          <w:szCs w:val="40"/>
        </w:rPr>
        <w:t>General Paediatrics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1CEAE66B" w:rsidR="00214ECC" w:rsidRPr="00260F73" w:rsidRDefault="001E7C23" w:rsidP="001C17E4">
      <w:pPr>
        <w:pStyle w:val="Heading1"/>
      </w:pPr>
      <w:r>
        <w:t>P</w:t>
      </w:r>
      <w:r w:rsidR="003729FB" w:rsidRPr="00260F73">
        <w:t>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0F73" w:rsidRPr="00260F73" w14:paraId="34B4E020" w14:textId="77777777" w:rsidTr="00260F73">
        <w:tc>
          <w:tcPr>
            <w:tcW w:w="1886" w:type="pct"/>
            <w:vAlign w:val="center"/>
          </w:tcPr>
          <w:p w14:paraId="6CF93712" w14:textId="77777777" w:rsidR="00260F73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BST or Standalone:</w:t>
            </w:r>
          </w:p>
          <w:p w14:paraId="29A97938" w14:textId="57808DE9" w:rsid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-337302739"/>
              <w:placeholder>
                <w:docPart w:val="BA56754DF05D440794B920DC01AB150D"/>
              </w:placeholder>
              <w:showingPlcHdr/>
            </w:sdtPr>
            <w:sdtContent>
              <w:p w14:paraId="659C3547" w14:textId="79D1105D" w:rsidR="00260F73" w:rsidRPr="00260F73" w:rsidRDefault="00260F73" w:rsidP="00260F73">
                <w:pPr>
                  <w:jc w:val="center"/>
                </w:pPr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155214F0">
                <wp:simplePos x="0" y="0"/>
                <wp:positionH relativeFrom="margin">
                  <wp:align>right</wp:align>
                </wp:positionH>
                <wp:positionV relativeFrom="paragraph">
                  <wp:posOffset>1787415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0C6B89F0" w:rsidR="002931FF" w:rsidRPr="001E7C23" w:rsidRDefault="001E7C23" w:rsidP="001E7C2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0.7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D5am17&#10;3QAAAAgBAAAPAAAAAAAAAAAAAAAAAGgEAABkcnMvZG93bnJldi54bWxQSwUGAAAAAAQABADzAAAA&#10;cgUAAAAA&#10;">
                <v:textbox style="mso-fit-shape-to-text:t">
                  <w:txbxContent>
                    <w:p w14:paraId="0B7A552B" w14:textId="0C6B89F0" w:rsidR="002931FF" w:rsidRPr="001E7C23" w:rsidRDefault="001E7C23" w:rsidP="001E7C23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30FEA5E3" w:rsidR="00260F73" w:rsidRDefault="00260F73" w:rsidP="00260F73">
      <w:pPr>
        <w:rPr>
          <w:b/>
          <w:bCs/>
        </w:rPr>
      </w:pPr>
      <w:r w:rsidRPr="00260F73">
        <w:rPr>
          <w:b/>
          <w:bCs/>
        </w:rPr>
        <w:t>Brief statement (250 words) outlining your motivation for a career in paediatrics,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614EE5F4" w14:textId="77777777" w:rsidR="001E7C23" w:rsidRDefault="001E7C23" w:rsidP="001E7C23"/>
    <w:p w14:paraId="73ED809F" w14:textId="33370887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Pr="00260F73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51C12F35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2980B09" w14:textId="77777777" w:rsidR="001E7C23" w:rsidRDefault="001E7C2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7A9649BF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56781151" w14:textId="77777777" w:rsidR="000A5F58" w:rsidRDefault="000A5F58" w:rsidP="001E7C23">
      <w:pPr>
        <w:spacing w:after="0"/>
      </w:pPr>
      <w:r>
        <w:t xml:space="preserve">(Reverse </w:t>
      </w:r>
      <w:commentRangeStart w:id="0"/>
      <w:r>
        <w:t>chronological order – Starting from your most recent to least</w:t>
      </w:r>
      <w:commentRangeEnd w:id="0"/>
      <w:r>
        <w:rPr>
          <w:rStyle w:val="CommentReference"/>
          <w:sz w:val="24"/>
          <w:szCs w:val="22"/>
        </w:rPr>
        <w:commentReference w:id="0"/>
      </w:r>
      <w:r>
        <w:t>)</w:t>
      </w:r>
    </w:p>
    <w:p w14:paraId="0A20EB36" w14:textId="65244DE7" w:rsidR="000A5F58" w:rsidRDefault="000A5F58" w:rsidP="001E7C23">
      <w:pPr>
        <w:spacing w:after="0"/>
      </w:pPr>
      <w:r>
        <w:t>Focus on paediatric relevant courses such as APLS/APEX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75B4FEB0" w14:textId="2387C39A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530A1BA4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2BD5D2CD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74CFB4EF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7DB2216E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4F668175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2B71779A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2CA32AC0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67E5C625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4AF47D67" w:rsidR="00B16633" w:rsidRPr="00260F73" w:rsidRDefault="001E7C2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7BC68F37" w:rsidR="00B16633" w:rsidRPr="00260F73" w:rsidRDefault="001E7C2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7D3A4F4A" w:rsidR="00B16633" w:rsidRPr="00260F73" w:rsidRDefault="001E7C2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2B12DBC6" w:rsidR="00B16633" w:rsidRPr="00260F73" w:rsidRDefault="001E7C2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564BE81F" w:rsidR="00214ECC" w:rsidRPr="00260F73" w:rsidRDefault="003729FB">
      <w:r w:rsidRPr="00260F73">
        <w:t>(Reverse chronological order</w:t>
      </w:r>
      <w:r w:rsidR="000A5F58">
        <w:t xml:space="preserve"> – starting from your most recent to least</w:t>
      </w:r>
      <w:r w:rsidRPr="00260F73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4D6BB69C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6F7D066B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29AE688B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56417EE8" w:rsidR="002E140B" w:rsidRPr="00260F73" w:rsidRDefault="002E140B" w:rsidP="002E140B"/>
        </w:tc>
      </w:tr>
      <w:tr w:rsidR="001E7C23" w:rsidRPr="00260F73" w14:paraId="441ACD52" w14:textId="77777777" w:rsidTr="00E70F08">
        <w:tc>
          <w:tcPr>
            <w:tcW w:w="9350" w:type="dxa"/>
            <w:gridSpan w:val="2"/>
          </w:tcPr>
          <w:p w14:paraId="00512591" w14:textId="12A3CD32" w:rsidR="001E7C23" w:rsidRPr="00260F73" w:rsidRDefault="001E7C23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959405591"/>
                <w:placeholder>
                  <w:docPart w:val="43BC8C880F02488D9440E42777A564AB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E7C23" w:rsidRPr="00260F73" w14:paraId="5B646646" w14:textId="77777777" w:rsidTr="002E140B">
        <w:tc>
          <w:tcPr>
            <w:tcW w:w="2547" w:type="dxa"/>
          </w:tcPr>
          <w:p w14:paraId="53438B9F" w14:textId="77777777" w:rsidR="001E7C23" w:rsidRPr="00260F73" w:rsidRDefault="001E7C23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940334978"/>
            <w:placeholder>
              <w:docPart w:val="E213C793FE9A4D80B1D79B6FA021DE5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15029E7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365C6524" w14:textId="77777777" w:rsidTr="002E140B">
        <w:tc>
          <w:tcPr>
            <w:tcW w:w="2547" w:type="dxa"/>
          </w:tcPr>
          <w:p w14:paraId="35B45FBA" w14:textId="77777777" w:rsidR="001E7C23" w:rsidRPr="00260F73" w:rsidRDefault="001E7C23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397361783"/>
            <w:placeholder>
              <w:docPart w:val="6EB4B8F897754D6A8ED15DFE379608E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3C9234E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7C130ACE" w14:textId="77777777" w:rsidTr="002E140B">
        <w:tc>
          <w:tcPr>
            <w:tcW w:w="2547" w:type="dxa"/>
          </w:tcPr>
          <w:p w14:paraId="11A0EEF2" w14:textId="77777777" w:rsidR="001E7C23" w:rsidRPr="00260F73" w:rsidRDefault="001E7C23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875425318"/>
            <w:placeholder>
              <w:docPart w:val="FA1DE80C0EA1454B9F502143A303FF60"/>
            </w:placeholder>
            <w:showingPlcHdr/>
          </w:sdtPr>
          <w:sdtContent>
            <w:tc>
              <w:tcPr>
                <w:tcW w:w="6803" w:type="dxa"/>
              </w:tcPr>
              <w:p w14:paraId="65FB7DB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6F161FA6" w14:textId="77777777" w:rsidTr="002E140B">
        <w:tc>
          <w:tcPr>
            <w:tcW w:w="2547" w:type="dxa"/>
          </w:tcPr>
          <w:p w14:paraId="0192708F" w14:textId="77777777" w:rsidR="001E7C23" w:rsidRPr="00260F73" w:rsidRDefault="001E7C23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627227328"/>
            <w:placeholder>
              <w:docPart w:val="9069FD0B6DCA45D69BD0BC2B153C5958"/>
            </w:placeholder>
            <w:showingPlcHdr/>
          </w:sdtPr>
          <w:sdtContent>
            <w:tc>
              <w:tcPr>
                <w:tcW w:w="6803" w:type="dxa"/>
              </w:tcPr>
              <w:p w14:paraId="69F4CAD4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E67243A" w14:textId="77777777" w:rsidTr="002E140B">
        <w:tc>
          <w:tcPr>
            <w:tcW w:w="2547" w:type="dxa"/>
            <w:vAlign w:val="center"/>
          </w:tcPr>
          <w:p w14:paraId="3EC9198B" w14:textId="77777777" w:rsidR="001E7C23" w:rsidRPr="00260F73" w:rsidRDefault="001E7C23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799755349"/>
            <w:placeholder>
              <w:docPart w:val="AE70E8711E7C435780CE65A58389BBE7"/>
            </w:placeholder>
            <w:showingPlcHdr/>
          </w:sdtPr>
          <w:sdtContent>
            <w:tc>
              <w:tcPr>
                <w:tcW w:w="6803" w:type="dxa"/>
              </w:tcPr>
              <w:p w14:paraId="43E5B540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4822388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35E5A5F4" w14:textId="77777777" w:rsidR="001E7C23" w:rsidRPr="00260F73" w:rsidRDefault="001E7C23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233231773"/>
            <w:placeholder>
              <w:docPart w:val="F5F16F23100243438E168EF3DD145CD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61C562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1C69DE9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FD136" w14:textId="4C3B1BBC" w:rsidR="001E7C23" w:rsidRPr="00260F73" w:rsidRDefault="001E7C23" w:rsidP="002E140B"/>
        </w:tc>
      </w:tr>
      <w:tr w:rsidR="001E7C23" w:rsidRPr="00260F73" w14:paraId="014062F4" w14:textId="77777777" w:rsidTr="00E70F08">
        <w:tc>
          <w:tcPr>
            <w:tcW w:w="9350" w:type="dxa"/>
            <w:gridSpan w:val="2"/>
          </w:tcPr>
          <w:p w14:paraId="4A6E36FD" w14:textId="2792EDC2" w:rsidR="001E7C23" w:rsidRPr="00260F73" w:rsidRDefault="001E7C23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407897418"/>
                <w:placeholder>
                  <w:docPart w:val="3E39DEB80A7944DFBE4F24EB706EFF5B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E7C23" w:rsidRPr="00260F73" w14:paraId="6ED23318" w14:textId="77777777" w:rsidTr="002E140B">
        <w:tc>
          <w:tcPr>
            <w:tcW w:w="2547" w:type="dxa"/>
          </w:tcPr>
          <w:p w14:paraId="1E20D25B" w14:textId="77777777" w:rsidR="001E7C23" w:rsidRPr="00260F73" w:rsidRDefault="001E7C23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061829213"/>
            <w:placeholder>
              <w:docPart w:val="8F988C9AD9BB485C85B97ED0BCA77BC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C32AAE0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05FCC269" w14:textId="77777777" w:rsidTr="002E140B">
        <w:tc>
          <w:tcPr>
            <w:tcW w:w="2547" w:type="dxa"/>
          </w:tcPr>
          <w:p w14:paraId="10FF0E8A" w14:textId="77777777" w:rsidR="001E7C23" w:rsidRPr="00260F73" w:rsidRDefault="001E7C23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92332476"/>
            <w:placeholder>
              <w:docPart w:val="35605AD6BBDF4ED99F8ADA63547E822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3DD907D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7D5A078F" w14:textId="77777777" w:rsidTr="002E140B">
        <w:tc>
          <w:tcPr>
            <w:tcW w:w="2547" w:type="dxa"/>
          </w:tcPr>
          <w:p w14:paraId="4CBAF60F" w14:textId="77777777" w:rsidR="001E7C23" w:rsidRPr="00260F73" w:rsidRDefault="001E7C23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889924017"/>
            <w:placeholder>
              <w:docPart w:val="8D3EA6E0524F43B990D19E247350906F"/>
            </w:placeholder>
            <w:showingPlcHdr/>
          </w:sdtPr>
          <w:sdtContent>
            <w:tc>
              <w:tcPr>
                <w:tcW w:w="6803" w:type="dxa"/>
              </w:tcPr>
              <w:p w14:paraId="3B7E74F7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455E236B" w14:textId="77777777" w:rsidTr="002E140B">
        <w:tc>
          <w:tcPr>
            <w:tcW w:w="2547" w:type="dxa"/>
          </w:tcPr>
          <w:p w14:paraId="01E1055E" w14:textId="77777777" w:rsidR="001E7C23" w:rsidRPr="00260F73" w:rsidRDefault="001E7C23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336609779"/>
            <w:placeholder>
              <w:docPart w:val="B92ED811C3F340E4B66E25B03C5F259C"/>
            </w:placeholder>
            <w:showingPlcHdr/>
          </w:sdtPr>
          <w:sdtContent>
            <w:tc>
              <w:tcPr>
                <w:tcW w:w="6803" w:type="dxa"/>
              </w:tcPr>
              <w:p w14:paraId="3097A9E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75EC8707" w14:textId="77777777" w:rsidTr="002E140B">
        <w:tc>
          <w:tcPr>
            <w:tcW w:w="2547" w:type="dxa"/>
            <w:vAlign w:val="center"/>
          </w:tcPr>
          <w:p w14:paraId="47818D32" w14:textId="77777777" w:rsidR="001E7C23" w:rsidRPr="00260F73" w:rsidRDefault="001E7C23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76874430"/>
            <w:placeholder>
              <w:docPart w:val="CBD0958EC6A948C186CCC40A9E055411"/>
            </w:placeholder>
            <w:showingPlcHdr/>
          </w:sdtPr>
          <w:sdtContent>
            <w:tc>
              <w:tcPr>
                <w:tcW w:w="6803" w:type="dxa"/>
              </w:tcPr>
              <w:p w14:paraId="5012A263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23A24F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0E051A4C" w14:textId="77777777" w:rsidR="001E7C23" w:rsidRPr="00260F73" w:rsidRDefault="001E7C23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031911664"/>
            <w:placeholder>
              <w:docPart w:val="828DD59B7DC4472982AEB06FBE5E4B1B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4CE87BC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43137561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9FB1D" w14:textId="2C287811" w:rsidR="001E7C23" w:rsidRPr="00260F73" w:rsidRDefault="001E7C23" w:rsidP="002E140B"/>
        </w:tc>
      </w:tr>
      <w:tr w:rsidR="001E7C23" w:rsidRPr="00260F73" w14:paraId="096DC050" w14:textId="77777777" w:rsidTr="00E70F08">
        <w:tc>
          <w:tcPr>
            <w:tcW w:w="9350" w:type="dxa"/>
            <w:gridSpan w:val="2"/>
          </w:tcPr>
          <w:p w14:paraId="13C8623F" w14:textId="0A72E0C1" w:rsidR="001E7C23" w:rsidRPr="00260F73" w:rsidRDefault="001E7C23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531846374"/>
                <w:placeholder>
                  <w:docPart w:val="B5200B00F824435FB5CD68C3C09FE7DA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E7C23" w:rsidRPr="00260F73" w14:paraId="5A71C0B0" w14:textId="77777777" w:rsidTr="002E140B">
        <w:tc>
          <w:tcPr>
            <w:tcW w:w="2547" w:type="dxa"/>
          </w:tcPr>
          <w:p w14:paraId="52778418" w14:textId="77777777" w:rsidR="001E7C23" w:rsidRPr="00260F73" w:rsidRDefault="001E7C23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589889080"/>
            <w:placeholder>
              <w:docPart w:val="FFD5F2AE201A4FD79F7104F95101E6C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E136E0D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44A2B358" w14:textId="77777777" w:rsidTr="002E140B">
        <w:tc>
          <w:tcPr>
            <w:tcW w:w="2547" w:type="dxa"/>
          </w:tcPr>
          <w:p w14:paraId="58FA0337" w14:textId="77777777" w:rsidR="001E7C23" w:rsidRPr="00260F73" w:rsidRDefault="001E7C23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823157381"/>
            <w:placeholder>
              <w:docPart w:val="804854AD817545C2854150973286422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A5A48AC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3ECD4472" w14:textId="77777777" w:rsidTr="002E140B">
        <w:tc>
          <w:tcPr>
            <w:tcW w:w="2547" w:type="dxa"/>
          </w:tcPr>
          <w:p w14:paraId="30C70E09" w14:textId="77777777" w:rsidR="001E7C23" w:rsidRPr="00260F73" w:rsidRDefault="001E7C23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871582639"/>
            <w:placeholder>
              <w:docPart w:val="0F074EE3646543CF9DE978023F8BB02B"/>
            </w:placeholder>
            <w:showingPlcHdr/>
          </w:sdtPr>
          <w:sdtContent>
            <w:tc>
              <w:tcPr>
                <w:tcW w:w="6803" w:type="dxa"/>
              </w:tcPr>
              <w:p w14:paraId="5F724BA8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AE8DD1B" w14:textId="77777777" w:rsidTr="002E140B">
        <w:tc>
          <w:tcPr>
            <w:tcW w:w="2547" w:type="dxa"/>
          </w:tcPr>
          <w:p w14:paraId="63C7B024" w14:textId="77777777" w:rsidR="001E7C23" w:rsidRPr="00260F73" w:rsidRDefault="001E7C23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807246058"/>
            <w:placeholder>
              <w:docPart w:val="79FE7C5D100B4780909EB75B6E766D5F"/>
            </w:placeholder>
            <w:showingPlcHdr/>
          </w:sdtPr>
          <w:sdtContent>
            <w:tc>
              <w:tcPr>
                <w:tcW w:w="6803" w:type="dxa"/>
              </w:tcPr>
              <w:p w14:paraId="7EBD300A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633B31FA" w14:textId="77777777" w:rsidTr="002E140B">
        <w:tc>
          <w:tcPr>
            <w:tcW w:w="2547" w:type="dxa"/>
            <w:vAlign w:val="center"/>
          </w:tcPr>
          <w:p w14:paraId="127716D3" w14:textId="77777777" w:rsidR="001E7C23" w:rsidRPr="00260F73" w:rsidRDefault="001E7C23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233129741"/>
            <w:placeholder>
              <w:docPart w:val="482F3B4F4A044AD5B43FD49548FC8254"/>
            </w:placeholder>
            <w:showingPlcHdr/>
          </w:sdtPr>
          <w:sdtContent>
            <w:tc>
              <w:tcPr>
                <w:tcW w:w="6803" w:type="dxa"/>
              </w:tcPr>
              <w:p w14:paraId="7DB3511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6075A7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0F9346F" w14:textId="77777777" w:rsidR="001E7C23" w:rsidRPr="00260F73" w:rsidRDefault="001E7C23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432178622"/>
            <w:placeholder>
              <w:docPart w:val="105FEC0F67114EC9A247BA304282D96C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35D86C1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3D118A1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6D548" w14:textId="5FB56836" w:rsidR="001E7C23" w:rsidRPr="00260F73" w:rsidRDefault="001E7C23" w:rsidP="002E140B"/>
        </w:tc>
      </w:tr>
    </w:tbl>
    <w:p w14:paraId="2C3A448C" w14:textId="77777777" w:rsidR="001E7C23" w:rsidRDefault="001E7C23">
      <w:pPr>
        <w:pStyle w:val="Heading1"/>
      </w:pPr>
    </w:p>
    <w:p w14:paraId="70EC459A" w14:textId="77777777" w:rsidR="001E7C23" w:rsidRDefault="001E7C2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526467BB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p w14:paraId="75A29372" w14:textId="3ADEAE6A" w:rsidR="007C3707" w:rsidRPr="00260F73" w:rsidRDefault="000A5F58" w:rsidP="007C3707">
      <w:r>
        <w:t>Please list your top 3 Audit/Quality Improvement Projects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162486B2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00FB74B5" w14:textId="77777777" w:rsidTr="00A0792E">
        <w:tc>
          <w:tcPr>
            <w:tcW w:w="2830" w:type="dxa"/>
            <w:vAlign w:val="center"/>
          </w:tcPr>
          <w:p w14:paraId="013FD58D" w14:textId="3C3AD7D2" w:rsidR="000A5F58" w:rsidRPr="00260F73" w:rsidRDefault="000A5F58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-1759908549"/>
            <w:placeholder>
              <w:docPart w:val="BAD7DA4317824562B0E76F185F28F5ED"/>
            </w:placeholder>
            <w:showingPlcHdr/>
          </w:sdtPr>
          <w:sdtContent>
            <w:tc>
              <w:tcPr>
                <w:tcW w:w="6520" w:type="dxa"/>
              </w:tcPr>
              <w:p w14:paraId="08F02D03" w14:textId="2FABB59E" w:rsidR="000A5F58" w:rsidRPr="00260F73" w:rsidRDefault="000A5F58" w:rsidP="002D7D98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66B44E78" w:rsidR="00CD745A" w:rsidRPr="00260F73" w:rsidRDefault="00CD745A" w:rsidP="002D7D98"/>
        </w:tc>
      </w:tr>
      <w:tr w:rsidR="002931FF" w:rsidRPr="00260F73" w14:paraId="3014636D" w14:textId="77777777" w:rsidTr="0019370D">
        <w:tc>
          <w:tcPr>
            <w:tcW w:w="9350" w:type="dxa"/>
            <w:gridSpan w:val="2"/>
          </w:tcPr>
          <w:p w14:paraId="3216CF1D" w14:textId="481964FB" w:rsidR="002931FF" w:rsidRPr="00260F73" w:rsidRDefault="002931FF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:rsidRPr="00260F73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Pr="00260F73" w:rsidRDefault="002931FF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:rsidRPr="00260F73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Pr="00260F73" w:rsidRDefault="002931FF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Pr="00260F73" w:rsidRDefault="002931FF" w:rsidP="002D7D98">
            <w:r w:rsidRPr="00260F73"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:rsidRPr="00260F73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260F73" w:rsidRDefault="002931FF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:rsidRPr="00260F73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260F73" w:rsidRDefault="002931FF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:rsidRPr="00260F73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260F73" w:rsidRDefault="002931FF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68394289" w14:textId="77777777" w:rsidR="002931FF" w:rsidRPr="00260F73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:rsidRPr="00260F73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260F73" w:rsidRDefault="002931FF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3C96DEB8" w14:textId="77777777" w:rsidR="002931FF" w:rsidRPr="00260F73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:rsidRPr="00260F73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Pr="00260F73" w:rsidRDefault="002931FF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346A8DF1" w14:textId="77777777" w:rsidTr="00A0792E">
        <w:tc>
          <w:tcPr>
            <w:tcW w:w="2830" w:type="dxa"/>
            <w:vAlign w:val="center"/>
          </w:tcPr>
          <w:p w14:paraId="3D473C12" w14:textId="071BD92F" w:rsidR="000A5F58" w:rsidRPr="00260F73" w:rsidRDefault="000A5F58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-1081372678"/>
            <w:placeholder>
              <w:docPart w:val="29CD8A7535044DA89BE48C5A80D6D1A5"/>
            </w:placeholder>
            <w:showingPlcHdr/>
          </w:sdtPr>
          <w:sdtContent>
            <w:tc>
              <w:tcPr>
                <w:tcW w:w="6520" w:type="dxa"/>
              </w:tcPr>
              <w:p w14:paraId="70D848B7" w14:textId="6CB713AC" w:rsidR="000A5F58" w:rsidRPr="00260F73" w:rsidRDefault="000A5F58" w:rsidP="00CA379F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931FF" w:rsidRPr="00260F73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260F73" w:rsidRDefault="002931FF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Pr="00260F73" w:rsidRDefault="002931FF" w:rsidP="002D7D98">
            <w:r w:rsidRPr="00260F73"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:rsidRPr="00260F73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35242E85" w:rsidR="002931FF" w:rsidRPr="00260F73" w:rsidRDefault="002931FF" w:rsidP="002D7D98"/>
        </w:tc>
      </w:tr>
      <w:tr w:rsidR="000A5F58" w:rsidRPr="00260F73" w14:paraId="79FB0695" w14:textId="77777777" w:rsidTr="0019370D">
        <w:tc>
          <w:tcPr>
            <w:tcW w:w="9350" w:type="dxa"/>
            <w:gridSpan w:val="2"/>
          </w:tcPr>
          <w:p w14:paraId="6E096881" w14:textId="6DC90CFB" w:rsidR="000A5F58" w:rsidRPr="00260F73" w:rsidRDefault="000A5F58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32733099"/>
                <w:placeholder>
                  <w:docPart w:val="774A2D43DF304886A881A48DB725E3AA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A5F58" w:rsidRPr="00260F73" w14:paraId="38A861DD" w14:textId="77777777" w:rsidTr="00A0792E">
        <w:tc>
          <w:tcPr>
            <w:tcW w:w="2830" w:type="dxa"/>
            <w:vAlign w:val="center"/>
          </w:tcPr>
          <w:p w14:paraId="2E388DB9" w14:textId="77777777" w:rsidR="000A5F58" w:rsidRPr="00260F73" w:rsidRDefault="000A5F58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805000164"/>
            <w:placeholder>
              <w:docPart w:val="F52DC1AC1EF943789D35F04A29286323"/>
            </w:placeholder>
            <w:showingPlcHdr/>
          </w:sdtPr>
          <w:sdtContent>
            <w:tc>
              <w:tcPr>
                <w:tcW w:w="6520" w:type="dxa"/>
              </w:tcPr>
              <w:p w14:paraId="4AA1B4F8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55819AD8" w14:textId="77777777" w:rsidTr="00A0792E">
        <w:tc>
          <w:tcPr>
            <w:tcW w:w="2830" w:type="dxa"/>
            <w:vAlign w:val="center"/>
          </w:tcPr>
          <w:p w14:paraId="2EBF37F9" w14:textId="77777777" w:rsidR="000A5F58" w:rsidRPr="00260F73" w:rsidRDefault="000A5F58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8D31961" w14:textId="77777777" w:rsidR="000A5F58" w:rsidRPr="00260F73" w:rsidRDefault="000A5F58" w:rsidP="002D7D98">
            <w:r w:rsidRPr="00260F73">
              <w:t xml:space="preserve">Yes </w:t>
            </w:r>
            <w:sdt>
              <w:sdtPr>
                <w:id w:val="-10352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006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74961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A5F58" w:rsidRPr="00260F73" w14:paraId="7897FBF6" w14:textId="77777777" w:rsidTr="00A0792E">
        <w:tc>
          <w:tcPr>
            <w:tcW w:w="2830" w:type="dxa"/>
            <w:vAlign w:val="center"/>
          </w:tcPr>
          <w:p w14:paraId="681E2D01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Audit Start Date</w:t>
            </w:r>
          </w:p>
        </w:tc>
        <w:sdt>
          <w:sdtPr>
            <w:id w:val="-149138476"/>
            <w:placeholder>
              <w:docPart w:val="8F0F9E9C7F32471294302BE920C10E9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8B165B7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A5F58" w:rsidRPr="00260F73" w14:paraId="676E8CD9" w14:textId="77777777" w:rsidTr="00A0792E">
        <w:tc>
          <w:tcPr>
            <w:tcW w:w="2830" w:type="dxa"/>
            <w:vAlign w:val="center"/>
          </w:tcPr>
          <w:p w14:paraId="79AA0E71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1253327496"/>
            <w:placeholder>
              <w:docPart w:val="400EF9D5C5064AC3A5046E4511DC1EF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BF8EB7B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A5F58" w:rsidRPr="00260F73" w14:paraId="23267DBC" w14:textId="77777777" w:rsidTr="00A0792E">
        <w:tc>
          <w:tcPr>
            <w:tcW w:w="2830" w:type="dxa"/>
            <w:vAlign w:val="center"/>
          </w:tcPr>
          <w:p w14:paraId="171E3F65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7E72C201" w14:textId="77777777" w:rsidR="000A5F58" w:rsidRPr="00260F73" w:rsidRDefault="000A5F58" w:rsidP="00CD745A"/>
        </w:tc>
        <w:sdt>
          <w:sdtPr>
            <w:id w:val="-1256513825"/>
            <w:placeholder>
              <w:docPart w:val="47C1A675730A4DF4BE8EF00B9880615E"/>
            </w:placeholder>
            <w:showingPlcHdr/>
          </w:sdtPr>
          <w:sdtContent>
            <w:tc>
              <w:tcPr>
                <w:tcW w:w="6520" w:type="dxa"/>
              </w:tcPr>
              <w:p w14:paraId="1389A909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6E619FAB" w14:textId="77777777" w:rsidTr="00A0792E">
        <w:tc>
          <w:tcPr>
            <w:tcW w:w="2830" w:type="dxa"/>
            <w:vAlign w:val="center"/>
          </w:tcPr>
          <w:p w14:paraId="16B2695F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55810D58" w14:textId="77777777" w:rsidR="000A5F58" w:rsidRPr="00260F73" w:rsidRDefault="000A5F58" w:rsidP="00CD745A"/>
        </w:tc>
        <w:sdt>
          <w:sdtPr>
            <w:id w:val="-1724130423"/>
            <w:placeholder>
              <w:docPart w:val="B066F365C96545E7BCD8875465C89505"/>
            </w:placeholder>
            <w:showingPlcHdr/>
          </w:sdtPr>
          <w:sdtContent>
            <w:tc>
              <w:tcPr>
                <w:tcW w:w="6520" w:type="dxa"/>
              </w:tcPr>
              <w:p w14:paraId="52E9CCC6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79834682" w14:textId="77777777" w:rsidTr="00A0792E">
        <w:tc>
          <w:tcPr>
            <w:tcW w:w="2830" w:type="dxa"/>
            <w:vAlign w:val="center"/>
          </w:tcPr>
          <w:p w14:paraId="323757DC" w14:textId="77777777" w:rsidR="000A5F58" w:rsidRPr="00260F73" w:rsidRDefault="000A5F58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2043270993"/>
            <w:placeholder>
              <w:docPart w:val="84A6CB71295541ACA9F42EDDCCA9A365"/>
            </w:placeholder>
            <w:showingPlcHdr/>
          </w:sdtPr>
          <w:sdtContent>
            <w:tc>
              <w:tcPr>
                <w:tcW w:w="6520" w:type="dxa"/>
              </w:tcPr>
              <w:p w14:paraId="10326CC4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525A8EB3" w14:textId="77777777" w:rsidTr="00A0792E">
        <w:tc>
          <w:tcPr>
            <w:tcW w:w="2830" w:type="dxa"/>
            <w:vAlign w:val="center"/>
          </w:tcPr>
          <w:p w14:paraId="6547B44C" w14:textId="772150A6" w:rsidR="000A5F58" w:rsidRPr="00260F73" w:rsidRDefault="000A5F58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332725908"/>
            <w:placeholder>
              <w:docPart w:val="3A89163453E74F2594044BAC0AC3048A"/>
            </w:placeholder>
            <w:showingPlcHdr/>
          </w:sdtPr>
          <w:sdtContent>
            <w:tc>
              <w:tcPr>
                <w:tcW w:w="6520" w:type="dxa"/>
              </w:tcPr>
              <w:p w14:paraId="0ADCC412" w14:textId="753E9BB7" w:rsidR="000A5F58" w:rsidRPr="00260F73" w:rsidRDefault="000A5F58" w:rsidP="00E73B0F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0A5F58" w:rsidRPr="00260F73" w14:paraId="65246EC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C34E8FB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4DAB37C" w14:textId="2B969A00" w:rsidR="000A5F58" w:rsidRPr="00260F73" w:rsidRDefault="000A5F58" w:rsidP="002D7D98">
            <w:r w:rsidRPr="00260F73">
              <w:t xml:space="preserve">Yes </w:t>
            </w:r>
            <w:sdt>
              <w:sdtPr>
                <w:id w:val="38684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8925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A5F58" w:rsidRPr="00260F73" w14:paraId="21B9677E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A436C" w14:textId="684ABC3E" w:rsidR="000A5F58" w:rsidRPr="00260F73" w:rsidRDefault="000A5F58" w:rsidP="002D7D98"/>
        </w:tc>
      </w:tr>
    </w:tbl>
    <w:p w14:paraId="4B13E1C0" w14:textId="77777777" w:rsidR="008525FA" w:rsidRPr="00260F73" w:rsidRDefault="008525FA" w:rsidP="002D7D98"/>
    <w:p w14:paraId="5009E3AA" w14:textId="77777777" w:rsidR="001E7C23" w:rsidRDefault="001E7C2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2A5312ED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62DC2938" w14:textId="77777777" w:rsidR="000A5F58" w:rsidRPr="002D7D98" w:rsidRDefault="000A5F58" w:rsidP="000A5F58">
      <w:r>
        <w:t>Please list your top 4 P</w:t>
      </w:r>
      <w:commentRangeStart w:id="1"/>
      <w:r>
        <w:t>ublications, Oral Presentations, Posters, Ongoing research</w:t>
      </w:r>
      <w:commentRangeEnd w:id="1"/>
      <w:r w:rsidRPr="002D7D98">
        <w:rPr>
          <w:rStyle w:val="CommentReference"/>
          <w:sz w:val="24"/>
          <w:szCs w:val="22"/>
        </w:rPr>
        <w:commentReference w:id="1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209CB924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7EE58B83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015574" w:rsidRPr="00015574">
              <w:rPr>
                <w:rFonts w:cs="Calibri"/>
                <w:b/>
                <w:bCs/>
                <w:szCs w:val="24"/>
              </w:rPr>
              <w:t xml:space="preserve"> &amp; Authorship 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1275C95C" w14:textId="1B26F01E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</w:p>
          <w:p w14:paraId="687B8572" w14:textId="77777777" w:rsidR="00CD745A" w:rsidRPr="00015574" w:rsidRDefault="00CD745A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736258BB" w14:textId="77777777" w:rsidTr="00CD745A">
        <w:tc>
          <w:tcPr>
            <w:tcW w:w="2723" w:type="dxa"/>
            <w:vAlign w:val="center"/>
          </w:tcPr>
          <w:p w14:paraId="5D59EC7F" w14:textId="2D9FAFAC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18AAD90D" w14:textId="65495612" w:rsidR="00015574" w:rsidRDefault="00000000" w:rsidP="00C7253B">
            <w:sdt>
              <w:sdtPr>
                <w:id w:val="17638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71ED4CEB" w14:textId="328C4E6E" w:rsidR="00015574" w:rsidRDefault="00000000" w:rsidP="00C7253B">
            <w:sdt>
              <w:sdtPr>
                <w:id w:val="-36406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5DD299C7" w14:textId="1AC6C828" w:rsidR="00015574" w:rsidRPr="00260F73" w:rsidRDefault="00000000" w:rsidP="00C7253B">
            <w:sdt>
              <w:sdtPr>
                <w:id w:val="175839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CD745A" w:rsidRPr="00260F73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Pr="00260F73" w:rsidRDefault="00CD745A" w:rsidP="00CD745A">
            <w:r w:rsidRPr="00260F73"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7DF1CA84" w:rsidR="00CD745A" w:rsidRPr="00260F73" w:rsidRDefault="00CD745A" w:rsidP="00CD745A"/>
        </w:tc>
      </w:tr>
      <w:tr w:rsidR="00015574" w:rsidRPr="00260F73" w14:paraId="5BBB223F" w14:textId="77777777" w:rsidTr="00695860">
        <w:tc>
          <w:tcPr>
            <w:tcW w:w="9350" w:type="dxa"/>
            <w:gridSpan w:val="2"/>
          </w:tcPr>
          <w:p w14:paraId="03D9F5E6" w14:textId="588A3F8D" w:rsidR="00015574" w:rsidRPr="00015574" w:rsidRDefault="00015574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699509654"/>
                <w:placeholder>
                  <w:docPart w:val="1FE5C23E83A14735ADE17CCB15AA3DE1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015574" w:rsidRPr="00260F73" w14:paraId="2F37DE47" w14:textId="77777777" w:rsidTr="00CD745A">
        <w:tc>
          <w:tcPr>
            <w:tcW w:w="2723" w:type="dxa"/>
            <w:vAlign w:val="center"/>
          </w:tcPr>
          <w:p w14:paraId="351DB377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254173810"/>
            <w:placeholder>
              <w:docPart w:val="5B3F827A0E244F3C885C33E9F6C9368C"/>
            </w:placeholder>
            <w:showingPlcHdr/>
          </w:sdtPr>
          <w:sdtContent>
            <w:tc>
              <w:tcPr>
                <w:tcW w:w="6627" w:type="dxa"/>
              </w:tcPr>
              <w:p w14:paraId="4F7AA5CF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3FADA252" w14:textId="77777777" w:rsidTr="00CD745A">
        <w:tc>
          <w:tcPr>
            <w:tcW w:w="2723" w:type="dxa"/>
            <w:vAlign w:val="center"/>
          </w:tcPr>
          <w:p w14:paraId="0D5708BC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1483534"/>
            <w:placeholder>
              <w:docPart w:val="FB413D3F1F144513A748172053677684"/>
            </w:placeholder>
            <w:showingPlcHdr/>
          </w:sdtPr>
          <w:sdtContent>
            <w:tc>
              <w:tcPr>
                <w:tcW w:w="6627" w:type="dxa"/>
              </w:tcPr>
              <w:p w14:paraId="5EF6DDF3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4759C29E" w14:textId="77777777" w:rsidTr="00CD745A">
        <w:tc>
          <w:tcPr>
            <w:tcW w:w="2723" w:type="dxa"/>
            <w:vAlign w:val="center"/>
          </w:tcPr>
          <w:p w14:paraId="033904FA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3D808E7D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-1546511160"/>
            <w:placeholder>
              <w:docPart w:val="D69480043D7744BF9323BB102EAC18DA"/>
            </w:placeholder>
            <w:showingPlcHdr/>
          </w:sdtPr>
          <w:sdtContent>
            <w:tc>
              <w:tcPr>
                <w:tcW w:w="6627" w:type="dxa"/>
              </w:tcPr>
              <w:p w14:paraId="07E71693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6D915A5A" w14:textId="77777777" w:rsidTr="00CD745A">
        <w:tc>
          <w:tcPr>
            <w:tcW w:w="2723" w:type="dxa"/>
            <w:vAlign w:val="center"/>
          </w:tcPr>
          <w:p w14:paraId="598C1099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1644775288"/>
            <w:placeholder>
              <w:docPart w:val="85A4FA7FD9C7483B9C6ED2C995AE66E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D659851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64AFFC7A" w14:textId="77777777" w:rsidTr="00CD745A">
        <w:tc>
          <w:tcPr>
            <w:tcW w:w="2723" w:type="dxa"/>
            <w:vAlign w:val="center"/>
          </w:tcPr>
          <w:p w14:paraId="7C442381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5D1312F5" w14:textId="77777777" w:rsidR="00015574" w:rsidRDefault="00000000" w:rsidP="00C7253B">
            <w:sdt>
              <w:sdtPr>
                <w:id w:val="64755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3FCB2E06" w14:textId="77777777" w:rsidR="00015574" w:rsidRDefault="00000000" w:rsidP="00C7253B">
            <w:sdt>
              <w:sdtPr>
                <w:id w:val="-42326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70B18108" w14:textId="77777777" w:rsidR="00015574" w:rsidRPr="00260F73" w:rsidRDefault="00000000" w:rsidP="00C7253B">
            <w:sdt>
              <w:sdtPr>
                <w:id w:val="6992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015574" w:rsidRPr="00260F73" w14:paraId="7F73C0E9" w14:textId="77777777" w:rsidTr="00CD745A">
        <w:tc>
          <w:tcPr>
            <w:tcW w:w="2723" w:type="dxa"/>
            <w:vAlign w:val="center"/>
          </w:tcPr>
          <w:p w14:paraId="4E75B5CD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14CC5F61" w14:textId="77777777" w:rsidR="00015574" w:rsidRPr="00260F73" w:rsidRDefault="00015574" w:rsidP="00CD745A">
            <w:r w:rsidRPr="00260F73">
              <w:t xml:space="preserve">Complete  </w:t>
            </w:r>
            <w:sdt>
              <w:sdtPr>
                <w:id w:val="23953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8980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0DD6B52A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16BC9F16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5D2FCCF5" w14:textId="77777777" w:rsidR="00015574" w:rsidRPr="00260F73" w:rsidRDefault="00015574" w:rsidP="00CD745A">
            <w:r w:rsidRPr="00260F73">
              <w:t xml:space="preserve">Yes </w:t>
            </w:r>
            <w:sdt>
              <w:sdtPr>
                <w:id w:val="28099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2392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56862253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F0BDCA" w14:textId="77777777" w:rsidR="00015574" w:rsidRPr="00260F73" w:rsidRDefault="0001557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DA455" w14:textId="50C60A69" w:rsidR="00015574" w:rsidRPr="00260F73" w:rsidRDefault="00015574" w:rsidP="00CD745A"/>
        </w:tc>
      </w:tr>
      <w:tr w:rsidR="00015574" w:rsidRPr="00260F73" w14:paraId="0BA944D6" w14:textId="77777777" w:rsidTr="00695860">
        <w:tc>
          <w:tcPr>
            <w:tcW w:w="9350" w:type="dxa"/>
            <w:gridSpan w:val="2"/>
          </w:tcPr>
          <w:p w14:paraId="4D3BD6B9" w14:textId="27597157" w:rsidR="00015574" w:rsidRPr="00015574" w:rsidRDefault="00015574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787118058"/>
                <w:placeholder>
                  <w:docPart w:val="4CD7F55E56614662B1BD690D409E392D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015574" w:rsidRPr="00260F73" w14:paraId="1B1A1FF0" w14:textId="77777777" w:rsidTr="00CD745A">
        <w:tc>
          <w:tcPr>
            <w:tcW w:w="2723" w:type="dxa"/>
            <w:vAlign w:val="center"/>
          </w:tcPr>
          <w:p w14:paraId="77C2801C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449746171"/>
            <w:placeholder>
              <w:docPart w:val="83CA545F1404488F9BCDC6DF6ECD5698"/>
            </w:placeholder>
            <w:showingPlcHdr/>
          </w:sdtPr>
          <w:sdtContent>
            <w:tc>
              <w:tcPr>
                <w:tcW w:w="6627" w:type="dxa"/>
              </w:tcPr>
              <w:p w14:paraId="7BB99F1D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231A638A" w14:textId="77777777" w:rsidTr="00CD745A">
        <w:tc>
          <w:tcPr>
            <w:tcW w:w="2723" w:type="dxa"/>
            <w:vAlign w:val="center"/>
          </w:tcPr>
          <w:p w14:paraId="5447EC2A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Publication/Conference Name</w:t>
            </w:r>
          </w:p>
        </w:tc>
        <w:sdt>
          <w:sdtPr>
            <w:id w:val="-1156906668"/>
            <w:placeholder>
              <w:docPart w:val="64791A6C3B4B409F9841ABAC34947CDA"/>
            </w:placeholder>
            <w:showingPlcHdr/>
          </w:sdtPr>
          <w:sdtContent>
            <w:tc>
              <w:tcPr>
                <w:tcW w:w="6627" w:type="dxa"/>
              </w:tcPr>
              <w:p w14:paraId="663BE704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2BA65AC2" w14:textId="77777777" w:rsidTr="00CD745A">
        <w:tc>
          <w:tcPr>
            <w:tcW w:w="2723" w:type="dxa"/>
            <w:vAlign w:val="center"/>
          </w:tcPr>
          <w:p w14:paraId="46696BDD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555BE91B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714163112"/>
            <w:placeholder>
              <w:docPart w:val="7BB2F660841949E08B46FD76E76ED417"/>
            </w:placeholder>
            <w:showingPlcHdr/>
          </w:sdtPr>
          <w:sdtContent>
            <w:tc>
              <w:tcPr>
                <w:tcW w:w="6627" w:type="dxa"/>
              </w:tcPr>
              <w:p w14:paraId="420A9942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0CFC572E" w14:textId="77777777" w:rsidTr="00CD745A">
        <w:tc>
          <w:tcPr>
            <w:tcW w:w="2723" w:type="dxa"/>
            <w:vAlign w:val="center"/>
          </w:tcPr>
          <w:p w14:paraId="27F49FE4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-818576326"/>
            <w:placeholder>
              <w:docPart w:val="6522D1F9AF534FDC8C02CAF2CDAB4BB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EA6B861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74E7072C" w14:textId="77777777" w:rsidTr="00CD745A">
        <w:tc>
          <w:tcPr>
            <w:tcW w:w="2723" w:type="dxa"/>
            <w:vAlign w:val="center"/>
          </w:tcPr>
          <w:p w14:paraId="47A92F97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40939051" w14:textId="77777777" w:rsidR="00015574" w:rsidRDefault="00000000" w:rsidP="00C7253B">
            <w:sdt>
              <w:sdtPr>
                <w:id w:val="16868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781452CE" w14:textId="77777777" w:rsidR="00015574" w:rsidRDefault="00000000" w:rsidP="00C7253B">
            <w:sdt>
              <w:sdtPr>
                <w:id w:val="-12107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3EB9B1CE" w14:textId="77777777" w:rsidR="00015574" w:rsidRPr="00260F73" w:rsidRDefault="00000000" w:rsidP="00C7253B">
            <w:sdt>
              <w:sdtPr>
                <w:id w:val="-207525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015574" w:rsidRPr="00260F73" w14:paraId="26B283C7" w14:textId="77777777" w:rsidTr="00CD745A">
        <w:tc>
          <w:tcPr>
            <w:tcW w:w="2723" w:type="dxa"/>
            <w:vAlign w:val="center"/>
          </w:tcPr>
          <w:p w14:paraId="5E0B0CEE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68FC00AB" w14:textId="77777777" w:rsidR="00015574" w:rsidRPr="00260F73" w:rsidRDefault="00015574" w:rsidP="00CD745A">
            <w:r w:rsidRPr="00260F73">
              <w:t xml:space="preserve">Complete  </w:t>
            </w:r>
            <w:sdt>
              <w:sdtPr>
                <w:id w:val="-90099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12905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4C0D7F8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9763319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6931CB3" w14:textId="77777777" w:rsidR="00015574" w:rsidRPr="00260F73" w:rsidRDefault="00015574" w:rsidP="00CD745A">
            <w:r w:rsidRPr="00260F73">
              <w:t xml:space="preserve">Yes </w:t>
            </w:r>
            <w:sdt>
              <w:sdtPr>
                <w:id w:val="107955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66521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56C5258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2A0FE0" w14:textId="77777777" w:rsidR="00015574" w:rsidRPr="00260F73" w:rsidRDefault="0001557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FC27E" w14:textId="2543712C" w:rsidR="00015574" w:rsidRPr="00260F73" w:rsidRDefault="00015574" w:rsidP="00CD745A"/>
        </w:tc>
      </w:tr>
      <w:tr w:rsidR="00015574" w:rsidRPr="00260F73" w14:paraId="27B78C06" w14:textId="77777777" w:rsidTr="00695860">
        <w:tc>
          <w:tcPr>
            <w:tcW w:w="9350" w:type="dxa"/>
            <w:gridSpan w:val="2"/>
          </w:tcPr>
          <w:p w14:paraId="3CE491BB" w14:textId="7B1FA6A0" w:rsidR="00015574" w:rsidRPr="00015574" w:rsidRDefault="00015574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09939562"/>
                <w:placeholder>
                  <w:docPart w:val="F382E02C342B49EE9B5620169D18E681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015574" w:rsidRPr="00260F73" w14:paraId="30F48971" w14:textId="77777777" w:rsidTr="00CD745A">
        <w:tc>
          <w:tcPr>
            <w:tcW w:w="2723" w:type="dxa"/>
            <w:vAlign w:val="center"/>
          </w:tcPr>
          <w:p w14:paraId="47839AE5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-756441812"/>
            <w:placeholder>
              <w:docPart w:val="B3C318EBCB23488ABD237F04F18A79FA"/>
            </w:placeholder>
            <w:showingPlcHdr/>
          </w:sdtPr>
          <w:sdtContent>
            <w:tc>
              <w:tcPr>
                <w:tcW w:w="6627" w:type="dxa"/>
              </w:tcPr>
              <w:p w14:paraId="1EDA1F6E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4B2F2609" w14:textId="77777777" w:rsidTr="00CD745A">
        <w:tc>
          <w:tcPr>
            <w:tcW w:w="2723" w:type="dxa"/>
            <w:vAlign w:val="center"/>
          </w:tcPr>
          <w:p w14:paraId="30497CA8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346213819"/>
            <w:placeholder>
              <w:docPart w:val="27DB70BD4451466F97471D39AB200A3E"/>
            </w:placeholder>
            <w:showingPlcHdr/>
          </w:sdtPr>
          <w:sdtContent>
            <w:tc>
              <w:tcPr>
                <w:tcW w:w="6627" w:type="dxa"/>
              </w:tcPr>
              <w:p w14:paraId="0E401340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791D5FDB" w14:textId="77777777" w:rsidTr="00CD745A">
        <w:tc>
          <w:tcPr>
            <w:tcW w:w="2723" w:type="dxa"/>
            <w:vAlign w:val="center"/>
          </w:tcPr>
          <w:p w14:paraId="6AD3126A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3E7662F8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-698703721"/>
            <w:placeholder>
              <w:docPart w:val="42B0EFB6E5C44B36A3A949DA73FDCE36"/>
            </w:placeholder>
            <w:showingPlcHdr/>
          </w:sdtPr>
          <w:sdtContent>
            <w:tc>
              <w:tcPr>
                <w:tcW w:w="6627" w:type="dxa"/>
              </w:tcPr>
              <w:p w14:paraId="5EBFA4AD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053DFEFA" w14:textId="77777777" w:rsidTr="00CD745A">
        <w:tc>
          <w:tcPr>
            <w:tcW w:w="2723" w:type="dxa"/>
            <w:vAlign w:val="center"/>
          </w:tcPr>
          <w:p w14:paraId="76F33AAF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853082337"/>
            <w:placeholder>
              <w:docPart w:val="889B4CFDD701402581D2184F7041087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C1F3B97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105B1798" w14:textId="77777777" w:rsidTr="00CD745A">
        <w:tc>
          <w:tcPr>
            <w:tcW w:w="2723" w:type="dxa"/>
            <w:vAlign w:val="center"/>
          </w:tcPr>
          <w:p w14:paraId="366B7EAF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54E7CC73" w14:textId="77777777" w:rsidR="00015574" w:rsidRDefault="00000000" w:rsidP="00C7253B">
            <w:sdt>
              <w:sdtPr>
                <w:id w:val="-29938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5B9B3F8D" w14:textId="77777777" w:rsidR="00015574" w:rsidRDefault="00000000" w:rsidP="00C7253B">
            <w:sdt>
              <w:sdtPr>
                <w:id w:val="56585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6DE1F403" w14:textId="77777777" w:rsidR="00015574" w:rsidRPr="00260F73" w:rsidRDefault="00000000" w:rsidP="00C7253B">
            <w:sdt>
              <w:sdtPr>
                <w:id w:val="-2078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015574" w:rsidRPr="00260F73" w14:paraId="046FF2C5" w14:textId="77777777" w:rsidTr="00CD745A">
        <w:tc>
          <w:tcPr>
            <w:tcW w:w="2723" w:type="dxa"/>
            <w:vAlign w:val="center"/>
          </w:tcPr>
          <w:p w14:paraId="11A4E97B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E9DBD31" w14:textId="77777777" w:rsidR="00015574" w:rsidRPr="00260F73" w:rsidRDefault="00015574" w:rsidP="00CD745A">
            <w:r w:rsidRPr="00260F73">
              <w:t xml:space="preserve">Complete  </w:t>
            </w:r>
            <w:sdt>
              <w:sdtPr>
                <w:id w:val="-207133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55876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89BEBFC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5C12DAE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F025C4D" w14:textId="77777777" w:rsidR="00015574" w:rsidRPr="00260F73" w:rsidRDefault="00015574" w:rsidP="00CD745A">
            <w:r w:rsidRPr="00260F73">
              <w:t xml:space="preserve">Yes </w:t>
            </w:r>
            <w:sdt>
              <w:sdtPr>
                <w:id w:val="86440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22403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A5F00CB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B8FFAF" w14:textId="77777777" w:rsidR="00015574" w:rsidRPr="00260F73" w:rsidRDefault="0001557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5ADF2" w14:textId="500D12F2" w:rsidR="00015574" w:rsidRPr="00260F73" w:rsidRDefault="00015574" w:rsidP="00CD745A"/>
        </w:tc>
      </w:tr>
    </w:tbl>
    <w:p w14:paraId="33B33FDB" w14:textId="77777777" w:rsidR="001E7C23" w:rsidRDefault="001E7C23">
      <w:pPr>
        <w:pStyle w:val="Heading1"/>
      </w:pPr>
    </w:p>
    <w:p w14:paraId="30579099" w14:textId="77777777" w:rsidR="001E7C23" w:rsidRDefault="001E7C2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7EA58E78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25E5F138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63645DE6" w14:textId="77777777" w:rsidTr="00A0792E">
        <w:tc>
          <w:tcPr>
            <w:tcW w:w="2689" w:type="dxa"/>
          </w:tcPr>
          <w:p w14:paraId="217F5DEE" w14:textId="4811679C" w:rsidR="00015574" w:rsidRPr="00260F73" w:rsidRDefault="00015574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523505239"/>
            <w:placeholder>
              <w:docPart w:val="0D0E7F21F7C74B9EB2B3FE75BF17E85D"/>
            </w:placeholder>
            <w:showingPlcHdr/>
          </w:sdtPr>
          <w:sdtContent>
            <w:tc>
              <w:tcPr>
                <w:tcW w:w="6661" w:type="dxa"/>
              </w:tcPr>
              <w:p w14:paraId="2E433566" w14:textId="7A15B923" w:rsidR="00015574" w:rsidRPr="00260F73" w:rsidRDefault="00015574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59B28513" w:rsidR="00E9708F" w:rsidRPr="00260F73" w:rsidRDefault="00E9708F"/>
        </w:tc>
      </w:tr>
      <w:tr w:rsidR="001E7C23" w:rsidRPr="00260F73" w14:paraId="5E8E6170" w14:textId="77777777" w:rsidTr="00A0792E">
        <w:tc>
          <w:tcPr>
            <w:tcW w:w="2689" w:type="dxa"/>
          </w:tcPr>
          <w:p w14:paraId="1CBEE499" w14:textId="0330351B" w:rsidR="001E7C23" w:rsidRPr="00260F73" w:rsidRDefault="001E7C23">
            <w:r w:rsidRPr="00260F73">
              <w:rPr>
                <w:b/>
                <w:bCs/>
              </w:rPr>
              <w:t>Role</w:t>
            </w:r>
          </w:p>
        </w:tc>
        <w:sdt>
          <w:sdtPr>
            <w:id w:val="648474521"/>
            <w:placeholder>
              <w:docPart w:val="BB9CAAFA7C6744FC92A3D87D72026AD3"/>
            </w:placeholder>
            <w:showingPlcHdr/>
          </w:sdtPr>
          <w:sdtContent>
            <w:tc>
              <w:tcPr>
                <w:tcW w:w="6661" w:type="dxa"/>
              </w:tcPr>
              <w:p w14:paraId="62547EB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4ACD6F8B" w14:textId="77777777" w:rsidTr="00A0792E">
        <w:tc>
          <w:tcPr>
            <w:tcW w:w="2689" w:type="dxa"/>
          </w:tcPr>
          <w:p w14:paraId="173CE48D" w14:textId="77777777" w:rsidR="001E7C23" w:rsidRPr="00260F73" w:rsidRDefault="001E7C23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492759235"/>
            <w:placeholder>
              <w:docPart w:val="4CC2A879F79646F186D299083F8F6236"/>
            </w:placeholder>
            <w:showingPlcHdr/>
          </w:sdtPr>
          <w:sdtContent>
            <w:tc>
              <w:tcPr>
                <w:tcW w:w="6661" w:type="dxa"/>
              </w:tcPr>
              <w:p w14:paraId="1618A70E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C638BB8" w14:textId="77777777" w:rsidTr="00A0792E">
        <w:tc>
          <w:tcPr>
            <w:tcW w:w="2689" w:type="dxa"/>
          </w:tcPr>
          <w:p w14:paraId="463D0ED2" w14:textId="77777777" w:rsidR="001E7C23" w:rsidRPr="00260F73" w:rsidRDefault="001E7C23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538820868"/>
            <w:placeholder>
              <w:docPart w:val="513797C4FDDB4C3FBB4DCD46EEBA64B1"/>
            </w:placeholder>
            <w:showingPlcHdr/>
          </w:sdtPr>
          <w:sdtContent>
            <w:tc>
              <w:tcPr>
                <w:tcW w:w="6661" w:type="dxa"/>
              </w:tcPr>
              <w:p w14:paraId="2F6E7AA3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D232572" w14:textId="77777777" w:rsidTr="00A0792E">
        <w:tc>
          <w:tcPr>
            <w:tcW w:w="2689" w:type="dxa"/>
          </w:tcPr>
          <w:p w14:paraId="51F3D6C7" w14:textId="77777777" w:rsidR="001E7C23" w:rsidRPr="00260F73" w:rsidRDefault="001E7C23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2836E55" w14:textId="77777777" w:rsidR="001E7C23" w:rsidRPr="00260F73" w:rsidRDefault="001E7C23"/>
        </w:tc>
        <w:sdt>
          <w:sdtPr>
            <w:id w:val="-1812169120"/>
            <w:placeholder>
              <w:docPart w:val="6CF2AD8B8CBC4A968DB574CDF54272A5"/>
            </w:placeholder>
            <w:showingPlcHdr/>
          </w:sdtPr>
          <w:sdtContent>
            <w:tc>
              <w:tcPr>
                <w:tcW w:w="6661" w:type="dxa"/>
              </w:tcPr>
              <w:p w14:paraId="572C64C8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1E70D13F" w14:textId="77777777" w:rsidTr="00A0792E">
        <w:tc>
          <w:tcPr>
            <w:tcW w:w="2689" w:type="dxa"/>
          </w:tcPr>
          <w:p w14:paraId="2860699F" w14:textId="77777777" w:rsidR="001E7C23" w:rsidRPr="00260F73" w:rsidRDefault="001E7C23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5C0BF1F" w14:textId="77777777" w:rsidR="001E7C23" w:rsidRPr="00260F73" w:rsidRDefault="001E7C23">
            <w:r w:rsidRPr="00260F73">
              <w:t xml:space="preserve">Complete  </w:t>
            </w:r>
            <w:sdt>
              <w:sdtPr>
                <w:id w:val="-182850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11941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4C61787C" w14:textId="77777777" w:rsidTr="00A0792E">
        <w:tc>
          <w:tcPr>
            <w:tcW w:w="2689" w:type="dxa"/>
          </w:tcPr>
          <w:p w14:paraId="69180E37" w14:textId="77777777" w:rsidR="001E7C23" w:rsidRPr="00260F73" w:rsidRDefault="001E7C23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57919936"/>
            <w:placeholder>
              <w:docPart w:val="DDA89592B97246D584780D5FBAC6A89B"/>
            </w:placeholder>
            <w:showingPlcHdr/>
          </w:sdtPr>
          <w:sdtContent>
            <w:tc>
              <w:tcPr>
                <w:tcW w:w="6661" w:type="dxa"/>
              </w:tcPr>
              <w:p w14:paraId="5AE633E3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ED35A08" w14:textId="77777777" w:rsidTr="00A0792E">
        <w:tc>
          <w:tcPr>
            <w:tcW w:w="2689" w:type="dxa"/>
          </w:tcPr>
          <w:p w14:paraId="525811E6" w14:textId="77777777" w:rsidR="001E7C23" w:rsidRPr="00260F73" w:rsidRDefault="001E7C23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633639553"/>
            <w:placeholder>
              <w:docPart w:val="053A88AED3404C9283810D04BC20AC27"/>
            </w:placeholder>
            <w:showingPlcHdr/>
          </w:sdtPr>
          <w:sdtContent>
            <w:tc>
              <w:tcPr>
                <w:tcW w:w="6661" w:type="dxa"/>
              </w:tcPr>
              <w:p w14:paraId="17B39121" w14:textId="77777777" w:rsidR="001E7C23" w:rsidRPr="00260F73" w:rsidRDefault="001E7C23" w:rsidP="001206C0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E7C23" w:rsidRPr="00260F73" w14:paraId="21EB748E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D31C3D7" w14:textId="77777777" w:rsidR="001E7C23" w:rsidRPr="00260F73" w:rsidRDefault="001E7C23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932EE44" w14:textId="77777777" w:rsidR="001E7C23" w:rsidRPr="00260F73" w:rsidRDefault="001E7C23">
            <w:r w:rsidRPr="00260F73">
              <w:t xml:space="preserve">Yes </w:t>
            </w:r>
            <w:sdt>
              <w:sdtPr>
                <w:id w:val="-6598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28020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0855EA82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33ADC" w14:textId="00C43BA1" w:rsidR="001E7C23" w:rsidRPr="00260F73" w:rsidRDefault="001E7C23"/>
        </w:tc>
      </w:tr>
      <w:tr w:rsidR="001E7C23" w:rsidRPr="00260F73" w14:paraId="4739E163" w14:textId="77777777" w:rsidTr="00A0792E">
        <w:tc>
          <w:tcPr>
            <w:tcW w:w="2689" w:type="dxa"/>
          </w:tcPr>
          <w:p w14:paraId="44E1E82C" w14:textId="3659D501" w:rsidR="001E7C23" w:rsidRPr="00260F73" w:rsidRDefault="001E7C23">
            <w:r w:rsidRPr="00260F73">
              <w:rPr>
                <w:b/>
                <w:bCs/>
              </w:rPr>
              <w:t>Role</w:t>
            </w:r>
          </w:p>
        </w:tc>
        <w:sdt>
          <w:sdtPr>
            <w:id w:val="-420493120"/>
            <w:placeholder>
              <w:docPart w:val="20463F08CDEA48F0AC75956CD46AAB3D"/>
            </w:placeholder>
            <w:showingPlcHdr/>
          </w:sdtPr>
          <w:sdtContent>
            <w:tc>
              <w:tcPr>
                <w:tcW w:w="6661" w:type="dxa"/>
              </w:tcPr>
              <w:p w14:paraId="2994A991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70D59E3" w14:textId="77777777" w:rsidTr="00A0792E">
        <w:tc>
          <w:tcPr>
            <w:tcW w:w="2689" w:type="dxa"/>
          </w:tcPr>
          <w:p w14:paraId="12887845" w14:textId="77777777" w:rsidR="001E7C23" w:rsidRPr="00260F73" w:rsidRDefault="001E7C23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031329991"/>
            <w:placeholder>
              <w:docPart w:val="E67E11B20F7B486A8B3D39E91E8B3701"/>
            </w:placeholder>
            <w:showingPlcHdr/>
          </w:sdtPr>
          <w:sdtContent>
            <w:tc>
              <w:tcPr>
                <w:tcW w:w="6661" w:type="dxa"/>
              </w:tcPr>
              <w:p w14:paraId="187AB8B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CB1F467" w14:textId="77777777" w:rsidTr="00A0792E">
        <w:tc>
          <w:tcPr>
            <w:tcW w:w="2689" w:type="dxa"/>
          </w:tcPr>
          <w:p w14:paraId="163E3AA6" w14:textId="77777777" w:rsidR="001E7C23" w:rsidRPr="00260F73" w:rsidRDefault="001E7C23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64215177"/>
            <w:placeholder>
              <w:docPart w:val="B46418A1CCED427C9B7546469E3123FC"/>
            </w:placeholder>
            <w:showingPlcHdr/>
          </w:sdtPr>
          <w:sdtContent>
            <w:tc>
              <w:tcPr>
                <w:tcW w:w="6661" w:type="dxa"/>
              </w:tcPr>
              <w:p w14:paraId="6C5CBC55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2594A34" w14:textId="77777777" w:rsidTr="00A0792E">
        <w:tc>
          <w:tcPr>
            <w:tcW w:w="2689" w:type="dxa"/>
          </w:tcPr>
          <w:p w14:paraId="11F9E013" w14:textId="77777777" w:rsidR="001E7C23" w:rsidRPr="00260F73" w:rsidRDefault="001E7C23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3A15E569" w14:textId="77777777" w:rsidR="001E7C23" w:rsidRPr="00260F73" w:rsidRDefault="001E7C23"/>
        </w:tc>
        <w:sdt>
          <w:sdtPr>
            <w:id w:val="760719282"/>
            <w:placeholder>
              <w:docPart w:val="A1C5649877004FE3983A3E9CB1ADBF5D"/>
            </w:placeholder>
            <w:showingPlcHdr/>
          </w:sdtPr>
          <w:sdtContent>
            <w:tc>
              <w:tcPr>
                <w:tcW w:w="6661" w:type="dxa"/>
              </w:tcPr>
              <w:p w14:paraId="750EC2EF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B06B882" w14:textId="77777777" w:rsidTr="00A0792E">
        <w:tc>
          <w:tcPr>
            <w:tcW w:w="2689" w:type="dxa"/>
          </w:tcPr>
          <w:p w14:paraId="46807EA3" w14:textId="77777777" w:rsidR="001E7C23" w:rsidRPr="00260F73" w:rsidRDefault="001E7C23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A871393" w14:textId="77777777" w:rsidR="001E7C23" w:rsidRPr="00260F73" w:rsidRDefault="001E7C23">
            <w:r w:rsidRPr="00260F73">
              <w:t xml:space="preserve">Complete  </w:t>
            </w:r>
            <w:sdt>
              <w:sdtPr>
                <w:id w:val="-104552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569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083FCA3C" w14:textId="77777777" w:rsidTr="00A0792E">
        <w:tc>
          <w:tcPr>
            <w:tcW w:w="2689" w:type="dxa"/>
          </w:tcPr>
          <w:p w14:paraId="0BE11F5B" w14:textId="77777777" w:rsidR="001E7C23" w:rsidRPr="00260F73" w:rsidRDefault="001E7C23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16277248"/>
            <w:placeholder>
              <w:docPart w:val="B68321339D224D3C8CC0B55F3E0A433E"/>
            </w:placeholder>
            <w:showingPlcHdr/>
          </w:sdtPr>
          <w:sdtContent>
            <w:tc>
              <w:tcPr>
                <w:tcW w:w="6661" w:type="dxa"/>
              </w:tcPr>
              <w:p w14:paraId="567CAE83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6B5F55DD" w14:textId="77777777" w:rsidTr="00A0792E">
        <w:tc>
          <w:tcPr>
            <w:tcW w:w="2689" w:type="dxa"/>
          </w:tcPr>
          <w:p w14:paraId="123E0FD4" w14:textId="77777777" w:rsidR="001E7C23" w:rsidRPr="00260F73" w:rsidRDefault="001E7C23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262884477"/>
            <w:placeholder>
              <w:docPart w:val="AA772D6989BF4132A28B1576C6FD2EED"/>
            </w:placeholder>
            <w:showingPlcHdr/>
          </w:sdtPr>
          <w:sdtContent>
            <w:tc>
              <w:tcPr>
                <w:tcW w:w="6661" w:type="dxa"/>
              </w:tcPr>
              <w:p w14:paraId="71F1FC0C" w14:textId="77777777" w:rsidR="001E7C23" w:rsidRPr="00260F73" w:rsidRDefault="001E7C23" w:rsidP="001206C0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E7C23" w:rsidRPr="00260F73" w14:paraId="227878E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36DE2B7" w14:textId="77777777" w:rsidR="001E7C23" w:rsidRPr="00260F73" w:rsidRDefault="001E7C23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99F61D1" w14:textId="77777777" w:rsidR="001E7C23" w:rsidRPr="00260F73" w:rsidRDefault="001E7C23">
            <w:r w:rsidRPr="00260F73">
              <w:t xml:space="preserve">Yes </w:t>
            </w:r>
            <w:sdt>
              <w:sdtPr>
                <w:id w:val="206609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43036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67167141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1FD13" w14:textId="345184A1" w:rsidR="001E7C23" w:rsidRPr="00260F73" w:rsidRDefault="001E7C23"/>
        </w:tc>
      </w:tr>
      <w:tr w:rsidR="001E7C23" w:rsidRPr="00260F73" w14:paraId="1E6215FD" w14:textId="77777777" w:rsidTr="00A0792E">
        <w:tc>
          <w:tcPr>
            <w:tcW w:w="2689" w:type="dxa"/>
          </w:tcPr>
          <w:p w14:paraId="64A352F5" w14:textId="6066B10F" w:rsidR="001E7C23" w:rsidRPr="00260F73" w:rsidRDefault="001E7C23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311092100"/>
            <w:placeholder>
              <w:docPart w:val="195B218A03D5420FADC7BB39C13FC484"/>
            </w:placeholder>
            <w:showingPlcHdr/>
          </w:sdtPr>
          <w:sdtContent>
            <w:tc>
              <w:tcPr>
                <w:tcW w:w="6661" w:type="dxa"/>
              </w:tcPr>
              <w:p w14:paraId="68B261E2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28C75BA" w14:textId="77777777" w:rsidTr="00A0792E">
        <w:tc>
          <w:tcPr>
            <w:tcW w:w="2689" w:type="dxa"/>
          </w:tcPr>
          <w:p w14:paraId="33F23A31" w14:textId="77777777" w:rsidR="001E7C23" w:rsidRPr="00260F73" w:rsidRDefault="001E7C23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306770376"/>
            <w:placeholder>
              <w:docPart w:val="C38ED1714B0743749CA59F3F090F6990"/>
            </w:placeholder>
            <w:showingPlcHdr/>
          </w:sdtPr>
          <w:sdtContent>
            <w:tc>
              <w:tcPr>
                <w:tcW w:w="6661" w:type="dxa"/>
              </w:tcPr>
              <w:p w14:paraId="6EAF34E0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7CA231C9" w14:textId="77777777" w:rsidTr="00A0792E">
        <w:tc>
          <w:tcPr>
            <w:tcW w:w="2689" w:type="dxa"/>
          </w:tcPr>
          <w:p w14:paraId="718D4040" w14:textId="77777777" w:rsidR="001E7C23" w:rsidRPr="00260F73" w:rsidRDefault="001E7C23">
            <w:r w:rsidRPr="00260F73">
              <w:rPr>
                <w:b/>
                <w:bCs/>
              </w:rPr>
              <w:lastRenderedPageBreak/>
              <w:t>Teaching Delivered</w:t>
            </w:r>
          </w:p>
        </w:tc>
        <w:sdt>
          <w:sdtPr>
            <w:id w:val="1766184532"/>
            <w:placeholder>
              <w:docPart w:val="8D7C63FA5890436288948181BB8CCAC3"/>
            </w:placeholder>
            <w:showingPlcHdr/>
          </w:sdtPr>
          <w:sdtContent>
            <w:tc>
              <w:tcPr>
                <w:tcW w:w="6661" w:type="dxa"/>
              </w:tcPr>
              <w:p w14:paraId="52E6D5BA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63824C33" w14:textId="77777777" w:rsidTr="00A0792E">
        <w:tc>
          <w:tcPr>
            <w:tcW w:w="2689" w:type="dxa"/>
          </w:tcPr>
          <w:p w14:paraId="755CD777" w14:textId="77777777" w:rsidR="001E7C23" w:rsidRPr="00260F73" w:rsidRDefault="001E7C23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05C2DC5B" w14:textId="77777777" w:rsidR="001E7C23" w:rsidRPr="00260F73" w:rsidRDefault="001E7C23"/>
        </w:tc>
        <w:sdt>
          <w:sdtPr>
            <w:id w:val="-1365058594"/>
            <w:placeholder>
              <w:docPart w:val="84DB1DD4ABF84B789E444023FA8FA876"/>
            </w:placeholder>
            <w:showingPlcHdr/>
          </w:sdtPr>
          <w:sdtContent>
            <w:tc>
              <w:tcPr>
                <w:tcW w:w="6661" w:type="dxa"/>
              </w:tcPr>
              <w:p w14:paraId="1F8C46BC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16ADC36" w14:textId="77777777" w:rsidTr="00A0792E">
        <w:tc>
          <w:tcPr>
            <w:tcW w:w="2689" w:type="dxa"/>
          </w:tcPr>
          <w:p w14:paraId="18B21952" w14:textId="77777777" w:rsidR="001E7C23" w:rsidRPr="00260F73" w:rsidRDefault="001E7C23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3821BA3" w14:textId="77777777" w:rsidR="001E7C23" w:rsidRPr="00260F73" w:rsidRDefault="001E7C23">
            <w:r w:rsidRPr="00260F73">
              <w:t xml:space="preserve">Complete  </w:t>
            </w:r>
            <w:sdt>
              <w:sdtPr>
                <w:id w:val="78099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12619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59E7BD69" w14:textId="77777777" w:rsidTr="00A0792E">
        <w:tc>
          <w:tcPr>
            <w:tcW w:w="2689" w:type="dxa"/>
          </w:tcPr>
          <w:p w14:paraId="6B8ECC98" w14:textId="77777777" w:rsidR="001E7C23" w:rsidRPr="00260F73" w:rsidRDefault="001E7C23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978922175"/>
            <w:placeholder>
              <w:docPart w:val="622348BC50814D5183A466C1AE850EAD"/>
            </w:placeholder>
            <w:showingPlcHdr/>
          </w:sdtPr>
          <w:sdtContent>
            <w:tc>
              <w:tcPr>
                <w:tcW w:w="6661" w:type="dxa"/>
              </w:tcPr>
              <w:p w14:paraId="604BE046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77326892" w14:textId="77777777" w:rsidTr="00A0792E">
        <w:tc>
          <w:tcPr>
            <w:tcW w:w="2689" w:type="dxa"/>
          </w:tcPr>
          <w:p w14:paraId="2A5A5923" w14:textId="77777777" w:rsidR="001E7C23" w:rsidRPr="00260F73" w:rsidRDefault="001E7C23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785034315"/>
            <w:placeholder>
              <w:docPart w:val="8FD96DD538B1438793F0BEC2FDE11CEE"/>
            </w:placeholder>
            <w:showingPlcHdr/>
          </w:sdtPr>
          <w:sdtContent>
            <w:tc>
              <w:tcPr>
                <w:tcW w:w="6661" w:type="dxa"/>
              </w:tcPr>
              <w:p w14:paraId="671A4E15" w14:textId="77777777" w:rsidR="001E7C23" w:rsidRPr="00260F73" w:rsidRDefault="001E7C23" w:rsidP="001206C0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E7C23" w:rsidRPr="00260F73" w14:paraId="57DD6A8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3E2AD49" w14:textId="77777777" w:rsidR="001E7C23" w:rsidRPr="00260F73" w:rsidRDefault="001E7C23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A1EBA4A" w14:textId="77777777" w:rsidR="001E7C23" w:rsidRPr="00260F73" w:rsidRDefault="001E7C23">
            <w:r w:rsidRPr="00260F73">
              <w:t xml:space="preserve">Yes </w:t>
            </w:r>
            <w:sdt>
              <w:sdtPr>
                <w:id w:val="1150792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86890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5E722A71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C4EA6" w14:textId="3EE488F3" w:rsidR="001E7C23" w:rsidRPr="00260F73" w:rsidRDefault="001E7C23"/>
        </w:tc>
      </w:tr>
      <w:tr w:rsidR="001E7C23" w:rsidRPr="00260F73" w14:paraId="3A1B6C53" w14:textId="77777777" w:rsidTr="00A0792E">
        <w:tc>
          <w:tcPr>
            <w:tcW w:w="2689" w:type="dxa"/>
          </w:tcPr>
          <w:p w14:paraId="299C9E36" w14:textId="702BD2E4" w:rsidR="001E7C23" w:rsidRPr="00260F73" w:rsidRDefault="001E7C23">
            <w:r w:rsidRPr="00260F73">
              <w:rPr>
                <w:b/>
                <w:bCs/>
              </w:rPr>
              <w:t>Role</w:t>
            </w:r>
          </w:p>
        </w:tc>
        <w:sdt>
          <w:sdtPr>
            <w:id w:val="1803802818"/>
            <w:placeholder>
              <w:docPart w:val="4ACD3B59E5A44EF3A1FCBF92086060E9"/>
            </w:placeholder>
            <w:showingPlcHdr/>
          </w:sdtPr>
          <w:sdtContent>
            <w:tc>
              <w:tcPr>
                <w:tcW w:w="6661" w:type="dxa"/>
              </w:tcPr>
              <w:p w14:paraId="786E4A0A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44899B0F" w14:textId="77777777" w:rsidTr="00A0792E">
        <w:tc>
          <w:tcPr>
            <w:tcW w:w="2689" w:type="dxa"/>
          </w:tcPr>
          <w:p w14:paraId="49178E62" w14:textId="77777777" w:rsidR="001E7C23" w:rsidRPr="00260F73" w:rsidRDefault="001E7C23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62169556"/>
            <w:placeholder>
              <w:docPart w:val="4F55DEE7EE5947B88355B3630EE1F523"/>
            </w:placeholder>
            <w:showingPlcHdr/>
          </w:sdtPr>
          <w:sdtContent>
            <w:tc>
              <w:tcPr>
                <w:tcW w:w="6661" w:type="dxa"/>
              </w:tcPr>
              <w:p w14:paraId="27BE2476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0BEACEC1" w14:textId="77777777" w:rsidTr="00A0792E">
        <w:tc>
          <w:tcPr>
            <w:tcW w:w="2689" w:type="dxa"/>
          </w:tcPr>
          <w:p w14:paraId="6E0E6045" w14:textId="77777777" w:rsidR="001E7C23" w:rsidRPr="00260F73" w:rsidRDefault="001E7C23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49665057"/>
            <w:placeholder>
              <w:docPart w:val="FCC9FBA3A0F1449E9783E402C44BF5BB"/>
            </w:placeholder>
            <w:showingPlcHdr/>
          </w:sdtPr>
          <w:sdtContent>
            <w:tc>
              <w:tcPr>
                <w:tcW w:w="6661" w:type="dxa"/>
              </w:tcPr>
              <w:p w14:paraId="38901E65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B5DDE50" w14:textId="77777777" w:rsidTr="00A0792E">
        <w:tc>
          <w:tcPr>
            <w:tcW w:w="2689" w:type="dxa"/>
          </w:tcPr>
          <w:p w14:paraId="4A0A6F38" w14:textId="77777777" w:rsidR="001E7C23" w:rsidRPr="00260F73" w:rsidRDefault="001E7C23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0D599E86" w14:textId="77777777" w:rsidR="001E7C23" w:rsidRPr="00260F73" w:rsidRDefault="001E7C23"/>
        </w:tc>
        <w:sdt>
          <w:sdtPr>
            <w:id w:val="-1401741211"/>
            <w:placeholder>
              <w:docPart w:val="6162A60D42C74FF9855088EE34A10DF9"/>
            </w:placeholder>
            <w:showingPlcHdr/>
          </w:sdtPr>
          <w:sdtContent>
            <w:tc>
              <w:tcPr>
                <w:tcW w:w="6661" w:type="dxa"/>
              </w:tcPr>
              <w:p w14:paraId="422332BA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73F266DC" w14:textId="77777777" w:rsidTr="00A0792E">
        <w:tc>
          <w:tcPr>
            <w:tcW w:w="2689" w:type="dxa"/>
          </w:tcPr>
          <w:p w14:paraId="3B268D9C" w14:textId="77777777" w:rsidR="001E7C23" w:rsidRPr="00260F73" w:rsidRDefault="001E7C23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137EC0" w14:textId="77777777" w:rsidR="001E7C23" w:rsidRPr="00260F73" w:rsidRDefault="001E7C23">
            <w:r w:rsidRPr="00260F73">
              <w:t xml:space="preserve">Complete  </w:t>
            </w:r>
            <w:sdt>
              <w:sdtPr>
                <w:id w:val="36810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719864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00D062DF" w14:textId="77777777" w:rsidTr="00A0792E">
        <w:tc>
          <w:tcPr>
            <w:tcW w:w="2689" w:type="dxa"/>
          </w:tcPr>
          <w:p w14:paraId="35610154" w14:textId="77777777" w:rsidR="001E7C23" w:rsidRPr="00260F73" w:rsidRDefault="001E7C23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784004835"/>
            <w:placeholder>
              <w:docPart w:val="142F481341504EDDABF5C2379768A9A2"/>
            </w:placeholder>
            <w:showingPlcHdr/>
          </w:sdtPr>
          <w:sdtContent>
            <w:tc>
              <w:tcPr>
                <w:tcW w:w="6661" w:type="dxa"/>
              </w:tcPr>
              <w:p w14:paraId="657CD3A6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F7E4973" w14:textId="77777777" w:rsidTr="00A0792E">
        <w:tc>
          <w:tcPr>
            <w:tcW w:w="2689" w:type="dxa"/>
          </w:tcPr>
          <w:p w14:paraId="556DB723" w14:textId="77777777" w:rsidR="001E7C23" w:rsidRPr="00260F73" w:rsidRDefault="001E7C23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654460367"/>
            <w:placeholder>
              <w:docPart w:val="F5409B16BBEB423DA55BAE84A4C3CD7B"/>
            </w:placeholder>
            <w:showingPlcHdr/>
          </w:sdtPr>
          <w:sdtContent>
            <w:tc>
              <w:tcPr>
                <w:tcW w:w="6661" w:type="dxa"/>
              </w:tcPr>
              <w:p w14:paraId="6D17A769" w14:textId="77777777" w:rsidR="001E7C23" w:rsidRPr="00260F73" w:rsidRDefault="001E7C23" w:rsidP="001206C0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E7C23" w:rsidRPr="00260F73" w14:paraId="0ACCC797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AD4A69A" w14:textId="77777777" w:rsidR="001E7C23" w:rsidRPr="00260F73" w:rsidRDefault="001E7C23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B085C60" w14:textId="77777777" w:rsidR="001E7C23" w:rsidRPr="00260F73" w:rsidRDefault="001E7C23">
            <w:r w:rsidRPr="00260F73">
              <w:t xml:space="preserve">Yes </w:t>
            </w:r>
            <w:sdt>
              <w:sdtPr>
                <w:id w:val="122625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17626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55F26A61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190F1" w14:textId="6EFE1E86" w:rsidR="001E7C23" w:rsidRPr="00260F73" w:rsidRDefault="001E7C23"/>
        </w:tc>
      </w:tr>
    </w:tbl>
    <w:p w14:paraId="7A882F9A" w14:textId="77777777" w:rsidR="00E9708F" w:rsidRPr="00260F73" w:rsidRDefault="00E9708F"/>
    <w:p w14:paraId="526A30AF" w14:textId="77777777" w:rsidR="001E7C23" w:rsidRDefault="001E7C2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68E27332" w:rsidR="0075109E" w:rsidRPr="00260F73" w:rsidRDefault="00F211F0" w:rsidP="00F211F0">
      <w:pPr>
        <w:pStyle w:val="Heading1"/>
      </w:pPr>
      <w:r w:rsidRPr="00260F73">
        <w:lastRenderedPageBreak/>
        <w:t>Leadership</w:t>
      </w:r>
      <w:r w:rsidR="0075109E" w:rsidRPr="00260F73">
        <w:t xml:space="preserve"> and management</w:t>
      </w:r>
    </w:p>
    <w:p w14:paraId="1FC78D44" w14:textId="2D5B2B68" w:rsidR="00214ECC" w:rsidRDefault="00214ECC"/>
    <w:p w14:paraId="46C30522" w14:textId="71604A2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time you demonstrated leadership in a clinical setting.</w:t>
      </w:r>
    </w:p>
    <w:sdt>
      <w:sdtPr>
        <w:id w:val="-1742706817"/>
        <w:placeholder>
          <w:docPart w:val="E7D02D12569949259F4B303AE9EE91BE"/>
        </w:placeholder>
        <w:showingPlcHdr/>
      </w:sdtPr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2140306F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service improvement 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08A446E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 in a busy clinical environment?</w:t>
      </w:r>
    </w:p>
    <w:sdt>
      <w:sdtPr>
        <w:id w:val="-195615532"/>
        <w:placeholder>
          <w:docPart w:val="9380793E9EE044989EB44762814E78B6"/>
        </w:placeholder>
        <w:showingPlcHdr/>
      </w:sdtPr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6C9DDCF2" w14:textId="77777777" w:rsidR="00015574" w:rsidRDefault="00015574" w:rsidP="00015574"/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Content>
        <w:p w14:paraId="2D12A2C2" w14:textId="10500527" w:rsidR="00015574" w:rsidRDefault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sectPr w:rsidR="00015574" w:rsidSect="001C17E4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rol Blackburn" w:date="2026-06-25T16:14:00Z" w:initials="CB">
    <w:p w14:paraId="2BEC1D82" w14:textId="77777777" w:rsidR="000A5F58" w:rsidRDefault="000A5F58" w:rsidP="000A5F58">
      <w:pPr>
        <w:pStyle w:val="CommentText"/>
      </w:pPr>
      <w:r>
        <w:rPr>
          <w:rStyle w:val="CommentReference"/>
        </w:rPr>
        <w:annotationRef/>
      </w:r>
      <w:r>
        <w:t>Can we be more specific for clarity- “ starting with most recent “</w:t>
      </w:r>
    </w:p>
    <w:p w14:paraId="1C34C21F" w14:textId="77777777" w:rsidR="000A5F58" w:rsidRDefault="000A5F58" w:rsidP="000A5F58">
      <w:pPr>
        <w:pStyle w:val="CommentText"/>
      </w:pPr>
      <w:r>
        <w:t>We want them to include paeds relevant courses and awards not just mandatory training elements, should we offer examples like APLS, APEX?</w:t>
      </w:r>
    </w:p>
  </w:comment>
  <w:comment w:id="1" w:author="Carol Blackburn" w:date="2026-06-25T09:12:00Z" w:initials="CB">
    <w:p w14:paraId="33263F5B" w14:textId="77777777" w:rsidR="000A5F58" w:rsidRDefault="000A5F58">
      <w:pPr>
        <w:pStyle w:val="CommentText"/>
      </w:pPr>
      <w:r>
        <w:rPr>
          <w:rStyle w:val="CommentReference"/>
        </w:rPr>
        <w:annotationRef/>
      </w:r>
      <w:r w:rsidRPr="52145F16">
        <w:t>Can we add, “</w:t>
      </w:r>
      <w:r w:rsidRPr="17F9C6BB">
        <w:t>posters ,</w:t>
      </w:r>
      <w:r w:rsidRPr="76A8E65C">
        <w:t xml:space="preserve"> oral presentations and published work” in order to encourage them to not just list 6 posters!?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34C21F" w15:done="1"/>
  <w15:commentEx w15:paraId="33263F5B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34C21F" w16cid:durableId="53FBDF49"/>
  <w16cid:commentId w16cid:paraId="33263F5B" w16cid:durableId="23B496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BF237" w14:textId="77777777" w:rsidR="008C3E89" w:rsidRPr="00260F73" w:rsidRDefault="008C3E89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398D5712" w14:textId="77777777" w:rsidR="008C3E89" w:rsidRPr="00260F73" w:rsidRDefault="008C3E89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05A1C" w14:textId="77777777" w:rsidR="008C3E89" w:rsidRPr="00260F73" w:rsidRDefault="008C3E89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3B7E30E6" w14:textId="77777777" w:rsidR="008C3E89" w:rsidRPr="00260F73" w:rsidRDefault="008C3E89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2F61B1D5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260F73" w:rsidRPr="00260F73">
      <w:t>General Paediatrics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0E44F8EB" w:rsidR="001B2E81" w:rsidRPr="00260F73" w:rsidRDefault="00260F7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6DFF88" wp14:editId="11C770AB">
          <wp:simplePos x="0" y="0"/>
          <wp:positionH relativeFrom="column">
            <wp:posOffset>-628650</wp:posOffset>
          </wp:positionH>
          <wp:positionV relativeFrom="paragraph">
            <wp:posOffset>-177800</wp:posOffset>
          </wp:positionV>
          <wp:extent cx="2926041" cy="1044000"/>
          <wp:effectExtent l="0" t="0" r="8255" b="3810"/>
          <wp:wrapTopAndBottom/>
          <wp:docPr id="3720198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019877" name="Picture 3720198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041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2142C"/>
    <w:multiLevelType w:val="hybridMultilevel"/>
    <w:tmpl w:val="69E288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4"/>
  </w:num>
  <w:num w:numId="14" w16cid:durableId="889731661">
    <w:abstractNumId w:val="15"/>
  </w:num>
  <w:num w:numId="15" w16cid:durableId="323359985">
    <w:abstractNumId w:val="13"/>
  </w:num>
  <w:num w:numId="16" w16cid:durableId="146160627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ol Blackburn">
    <w15:presenceInfo w15:providerId="None" w15:userId="Carol Blackbur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6063C"/>
    <w:rsid w:val="00081140"/>
    <w:rsid w:val="000834D5"/>
    <w:rsid w:val="000A5F58"/>
    <w:rsid w:val="0015074B"/>
    <w:rsid w:val="001739F7"/>
    <w:rsid w:val="001B2E81"/>
    <w:rsid w:val="001C17E4"/>
    <w:rsid w:val="001E7C23"/>
    <w:rsid w:val="00214ECC"/>
    <w:rsid w:val="002319B9"/>
    <w:rsid w:val="00260F73"/>
    <w:rsid w:val="002931FF"/>
    <w:rsid w:val="0029639D"/>
    <w:rsid w:val="002D7D98"/>
    <w:rsid w:val="002E140B"/>
    <w:rsid w:val="00326F90"/>
    <w:rsid w:val="003729FB"/>
    <w:rsid w:val="004929C5"/>
    <w:rsid w:val="004A41F5"/>
    <w:rsid w:val="004D6768"/>
    <w:rsid w:val="005227CF"/>
    <w:rsid w:val="00547911"/>
    <w:rsid w:val="00597958"/>
    <w:rsid w:val="005A051B"/>
    <w:rsid w:val="006D0099"/>
    <w:rsid w:val="0075109E"/>
    <w:rsid w:val="007C0991"/>
    <w:rsid w:val="007C3707"/>
    <w:rsid w:val="00801BD9"/>
    <w:rsid w:val="00821B93"/>
    <w:rsid w:val="008525FA"/>
    <w:rsid w:val="008C3E89"/>
    <w:rsid w:val="009A7B67"/>
    <w:rsid w:val="009E4AEB"/>
    <w:rsid w:val="00A0792E"/>
    <w:rsid w:val="00A36383"/>
    <w:rsid w:val="00A606A6"/>
    <w:rsid w:val="00AA1D8D"/>
    <w:rsid w:val="00B16633"/>
    <w:rsid w:val="00B47730"/>
    <w:rsid w:val="00B8038E"/>
    <w:rsid w:val="00BD4838"/>
    <w:rsid w:val="00C7253B"/>
    <w:rsid w:val="00C95D05"/>
    <w:rsid w:val="00CB0664"/>
    <w:rsid w:val="00CD745A"/>
    <w:rsid w:val="00DA296B"/>
    <w:rsid w:val="00E9708F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B16618" w:rsidP="00B16618">
          <w:pPr>
            <w:pStyle w:val="F4D6CB2241074A76A75ACE4A72F3BA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B16618" w:rsidP="00B16618">
          <w:pPr>
            <w:pStyle w:val="5C6BE9DD57B042A78E73AE6C65AB81E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B16618" w:rsidP="00B16618">
          <w:pPr>
            <w:pStyle w:val="B94FF17A7DD844238942618D220CAEE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B16618" w:rsidP="00B16618">
          <w:pPr>
            <w:pStyle w:val="767E5F504CE04A3283DBB5C362BF53D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B16618" w:rsidP="00B16618">
          <w:pPr>
            <w:pStyle w:val="15FA136DFCC9400EA3643631FD9D49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B16618" w:rsidP="00B16618">
          <w:pPr>
            <w:pStyle w:val="758EF154077D4EC492E0AA02749775E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B16618" w:rsidP="00B16618">
          <w:pPr>
            <w:pStyle w:val="60444590C5F4414E83C6454885D5753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B16618" w:rsidP="00B16618">
          <w:pPr>
            <w:pStyle w:val="096DC268CB3744C7AF90E558EFABE7F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B16618" w:rsidP="00B16618">
          <w:pPr>
            <w:pStyle w:val="16EE3227410F4460A6706019F08584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B16618" w:rsidP="00B16618">
          <w:pPr>
            <w:pStyle w:val="35C6ADD19D0A4F7F9AA8A8D4CCB1374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B16618" w:rsidP="00B16618">
          <w:pPr>
            <w:pStyle w:val="0AD4EFDEB46F4DD3B07D7D864B6EAE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B16618" w:rsidP="00B16618">
          <w:pPr>
            <w:pStyle w:val="C969D259CE28476AA1EB44B74A93B0D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B16618" w:rsidP="00B16618">
          <w:pPr>
            <w:pStyle w:val="4163D3241B974CB9999FF0EC5B4E2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B16618" w:rsidP="00B16618">
          <w:pPr>
            <w:pStyle w:val="89495584885745569DDCF4FEC1482D0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B16618" w:rsidP="00B16618">
          <w:pPr>
            <w:pStyle w:val="66C6F6902A3B4D4CA7D745FDDA70B68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B16618" w:rsidP="00B16618">
          <w:pPr>
            <w:pStyle w:val="4CD965A9EE694FECADF2476D720E7B6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B16618" w:rsidP="00B16618">
          <w:pPr>
            <w:pStyle w:val="09E232A6ADC042DB884957F020A929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B16618" w:rsidP="00B16618">
          <w:pPr>
            <w:pStyle w:val="3DF7FD3C5E5C4C0992D419903A5ACDD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B16618" w:rsidP="00B16618">
          <w:pPr>
            <w:pStyle w:val="657F90F891404138BEF4C8B0986FE70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B16618" w:rsidP="00B16618">
          <w:pPr>
            <w:pStyle w:val="C9113B8A854441D682CE5AC80AFB086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B16618" w:rsidP="00B16618">
          <w:pPr>
            <w:pStyle w:val="E3F5175B57004446843F4F317C13BE7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B16618" w:rsidP="00B16618">
          <w:pPr>
            <w:pStyle w:val="74CADD3637F3476CAEF2795719E307A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B16618" w:rsidP="00B16618">
          <w:pPr>
            <w:pStyle w:val="6E2E25C8BD59485F83A4E1A3EB66C1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B16618" w:rsidP="00B16618">
          <w:pPr>
            <w:pStyle w:val="CADFFF9D18954E1993F5C0789B03E17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B16618" w:rsidP="00B16618">
          <w:pPr>
            <w:pStyle w:val="872FF4CA11794B8A841DB2220DF10EA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B16618" w:rsidP="00B16618">
          <w:pPr>
            <w:pStyle w:val="4E97BD512F134974B65EC5CE1A1FFA5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B16618" w:rsidP="00B16618">
          <w:pPr>
            <w:pStyle w:val="43C24FC1DD4E4C25906C3761C0E444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B16618" w:rsidP="00B16618">
          <w:pPr>
            <w:pStyle w:val="6E5B51F8A20C49259CB13015EB12138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B16618" w:rsidP="00B16618">
          <w:pPr>
            <w:pStyle w:val="ACA81B7FEB124004A04A95F11ADBD7A7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B16618" w:rsidP="00B16618">
          <w:pPr>
            <w:pStyle w:val="AB27C8C8D90949D99B80C3BCC40C6D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B16618" w:rsidP="00B16618">
          <w:pPr>
            <w:pStyle w:val="BE6BAA36B4CE46CCBA1107A2CA863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B16618" w:rsidP="00B16618">
          <w:pPr>
            <w:pStyle w:val="98F3A9EE91754E259AFD2F141BD88EC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B16618" w:rsidP="00B16618">
          <w:pPr>
            <w:pStyle w:val="A562792367E244C2B52C13434E400D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B16618" w:rsidP="00B16618">
          <w:pPr>
            <w:pStyle w:val="7E217E49FF2B4BCCB4F3ACCCBA86205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B16618" w:rsidP="00B16618">
          <w:pPr>
            <w:pStyle w:val="A6B6B6169038418C8F137F03A3BAC3E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B16618" w:rsidP="00B16618">
          <w:pPr>
            <w:pStyle w:val="BA84038C5BAB4BC98BCFD7720888F4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B16618" w:rsidP="00B16618">
          <w:pPr>
            <w:pStyle w:val="2A85F1BB5E59479D91B2E845B7410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B16618" w:rsidP="00B16618">
          <w:pPr>
            <w:pStyle w:val="734A0FEE22AB4D08A85FAFBB84445CB9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B16618" w:rsidP="00B16618">
          <w:pPr>
            <w:pStyle w:val="3AE69983638E496B87E186B118E83D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B16618" w:rsidP="00B16618">
          <w:pPr>
            <w:pStyle w:val="4E1B8BE8E635423EB269141E9E2912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B16618" w:rsidP="00B16618">
          <w:pPr>
            <w:pStyle w:val="522C19E6AA2346A4966003129C441C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B16618" w:rsidP="00B16618">
          <w:pPr>
            <w:pStyle w:val="DC6DBC8E8B3947CB8F9195F36B67D85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B16618" w:rsidP="00B16618">
          <w:pPr>
            <w:pStyle w:val="49487EF4E50B45EF8F8DF0A58099CB0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B16618" w:rsidP="00B16618">
          <w:pPr>
            <w:pStyle w:val="C6C5AA04D5744E5397F5B4C02E599FE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B16618" w:rsidP="00B16618">
          <w:pPr>
            <w:pStyle w:val="657845195F10471BB191FDF6254F450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B16618" w:rsidP="00B16618">
          <w:pPr>
            <w:pStyle w:val="4261ABEBA6024587BD9BFFA89B86CBA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B16618" w:rsidP="00B16618">
          <w:pPr>
            <w:pStyle w:val="ECE4C47E07C843CCA2D7255597D077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B16618" w:rsidP="00B16618">
          <w:pPr>
            <w:pStyle w:val="9444CF760006459A89EF2B7CE3AFF2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B16618" w:rsidP="00B16618">
          <w:pPr>
            <w:pStyle w:val="A451D5A1F2414B9AB219F05CFB3EC45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B16618" w:rsidP="00B16618">
          <w:pPr>
            <w:pStyle w:val="E58E1C4CC73644419B96786849CD0414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B16618" w:rsidP="00B16618">
          <w:pPr>
            <w:pStyle w:val="CA4E4ABAE5DA465E97A6237A7809538C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B16618" w:rsidP="00B16618">
          <w:pPr>
            <w:pStyle w:val="156AE4FD73954CA688AAE317B321396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B16618" w:rsidP="00B16618">
          <w:pPr>
            <w:pStyle w:val="6D5A277E4DAE4119840AF2E2D970FC5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B16618" w:rsidP="00B16618">
          <w:pPr>
            <w:pStyle w:val="586FFECF142C4598987272C037E4807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B16618" w:rsidP="00B16618">
          <w:pPr>
            <w:pStyle w:val="0FB6E5FECABF45829BB384A56029A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B16618" w:rsidP="00B16618">
          <w:pPr>
            <w:pStyle w:val="7041F98D97294F33B27DB409BE8E3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B16618" w:rsidP="00B16618">
          <w:pPr>
            <w:pStyle w:val="73AB6D1D873F4738BF61AE697637871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B16618" w:rsidP="00B16618">
          <w:pPr>
            <w:pStyle w:val="520891A0A4C04E9D9F8A8F3644975C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B16618" w:rsidP="00B16618">
          <w:pPr>
            <w:pStyle w:val="C582574595EA444189787F4DFB8EE37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B16618" w:rsidP="00B16618">
          <w:pPr>
            <w:pStyle w:val="55670920D67C4481B676B57D42BEF39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B16618" w:rsidP="00B16618">
          <w:pPr>
            <w:pStyle w:val="1734C0B0E50C4165979C1D1CD6EF511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B16618" w:rsidP="00B16618">
          <w:pPr>
            <w:pStyle w:val="982533AA1A67444FAB6AD764FF1EF8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B16618" w:rsidP="00B16618">
          <w:pPr>
            <w:pStyle w:val="A8251704D7154EB4AAFD40739CBF323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B16618" w:rsidP="00B16618">
          <w:pPr>
            <w:pStyle w:val="092F71A98DCB432994A49CF6A2418B19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B16618" w:rsidP="00B16618">
          <w:pPr>
            <w:pStyle w:val="FF714C39671F4059B6173089394CD3E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B16618" w:rsidP="00B16618">
          <w:pPr>
            <w:pStyle w:val="28589E92AA8443098EDE0E709D3F980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B16618" w:rsidP="00B16618">
          <w:pPr>
            <w:pStyle w:val="7B8873B5DDFA49E29AD3D86C96355B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B16618" w:rsidP="00B16618">
          <w:pPr>
            <w:pStyle w:val="7D53A91E55554B1E87906AAB7E66728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B16618" w:rsidP="00B16618">
          <w:pPr>
            <w:pStyle w:val="A98CC7936C024C2988776FBA2CC670B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B16618" w:rsidP="00B16618">
          <w:pPr>
            <w:pStyle w:val="2E9B36F7201C45DF99CA9FA9C42900A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B16618" w:rsidP="00B16618">
          <w:pPr>
            <w:pStyle w:val="09814CF1CD7A47D3BB560F37A96F9D5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B16618" w:rsidP="00B16618">
          <w:pPr>
            <w:pStyle w:val="7793DEAF92564508A217818A964BBBC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56754DF05D440794B920DC01AB1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485F6-6535-4FE7-A637-75BEF9E1A50F}"/>
      </w:docPartPr>
      <w:docPartBody>
        <w:p w:rsidR="00B16618" w:rsidRDefault="00B16618" w:rsidP="00B16618">
          <w:pPr>
            <w:pStyle w:val="BA56754DF05D440794B920DC01AB150D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B16618" w:rsidRDefault="00B16618" w:rsidP="00B16618">
          <w:pPr>
            <w:pStyle w:val="D5F14FB66A15431389EB3E003A7DAD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B16618" w:rsidRDefault="00B16618" w:rsidP="00B16618">
          <w:pPr>
            <w:pStyle w:val="0650B01579224C17841E78E78C05793F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74A2D43DF304886A881A48DB725E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E72E5-4948-48E8-9DE8-B06639183B3A}"/>
      </w:docPartPr>
      <w:docPartBody>
        <w:p w:rsidR="00B16618" w:rsidRDefault="00B16618" w:rsidP="00B16618">
          <w:pPr>
            <w:pStyle w:val="774A2D43DF304886A881A48DB725E3A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2DC1AC1EF943789D35F04A29286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506E0-FADB-414D-92CD-DEB6601EDB19}"/>
      </w:docPartPr>
      <w:docPartBody>
        <w:p w:rsidR="00B16618" w:rsidRDefault="00B16618" w:rsidP="00B16618">
          <w:pPr>
            <w:pStyle w:val="F52DC1AC1EF943789D35F04A292863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F9E9C7F32471294302BE920C10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D664F-E9C8-4485-9683-DC8C4E265DBB}"/>
      </w:docPartPr>
      <w:docPartBody>
        <w:p w:rsidR="00B16618" w:rsidRDefault="00B16618" w:rsidP="00B16618">
          <w:pPr>
            <w:pStyle w:val="8F0F9E9C7F32471294302BE920C10E9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00EF9D5C5064AC3A5046E4511DC1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B0F91-ADE7-4D80-8AA1-9EC72A9426B7}"/>
      </w:docPartPr>
      <w:docPartBody>
        <w:p w:rsidR="00B16618" w:rsidRDefault="00B16618" w:rsidP="00B16618">
          <w:pPr>
            <w:pStyle w:val="400EF9D5C5064AC3A5046E4511DC1EF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C1A675730A4DF4BE8EF00B98806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0FAA6-9860-4C30-9999-C8719FE9A738}"/>
      </w:docPartPr>
      <w:docPartBody>
        <w:p w:rsidR="00B16618" w:rsidRDefault="00B16618" w:rsidP="00B16618">
          <w:pPr>
            <w:pStyle w:val="47C1A675730A4DF4BE8EF00B9880615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66F365C96545E7BCD8875465C89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6FC79-DC28-4008-BBA4-F67252027701}"/>
      </w:docPartPr>
      <w:docPartBody>
        <w:p w:rsidR="00B16618" w:rsidRDefault="00B16618" w:rsidP="00B16618">
          <w:pPr>
            <w:pStyle w:val="B066F365C96545E7BCD8875465C8950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A6CB71295541ACA9F42EDDCCA9A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242E4-429A-407F-B29A-5FB51318A063}"/>
      </w:docPartPr>
      <w:docPartBody>
        <w:p w:rsidR="00B16618" w:rsidRDefault="00B16618" w:rsidP="00B16618">
          <w:pPr>
            <w:pStyle w:val="84A6CB71295541ACA9F42EDDCCA9A36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D7DA4317824562B0E76F185F28F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99A68-6658-47DB-9892-973690EEFA89}"/>
      </w:docPartPr>
      <w:docPartBody>
        <w:p w:rsidR="00B16618" w:rsidRDefault="00B16618" w:rsidP="00B16618">
          <w:pPr>
            <w:pStyle w:val="BAD7DA4317824562B0E76F185F28F5ED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9CD8A7535044DA89BE48C5A80D6D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125A1-D9C2-4E7A-8EB1-8369583926CD}"/>
      </w:docPartPr>
      <w:docPartBody>
        <w:p w:rsidR="00B16618" w:rsidRDefault="00B16618" w:rsidP="00B16618">
          <w:pPr>
            <w:pStyle w:val="29CD8A7535044DA89BE48C5A80D6D1A5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A89163453E74F2594044BAC0AC30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CF81B-8809-4098-9DFF-40C73AA9BBE6}"/>
      </w:docPartPr>
      <w:docPartBody>
        <w:p w:rsidR="00B16618" w:rsidRDefault="00B16618" w:rsidP="00B16618">
          <w:pPr>
            <w:pStyle w:val="3A89163453E74F2594044BAC0AC3048A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FE5C23E83A14735ADE17CCB15AA3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1EC5E-3AC5-4BEB-B1C0-7CE2F5D6C4BB}"/>
      </w:docPartPr>
      <w:docPartBody>
        <w:p w:rsidR="00B16618" w:rsidRDefault="00B16618" w:rsidP="00B16618">
          <w:pPr>
            <w:pStyle w:val="1FE5C23E83A14735ADE17CCB15AA3DE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5B3F827A0E244F3C885C33E9F6C93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4F6C0-DC43-4138-9DF9-18B0EFAD1CCF}"/>
      </w:docPartPr>
      <w:docPartBody>
        <w:p w:rsidR="00B16618" w:rsidRDefault="00B16618" w:rsidP="00B16618">
          <w:pPr>
            <w:pStyle w:val="5B3F827A0E244F3C885C33E9F6C9368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413D3F1F144513A748172053677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4034B-4857-4930-8ACD-ADB9C9BB1730}"/>
      </w:docPartPr>
      <w:docPartBody>
        <w:p w:rsidR="00B16618" w:rsidRDefault="00B16618" w:rsidP="00B16618">
          <w:pPr>
            <w:pStyle w:val="FB413D3F1F144513A748172053677684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9480043D7744BF9323BB102EAC1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E06FA-E22D-4965-933F-BD5CF928FFB0}"/>
      </w:docPartPr>
      <w:docPartBody>
        <w:p w:rsidR="00B16618" w:rsidRDefault="00B16618" w:rsidP="00B16618">
          <w:pPr>
            <w:pStyle w:val="D69480043D7744BF9323BB102EAC18D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A4FA7FD9C7483B9C6ED2C995AE6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0DA46-CC1F-4F26-A3D6-920BB19D9667}"/>
      </w:docPartPr>
      <w:docPartBody>
        <w:p w:rsidR="00B16618" w:rsidRDefault="00B16618" w:rsidP="00B16618">
          <w:pPr>
            <w:pStyle w:val="85A4FA7FD9C7483B9C6ED2C995AE66EF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CD7F55E56614662B1BD690D409E3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9F4AE-5277-45A4-95CF-B5CFF18E507D}"/>
      </w:docPartPr>
      <w:docPartBody>
        <w:p w:rsidR="00B16618" w:rsidRDefault="00B16618" w:rsidP="00B16618">
          <w:pPr>
            <w:pStyle w:val="4CD7F55E56614662B1BD690D409E392D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83CA545F1404488F9BCDC6DF6ECD5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2B3B0-6067-4C72-B989-4349DD7499EF}"/>
      </w:docPartPr>
      <w:docPartBody>
        <w:p w:rsidR="00B16618" w:rsidRDefault="00B16618" w:rsidP="00B16618">
          <w:pPr>
            <w:pStyle w:val="83CA545F1404488F9BCDC6DF6ECD569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791A6C3B4B409F9841ABAC34947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2372C-25E2-443E-BBA7-8F2561F21C41}"/>
      </w:docPartPr>
      <w:docPartBody>
        <w:p w:rsidR="00B16618" w:rsidRDefault="00B16618" w:rsidP="00B16618">
          <w:pPr>
            <w:pStyle w:val="64791A6C3B4B409F9841ABAC34947CD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2F660841949E08B46FD76E76ED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216E7-41C3-425C-9613-3D89A8E935D8}"/>
      </w:docPartPr>
      <w:docPartBody>
        <w:p w:rsidR="00B16618" w:rsidRDefault="00B16618" w:rsidP="00B16618">
          <w:pPr>
            <w:pStyle w:val="7BB2F660841949E08B46FD76E76ED417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22D1F9AF534FDC8C02CAF2CDAB4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9B8F1-BC2D-4BA2-83D5-1751178FA561}"/>
      </w:docPartPr>
      <w:docPartBody>
        <w:p w:rsidR="00B16618" w:rsidRDefault="00B16618" w:rsidP="00B16618">
          <w:pPr>
            <w:pStyle w:val="6522D1F9AF534FDC8C02CAF2CDAB4BB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382E02C342B49EE9B5620169D18E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CEE58-689D-4AF6-8F7E-FBB6AAF12241}"/>
      </w:docPartPr>
      <w:docPartBody>
        <w:p w:rsidR="00B16618" w:rsidRDefault="00B16618" w:rsidP="00B16618">
          <w:pPr>
            <w:pStyle w:val="F382E02C342B49EE9B5620169D18E68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3C318EBCB23488ABD237F04F18A7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06682-0656-4787-BF65-F38DE3EA5C4E}"/>
      </w:docPartPr>
      <w:docPartBody>
        <w:p w:rsidR="00B16618" w:rsidRDefault="00B16618" w:rsidP="00B16618">
          <w:pPr>
            <w:pStyle w:val="B3C318EBCB23488ABD237F04F18A79F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DB70BD4451466F97471D39AB200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CA97A-82BD-4CA4-8C9C-99CEB3ECF10D}"/>
      </w:docPartPr>
      <w:docPartBody>
        <w:p w:rsidR="00B16618" w:rsidRDefault="00B16618" w:rsidP="00B16618">
          <w:pPr>
            <w:pStyle w:val="27DB70BD4451466F97471D39AB200A3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0EFB6E5C44B36A3A949DA73FDC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F1DA8-8C5C-4B6C-AD71-755251B89CDC}"/>
      </w:docPartPr>
      <w:docPartBody>
        <w:p w:rsidR="00B16618" w:rsidRDefault="00B16618" w:rsidP="00B16618">
          <w:pPr>
            <w:pStyle w:val="42B0EFB6E5C44B36A3A949DA73FDCE3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9B4CFDD701402581D2184F70410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82D9C-CD44-49D6-9058-E59C2FBDF162}"/>
      </w:docPartPr>
      <w:docPartBody>
        <w:p w:rsidR="00B16618" w:rsidRDefault="00B16618" w:rsidP="00B16618">
          <w:pPr>
            <w:pStyle w:val="889B4CFDD701402581D2184F70410878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0E7F21F7C74B9EB2B3FE75BF17E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EBE9-C029-4830-A3D9-0F7ADAE25657}"/>
      </w:docPartPr>
      <w:docPartBody>
        <w:p w:rsidR="00B16618" w:rsidRDefault="00B16618" w:rsidP="00B16618">
          <w:pPr>
            <w:pStyle w:val="0D0E7F21F7C74B9EB2B3FE75BF17E85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B16618" w:rsidRDefault="00B16618" w:rsidP="00B16618">
          <w:pPr>
            <w:pStyle w:val="E7D02D12569949259F4B303AE9EE91BE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B16618" w:rsidRDefault="00B16618" w:rsidP="00B16618">
          <w:pPr>
            <w:pStyle w:val="CAA78230F4974F91A466D1A3E44D5E2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B16618" w:rsidRDefault="00B16618" w:rsidP="00B16618">
          <w:pPr>
            <w:pStyle w:val="F0CFA2EC4C7B4356B9A2A03A62C38968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B16618" w:rsidRDefault="00B16618" w:rsidP="00B16618">
          <w:pPr>
            <w:pStyle w:val="9380793E9EE044989EB44762814E78B6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B16618" w:rsidRDefault="00B16618" w:rsidP="00B16618">
          <w:pPr>
            <w:pStyle w:val="0E951C26B4874E2787CBE628EA2C2094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B16618" w:rsidRDefault="00B16618" w:rsidP="00B16618">
          <w:pPr>
            <w:pStyle w:val="07E5AC0373094234B85BEF415F1A8998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B16618" w:rsidRDefault="00B16618" w:rsidP="00B16618">
          <w:pPr>
            <w:pStyle w:val="3ED87B2022A34B2198DC2B217B191AF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3BC8C880F02488D9440E42777A56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96BC6-3949-4C98-A65D-8316E428F85B}"/>
      </w:docPartPr>
      <w:docPartBody>
        <w:p w:rsidR="00000000" w:rsidRDefault="00B16618" w:rsidP="00B16618">
          <w:pPr>
            <w:pStyle w:val="43BC8C880F02488D9440E42777A564A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C793FE9A4D80B1D79B6FA021D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E627E-6CFF-4335-BD6F-B300367C4783}"/>
      </w:docPartPr>
      <w:docPartBody>
        <w:p w:rsidR="00000000" w:rsidRDefault="00B16618" w:rsidP="00B16618">
          <w:pPr>
            <w:pStyle w:val="E213C793FE9A4D80B1D79B6FA021DE5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6EB4B8F897754D6A8ED15DFE37960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88041-D63B-4546-9404-C360B1CE6A30}"/>
      </w:docPartPr>
      <w:docPartBody>
        <w:p w:rsidR="00000000" w:rsidRDefault="00B16618" w:rsidP="00B16618">
          <w:pPr>
            <w:pStyle w:val="6EB4B8F897754D6A8ED15DFE379608EA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1DE80C0EA1454B9F502143A303F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4ECAA-B648-4E34-8243-E41941F957CE}"/>
      </w:docPartPr>
      <w:docPartBody>
        <w:p w:rsidR="00000000" w:rsidRDefault="00B16618" w:rsidP="00B16618">
          <w:pPr>
            <w:pStyle w:val="FA1DE80C0EA1454B9F502143A303FF6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69FD0B6DCA45D69BD0BC2B153C5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793F0-76C5-4D60-A8FB-576128C85C92}"/>
      </w:docPartPr>
      <w:docPartBody>
        <w:p w:rsidR="00000000" w:rsidRDefault="00B16618" w:rsidP="00B16618">
          <w:pPr>
            <w:pStyle w:val="9069FD0B6DCA45D69BD0BC2B153C595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70E8711E7C435780CE65A58389B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EE623-FF70-4A62-A465-FB580DBEE0E2}"/>
      </w:docPartPr>
      <w:docPartBody>
        <w:p w:rsidR="00000000" w:rsidRDefault="00B16618" w:rsidP="00B16618">
          <w:pPr>
            <w:pStyle w:val="AE70E8711E7C435780CE65A58389BBE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F16F23100243438E168EF3DD145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2286D-FCF8-4A2E-9FA4-1B527C00A46A}"/>
      </w:docPartPr>
      <w:docPartBody>
        <w:p w:rsidR="00000000" w:rsidRDefault="00B16618" w:rsidP="00B16618">
          <w:pPr>
            <w:pStyle w:val="F5F16F23100243438E168EF3DD145CD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39DEB80A7944DFBE4F24EB706EF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FE715-C014-4958-9B2F-5DDCDA328E85}"/>
      </w:docPartPr>
      <w:docPartBody>
        <w:p w:rsidR="00000000" w:rsidRDefault="00B16618" w:rsidP="00B16618">
          <w:pPr>
            <w:pStyle w:val="3E39DEB80A7944DFBE4F24EB706EFF5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988C9AD9BB485C85B97ED0BCA77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43358-5573-41BF-840A-08E3AF7AAEC0}"/>
      </w:docPartPr>
      <w:docPartBody>
        <w:p w:rsidR="00000000" w:rsidRDefault="00B16618" w:rsidP="00B16618">
          <w:pPr>
            <w:pStyle w:val="8F988C9AD9BB485C85B97ED0BCA77BC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5605AD6BBDF4ED99F8ADA63547E8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CEC0B-85C9-484B-AD0B-34C374B6864D}"/>
      </w:docPartPr>
      <w:docPartBody>
        <w:p w:rsidR="00000000" w:rsidRDefault="00B16618" w:rsidP="00B16618">
          <w:pPr>
            <w:pStyle w:val="35605AD6BBDF4ED99F8ADA63547E822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3EA6E0524F43B990D19E2473509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9E321-8142-42A8-A2E9-12719F69CB25}"/>
      </w:docPartPr>
      <w:docPartBody>
        <w:p w:rsidR="00000000" w:rsidRDefault="00B16618" w:rsidP="00B16618">
          <w:pPr>
            <w:pStyle w:val="8D3EA6E0524F43B990D19E247350906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2ED811C3F340E4B66E25B03C5F2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55BED-DBBF-423B-9266-C7E47CB852E1}"/>
      </w:docPartPr>
      <w:docPartBody>
        <w:p w:rsidR="00000000" w:rsidRDefault="00B16618" w:rsidP="00B16618">
          <w:pPr>
            <w:pStyle w:val="B92ED811C3F340E4B66E25B03C5F259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D0958EC6A948C186CCC40A9E055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BCBFC-4071-4E2D-A58D-3A6DD8E6DC4F}"/>
      </w:docPartPr>
      <w:docPartBody>
        <w:p w:rsidR="00000000" w:rsidRDefault="00B16618" w:rsidP="00B16618">
          <w:pPr>
            <w:pStyle w:val="CBD0958EC6A948C186CCC40A9E05541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8DD59B7DC4472982AEB06FBE5E4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CDC8C-E0CE-41DF-8995-E1F5412F8F53}"/>
      </w:docPartPr>
      <w:docPartBody>
        <w:p w:rsidR="00000000" w:rsidRDefault="00B16618" w:rsidP="00B16618">
          <w:pPr>
            <w:pStyle w:val="828DD59B7DC4472982AEB06FBE5E4B1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200B00F824435FB5CD68C3C09FE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EAF34-98FF-40D2-9E58-12C42EE30404}"/>
      </w:docPartPr>
      <w:docPartBody>
        <w:p w:rsidR="00000000" w:rsidRDefault="00B16618" w:rsidP="00B16618">
          <w:pPr>
            <w:pStyle w:val="B5200B00F824435FB5CD68C3C09FE7D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D5F2AE201A4FD79F7104F95101E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45738-DAF4-414B-AFFE-DF854372AF73}"/>
      </w:docPartPr>
      <w:docPartBody>
        <w:p w:rsidR="00000000" w:rsidRDefault="00B16618" w:rsidP="00B16618">
          <w:pPr>
            <w:pStyle w:val="FFD5F2AE201A4FD79F7104F95101E6CF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04854AD817545C28541509732864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3467B-06EC-4662-81C1-B6F7C22F8738}"/>
      </w:docPartPr>
      <w:docPartBody>
        <w:p w:rsidR="00000000" w:rsidRDefault="00B16618" w:rsidP="00B16618">
          <w:pPr>
            <w:pStyle w:val="804854AD817545C2854150973286422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F074EE3646543CF9DE978023F8BB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A2126-A33F-4470-8D0A-57C22549E50E}"/>
      </w:docPartPr>
      <w:docPartBody>
        <w:p w:rsidR="00000000" w:rsidRDefault="00B16618" w:rsidP="00B16618">
          <w:pPr>
            <w:pStyle w:val="0F074EE3646543CF9DE978023F8BB02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FE7C5D100B4780909EB75B6E766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6B476-7B6F-48BF-8041-C8B115FF4990}"/>
      </w:docPartPr>
      <w:docPartBody>
        <w:p w:rsidR="00000000" w:rsidRDefault="00B16618" w:rsidP="00B16618">
          <w:pPr>
            <w:pStyle w:val="79FE7C5D100B4780909EB75B6E766D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2F3B4F4A044AD5B43FD49548FC8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E84-1184-40AF-9F89-672A3837287F}"/>
      </w:docPartPr>
      <w:docPartBody>
        <w:p w:rsidR="00000000" w:rsidRDefault="00B16618" w:rsidP="00B16618">
          <w:pPr>
            <w:pStyle w:val="482F3B4F4A044AD5B43FD49548FC825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5FEC0F67114EC9A247BA304282D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EDB94-2DBD-42FB-A3C5-5C8C3B543C6C}"/>
      </w:docPartPr>
      <w:docPartBody>
        <w:p w:rsidR="00000000" w:rsidRDefault="00B16618" w:rsidP="00B16618">
          <w:pPr>
            <w:pStyle w:val="105FEC0F67114EC9A247BA304282D96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9CAAFA7C6744FC92A3D87D72026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0F60F-B863-41E1-91F9-3EBB01E77387}"/>
      </w:docPartPr>
      <w:docPartBody>
        <w:p w:rsidR="00000000" w:rsidRDefault="00B16618" w:rsidP="00B16618">
          <w:pPr>
            <w:pStyle w:val="BB9CAAFA7C6744FC92A3D87D72026AD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C2A879F79646F186D299083F8F6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7C11E-CDE6-4F42-A6AD-9F3B2AB1528D}"/>
      </w:docPartPr>
      <w:docPartBody>
        <w:p w:rsidR="00000000" w:rsidRDefault="00B16618" w:rsidP="00B16618">
          <w:pPr>
            <w:pStyle w:val="4CC2A879F79646F186D299083F8F623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3797C4FDDB4C3FBB4DCD46EEBA6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755CB-30FC-4D0D-A073-99FDDC7E3F5F}"/>
      </w:docPartPr>
      <w:docPartBody>
        <w:p w:rsidR="00000000" w:rsidRDefault="00B16618" w:rsidP="00B16618">
          <w:pPr>
            <w:pStyle w:val="513797C4FDDB4C3FBB4DCD46EEBA64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F2AD8B8CBC4A968DB574CDF5427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93C4D-ECDF-45F4-BA6E-4182CEC6CD13}"/>
      </w:docPartPr>
      <w:docPartBody>
        <w:p w:rsidR="00000000" w:rsidRDefault="00B16618" w:rsidP="00B16618">
          <w:pPr>
            <w:pStyle w:val="6CF2AD8B8CBC4A968DB574CDF54272A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A89592B97246D584780D5FBAC6A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CEB33-5E95-4612-BA6D-B09234D22A5B}"/>
      </w:docPartPr>
      <w:docPartBody>
        <w:p w:rsidR="00000000" w:rsidRDefault="00B16618" w:rsidP="00B16618">
          <w:pPr>
            <w:pStyle w:val="DDA89592B97246D584780D5FBAC6A89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3A88AED3404C9283810D04BC20A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54189-DAF2-45B6-BE33-6EA8C1387508}"/>
      </w:docPartPr>
      <w:docPartBody>
        <w:p w:rsidR="00000000" w:rsidRDefault="00B16618" w:rsidP="00B16618">
          <w:pPr>
            <w:pStyle w:val="053A88AED3404C9283810D04BC20AC27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0463F08CDEA48F0AC75956CD46AA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F865E-E141-4A1C-96A0-0C44BF24B654}"/>
      </w:docPartPr>
      <w:docPartBody>
        <w:p w:rsidR="00000000" w:rsidRDefault="00B16618" w:rsidP="00B16618">
          <w:pPr>
            <w:pStyle w:val="20463F08CDEA48F0AC75956CD46AAB3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7E11B20F7B486A8B3D39E91E8B3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C086B-3DCB-4794-852D-42C608C7AE48}"/>
      </w:docPartPr>
      <w:docPartBody>
        <w:p w:rsidR="00000000" w:rsidRDefault="00B16618" w:rsidP="00B16618">
          <w:pPr>
            <w:pStyle w:val="E67E11B20F7B486A8B3D39E91E8B370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6418A1CCED427C9B7546469E312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940E6-D99F-40FC-84C3-33CCE4B79752}"/>
      </w:docPartPr>
      <w:docPartBody>
        <w:p w:rsidR="00000000" w:rsidRDefault="00B16618" w:rsidP="00B16618">
          <w:pPr>
            <w:pStyle w:val="B46418A1CCED427C9B7546469E3123F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C5649877004FE3983A3E9CB1ADB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EB1B0-ACA2-40AE-9F12-96B3B987F785}"/>
      </w:docPartPr>
      <w:docPartBody>
        <w:p w:rsidR="00000000" w:rsidRDefault="00B16618" w:rsidP="00B16618">
          <w:pPr>
            <w:pStyle w:val="A1C5649877004FE3983A3E9CB1ADBF5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8321339D224D3C8CC0B55F3E0A4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3CB93-7D4B-4F96-A265-02D87ED94D9B}"/>
      </w:docPartPr>
      <w:docPartBody>
        <w:p w:rsidR="00000000" w:rsidRDefault="00B16618" w:rsidP="00B16618">
          <w:pPr>
            <w:pStyle w:val="B68321339D224D3C8CC0B55F3E0A433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772D6989BF4132A28B1576C6FD2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E685-C156-4432-9FAE-A58834C47979}"/>
      </w:docPartPr>
      <w:docPartBody>
        <w:p w:rsidR="00000000" w:rsidRDefault="00B16618" w:rsidP="00B16618">
          <w:pPr>
            <w:pStyle w:val="AA772D6989BF4132A28B1576C6FD2EE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95B218A03D5420FADC7BB39C13FC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8942E-2ED1-4F36-B303-31DA3F9DAEF3}"/>
      </w:docPartPr>
      <w:docPartBody>
        <w:p w:rsidR="00000000" w:rsidRDefault="00B16618" w:rsidP="00B16618">
          <w:pPr>
            <w:pStyle w:val="195B218A03D5420FADC7BB39C13FC48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8ED1714B0743749CA59F3F090F6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9E8DB-69FF-47AE-B800-2071F7C850BA}"/>
      </w:docPartPr>
      <w:docPartBody>
        <w:p w:rsidR="00000000" w:rsidRDefault="00B16618" w:rsidP="00B16618">
          <w:pPr>
            <w:pStyle w:val="C38ED1714B0743749CA59F3F090F699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7C63FA5890436288948181BB8CC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52B47-E5DA-432B-90BF-FEA3B3F1FBA2}"/>
      </w:docPartPr>
      <w:docPartBody>
        <w:p w:rsidR="00000000" w:rsidRDefault="00B16618" w:rsidP="00B16618">
          <w:pPr>
            <w:pStyle w:val="8D7C63FA5890436288948181BB8CCAC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DB1DD4ABF84B789E444023FA8FA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9BF3C-CB7C-4F2B-BE80-B49C25249275}"/>
      </w:docPartPr>
      <w:docPartBody>
        <w:p w:rsidR="00000000" w:rsidRDefault="00B16618" w:rsidP="00B16618">
          <w:pPr>
            <w:pStyle w:val="84DB1DD4ABF84B789E444023FA8FA87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2348BC50814D5183A466C1AE850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A25B7-1630-4DCE-90C4-476345BDC5D0}"/>
      </w:docPartPr>
      <w:docPartBody>
        <w:p w:rsidR="00000000" w:rsidRDefault="00B16618" w:rsidP="00B16618">
          <w:pPr>
            <w:pStyle w:val="622348BC50814D5183A466C1AE850EA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D96DD538B1438793F0BEC2FDE11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E0C6D-F691-4B9B-AC1B-A41C0AE031C8}"/>
      </w:docPartPr>
      <w:docPartBody>
        <w:p w:rsidR="00000000" w:rsidRDefault="00B16618" w:rsidP="00B16618">
          <w:pPr>
            <w:pStyle w:val="8FD96DD538B1438793F0BEC2FDE11CEE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ACD3B59E5A44EF3A1FCBF9208606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BF1AE-555D-4758-A1F6-DDD898CF2933}"/>
      </w:docPartPr>
      <w:docPartBody>
        <w:p w:rsidR="00000000" w:rsidRDefault="00B16618" w:rsidP="00B16618">
          <w:pPr>
            <w:pStyle w:val="4ACD3B59E5A44EF3A1FCBF92086060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5DEE7EE5947B88355B3630EE1F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DE6E7-DD3E-4808-A512-710C46C1B787}"/>
      </w:docPartPr>
      <w:docPartBody>
        <w:p w:rsidR="00000000" w:rsidRDefault="00B16618" w:rsidP="00B16618">
          <w:pPr>
            <w:pStyle w:val="4F55DEE7EE5947B88355B3630EE1F52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C9FBA3A0F1449E9783E402C44BF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312CD-6C21-486B-9024-4F0B51BC4D9A}"/>
      </w:docPartPr>
      <w:docPartBody>
        <w:p w:rsidR="00000000" w:rsidRDefault="00B16618" w:rsidP="00B16618">
          <w:pPr>
            <w:pStyle w:val="FCC9FBA3A0F1449E9783E402C44BF5B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62A60D42C74FF9855088EE34A10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43428-33E0-49DF-8412-09628318D9E3}"/>
      </w:docPartPr>
      <w:docPartBody>
        <w:p w:rsidR="00000000" w:rsidRDefault="00B16618" w:rsidP="00B16618">
          <w:pPr>
            <w:pStyle w:val="6162A60D42C74FF9855088EE34A10DF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2F481341504EDDABF5C2379768A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7396A-E0BA-4D76-989B-61FBECEBA87B}"/>
      </w:docPartPr>
      <w:docPartBody>
        <w:p w:rsidR="00000000" w:rsidRDefault="00B16618" w:rsidP="00B16618">
          <w:pPr>
            <w:pStyle w:val="142F481341504EDDABF5C2379768A9A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409B16BBEB423DA55BAE84A4C3C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94BCC-BFC0-431D-86FA-D8B3D2302AF1}"/>
      </w:docPartPr>
      <w:docPartBody>
        <w:p w:rsidR="00000000" w:rsidRDefault="00B16618" w:rsidP="00B16618">
          <w:pPr>
            <w:pStyle w:val="F5409B16BBEB423DA55BAE84A4C3CD7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2630F8"/>
    <w:rsid w:val="00385234"/>
    <w:rsid w:val="004161F5"/>
    <w:rsid w:val="005227CF"/>
    <w:rsid w:val="005A051B"/>
    <w:rsid w:val="006239E1"/>
    <w:rsid w:val="00667F4B"/>
    <w:rsid w:val="006D0099"/>
    <w:rsid w:val="00926343"/>
    <w:rsid w:val="009A5C93"/>
    <w:rsid w:val="00B16618"/>
    <w:rsid w:val="00B302C0"/>
    <w:rsid w:val="00BD0B7C"/>
    <w:rsid w:val="00F277ED"/>
    <w:rsid w:val="00F7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6618"/>
    <w:rPr>
      <w:color w:val="666666"/>
    </w:rPr>
  </w:style>
  <w:style w:type="paragraph" w:customStyle="1" w:styleId="5B7C59B04AFC46A0A23B37F4001F77FF">
    <w:name w:val="5B7C59B04AFC46A0A23B37F4001F77FF"/>
    <w:rsid w:val="00B16618"/>
  </w:style>
  <w:style w:type="paragraph" w:customStyle="1" w:styleId="43BC8C880F02488D9440E42777A564AB">
    <w:name w:val="43BC8C880F02488D9440E42777A564AB"/>
    <w:rsid w:val="00B16618"/>
  </w:style>
  <w:style w:type="paragraph" w:customStyle="1" w:styleId="E213C793FE9A4D80B1D79B6FA021DE59">
    <w:name w:val="E213C793FE9A4D80B1D79B6FA021DE59"/>
    <w:rsid w:val="00B16618"/>
  </w:style>
  <w:style w:type="paragraph" w:customStyle="1" w:styleId="6EB4B8F897754D6A8ED15DFE379608EA">
    <w:name w:val="6EB4B8F897754D6A8ED15DFE379608EA"/>
    <w:rsid w:val="00B16618"/>
  </w:style>
  <w:style w:type="paragraph" w:customStyle="1" w:styleId="FA1DE80C0EA1454B9F502143A303FF60">
    <w:name w:val="FA1DE80C0EA1454B9F502143A303FF60"/>
    <w:rsid w:val="00B16618"/>
  </w:style>
  <w:style w:type="paragraph" w:customStyle="1" w:styleId="9069FD0B6DCA45D69BD0BC2B153C5958">
    <w:name w:val="9069FD0B6DCA45D69BD0BC2B153C5958"/>
    <w:rsid w:val="00B16618"/>
  </w:style>
  <w:style w:type="paragraph" w:customStyle="1" w:styleId="AE70E8711E7C435780CE65A58389BBE7">
    <w:name w:val="AE70E8711E7C435780CE65A58389BBE7"/>
    <w:rsid w:val="00B16618"/>
  </w:style>
  <w:style w:type="paragraph" w:customStyle="1" w:styleId="F5F16F23100243438E168EF3DD145CDD">
    <w:name w:val="F5F16F23100243438E168EF3DD145CDD"/>
    <w:rsid w:val="00B16618"/>
  </w:style>
  <w:style w:type="paragraph" w:customStyle="1" w:styleId="965C2C6AE66D4043B4793F2B3980ABB4">
    <w:name w:val="965C2C6AE66D4043B4793F2B3980ABB4"/>
    <w:rsid w:val="00B16618"/>
  </w:style>
  <w:style w:type="paragraph" w:customStyle="1" w:styleId="3E39DEB80A7944DFBE4F24EB706EFF5B">
    <w:name w:val="3E39DEB80A7944DFBE4F24EB706EFF5B"/>
    <w:rsid w:val="00B16618"/>
  </w:style>
  <w:style w:type="paragraph" w:customStyle="1" w:styleId="8F988C9AD9BB485C85B97ED0BCA77BCC">
    <w:name w:val="8F988C9AD9BB485C85B97ED0BCA77BCC"/>
    <w:rsid w:val="00B16618"/>
  </w:style>
  <w:style w:type="paragraph" w:customStyle="1" w:styleId="35605AD6BBDF4ED99F8ADA63547E822C">
    <w:name w:val="35605AD6BBDF4ED99F8ADA63547E822C"/>
    <w:rsid w:val="00B16618"/>
  </w:style>
  <w:style w:type="paragraph" w:customStyle="1" w:styleId="8D3EA6E0524F43B990D19E247350906F">
    <w:name w:val="8D3EA6E0524F43B990D19E247350906F"/>
    <w:rsid w:val="00B16618"/>
  </w:style>
  <w:style w:type="paragraph" w:customStyle="1" w:styleId="B92ED811C3F340E4B66E25B03C5F259C">
    <w:name w:val="B92ED811C3F340E4B66E25B03C5F259C"/>
    <w:rsid w:val="00B16618"/>
  </w:style>
  <w:style w:type="paragraph" w:customStyle="1" w:styleId="CBD0958EC6A948C186CCC40A9E055411">
    <w:name w:val="CBD0958EC6A948C186CCC40A9E055411"/>
    <w:rsid w:val="00B16618"/>
  </w:style>
  <w:style w:type="paragraph" w:customStyle="1" w:styleId="828DD59B7DC4472982AEB06FBE5E4B1B">
    <w:name w:val="828DD59B7DC4472982AEB06FBE5E4B1B"/>
    <w:rsid w:val="00B16618"/>
  </w:style>
  <w:style w:type="paragraph" w:customStyle="1" w:styleId="29BFA9E13C1446019D16C7AC6F06EC1D">
    <w:name w:val="29BFA9E13C1446019D16C7AC6F06EC1D"/>
    <w:rsid w:val="00B16618"/>
  </w:style>
  <w:style w:type="paragraph" w:customStyle="1" w:styleId="B5200B00F824435FB5CD68C3C09FE7DA">
    <w:name w:val="B5200B00F824435FB5CD68C3C09FE7DA"/>
    <w:rsid w:val="00B16618"/>
  </w:style>
  <w:style w:type="paragraph" w:customStyle="1" w:styleId="FFD5F2AE201A4FD79F7104F95101E6CF">
    <w:name w:val="FFD5F2AE201A4FD79F7104F95101E6CF"/>
    <w:rsid w:val="00B16618"/>
  </w:style>
  <w:style w:type="paragraph" w:customStyle="1" w:styleId="804854AD817545C28541509732864225">
    <w:name w:val="804854AD817545C28541509732864225"/>
    <w:rsid w:val="00B16618"/>
  </w:style>
  <w:style w:type="paragraph" w:customStyle="1" w:styleId="0F074EE3646543CF9DE978023F8BB02B">
    <w:name w:val="0F074EE3646543CF9DE978023F8BB02B"/>
    <w:rsid w:val="00B16618"/>
  </w:style>
  <w:style w:type="paragraph" w:customStyle="1" w:styleId="79FE7C5D100B4780909EB75B6E766D5F">
    <w:name w:val="79FE7C5D100B4780909EB75B6E766D5F"/>
    <w:rsid w:val="00B16618"/>
  </w:style>
  <w:style w:type="paragraph" w:customStyle="1" w:styleId="482F3B4F4A044AD5B43FD49548FC8254">
    <w:name w:val="482F3B4F4A044AD5B43FD49548FC8254"/>
    <w:rsid w:val="00B16618"/>
  </w:style>
  <w:style w:type="paragraph" w:customStyle="1" w:styleId="105FEC0F67114EC9A247BA304282D96C">
    <w:name w:val="105FEC0F67114EC9A247BA304282D96C"/>
    <w:rsid w:val="00B16618"/>
  </w:style>
  <w:style w:type="paragraph" w:customStyle="1" w:styleId="F328BE6A196B4A4B9422D4F636544A82">
    <w:name w:val="F328BE6A196B4A4B9422D4F636544A82"/>
    <w:rsid w:val="00B16618"/>
  </w:style>
  <w:style w:type="paragraph" w:customStyle="1" w:styleId="BB9CAAFA7C6744FC92A3D87D72026AD3">
    <w:name w:val="BB9CAAFA7C6744FC92A3D87D72026AD3"/>
    <w:rsid w:val="00B16618"/>
  </w:style>
  <w:style w:type="paragraph" w:customStyle="1" w:styleId="4CC2A879F79646F186D299083F8F6236">
    <w:name w:val="4CC2A879F79646F186D299083F8F6236"/>
    <w:rsid w:val="00B16618"/>
  </w:style>
  <w:style w:type="paragraph" w:customStyle="1" w:styleId="513797C4FDDB4C3FBB4DCD46EEBA64B1">
    <w:name w:val="513797C4FDDB4C3FBB4DCD46EEBA64B1"/>
    <w:rsid w:val="00B16618"/>
  </w:style>
  <w:style w:type="paragraph" w:customStyle="1" w:styleId="6CF2AD8B8CBC4A968DB574CDF54272A5">
    <w:name w:val="6CF2AD8B8CBC4A968DB574CDF54272A5"/>
    <w:rsid w:val="00B16618"/>
  </w:style>
  <w:style w:type="paragraph" w:customStyle="1" w:styleId="DDA89592B97246D584780D5FBAC6A89B">
    <w:name w:val="DDA89592B97246D584780D5FBAC6A89B"/>
    <w:rsid w:val="00B16618"/>
  </w:style>
  <w:style w:type="paragraph" w:customStyle="1" w:styleId="053A88AED3404C9283810D04BC20AC27">
    <w:name w:val="053A88AED3404C9283810D04BC20AC27"/>
    <w:rsid w:val="00B16618"/>
  </w:style>
  <w:style w:type="paragraph" w:customStyle="1" w:styleId="6031F2A13F3A4187B5F08CEB6378F004">
    <w:name w:val="6031F2A13F3A4187B5F08CEB6378F004"/>
    <w:rsid w:val="00B16618"/>
  </w:style>
  <w:style w:type="paragraph" w:customStyle="1" w:styleId="20463F08CDEA48F0AC75956CD46AAB3D">
    <w:name w:val="20463F08CDEA48F0AC75956CD46AAB3D"/>
    <w:rsid w:val="00B16618"/>
  </w:style>
  <w:style w:type="paragraph" w:customStyle="1" w:styleId="E67E11B20F7B486A8B3D39E91E8B3701">
    <w:name w:val="E67E11B20F7B486A8B3D39E91E8B3701"/>
    <w:rsid w:val="00B16618"/>
  </w:style>
  <w:style w:type="paragraph" w:customStyle="1" w:styleId="B46418A1CCED427C9B7546469E3123FC">
    <w:name w:val="B46418A1CCED427C9B7546469E3123FC"/>
    <w:rsid w:val="00B16618"/>
  </w:style>
  <w:style w:type="paragraph" w:customStyle="1" w:styleId="A1C5649877004FE3983A3E9CB1ADBF5D">
    <w:name w:val="A1C5649877004FE3983A3E9CB1ADBF5D"/>
    <w:rsid w:val="00B16618"/>
  </w:style>
  <w:style w:type="paragraph" w:customStyle="1" w:styleId="B68321339D224D3C8CC0B55F3E0A433E">
    <w:name w:val="B68321339D224D3C8CC0B55F3E0A433E"/>
    <w:rsid w:val="00B16618"/>
  </w:style>
  <w:style w:type="paragraph" w:customStyle="1" w:styleId="AA772D6989BF4132A28B1576C6FD2EED">
    <w:name w:val="AA772D6989BF4132A28B1576C6FD2EED"/>
    <w:rsid w:val="00B16618"/>
  </w:style>
  <w:style w:type="paragraph" w:customStyle="1" w:styleId="6FB34663C0744E28A34EA4B593BB72A2">
    <w:name w:val="6FB34663C0744E28A34EA4B593BB72A2"/>
    <w:rsid w:val="00B16618"/>
  </w:style>
  <w:style w:type="paragraph" w:customStyle="1" w:styleId="195B218A03D5420FADC7BB39C13FC484">
    <w:name w:val="195B218A03D5420FADC7BB39C13FC484"/>
    <w:rsid w:val="00B16618"/>
  </w:style>
  <w:style w:type="paragraph" w:customStyle="1" w:styleId="C38ED1714B0743749CA59F3F090F6990">
    <w:name w:val="C38ED1714B0743749CA59F3F090F6990"/>
    <w:rsid w:val="00B16618"/>
  </w:style>
  <w:style w:type="paragraph" w:customStyle="1" w:styleId="8D7C63FA5890436288948181BB8CCAC3">
    <w:name w:val="8D7C63FA5890436288948181BB8CCAC3"/>
    <w:rsid w:val="00B16618"/>
  </w:style>
  <w:style w:type="paragraph" w:customStyle="1" w:styleId="84DB1DD4ABF84B789E444023FA8FA876">
    <w:name w:val="84DB1DD4ABF84B789E444023FA8FA876"/>
    <w:rsid w:val="00B16618"/>
  </w:style>
  <w:style w:type="paragraph" w:customStyle="1" w:styleId="622348BC50814D5183A466C1AE850EAD">
    <w:name w:val="622348BC50814D5183A466C1AE850EAD"/>
    <w:rsid w:val="00B16618"/>
  </w:style>
  <w:style w:type="paragraph" w:customStyle="1" w:styleId="8FD96DD538B1438793F0BEC2FDE11CEE">
    <w:name w:val="8FD96DD538B1438793F0BEC2FDE11CEE"/>
    <w:rsid w:val="00B16618"/>
  </w:style>
  <w:style w:type="paragraph" w:customStyle="1" w:styleId="E6EA947127A04CE7908104E288430DFF">
    <w:name w:val="E6EA947127A04CE7908104E288430DFF"/>
    <w:rsid w:val="00B16618"/>
  </w:style>
  <w:style w:type="paragraph" w:customStyle="1" w:styleId="4ACD3B59E5A44EF3A1FCBF92086060E9">
    <w:name w:val="4ACD3B59E5A44EF3A1FCBF92086060E9"/>
    <w:rsid w:val="00B16618"/>
  </w:style>
  <w:style w:type="paragraph" w:customStyle="1" w:styleId="4F55DEE7EE5947B88355B3630EE1F523">
    <w:name w:val="4F55DEE7EE5947B88355B3630EE1F523"/>
    <w:rsid w:val="00B16618"/>
  </w:style>
  <w:style w:type="paragraph" w:customStyle="1" w:styleId="FCC9FBA3A0F1449E9783E402C44BF5BB">
    <w:name w:val="FCC9FBA3A0F1449E9783E402C44BF5BB"/>
    <w:rsid w:val="00B16618"/>
  </w:style>
  <w:style w:type="paragraph" w:customStyle="1" w:styleId="6162A60D42C74FF9855088EE34A10DF9">
    <w:name w:val="6162A60D42C74FF9855088EE34A10DF9"/>
    <w:rsid w:val="00B16618"/>
  </w:style>
  <w:style w:type="paragraph" w:customStyle="1" w:styleId="142F481341504EDDABF5C2379768A9A2">
    <w:name w:val="142F481341504EDDABF5C2379768A9A2"/>
    <w:rsid w:val="00B16618"/>
  </w:style>
  <w:style w:type="paragraph" w:customStyle="1" w:styleId="F5409B16BBEB423DA55BAE84A4C3CD7B">
    <w:name w:val="F5409B16BBEB423DA55BAE84A4C3CD7B"/>
    <w:rsid w:val="00B16618"/>
  </w:style>
  <w:style w:type="paragraph" w:customStyle="1" w:styleId="1734C0B0E50C4165979C1D1CD6EF5118">
    <w:name w:val="1734C0B0E50C4165979C1D1CD6EF5118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56754DF05D440794B920DC01AB150D">
    <w:name w:val="BA56754DF05D440794B920DC01AB150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">
    <w:name w:val="D5F14FB66A15431389EB3E003A7DAD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">
    <w:name w:val="767E5F504CE04A3283DBB5C362BF53D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">
    <w:name w:val="15FA136DFCC9400EA3643631FD9D49A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">
    <w:name w:val="0650B01579224C17841E78E78C05793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">
    <w:name w:val="758EF154077D4EC492E0AA02749775E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">
    <w:name w:val="60444590C5F4414E83C6454885D5753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">
    <w:name w:val="096DC268CB3744C7AF90E558EFABE7F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">
    <w:name w:val="16EE3227410F4460A6706019F08584B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">
    <w:name w:val="35C6ADD19D0A4F7F9AA8A8D4CCB1374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">
    <w:name w:val="0AD4EFDEB46F4DD3B07D7D864B6EAEB2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">
    <w:name w:val="C969D259CE28476AA1EB44B74A93B0D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">
    <w:name w:val="4163D3241B974CB9999FF0EC5B4E2B2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">
    <w:name w:val="89495584885745569DDCF4FEC1482D0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">
    <w:name w:val="66C6F6902A3B4D4CA7D745FDDA70B68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">
    <w:name w:val="4CD965A9EE694FECADF2476D720E7B6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">
    <w:name w:val="09E232A6ADC042DB884957F020A929B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">
    <w:name w:val="3DF7FD3C5E5C4C0992D419903A5ACDD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">
    <w:name w:val="CADFFF9D18954E1993F5C0789B03E17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">
    <w:name w:val="657F90F891404138BEF4C8B0986FE70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">
    <w:name w:val="C9113B8A854441D682CE5AC80AFB0860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">
    <w:name w:val="A98CC7936C024C2988776FBA2CC670B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">
    <w:name w:val="2E9B36F7201C45DF99CA9FA9C42900A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">
    <w:name w:val="09814CF1CD7A47D3BB560F37A96F9D58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">
    <w:name w:val="7793DEAF92564508A217818A964BBBC0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">
    <w:name w:val="872FF4CA11794B8A841DB2220DF10EA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">
    <w:name w:val="4E97BD512F134974B65EC5CE1A1FFA5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">
    <w:name w:val="43C24FC1DD4E4C25906C3761C0E444F2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">
    <w:name w:val="6E5B51F8A20C49259CB13015EB12138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">
    <w:name w:val="ACA81B7FEB124004A04A95F11ADBD7A7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">
    <w:name w:val="E3F5175B57004446843F4F317C13BE7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">
    <w:name w:val="6E2E25C8BD59485F83A4E1A3EB66C1C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">
    <w:name w:val="74CADD3637F3476CAEF2795719E307A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">
    <w:name w:val="AB27C8C8D90949D99B80C3BCC40C6D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BE6BAA36B4CE46CCBA1107A2CA86328D">
    <w:name w:val="BE6BAA36B4CE46CCBA1107A2CA86328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">
    <w:name w:val="98F3A9EE91754E259AFD2F141BD88EC3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">
    <w:name w:val="A562792367E244C2B52C13434E400DB2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">
    <w:name w:val="7E217E49FF2B4BCCB4F3ACCCBA86205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">
    <w:name w:val="A6B6B6169038418C8F137F03A3BAC3E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">
    <w:name w:val="BA84038C5BAB4BC98BCFD7720888F4E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">
    <w:name w:val="2A85F1BB5E59479D91B2E845B74103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">
    <w:name w:val="734A0FEE22AB4D08A85FAFBB84445CB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">
    <w:name w:val="3AE69983638E496B87E186B118E83D0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">
    <w:name w:val="4E1B8BE8E635423EB269141E9E2912A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">
    <w:name w:val="522C19E6AA2346A4966003129C441C2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">
    <w:name w:val="DC6DBC8E8B3947CB8F9195F36B67D85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">
    <w:name w:val="49487EF4E50B45EF8F8DF0A58099CB0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BC8C880F02488D9440E42777A564AB1">
    <w:name w:val="43BC8C880F02488D9440E42777A564A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213C793FE9A4D80B1D79B6FA021DE591">
    <w:name w:val="E213C793FE9A4D80B1D79B6FA021DE59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B4B8F897754D6A8ED15DFE379608EA1">
    <w:name w:val="6EB4B8F897754D6A8ED15DFE379608EA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A1DE80C0EA1454B9F502143A303FF601">
    <w:name w:val="FA1DE80C0EA1454B9F502143A303FF60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069FD0B6DCA45D69BD0BC2B153C59581">
    <w:name w:val="9069FD0B6DCA45D69BD0BC2B153C5958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70E8711E7C435780CE65A58389BBE71">
    <w:name w:val="AE70E8711E7C435780CE65A58389BBE7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F16F23100243438E168EF3DD145CDD1">
    <w:name w:val="F5F16F23100243438E168EF3DD145CD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39DEB80A7944DFBE4F24EB706EFF5B1">
    <w:name w:val="3E39DEB80A7944DFBE4F24EB706EFF5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988C9AD9BB485C85B97ED0BCA77BCC1">
    <w:name w:val="8F988C9AD9BB485C85B97ED0BCA77BCC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605AD6BBDF4ED99F8ADA63547E822C1">
    <w:name w:val="35605AD6BBDF4ED99F8ADA63547E822C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3EA6E0524F43B990D19E247350906F1">
    <w:name w:val="8D3EA6E0524F43B990D19E247350906F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2ED811C3F340E4B66E25B03C5F259C1">
    <w:name w:val="B92ED811C3F340E4B66E25B03C5F259C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BD0958EC6A948C186CCC40A9E0554111">
    <w:name w:val="CBD0958EC6A948C186CCC40A9E055411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28DD59B7DC4472982AEB06FBE5E4B1B1">
    <w:name w:val="828DD59B7DC4472982AEB06FBE5E4B1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200B00F824435FB5CD68C3C09FE7DA1">
    <w:name w:val="B5200B00F824435FB5CD68C3C09FE7DA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D5F2AE201A4FD79F7104F95101E6CF1">
    <w:name w:val="FFD5F2AE201A4FD79F7104F95101E6CF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04854AD817545C285415097328642251">
    <w:name w:val="804854AD817545C28541509732864225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074EE3646543CF9DE978023F8BB02B1">
    <w:name w:val="0F074EE3646543CF9DE978023F8BB02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FE7C5D100B4780909EB75B6E766D5F1">
    <w:name w:val="79FE7C5D100B4780909EB75B6E766D5F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82F3B4F4A044AD5B43FD49548FC82541">
    <w:name w:val="482F3B4F4A044AD5B43FD49548FC8254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5FEC0F67114EC9A247BA304282D96C1">
    <w:name w:val="105FEC0F67114EC9A247BA304282D96C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">
    <w:name w:val="C6C5AA04D5744E5397F5B4C02E599FE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">
    <w:name w:val="657845195F10471BB191FDF6254F450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">
    <w:name w:val="4261ABEBA6024587BD9BFFA89B86CBA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">
    <w:name w:val="ECE4C47E07C843CCA2D7255597D0770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">
    <w:name w:val="9444CF760006459A89EF2B7CE3AFF2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">
    <w:name w:val="A451D5A1F2414B9AB219F05CFB3EC45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">
    <w:name w:val="E58E1C4CC73644419B96786849CD0414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D7DA4317824562B0E76F185F28F5ED">
    <w:name w:val="BAD7DA4317824562B0E76F185F28F5E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2533AA1A67444FAB6AD764FF1EF883">
    <w:name w:val="982533AA1A67444FAB6AD764FF1EF883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8251704D7154EB4AAFD40739CBF3232">
    <w:name w:val="A8251704D7154EB4AAFD40739CBF3232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2F71A98DCB432994A49CF6A2418B19">
    <w:name w:val="092F71A98DCB432994A49CF6A2418B1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714C39671F4059B6173089394CD3ED">
    <w:name w:val="FF714C39671F4059B6173089394CD3E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8589E92AA8443098EDE0E709D3F9809">
    <w:name w:val="28589E92AA8443098EDE0E709D3F980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B8873B5DDFA49E29AD3D86C96355BEA">
    <w:name w:val="7B8873B5DDFA49E29AD3D86C96355BE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53A91E55554B1E87906AAB7E66728B">
    <w:name w:val="7D53A91E55554B1E87906AAB7E66728B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9CD8A7535044DA89BE48C5A80D6D1A5">
    <w:name w:val="29CD8A7535044DA89BE48C5A80D6D1A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4A2D43DF304886A881A48DB725E3AA">
    <w:name w:val="774A2D43DF304886A881A48DB725E3A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2DC1AC1EF943789D35F04A29286323">
    <w:name w:val="F52DC1AC1EF943789D35F04A29286323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0F9E9C7F32471294302BE920C10E93">
    <w:name w:val="8F0F9E9C7F32471294302BE920C10E93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0EF9D5C5064AC3A5046E4511DC1EF5">
    <w:name w:val="400EF9D5C5064AC3A5046E4511DC1EF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C1A675730A4DF4BE8EF00B9880615E">
    <w:name w:val="47C1A675730A4DF4BE8EF00B9880615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66F365C96545E7BCD8875465C89505">
    <w:name w:val="B066F365C96545E7BCD8875465C8950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A6CB71295541ACA9F42EDDCCA9A365">
    <w:name w:val="84A6CB71295541ACA9F42EDDCCA9A36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89163453E74F2594044BAC0AC3048A">
    <w:name w:val="3A89163453E74F2594044BAC0AC3048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">
    <w:name w:val="CA4E4ABAE5DA465E97A6237A7809538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">
    <w:name w:val="156AE4FD73954CA688AAE317B321396B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">
    <w:name w:val="6D5A277E4DAE4119840AF2E2D970FC5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">
    <w:name w:val="586FFECF142C4598987272C037E4807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">
    <w:name w:val="0FB6E5FECABF45829BB384A56029A28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FE5C23E83A14735ADE17CCB15AA3DE1">
    <w:name w:val="1FE5C23E83A14735ADE17CCB15AA3DE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3F827A0E244F3C885C33E9F6C9368C">
    <w:name w:val="5B3F827A0E244F3C885C33E9F6C9368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B413D3F1F144513A748172053677684">
    <w:name w:val="FB413D3F1F144513A748172053677684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69480043D7744BF9323BB102EAC18DA">
    <w:name w:val="D69480043D7744BF9323BB102EAC18D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5A4FA7FD9C7483B9C6ED2C995AE66EF">
    <w:name w:val="85A4FA7FD9C7483B9C6ED2C995AE66E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7F55E56614662B1BD690D409E392D">
    <w:name w:val="4CD7F55E56614662B1BD690D409E392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CA545F1404488F9BCDC6DF6ECD5698">
    <w:name w:val="83CA545F1404488F9BCDC6DF6ECD5698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4791A6C3B4B409F9841ABAC34947CDA">
    <w:name w:val="64791A6C3B4B409F9841ABAC34947CD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BB2F660841949E08B46FD76E76ED417">
    <w:name w:val="7BB2F660841949E08B46FD76E76ED417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22D1F9AF534FDC8C02CAF2CDAB4BB3">
    <w:name w:val="6522D1F9AF534FDC8C02CAF2CDAB4BB3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82E02C342B49EE9B5620169D18E681">
    <w:name w:val="F382E02C342B49EE9B5620169D18E68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3C318EBCB23488ABD237F04F18A79FA">
    <w:name w:val="B3C318EBCB23488ABD237F04F18A79F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7DB70BD4451466F97471D39AB200A3E">
    <w:name w:val="27DB70BD4451466F97471D39AB200A3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B0EFB6E5C44B36A3A949DA73FDCE36">
    <w:name w:val="42B0EFB6E5C44B36A3A949DA73FDCE3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9B4CFDD701402581D2184F70410878">
    <w:name w:val="889B4CFDD701402581D2184F70410878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">
    <w:name w:val="7041F98D97294F33B27DB409BE8E34F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">
    <w:name w:val="73AB6D1D873F4738BF61AE697637871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">
    <w:name w:val="520891A0A4C04E9D9F8A8F3644975C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">
    <w:name w:val="C582574595EA444189787F4DFB8EE37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">
    <w:name w:val="55670920D67C4481B676B57D42BEF39B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1">
    <w:name w:val="0D0E7F21F7C74B9EB2B3FE75BF17E85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9CAAFA7C6744FC92A3D87D72026AD31">
    <w:name w:val="BB9CAAFA7C6744FC92A3D87D72026AD3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C2A879F79646F186D299083F8F62361">
    <w:name w:val="4CC2A879F79646F186D299083F8F6236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3797C4FDDB4C3FBB4DCD46EEBA64B11">
    <w:name w:val="513797C4FDDB4C3FBB4DCD46EEBA64B1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CF2AD8B8CBC4A968DB574CDF54272A51">
    <w:name w:val="6CF2AD8B8CBC4A968DB574CDF54272A5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DA89592B97246D584780D5FBAC6A89B1">
    <w:name w:val="DDA89592B97246D584780D5FBAC6A89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7256735BF942FB8FC659570B5872FF">
    <w:name w:val="047256735BF942FB8FC659570B5872FF"/>
    <w:rsid w:val="006239E1"/>
  </w:style>
  <w:style w:type="paragraph" w:customStyle="1" w:styleId="053A88AED3404C9283810D04BC20AC271">
    <w:name w:val="053A88AED3404C9283810D04BC20AC27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0463F08CDEA48F0AC75956CD46AAB3D1">
    <w:name w:val="20463F08CDEA48F0AC75956CD46AAB3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7E11B20F7B486A8B3D39E91E8B37011">
    <w:name w:val="E67E11B20F7B486A8B3D39E91E8B3701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46418A1CCED427C9B7546469E3123FC1">
    <w:name w:val="B46418A1CCED427C9B7546469E3123FC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1C5649877004FE3983A3E9CB1ADBF5D1">
    <w:name w:val="A1C5649877004FE3983A3E9CB1ADBF5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8321339D224D3C8CC0B55F3E0A433E1">
    <w:name w:val="B68321339D224D3C8CC0B55F3E0A433E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A772D6989BF4132A28B1576C6FD2EED1">
    <w:name w:val="AA772D6989BF4132A28B1576C6FD2EE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5B218A03D5420FADC7BB39C13FC4841">
    <w:name w:val="195B218A03D5420FADC7BB39C13FC484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38ED1714B0743749CA59F3F090F69901">
    <w:name w:val="C38ED1714B0743749CA59F3F090F6990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7C63FA5890436288948181BB8CCAC31">
    <w:name w:val="8D7C63FA5890436288948181BB8CCAC3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DB1DD4ABF84B789E444023FA8FA8761">
    <w:name w:val="84DB1DD4ABF84B789E444023FA8FA876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22348BC50814D5183A466C1AE850EAD1">
    <w:name w:val="622348BC50814D5183A466C1AE850EA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D96DD538B1438793F0BEC2FDE11CEE1">
    <w:name w:val="8FD96DD538B1438793F0BEC2FDE11CEE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CD3B59E5A44EF3A1FCBF92086060E91">
    <w:name w:val="4ACD3B59E5A44EF3A1FCBF92086060E9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55DEE7EE5947B88355B3630EE1F5231">
    <w:name w:val="4F55DEE7EE5947B88355B3630EE1F523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CC9FBA3A0F1449E9783E402C44BF5BB1">
    <w:name w:val="FCC9FBA3A0F1449E9783E402C44BF5B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162A60D42C74FF9855088EE34A10DF91">
    <w:name w:val="6162A60D42C74FF9855088EE34A10DF9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42F481341504EDDABF5C2379768A9A21">
    <w:name w:val="142F481341504EDDABF5C2379768A9A2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409B16BBEB423DA55BAE84A4C3CD7B1">
    <w:name w:val="F5409B16BBEB423DA55BAE84A4C3CD7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1">
    <w:name w:val="E7D02D12569949259F4B303AE9EE91BE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1">
    <w:name w:val="CAA78230F4974F91A466D1A3E44D5E2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1">
    <w:name w:val="F0CFA2EC4C7B4356B9A2A03A62C38968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1">
    <w:name w:val="9380793E9EE044989EB44762814E78B6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1">
    <w:name w:val="0E951C26B4874E2787CBE628EA2C2094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1">
    <w:name w:val="07E5AC0373094234B85BEF415F1A8998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1">
    <w:name w:val="3ED87B2022A34B2198DC2B217B191AF1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34C0B0E50C4165979C1D1CD6EF51184">
    <w:name w:val="1734C0B0E50C4165979C1D1CD6EF5118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4">
    <w:name w:val="F4D6CB2241074A76A75ACE4A72F3BACA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4">
    <w:name w:val="5C6BE9DD57B042A78E73AE6C65AB81E9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4">
    <w:name w:val="B94FF17A7DD844238942618D220CAEE0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56754DF05D440794B920DC01AB150D3">
    <w:name w:val="BA56754DF05D440794B920DC01AB150D3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F24E541B0145AAA4C1F913603E646E4">
    <w:name w:val="96F24E541B0145AAA4C1F913603E646E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C3A3162D80445F78DDE0C5B1FC1D3764">
    <w:name w:val="2C3A3162D80445F78DDE0C5B1FC1D376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B3224C02224BE9B27FBD8B4FA44C854">
    <w:name w:val="3BB3224C02224BE9B27FBD8B4FA44C85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3">
    <w:name w:val="D5F14FB66A15431389EB3E003A7DADB13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4">
    <w:name w:val="767E5F504CE04A3283DBB5C362BF53DD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4">
    <w:name w:val="15FA136DFCC9400EA3643631FD9D49AC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3">
    <w:name w:val="0650B01579224C17841E78E78C05793F3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4">
    <w:name w:val="758EF154077D4EC492E0AA02749775EE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4">
    <w:name w:val="60444590C5F4414E83C6454885D5753D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4">
    <w:name w:val="096DC268CB3744C7AF90E558EFABE7F6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4">
    <w:name w:val="16EE3227410F4460A6706019F08584BA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4">
    <w:name w:val="35C6ADD19D0A4F7F9AA8A8D4CCB1374F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4">
    <w:name w:val="0AD4EFDEB46F4DD3B07D7D864B6EAEB2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4">
    <w:name w:val="C969D259CE28476AA1EB44B74A93B0DE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4">
    <w:name w:val="4163D3241B974CB9999FF0EC5B4E2B21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4">
    <w:name w:val="89495584885745569DDCF4FEC1482D05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4">
    <w:name w:val="66C6F6902A3B4D4CA7D745FDDA70B68A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4">
    <w:name w:val="4CD965A9EE694FECADF2476D720E7B6E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4">
    <w:name w:val="09E232A6ADC042DB884957F020A929BA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4">
    <w:name w:val="3DF7FD3C5E5C4C0992D419903A5ACDD9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4">
    <w:name w:val="CADFFF9D18954E1993F5C0789B03E179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4">
    <w:name w:val="657F90F891404138BEF4C8B0986FE706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4">
    <w:name w:val="C9113B8A854441D682CE5AC80AFB0860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4">
    <w:name w:val="A98CC7936C024C2988776FBA2CC670BD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4">
    <w:name w:val="2E9B36F7201C45DF99CA9FA9C42900AE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4">
    <w:name w:val="09814CF1CD7A47D3BB560F37A96F9D58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4">
    <w:name w:val="7793DEAF92564508A217818A964BBBC0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4">
    <w:name w:val="872FF4CA11794B8A841DB2220DF10EA6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4">
    <w:name w:val="4E97BD512F134974B65EC5CE1A1FFA5C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4">
    <w:name w:val="43C24FC1DD4E4C25906C3761C0E444F2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4">
    <w:name w:val="6E5B51F8A20C49259CB13015EB121389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4">
    <w:name w:val="ACA81B7FEB124004A04A95F11ADBD7A7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4">
    <w:name w:val="E3F5175B57004446843F4F317C13BE7C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4">
    <w:name w:val="6E2E25C8BD59485F83A4E1A3EB66C1CA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4">
    <w:name w:val="74CADD3637F3476CAEF2795719E307AF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4">
    <w:name w:val="AB27C8C8D90949D99B80C3BCC40C6DB1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4">
    <w:name w:val="BE6BAA36B4CE46CCBA1107A2CA86328D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4">
    <w:name w:val="98F3A9EE91754E259AFD2F141BD88EC3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4">
    <w:name w:val="A562792367E244C2B52C13434E400DB2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4">
    <w:name w:val="7E217E49FF2B4BCCB4F3ACCCBA862056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4">
    <w:name w:val="A6B6B6169038418C8F137F03A3BAC3E6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4">
    <w:name w:val="BA84038C5BAB4BC98BCFD7720888F4EA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4">
    <w:name w:val="2A85F1BB5E59479D91B2E845B74103B1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4">
    <w:name w:val="734A0FEE22AB4D08A85FAFBB84445CB9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4">
    <w:name w:val="3AE69983638E496B87E186B118E83D05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4">
    <w:name w:val="4E1B8BE8E635423EB269141E9E2912AC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4">
    <w:name w:val="522C19E6AA2346A4966003129C441C2C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4">
    <w:name w:val="DC6DBC8E8B3947CB8F9195F36B67D85A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4">
    <w:name w:val="49487EF4E50B45EF8F8DF0A58099CB09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4">
    <w:name w:val="C6C5AA04D5744E5397F5B4C02E599FEC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4">
    <w:name w:val="657845195F10471BB191FDF6254F450F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4">
    <w:name w:val="4261ABEBA6024587BD9BFFA89B86CBAD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4">
    <w:name w:val="ECE4C47E07C843CCA2D7255597D07705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4">
    <w:name w:val="9444CF760006459A89EF2B7CE3AFF2D1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4">
    <w:name w:val="A451D5A1F2414B9AB219F05CFB3EC45E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4">
    <w:name w:val="E58E1C4CC73644419B96786849CD0414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D7DA4317824562B0E76F185F28F5ED2">
    <w:name w:val="BAD7DA4317824562B0E76F185F28F5ED2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2533AA1A67444FAB6AD764FF1EF8834">
    <w:name w:val="982533AA1A67444FAB6AD764FF1EF883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8251704D7154EB4AAFD40739CBF32324">
    <w:name w:val="A8251704D7154EB4AAFD40739CBF3232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2F71A98DCB432994A49CF6A2418B194">
    <w:name w:val="092F71A98DCB432994A49CF6A2418B19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714C39671F4059B6173089394CD3ED4">
    <w:name w:val="FF714C39671F4059B6173089394CD3ED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8589E92AA8443098EDE0E709D3F98094">
    <w:name w:val="28589E92AA8443098EDE0E709D3F9809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B8873B5DDFA49E29AD3D86C96355BEA4">
    <w:name w:val="7B8873B5DDFA49E29AD3D86C96355BEA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53A91E55554B1E87906AAB7E66728B4">
    <w:name w:val="7D53A91E55554B1E87906AAB7E66728B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9CD8A7535044DA89BE48C5A80D6D1A52">
    <w:name w:val="29CD8A7535044DA89BE48C5A80D6D1A52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4A2D43DF304886A881A48DB725E3AA3">
    <w:name w:val="774A2D43DF304886A881A48DB725E3AA3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2DC1AC1EF943789D35F04A292863233">
    <w:name w:val="F52DC1AC1EF943789D35F04A292863233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0F9E9C7F32471294302BE920C10E933">
    <w:name w:val="8F0F9E9C7F32471294302BE920C10E933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0EF9D5C5064AC3A5046E4511DC1EF53">
    <w:name w:val="400EF9D5C5064AC3A5046E4511DC1EF53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C1A675730A4DF4BE8EF00B9880615E3">
    <w:name w:val="47C1A675730A4DF4BE8EF00B9880615E3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66F365C96545E7BCD8875465C895053">
    <w:name w:val="B066F365C96545E7BCD8875465C895053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A6CB71295541ACA9F42EDDCCA9A3653">
    <w:name w:val="84A6CB71295541ACA9F42EDDCCA9A3653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89163453E74F2594044BAC0AC3048A2">
    <w:name w:val="3A89163453E74F2594044BAC0AC3048A2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4">
    <w:name w:val="CA4E4ABAE5DA465E97A6237A7809538C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4">
    <w:name w:val="156AE4FD73954CA688AAE317B321396B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4">
    <w:name w:val="6D5A277E4DAE4119840AF2E2D970FC5F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4">
    <w:name w:val="586FFECF142C4598987272C037E4807A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4">
    <w:name w:val="0FB6E5FECABF45829BB384A56029A28D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FE5C23E83A14735ADE17CCB15AA3DE11">
    <w:name w:val="1FE5C23E83A14735ADE17CCB15AA3DE1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3F827A0E244F3C885C33E9F6C9368C1">
    <w:name w:val="5B3F827A0E244F3C885C33E9F6C9368C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B413D3F1F144513A7481720536776841">
    <w:name w:val="FB413D3F1F144513A748172053677684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69480043D7744BF9323BB102EAC18DA1">
    <w:name w:val="D69480043D7744BF9323BB102EAC18DA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5A4FA7FD9C7483B9C6ED2C995AE66EF1">
    <w:name w:val="85A4FA7FD9C7483B9C6ED2C995AE66EF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7F55E56614662B1BD690D409E392D1">
    <w:name w:val="4CD7F55E56614662B1BD690D409E392D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CA545F1404488F9BCDC6DF6ECD56981">
    <w:name w:val="83CA545F1404488F9BCDC6DF6ECD5698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4791A6C3B4B409F9841ABAC34947CDA1">
    <w:name w:val="64791A6C3B4B409F9841ABAC34947CDA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BB2F660841949E08B46FD76E76ED4171">
    <w:name w:val="7BB2F660841949E08B46FD76E76ED417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22D1F9AF534FDC8C02CAF2CDAB4BB31">
    <w:name w:val="6522D1F9AF534FDC8C02CAF2CDAB4BB3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82E02C342B49EE9B5620169D18E6811">
    <w:name w:val="F382E02C342B49EE9B5620169D18E681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3C318EBCB23488ABD237F04F18A79FA1">
    <w:name w:val="B3C318EBCB23488ABD237F04F18A79FA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7DB70BD4451466F97471D39AB200A3E1">
    <w:name w:val="27DB70BD4451466F97471D39AB200A3E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B0EFB6E5C44B36A3A949DA73FDCE361">
    <w:name w:val="42B0EFB6E5C44B36A3A949DA73FDCE36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9B4CFDD701402581D2184F704108781">
    <w:name w:val="889B4CFDD701402581D2184F70410878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4">
    <w:name w:val="7041F98D97294F33B27DB409BE8E34F1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4">
    <w:name w:val="73AB6D1D873F4738BF61AE697637871D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4">
    <w:name w:val="520891A0A4C04E9D9F8A8F3644975CB1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4">
    <w:name w:val="C582574595EA444189787F4DFB8EE37F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4">
    <w:name w:val="55670920D67C4481B676B57D42BEF39B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">
    <w:name w:val="0D0E7F21F7C74B9EB2B3FE75BF17E85D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">
    <w:name w:val="E7D02D12569949259F4B303AE9EE91BE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">
    <w:name w:val="CAA78230F4974F91A466D1A3E44D5E2D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">
    <w:name w:val="F0CFA2EC4C7B4356B9A2A03A62C38968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">
    <w:name w:val="9380793E9EE044989EB44762814E78B6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">
    <w:name w:val="0E951C26B4874E2787CBE628EA2C2094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">
    <w:name w:val="07E5AC0373094234B85BEF415F1A8998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">
    <w:name w:val="3ED87B2022A34B2198DC2B217B191AF1"/>
    <w:rsid w:val="00926343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43F5C88-DCB7-4D10-B9BB-93D423D77E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1760</Words>
  <Characters>10038</Characters>
  <Application>Microsoft Office Word</Application>
  <DocSecurity>8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7</cp:revision>
  <dcterms:created xsi:type="dcterms:W3CDTF">2026-08-20T13:45:00Z</dcterms:created>
  <dcterms:modified xsi:type="dcterms:W3CDTF">2026-09-09T11:52:00Z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