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17E696E2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392FA8">
        <w:rPr>
          <w:b/>
          <w:bCs/>
          <w:sz w:val="40"/>
          <w:szCs w:val="40"/>
        </w:rPr>
        <w:t>Genitourinary Medicine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09BDC4E" w:rsidR="009E4AEB" w:rsidRPr="00597958" w:rsidRDefault="00031DA2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597958">
              <w:rPr>
                <w:b/>
                <w:bCs/>
              </w:rPr>
              <w:t xml:space="preserve">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792CEC79">
                <wp:simplePos x="0" y="0"/>
                <wp:positionH relativeFrom="margin">
                  <wp:align>right</wp:align>
                </wp:positionH>
                <wp:positionV relativeFrom="paragraph">
                  <wp:posOffset>1993514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3BBE1F63" w:rsidR="002931FF" w:rsidRPr="00E52996" w:rsidRDefault="00E52996" w:rsidP="00E5299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56.9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C7jWj2&#10;3QAAAAgBAAAPAAAAAAAAAAAAAAAAAGgEAABkcnMvZG93bnJldi54bWxQSwUGAAAAAAQABADzAAAA&#10;cgUAAAAA&#10;">
                <v:textbox style="mso-fit-shape-to-text:t">
                  <w:txbxContent>
                    <w:p w14:paraId="0B7A552B" w14:textId="3BBE1F63" w:rsidR="002931FF" w:rsidRPr="00E52996" w:rsidRDefault="00E52996" w:rsidP="00E52996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3291CD02" w14:textId="3F5B39A1" w:rsidR="00031DA2" w:rsidRPr="00031DA2" w:rsidRDefault="00031DA2" w:rsidP="00031DA2">
      <w:pPr>
        <w:pStyle w:val="Heading1"/>
      </w:pPr>
      <w:r w:rsidRPr="00031DA2">
        <w:lastRenderedPageBreak/>
        <w:t>Career Objective / Personal Statement</w:t>
      </w:r>
    </w:p>
    <w:p w14:paraId="1E7289D7" w14:textId="041A14F3" w:rsidR="00031DA2" w:rsidRPr="00031DA2" w:rsidRDefault="00031DA2" w:rsidP="00031DA2">
      <w:pPr>
        <w:rPr>
          <w:b/>
          <w:bCs/>
        </w:rPr>
      </w:pPr>
      <w:r w:rsidRPr="00031DA2">
        <w:rPr>
          <w:b/>
          <w:bCs/>
        </w:rPr>
        <w:t xml:space="preserve">Brief statement (250 words) outlining your motivation for a career in medicine, </w:t>
      </w:r>
      <w:r w:rsidR="00392FA8">
        <w:rPr>
          <w:b/>
          <w:bCs/>
        </w:rPr>
        <w:t>genitourinary medicine</w:t>
      </w:r>
      <w:r w:rsidRPr="00031DA2">
        <w:rPr>
          <w:b/>
          <w:bCs/>
        </w:rPr>
        <w:t>, and career goals within the HSE.</w:t>
      </w:r>
    </w:p>
    <w:sdt>
      <w:sdtPr>
        <w:id w:val="-147823612"/>
        <w:placeholder>
          <w:docPart w:val="9622CEB82C734321B0CE016302F911E9"/>
        </w:placeholder>
        <w:showingPlcHdr/>
      </w:sdtPr>
      <w:sdtContent>
        <w:p w14:paraId="666AF7D9" w14:textId="713D21EC" w:rsidR="00031DA2" w:rsidRDefault="00031DA2" w:rsidP="00031DA2">
          <w:r w:rsidRPr="00F10F93">
            <w:rPr>
              <w:rStyle w:val="PlaceholderText"/>
            </w:rPr>
            <w:t>Click or tap here to enter text.</w:t>
          </w:r>
        </w:p>
      </w:sdtContent>
    </w:sdt>
    <w:p w14:paraId="77BE9354" w14:textId="77777777" w:rsidR="00E52996" w:rsidRDefault="00E52996" w:rsidP="00E52996"/>
    <w:p w14:paraId="73ED809F" w14:textId="4B78E38E" w:rsidR="00214ECC" w:rsidRDefault="003729FB" w:rsidP="001C17E4">
      <w:pPr>
        <w:pStyle w:val="Heading1"/>
      </w:pPr>
      <w:r>
        <w:t>Commitment to Specialty &amp; Career Motivation</w:t>
      </w:r>
    </w:p>
    <w:p w14:paraId="5D925227" w14:textId="437745DD" w:rsidR="00392FA8" w:rsidRDefault="00392FA8" w:rsidP="00031DA2">
      <w:pPr>
        <w:pStyle w:val="ListParagraph"/>
        <w:numPr>
          <w:ilvl w:val="0"/>
          <w:numId w:val="14"/>
        </w:numPr>
        <w:rPr>
          <w:b/>
          <w:bCs/>
        </w:rPr>
      </w:pPr>
      <w:r w:rsidRPr="00392FA8">
        <w:rPr>
          <w:b/>
          <w:bCs/>
        </w:rPr>
        <w:t>Why are you interested in genitourinary medicine?</w:t>
      </w:r>
    </w:p>
    <w:sdt>
      <w:sdtPr>
        <w:id w:val="473409389"/>
        <w:placeholder>
          <w:docPart w:val="26B73CFD3572456C9DE78D54DED66F27"/>
        </w:placeholder>
        <w:showingPlcHdr/>
      </w:sdtPr>
      <w:sdtContent>
        <w:p w14:paraId="4D0E7A9C" w14:textId="665F8A28" w:rsidR="00392FA8" w:rsidRPr="00392FA8" w:rsidRDefault="00392FA8" w:rsidP="00392FA8">
          <w:r w:rsidRPr="00F10F93">
            <w:rPr>
              <w:rStyle w:val="PlaceholderText"/>
            </w:rPr>
            <w:t>Click or tap here to enter text.</w:t>
          </w:r>
        </w:p>
      </w:sdtContent>
    </w:sdt>
    <w:p w14:paraId="263B9130" w14:textId="1D04D5FF" w:rsidR="00031DA2" w:rsidRPr="00031DA2" w:rsidRDefault="00031DA2" w:rsidP="00031DA2">
      <w:pPr>
        <w:pStyle w:val="ListParagraph"/>
        <w:numPr>
          <w:ilvl w:val="0"/>
          <w:numId w:val="14"/>
        </w:numPr>
      </w:pPr>
      <w:r w:rsidRPr="00031DA2">
        <w:rPr>
          <w:b/>
          <w:bCs/>
        </w:rPr>
        <w:t xml:space="preserve">What experiences have influenced your decision to pursue </w:t>
      </w:r>
      <w:r w:rsidR="00392FA8">
        <w:rPr>
          <w:b/>
          <w:bCs/>
        </w:rPr>
        <w:t>genitourinary medicine</w:t>
      </w:r>
      <w:r w:rsidRPr="00031DA2">
        <w:rPr>
          <w:b/>
          <w:bCs/>
        </w:rPr>
        <w:t>? (200 words)</w:t>
      </w:r>
    </w:p>
    <w:p w14:paraId="7F628D15" w14:textId="1EA11F54" w:rsidR="3FE541D5" w:rsidRDefault="00000000" w:rsidP="00031DA2">
      <w:sdt>
        <w:sdtPr>
          <w:id w:val="648252075"/>
          <w:placeholder>
            <w:docPart w:val="4DA6D54110794714A3947FB41053504C"/>
          </w:placeholder>
          <w:showingPlcHdr/>
        </w:sdtPr>
        <w:sdtContent>
          <w:r w:rsidR="007C3707" w:rsidRPr="000E7C9F">
            <w:rPr>
              <w:rStyle w:val="PlaceholderText"/>
            </w:rPr>
            <w:t>Click or tap here to enter text.</w:t>
          </w:r>
        </w:sdtContent>
      </w:sdt>
    </w:p>
    <w:p w14:paraId="51C12F35" w14:textId="288F6B79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 xml:space="preserve">What steps have you taken to build your career in </w:t>
      </w:r>
      <w:r w:rsidR="00392FA8">
        <w:rPr>
          <w:b/>
          <w:bCs/>
        </w:rPr>
        <w:t>genitourinary medicine</w:t>
      </w:r>
      <w:r w:rsidRPr="00597958">
        <w:rPr>
          <w:b/>
          <w:bCs/>
        </w:rPr>
        <w:t>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1307362C" w14:textId="77777777" w:rsidR="00E52996" w:rsidRDefault="00E52996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46ADC263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3401EC0B" w14:textId="77777777" w:rsidR="00392FA8" w:rsidRDefault="00392FA8" w:rsidP="00392FA8"/>
    <w:p w14:paraId="5A65B593" w14:textId="77777777" w:rsidR="00E52996" w:rsidRDefault="00E52996" w:rsidP="00E52996"/>
    <w:p w14:paraId="75B4FEB0" w14:textId="16B5E02C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19EAC162" w:rsidR="00B16633" w:rsidRDefault="00B40A4D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40509691" w:rsidR="00B16633" w:rsidRDefault="00B40A4D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0E246241" w:rsidR="00B16633" w:rsidRDefault="00B40A4D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4F3A968A" w:rsidR="00B16633" w:rsidRDefault="00B40A4D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75B71F04" w:rsidR="00B16633" w:rsidRDefault="00B40A4D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3E1B0888" w:rsidR="00B16633" w:rsidRDefault="00B40A4D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1DD07523" w:rsidR="00B16633" w:rsidRDefault="00B40A4D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07471B00" w:rsidR="00B16633" w:rsidRDefault="00B40A4D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39AF3097" w:rsidR="00B16633" w:rsidRDefault="00B40A4D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47F764B3" w:rsidR="00B16633" w:rsidRDefault="00B40A4D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2799D43F" w:rsidR="00B16633" w:rsidRDefault="00B40A4D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706402E9" w:rsidR="00B16633" w:rsidRDefault="00B40A4D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6E658312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535CCFD9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538AACC3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731DA688" w:rsidR="002E140B" w:rsidRDefault="002E140B" w:rsidP="002E140B"/>
        </w:tc>
      </w:tr>
      <w:tr w:rsidR="00E52996" w14:paraId="79BC889C" w14:textId="77777777" w:rsidTr="00E70F08">
        <w:tc>
          <w:tcPr>
            <w:tcW w:w="9350" w:type="dxa"/>
            <w:gridSpan w:val="2"/>
          </w:tcPr>
          <w:p w14:paraId="44AE9CA7" w14:textId="6B61C18D" w:rsidR="00E52996" w:rsidRDefault="00E52996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784609336"/>
                <w:placeholder>
                  <w:docPart w:val="4461999D198D484E9FE2CE32192C8F05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404CFF56" w14:textId="77777777" w:rsidTr="002E140B">
        <w:tc>
          <w:tcPr>
            <w:tcW w:w="2547" w:type="dxa"/>
          </w:tcPr>
          <w:p w14:paraId="50D1AF9F" w14:textId="77777777" w:rsidR="00E52996" w:rsidRDefault="00E52996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493021686"/>
            <w:placeholder>
              <w:docPart w:val="944779F3A8354DD5B5E1AE359A77449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74B56C8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65FB07A5" w14:textId="77777777" w:rsidTr="002E140B">
        <w:tc>
          <w:tcPr>
            <w:tcW w:w="2547" w:type="dxa"/>
          </w:tcPr>
          <w:p w14:paraId="64EC676C" w14:textId="77777777" w:rsidR="00E52996" w:rsidRDefault="00E52996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012175159"/>
            <w:placeholder>
              <w:docPart w:val="9821C6BC5AC346E69020058848AE870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C488AA0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3D2BF147" w14:textId="77777777" w:rsidTr="002E140B">
        <w:tc>
          <w:tcPr>
            <w:tcW w:w="2547" w:type="dxa"/>
          </w:tcPr>
          <w:p w14:paraId="6A6137E1" w14:textId="77777777" w:rsidR="00E52996" w:rsidRDefault="00E52996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561853332"/>
            <w:placeholder>
              <w:docPart w:val="FA1552144F304B67865A0FB4EB2CB8D8"/>
            </w:placeholder>
            <w:showingPlcHdr/>
          </w:sdtPr>
          <w:sdtContent>
            <w:tc>
              <w:tcPr>
                <w:tcW w:w="6803" w:type="dxa"/>
              </w:tcPr>
              <w:p w14:paraId="2EA9A501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DA1E1D2" w14:textId="77777777" w:rsidTr="002E140B">
        <w:tc>
          <w:tcPr>
            <w:tcW w:w="2547" w:type="dxa"/>
          </w:tcPr>
          <w:p w14:paraId="59D4096F" w14:textId="77777777" w:rsidR="00E52996" w:rsidRDefault="00E52996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667745624"/>
            <w:placeholder>
              <w:docPart w:val="A26DFD8A6DC24EAD96796807C002BC33"/>
            </w:placeholder>
            <w:showingPlcHdr/>
          </w:sdtPr>
          <w:sdtContent>
            <w:tc>
              <w:tcPr>
                <w:tcW w:w="6803" w:type="dxa"/>
              </w:tcPr>
              <w:p w14:paraId="367ABC98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430967B" w14:textId="77777777" w:rsidTr="002E140B">
        <w:tc>
          <w:tcPr>
            <w:tcW w:w="2547" w:type="dxa"/>
            <w:vAlign w:val="center"/>
          </w:tcPr>
          <w:p w14:paraId="6660FD85" w14:textId="77777777" w:rsidR="00E52996" w:rsidRDefault="00E52996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994095251"/>
            <w:placeholder>
              <w:docPart w:val="4B2730A1B967446AB2E7F14E6D5D4188"/>
            </w:placeholder>
            <w:showingPlcHdr/>
          </w:sdtPr>
          <w:sdtContent>
            <w:tc>
              <w:tcPr>
                <w:tcW w:w="6803" w:type="dxa"/>
              </w:tcPr>
              <w:p w14:paraId="31EAB50E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FE1C78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2709AF99" w14:textId="77777777" w:rsidR="00E52996" w:rsidRDefault="00E52996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30814790"/>
            <w:placeholder>
              <w:docPart w:val="7FD520D1251D4DEFB94941CDD705286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39A23BED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25ADDD2F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0EE2C" w14:textId="43B755C2" w:rsidR="00E52996" w:rsidRDefault="00E52996" w:rsidP="002E140B"/>
        </w:tc>
      </w:tr>
      <w:tr w:rsidR="00E52996" w14:paraId="70E80DD2" w14:textId="77777777" w:rsidTr="00E70F08">
        <w:tc>
          <w:tcPr>
            <w:tcW w:w="9350" w:type="dxa"/>
            <w:gridSpan w:val="2"/>
          </w:tcPr>
          <w:p w14:paraId="2671A588" w14:textId="5078F183" w:rsidR="00E52996" w:rsidRDefault="00E52996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740477197"/>
                <w:placeholder>
                  <w:docPart w:val="CC574238DA3041619765E794A7AA1E9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1E2D1E83" w14:textId="77777777" w:rsidTr="002E140B">
        <w:tc>
          <w:tcPr>
            <w:tcW w:w="2547" w:type="dxa"/>
          </w:tcPr>
          <w:p w14:paraId="11673311" w14:textId="77777777" w:rsidR="00E52996" w:rsidRDefault="00E52996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6781810"/>
            <w:placeholder>
              <w:docPart w:val="716EAA26F8BC4E569BE5AF3F47D983E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F1EDDBB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5444CBB0" w14:textId="77777777" w:rsidTr="002E140B">
        <w:tc>
          <w:tcPr>
            <w:tcW w:w="2547" w:type="dxa"/>
          </w:tcPr>
          <w:p w14:paraId="43F83752" w14:textId="77777777" w:rsidR="00E52996" w:rsidRDefault="00E52996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319729455"/>
            <w:placeholder>
              <w:docPart w:val="D8ED0392353048C78D12F0304D86B6B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46F1351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68200E7E" w14:textId="77777777" w:rsidTr="002E140B">
        <w:tc>
          <w:tcPr>
            <w:tcW w:w="2547" w:type="dxa"/>
          </w:tcPr>
          <w:p w14:paraId="6E4700CB" w14:textId="77777777" w:rsidR="00E52996" w:rsidRDefault="00E52996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525470813"/>
            <w:placeholder>
              <w:docPart w:val="FBAB54BE61F647E68DCD10EC756ECA01"/>
            </w:placeholder>
            <w:showingPlcHdr/>
          </w:sdtPr>
          <w:sdtContent>
            <w:tc>
              <w:tcPr>
                <w:tcW w:w="6803" w:type="dxa"/>
              </w:tcPr>
              <w:p w14:paraId="34F64E21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780EB06D" w14:textId="77777777" w:rsidTr="002E140B">
        <w:tc>
          <w:tcPr>
            <w:tcW w:w="2547" w:type="dxa"/>
          </w:tcPr>
          <w:p w14:paraId="30D8F50E" w14:textId="77777777" w:rsidR="00E52996" w:rsidRDefault="00E52996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346244504"/>
            <w:placeholder>
              <w:docPart w:val="338FB530B5CD4A82AF31E38D5800D943"/>
            </w:placeholder>
            <w:showingPlcHdr/>
          </w:sdtPr>
          <w:sdtContent>
            <w:tc>
              <w:tcPr>
                <w:tcW w:w="6803" w:type="dxa"/>
              </w:tcPr>
              <w:p w14:paraId="0E3DE88A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6AAFCDF8" w14:textId="77777777" w:rsidTr="002E140B">
        <w:tc>
          <w:tcPr>
            <w:tcW w:w="2547" w:type="dxa"/>
            <w:vAlign w:val="center"/>
          </w:tcPr>
          <w:p w14:paraId="66932B93" w14:textId="77777777" w:rsidR="00E52996" w:rsidRDefault="00E52996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162588433"/>
            <w:placeholder>
              <w:docPart w:val="63CD9B6D263249C287C610362F20BAFA"/>
            </w:placeholder>
            <w:showingPlcHdr/>
          </w:sdtPr>
          <w:sdtContent>
            <w:tc>
              <w:tcPr>
                <w:tcW w:w="6803" w:type="dxa"/>
              </w:tcPr>
              <w:p w14:paraId="36FB887C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041D7E0F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57D8386" w14:textId="77777777" w:rsidR="00E52996" w:rsidRDefault="00E52996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954143342"/>
            <w:placeholder>
              <w:docPart w:val="D090BAA463244273996A10010A31DB54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B2BA31D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2A4532F2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79B5ED" w14:textId="123D3077" w:rsidR="00E52996" w:rsidRDefault="00E52996" w:rsidP="002E140B"/>
        </w:tc>
      </w:tr>
      <w:tr w:rsidR="00E52996" w14:paraId="1454FC55" w14:textId="77777777" w:rsidTr="00E70F08">
        <w:tc>
          <w:tcPr>
            <w:tcW w:w="9350" w:type="dxa"/>
            <w:gridSpan w:val="2"/>
          </w:tcPr>
          <w:p w14:paraId="0178DA22" w14:textId="22044C70" w:rsidR="00E52996" w:rsidRDefault="00E52996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360772035"/>
                <w:placeholder>
                  <w:docPart w:val="9882D92134DB4EBB9773AA106864B9B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07A2C8D6" w14:textId="77777777" w:rsidTr="002E140B">
        <w:tc>
          <w:tcPr>
            <w:tcW w:w="2547" w:type="dxa"/>
          </w:tcPr>
          <w:p w14:paraId="1B610247" w14:textId="77777777" w:rsidR="00E52996" w:rsidRDefault="00E52996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2060696834"/>
            <w:placeholder>
              <w:docPart w:val="66564EE79D8B4788B099FD8C640ACD6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3A12203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187566F3" w14:textId="77777777" w:rsidTr="002E140B">
        <w:tc>
          <w:tcPr>
            <w:tcW w:w="2547" w:type="dxa"/>
          </w:tcPr>
          <w:p w14:paraId="0AFF7FA7" w14:textId="77777777" w:rsidR="00E52996" w:rsidRDefault="00E52996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23597621"/>
            <w:placeholder>
              <w:docPart w:val="DCF87F70A6D94436A2F1BAEB1C75881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6D0EF35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265D7CE9" w14:textId="77777777" w:rsidTr="002E140B">
        <w:tc>
          <w:tcPr>
            <w:tcW w:w="2547" w:type="dxa"/>
          </w:tcPr>
          <w:p w14:paraId="6AFB2F92" w14:textId="77777777" w:rsidR="00E52996" w:rsidRDefault="00E52996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749428583"/>
            <w:placeholder>
              <w:docPart w:val="22758E273E024D86A41D38C22124851D"/>
            </w:placeholder>
            <w:showingPlcHdr/>
          </w:sdtPr>
          <w:sdtContent>
            <w:tc>
              <w:tcPr>
                <w:tcW w:w="6803" w:type="dxa"/>
              </w:tcPr>
              <w:p w14:paraId="415CF631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09DED731" w14:textId="77777777" w:rsidTr="002E140B">
        <w:tc>
          <w:tcPr>
            <w:tcW w:w="2547" w:type="dxa"/>
          </w:tcPr>
          <w:p w14:paraId="6B8DB894" w14:textId="77777777" w:rsidR="00E52996" w:rsidRDefault="00E52996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593738682"/>
            <w:placeholder>
              <w:docPart w:val="29371F4B140D41F198C2691D617791F2"/>
            </w:placeholder>
            <w:showingPlcHdr/>
          </w:sdtPr>
          <w:sdtContent>
            <w:tc>
              <w:tcPr>
                <w:tcW w:w="6803" w:type="dxa"/>
              </w:tcPr>
              <w:p w14:paraId="36EEFFF9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0E7F8DA" w14:textId="77777777" w:rsidTr="002E140B">
        <w:tc>
          <w:tcPr>
            <w:tcW w:w="2547" w:type="dxa"/>
            <w:vAlign w:val="center"/>
          </w:tcPr>
          <w:p w14:paraId="44F21D36" w14:textId="77777777" w:rsidR="00E52996" w:rsidRDefault="00E52996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670251718"/>
            <w:placeholder>
              <w:docPart w:val="DA93ED4FCC844BFD9544E208C57F4068"/>
            </w:placeholder>
            <w:showingPlcHdr/>
          </w:sdtPr>
          <w:sdtContent>
            <w:tc>
              <w:tcPr>
                <w:tcW w:w="6803" w:type="dxa"/>
              </w:tcPr>
              <w:p w14:paraId="1757731E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5891E90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2E428A74" w14:textId="77777777" w:rsidR="00E52996" w:rsidRDefault="00E52996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181083597"/>
            <w:placeholder>
              <w:docPart w:val="1BF5CA2CECA945F090803B0239C6687C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9C65404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43B47E8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6A27D" w14:textId="39438581" w:rsidR="00E52996" w:rsidRDefault="00E52996" w:rsidP="002E140B"/>
        </w:tc>
      </w:tr>
    </w:tbl>
    <w:p w14:paraId="44ADE743" w14:textId="77777777" w:rsidR="00E52996" w:rsidRDefault="00E52996">
      <w:pPr>
        <w:pStyle w:val="Heading1"/>
      </w:pPr>
    </w:p>
    <w:p w14:paraId="00F8CD65" w14:textId="77777777" w:rsidR="00E52996" w:rsidRDefault="00E52996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5E8DCCDB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1583891A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41D4F065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32F103F4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33BB491F" w:rsidR="002931FF" w:rsidRDefault="002931FF" w:rsidP="002D7D98"/>
        </w:tc>
      </w:tr>
      <w:tr w:rsidR="00E52996" w14:paraId="465425D3" w14:textId="77777777" w:rsidTr="0019370D">
        <w:tc>
          <w:tcPr>
            <w:tcW w:w="9350" w:type="dxa"/>
            <w:gridSpan w:val="2"/>
          </w:tcPr>
          <w:p w14:paraId="309B0679" w14:textId="0F8F57AB" w:rsidR="00E52996" w:rsidRDefault="00E52996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617816636"/>
                <w:placeholder>
                  <w:docPart w:val="64F504D1659140D58F17982A2F0CBBA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4AD0D1D6" w14:textId="77777777" w:rsidTr="00A0792E">
        <w:tc>
          <w:tcPr>
            <w:tcW w:w="2830" w:type="dxa"/>
            <w:vAlign w:val="center"/>
          </w:tcPr>
          <w:p w14:paraId="253BEFA3" w14:textId="77777777" w:rsidR="00E52996" w:rsidRDefault="00E52996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627615017"/>
            <w:placeholder>
              <w:docPart w:val="F0C4B223AB0642869DD3E8FEBF6B7352"/>
            </w:placeholder>
            <w:showingPlcHdr/>
          </w:sdtPr>
          <w:sdtContent>
            <w:tc>
              <w:tcPr>
                <w:tcW w:w="6520" w:type="dxa"/>
              </w:tcPr>
              <w:p w14:paraId="07650DD8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37B114FB" w14:textId="77777777" w:rsidTr="00A0792E">
        <w:tc>
          <w:tcPr>
            <w:tcW w:w="2830" w:type="dxa"/>
            <w:vAlign w:val="center"/>
          </w:tcPr>
          <w:p w14:paraId="480EEBB0" w14:textId="77777777" w:rsidR="00E52996" w:rsidRDefault="00E52996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F749CD2" w14:textId="77777777" w:rsidR="00E52996" w:rsidRDefault="00E52996" w:rsidP="002D7D98">
            <w:r>
              <w:t xml:space="preserve">Yes </w:t>
            </w:r>
            <w:sdt>
              <w:sdtPr>
                <w:id w:val="-21828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760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14087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224A8817" w14:textId="77777777" w:rsidTr="00A0792E">
        <w:tc>
          <w:tcPr>
            <w:tcW w:w="2830" w:type="dxa"/>
            <w:vAlign w:val="center"/>
          </w:tcPr>
          <w:p w14:paraId="1F7EC238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531115860"/>
            <w:placeholder>
              <w:docPart w:val="E4DC57FDF9664B2DB1902B96AF71129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CED9A6F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61749893" w14:textId="77777777" w:rsidTr="00A0792E">
        <w:tc>
          <w:tcPr>
            <w:tcW w:w="2830" w:type="dxa"/>
            <w:vAlign w:val="center"/>
          </w:tcPr>
          <w:p w14:paraId="2053A62F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123690917"/>
            <w:placeholder>
              <w:docPart w:val="BEE6578F6DAD4BBC81B68E47F2D947B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41B2C05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6439E43E" w14:textId="77777777" w:rsidTr="00A0792E">
        <w:tc>
          <w:tcPr>
            <w:tcW w:w="2830" w:type="dxa"/>
            <w:vAlign w:val="center"/>
          </w:tcPr>
          <w:p w14:paraId="510E3AA9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9ED3785" w14:textId="77777777" w:rsidR="00E52996" w:rsidRDefault="00E52996" w:rsidP="00CD745A"/>
        </w:tc>
        <w:sdt>
          <w:sdtPr>
            <w:id w:val="-1358952120"/>
            <w:placeholder>
              <w:docPart w:val="35443344766C473A876E548803B30EC8"/>
            </w:placeholder>
            <w:showingPlcHdr/>
          </w:sdtPr>
          <w:sdtContent>
            <w:tc>
              <w:tcPr>
                <w:tcW w:w="6520" w:type="dxa"/>
              </w:tcPr>
              <w:p w14:paraId="0C779FCB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2C31A533" w14:textId="77777777" w:rsidTr="00A0792E">
        <w:tc>
          <w:tcPr>
            <w:tcW w:w="2830" w:type="dxa"/>
            <w:vAlign w:val="center"/>
          </w:tcPr>
          <w:p w14:paraId="1BF612E4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4A3F6BAD" w14:textId="77777777" w:rsidR="00E52996" w:rsidRDefault="00E52996" w:rsidP="00CD745A"/>
        </w:tc>
        <w:sdt>
          <w:sdtPr>
            <w:id w:val="1685554300"/>
            <w:placeholder>
              <w:docPart w:val="4592308C1EAD4629AAF92F5001086780"/>
            </w:placeholder>
            <w:showingPlcHdr/>
          </w:sdtPr>
          <w:sdtContent>
            <w:tc>
              <w:tcPr>
                <w:tcW w:w="6520" w:type="dxa"/>
              </w:tcPr>
              <w:p w14:paraId="7E12A42F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743363C9" w14:textId="77777777" w:rsidTr="00A0792E">
        <w:tc>
          <w:tcPr>
            <w:tcW w:w="2830" w:type="dxa"/>
            <w:vAlign w:val="center"/>
          </w:tcPr>
          <w:p w14:paraId="079B4E67" w14:textId="77777777" w:rsidR="00E52996" w:rsidRDefault="00E52996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394585640"/>
            <w:placeholder>
              <w:docPart w:val="50980D90AF8E4D1AA0BCEFE8312F4AD7"/>
            </w:placeholder>
            <w:showingPlcHdr/>
          </w:sdtPr>
          <w:sdtContent>
            <w:tc>
              <w:tcPr>
                <w:tcW w:w="6520" w:type="dxa"/>
              </w:tcPr>
              <w:p w14:paraId="6C1B73B9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C756208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287FF4B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659C207" w14:textId="77777777" w:rsidR="00E52996" w:rsidRDefault="00E52996" w:rsidP="002D7D98">
            <w:r>
              <w:t xml:space="preserve">Yes </w:t>
            </w:r>
            <w:sdt>
              <w:sdtPr>
                <w:id w:val="-116561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69965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2350AD6A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3E9E6D" w14:textId="0525A09D" w:rsidR="00E52996" w:rsidRDefault="00E52996" w:rsidP="002D7D98"/>
        </w:tc>
      </w:tr>
      <w:tr w:rsidR="00E52996" w14:paraId="41FF237F" w14:textId="77777777" w:rsidTr="0019370D">
        <w:tc>
          <w:tcPr>
            <w:tcW w:w="9350" w:type="dxa"/>
            <w:gridSpan w:val="2"/>
          </w:tcPr>
          <w:p w14:paraId="741E1B02" w14:textId="60CAFBD3" w:rsidR="00E52996" w:rsidRDefault="00E52996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88704672"/>
                <w:placeholder>
                  <w:docPart w:val="8A271229424048E48573F7DCF412B9A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68405BE0" w14:textId="77777777" w:rsidTr="00A0792E">
        <w:tc>
          <w:tcPr>
            <w:tcW w:w="2830" w:type="dxa"/>
            <w:vAlign w:val="center"/>
          </w:tcPr>
          <w:p w14:paraId="74019E11" w14:textId="77777777" w:rsidR="00E52996" w:rsidRDefault="00E52996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464333508"/>
            <w:placeholder>
              <w:docPart w:val="D61808CC41B84B01B094DDA61A1BE4D3"/>
            </w:placeholder>
            <w:showingPlcHdr/>
          </w:sdtPr>
          <w:sdtContent>
            <w:tc>
              <w:tcPr>
                <w:tcW w:w="6520" w:type="dxa"/>
              </w:tcPr>
              <w:p w14:paraId="7D19F7B2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322FC63" w14:textId="77777777" w:rsidTr="00A0792E">
        <w:tc>
          <w:tcPr>
            <w:tcW w:w="2830" w:type="dxa"/>
            <w:vAlign w:val="center"/>
          </w:tcPr>
          <w:p w14:paraId="08119617" w14:textId="77777777" w:rsidR="00E52996" w:rsidRDefault="00E52996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5B7B18C" w14:textId="77777777" w:rsidR="00E52996" w:rsidRDefault="00E52996" w:rsidP="002D7D98">
            <w:r>
              <w:t xml:space="preserve">Yes </w:t>
            </w:r>
            <w:sdt>
              <w:sdtPr>
                <w:id w:val="146894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774787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93243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6845B71E" w14:textId="77777777" w:rsidTr="00A0792E">
        <w:tc>
          <w:tcPr>
            <w:tcW w:w="2830" w:type="dxa"/>
            <w:vAlign w:val="center"/>
          </w:tcPr>
          <w:p w14:paraId="4039221B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365445571"/>
            <w:placeholder>
              <w:docPart w:val="3CE59C26775442679D3F34292360B8B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ADE2BDD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29D0C997" w14:textId="77777777" w:rsidTr="00A0792E">
        <w:tc>
          <w:tcPr>
            <w:tcW w:w="2830" w:type="dxa"/>
            <w:vAlign w:val="center"/>
          </w:tcPr>
          <w:p w14:paraId="558EE139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911839455"/>
            <w:placeholder>
              <w:docPart w:val="F585504834154C1B875555C40F15F9E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563340D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3A976181" w14:textId="77777777" w:rsidTr="00A0792E">
        <w:tc>
          <w:tcPr>
            <w:tcW w:w="2830" w:type="dxa"/>
            <w:vAlign w:val="center"/>
          </w:tcPr>
          <w:p w14:paraId="49D26ACA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857A56B" w14:textId="77777777" w:rsidR="00E52996" w:rsidRDefault="00E52996" w:rsidP="00CD745A"/>
        </w:tc>
        <w:sdt>
          <w:sdtPr>
            <w:id w:val="1234815702"/>
            <w:placeholder>
              <w:docPart w:val="BBE22BA9BB5B49A2800107E3F19EFDA3"/>
            </w:placeholder>
            <w:showingPlcHdr/>
          </w:sdtPr>
          <w:sdtContent>
            <w:tc>
              <w:tcPr>
                <w:tcW w:w="6520" w:type="dxa"/>
              </w:tcPr>
              <w:p w14:paraId="4571D223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6A871F76" w14:textId="77777777" w:rsidTr="00A0792E">
        <w:tc>
          <w:tcPr>
            <w:tcW w:w="2830" w:type="dxa"/>
            <w:vAlign w:val="center"/>
          </w:tcPr>
          <w:p w14:paraId="5C847511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608BF9E5" w14:textId="77777777" w:rsidR="00E52996" w:rsidRDefault="00E52996" w:rsidP="00CD745A"/>
        </w:tc>
        <w:sdt>
          <w:sdtPr>
            <w:id w:val="-300459757"/>
            <w:placeholder>
              <w:docPart w:val="9B51985F5BE44C56A56BA7916BC8AF97"/>
            </w:placeholder>
            <w:showingPlcHdr/>
          </w:sdtPr>
          <w:sdtContent>
            <w:tc>
              <w:tcPr>
                <w:tcW w:w="6520" w:type="dxa"/>
              </w:tcPr>
              <w:p w14:paraId="74FEB588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38300A06" w14:textId="77777777" w:rsidTr="00A0792E">
        <w:tc>
          <w:tcPr>
            <w:tcW w:w="2830" w:type="dxa"/>
            <w:vAlign w:val="center"/>
          </w:tcPr>
          <w:p w14:paraId="5CCED1D9" w14:textId="77777777" w:rsidR="00E52996" w:rsidRDefault="00E52996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2143919161"/>
            <w:placeholder>
              <w:docPart w:val="AC74DCBAD2A742C5A40E3AB6C7344928"/>
            </w:placeholder>
            <w:showingPlcHdr/>
          </w:sdtPr>
          <w:sdtContent>
            <w:tc>
              <w:tcPr>
                <w:tcW w:w="6520" w:type="dxa"/>
              </w:tcPr>
              <w:p w14:paraId="055565D3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412EE5E6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5FD4EC4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1C36CBB" w14:textId="77777777" w:rsidR="00E52996" w:rsidRDefault="00E52996" w:rsidP="002D7D98">
            <w:r>
              <w:t xml:space="preserve">Yes </w:t>
            </w:r>
            <w:sdt>
              <w:sdtPr>
                <w:id w:val="-161827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3896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2A4938F4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68997" w14:textId="53F7B441" w:rsidR="00E52996" w:rsidRDefault="00E52996" w:rsidP="002D7D98"/>
        </w:tc>
      </w:tr>
      <w:tr w:rsidR="00E52996" w14:paraId="679F5D83" w14:textId="77777777" w:rsidTr="0019370D">
        <w:tc>
          <w:tcPr>
            <w:tcW w:w="9350" w:type="dxa"/>
            <w:gridSpan w:val="2"/>
          </w:tcPr>
          <w:p w14:paraId="79BD20C7" w14:textId="7FDE5184" w:rsidR="00E52996" w:rsidRDefault="00E52996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320385616"/>
                <w:placeholder>
                  <w:docPart w:val="0C0F8A5CF8314B7B9BBE90ABEC3BBD14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13396133" w14:textId="77777777" w:rsidTr="00A0792E">
        <w:tc>
          <w:tcPr>
            <w:tcW w:w="2830" w:type="dxa"/>
            <w:vAlign w:val="center"/>
          </w:tcPr>
          <w:p w14:paraId="67D36818" w14:textId="77777777" w:rsidR="00E52996" w:rsidRDefault="00E52996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1729959698"/>
            <w:placeholder>
              <w:docPart w:val="7FE4F8749ABB44E48409E728A07175C3"/>
            </w:placeholder>
            <w:showingPlcHdr/>
          </w:sdtPr>
          <w:sdtContent>
            <w:tc>
              <w:tcPr>
                <w:tcW w:w="6520" w:type="dxa"/>
              </w:tcPr>
              <w:p w14:paraId="344D4413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311B7E4F" w14:textId="77777777" w:rsidTr="00A0792E">
        <w:tc>
          <w:tcPr>
            <w:tcW w:w="2830" w:type="dxa"/>
            <w:vAlign w:val="center"/>
          </w:tcPr>
          <w:p w14:paraId="1B52A245" w14:textId="77777777" w:rsidR="00E52996" w:rsidRDefault="00E52996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C27E225" w14:textId="77777777" w:rsidR="00E52996" w:rsidRDefault="00E52996" w:rsidP="002D7D98">
            <w:r>
              <w:t xml:space="preserve">Yes </w:t>
            </w:r>
            <w:sdt>
              <w:sdtPr>
                <w:id w:val="155148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3189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70674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649EE55E" w14:textId="77777777" w:rsidTr="00A0792E">
        <w:tc>
          <w:tcPr>
            <w:tcW w:w="2830" w:type="dxa"/>
            <w:vAlign w:val="center"/>
          </w:tcPr>
          <w:p w14:paraId="06C96083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38051827"/>
            <w:placeholder>
              <w:docPart w:val="38FE7F2CADB243E0BB02CFB6BB37E42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68843D3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7D8D9E28" w14:textId="77777777" w:rsidTr="00A0792E">
        <w:tc>
          <w:tcPr>
            <w:tcW w:w="2830" w:type="dxa"/>
            <w:vAlign w:val="center"/>
          </w:tcPr>
          <w:p w14:paraId="3ED240C2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780912630"/>
            <w:placeholder>
              <w:docPart w:val="55DB0266B13C468387CBB3AC000C749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30B24C0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22F51272" w14:textId="77777777" w:rsidTr="00A0792E">
        <w:tc>
          <w:tcPr>
            <w:tcW w:w="2830" w:type="dxa"/>
            <w:vAlign w:val="center"/>
          </w:tcPr>
          <w:p w14:paraId="3CF95E84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45ABBCB4" w14:textId="77777777" w:rsidR="00E52996" w:rsidRDefault="00E52996" w:rsidP="00CD745A"/>
        </w:tc>
        <w:sdt>
          <w:sdtPr>
            <w:id w:val="-1626542473"/>
            <w:placeholder>
              <w:docPart w:val="C66B4EE3A5C84D6C98C302FFD2A4CD2E"/>
            </w:placeholder>
            <w:showingPlcHdr/>
          </w:sdtPr>
          <w:sdtContent>
            <w:tc>
              <w:tcPr>
                <w:tcW w:w="6520" w:type="dxa"/>
              </w:tcPr>
              <w:p w14:paraId="68731B8E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74666435" w14:textId="77777777" w:rsidTr="00A0792E">
        <w:tc>
          <w:tcPr>
            <w:tcW w:w="2830" w:type="dxa"/>
            <w:vAlign w:val="center"/>
          </w:tcPr>
          <w:p w14:paraId="2ED15C8F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0D895D1" w14:textId="77777777" w:rsidR="00E52996" w:rsidRDefault="00E52996" w:rsidP="00CD745A"/>
        </w:tc>
        <w:sdt>
          <w:sdtPr>
            <w:id w:val="-1014221081"/>
            <w:placeholder>
              <w:docPart w:val="C21D5802FBA64A7982AABB3F207B2EA7"/>
            </w:placeholder>
            <w:showingPlcHdr/>
          </w:sdtPr>
          <w:sdtContent>
            <w:tc>
              <w:tcPr>
                <w:tcW w:w="6520" w:type="dxa"/>
              </w:tcPr>
              <w:p w14:paraId="7FF851C8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05CF7E34" w14:textId="77777777" w:rsidTr="00A0792E">
        <w:tc>
          <w:tcPr>
            <w:tcW w:w="2830" w:type="dxa"/>
            <w:vAlign w:val="center"/>
          </w:tcPr>
          <w:p w14:paraId="171F3D84" w14:textId="77777777" w:rsidR="00E52996" w:rsidRDefault="00E52996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87945655"/>
            <w:placeholder>
              <w:docPart w:val="5CBB6C56037C4EC0B291E5CA037EAE7F"/>
            </w:placeholder>
            <w:showingPlcHdr/>
          </w:sdtPr>
          <w:sdtContent>
            <w:tc>
              <w:tcPr>
                <w:tcW w:w="6520" w:type="dxa"/>
              </w:tcPr>
              <w:p w14:paraId="2487B8F6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3320519C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4293349" w14:textId="77777777" w:rsidR="00E52996" w:rsidRPr="00F4085D" w:rsidRDefault="00E52996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BA1394F" w14:textId="77777777" w:rsidR="00E52996" w:rsidRDefault="00E52996" w:rsidP="002D7D98">
            <w:r>
              <w:t xml:space="preserve">Yes </w:t>
            </w:r>
            <w:sdt>
              <w:sdtPr>
                <w:id w:val="50641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0151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4407214F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79334" w14:textId="7E1F6571" w:rsidR="00E52996" w:rsidRDefault="00E52996" w:rsidP="002D7D98"/>
        </w:tc>
      </w:tr>
    </w:tbl>
    <w:p w14:paraId="4B13E1C0" w14:textId="77777777" w:rsidR="008525FA" w:rsidRDefault="008525FA" w:rsidP="002D7D98"/>
    <w:p w14:paraId="3F6DB200" w14:textId="77777777" w:rsidR="00E52996" w:rsidRDefault="00E52996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  <w:br w:type="page"/>
      </w:r>
    </w:p>
    <w:p w14:paraId="7BEA5104" w14:textId="474BBBBA" w:rsidR="00392FA8" w:rsidRPr="00392FA8" w:rsidRDefault="00392FA8" w:rsidP="00392FA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 w:rsidRPr="00392FA8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  <w:lastRenderedPageBreak/>
        <w:t>Research &amp; Publications</w:t>
      </w:r>
    </w:p>
    <w:p w14:paraId="72B0CFBB" w14:textId="77777777" w:rsidR="00392FA8" w:rsidRPr="00392FA8" w:rsidRDefault="00392FA8" w:rsidP="00392FA8">
      <w:r w:rsidRPr="00392FA8"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031DA2" w14:paraId="00A42697" w14:textId="77777777" w:rsidTr="008D06F5">
        <w:tc>
          <w:tcPr>
            <w:tcW w:w="9350" w:type="dxa"/>
            <w:gridSpan w:val="2"/>
          </w:tcPr>
          <w:p w14:paraId="0B16B180" w14:textId="0BA73302" w:rsidR="00031DA2" w:rsidRDefault="00031DA2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559005899"/>
                <w:placeholder>
                  <w:docPart w:val="C592818E23544CC0979C67945977F99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31DA2" w14:paraId="1CC06B47" w14:textId="77777777" w:rsidTr="008D06F5">
        <w:tc>
          <w:tcPr>
            <w:tcW w:w="2723" w:type="dxa"/>
            <w:vAlign w:val="center"/>
          </w:tcPr>
          <w:p w14:paraId="34690CFA" w14:textId="77777777" w:rsidR="00031DA2" w:rsidRDefault="00031DA2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-884801897"/>
            <w:placeholder>
              <w:docPart w:val="B44889AE70AD434AA79CB2C25D82D4BA"/>
            </w:placeholder>
            <w:showingPlcHdr/>
          </w:sdtPr>
          <w:sdtContent>
            <w:tc>
              <w:tcPr>
                <w:tcW w:w="6627" w:type="dxa"/>
              </w:tcPr>
              <w:p w14:paraId="3D23AD69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6BF38F8A" w14:textId="77777777" w:rsidTr="008D06F5">
        <w:tc>
          <w:tcPr>
            <w:tcW w:w="2723" w:type="dxa"/>
            <w:vAlign w:val="center"/>
          </w:tcPr>
          <w:p w14:paraId="1CE04196" w14:textId="77777777" w:rsidR="00031DA2" w:rsidRDefault="00031DA2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303040303"/>
            <w:placeholder>
              <w:docPart w:val="5CBE17A9874747C1AC4D9286D999051F"/>
            </w:placeholder>
            <w:showingPlcHdr/>
          </w:sdtPr>
          <w:sdtContent>
            <w:tc>
              <w:tcPr>
                <w:tcW w:w="6627" w:type="dxa"/>
              </w:tcPr>
              <w:p w14:paraId="6240D335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5F300611" w14:textId="77777777" w:rsidTr="008D06F5">
        <w:tc>
          <w:tcPr>
            <w:tcW w:w="2723" w:type="dxa"/>
            <w:vAlign w:val="center"/>
          </w:tcPr>
          <w:p w14:paraId="79D68190" w14:textId="77777777" w:rsidR="00031DA2" w:rsidRPr="00F4085D" w:rsidRDefault="00031DA2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353568D3" w14:textId="77777777" w:rsidR="00031DA2" w:rsidRDefault="00031DA2" w:rsidP="008D06F5"/>
        </w:tc>
        <w:sdt>
          <w:sdtPr>
            <w:id w:val="1403103088"/>
            <w:placeholder>
              <w:docPart w:val="0E127B746693496192A4092148813476"/>
            </w:placeholder>
            <w:showingPlcHdr/>
          </w:sdtPr>
          <w:sdtContent>
            <w:tc>
              <w:tcPr>
                <w:tcW w:w="6627" w:type="dxa"/>
              </w:tcPr>
              <w:p w14:paraId="5D0335B3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4335826E" w14:textId="77777777" w:rsidTr="008D06F5">
        <w:tc>
          <w:tcPr>
            <w:tcW w:w="2723" w:type="dxa"/>
            <w:vAlign w:val="center"/>
          </w:tcPr>
          <w:p w14:paraId="5065A58C" w14:textId="77777777" w:rsidR="00031DA2" w:rsidRDefault="00031DA2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963811919"/>
            <w:placeholder>
              <w:docPart w:val="ED602206C4D74D3A80D8AA3144CB05C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68CD0DC" w14:textId="77777777" w:rsidR="00031DA2" w:rsidRDefault="00031DA2" w:rsidP="008D06F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31DA2" w14:paraId="304A14E4" w14:textId="77777777" w:rsidTr="008D06F5">
        <w:tc>
          <w:tcPr>
            <w:tcW w:w="2723" w:type="dxa"/>
            <w:vAlign w:val="center"/>
          </w:tcPr>
          <w:p w14:paraId="76D98F1F" w14:textId="77777777" w:rsidR="00031DA2" w:rsidRDefault="00031DA2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13549E50" w14:textId="77777777" w:rsidR="00031DA2" w:rsidRDefault="00031DA2" w:rsidP="008D06F5">
            <w:r>
              <w:t xml:space="preserve">Complete  </w:t>
            </w:r>
            <w:sdt>
              <w:sdtPr>
                <w:id w:val="-180569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88343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31DA2" w14:paraId="6C6A97D5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51040A7" w14:textId="77777777" w:rsidR="00031DA2" w:rsidRPr="00F4085D" w:rsidRDefault="00031DA2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B8D07A1" w14:textId="77777777" w:rsidR="00031DA2" w:rsidRDefault="00031DA2" w:rsidP="008D06F5">
            <w:r>
              <w:t xml:space="preserve">Yes </w:t>
            </w:r>
            <w:sdt>
              <w:sdtPr>
                <w:id w:val="-168250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90211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31DA2" w14:paraId="0BD88BFB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4FB965" w14:textId="77777777" w:rsidR="00031DA2" w:rsidRPr="00F4085D" w:rsidRDefault="00031DA2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82AA4" w14:textId="543A912B" w:rsidR="00031DA2" w:rsidRDefault="00031DA2" w:rsidP="008D06F5"/>
        </w:tc>
      </w:tr>
      <w:tr w:rsidR="00031DA2" w14:paraId="5433A09A" w14:textId="77777777" w:rsidTr="008D06F5">
        <w:tc>
          <w:tcPr>
            <w:tcW w:w="9350" w:type="dxa"/>
            <w:gridSpan w:val="2"/>
          </w:tcPr>
          <w:p w14:paraId="0D7ECAB8" w14:textId="162B0B49" w:rsidR="00031DA2" w:rsidRDefault="00031DA2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027134243"/>
                <w:placeholder>
                  <w:docPart w:val="764A5A2C1EAF49D7AC3DDF63BC5AD700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31DA2" w14:paraId="16915052" w14:textId="77777777" w:rsidTr="008D06F5">
        <w:tc>
          <w:tcPr>
            <w:tcW w:w="2723" w:type="dxa"/>
            <w:vAlign w:val="center"/>
          </w:tcPr>
          <w:p w14:paraId="5BA510C8" w14:textId="77777777" w:rsidR="00031DA2" w:rsidRDefault="00031DA2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1191177312"/>
            <w:placeholder>
              <w:docPart w:val="5B81387B9A30402A84817179D8E8A3DF"/>
            </w:placeholder>
            <w:showingPlcHdr/>
          </w:sdtPr>
          <w:sdtContent>
            <w:tc>
              <w:tcPr>
                <w:tcW w:w="6627" w:type="dxa"/>
              </w:tcPr>
              <w:p w14:paraId="6681A484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22E1C859" w14:textId="77777777" w:rsidTr="008D06F5">
        <w:tc>
          <w:tcPr>
            <w:tcW w:w="2723" w:type="dxa"/>
            <w:vAlign w:val="center"/>
          </w:tcPr>
          <w:p w14:paraId="5FC310A3" w14:textId="77777777" w:rsidR="00031DA2" w:rsidRDefault="00031DA2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088562014"/>
            <w:placeholder>
              <w:docPart w:val="56F2E1A4330847E8B96E185C1FAE9724"/>
            </w:placeholder>
            <w:showingPlcHdr/>
          </w:sdtPr>
          <w:sdtContent>
            <w:tc>
              <w:tcPr>
                <w:tcW w:w="6627" w:type="dxa"/>
              </w:tcPr>
              <w:p w14:paraId="5962158E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37A05AD6" w14:textId="77777777" w:rsidTr="008D06F5">
        <w:tc>
          <w:tcPr>
            <w:tcW w:w="2723" w:type="dxa"/>
            <w:vAlign w:val="center"/>
          </w:tcPr>
          <w:p w14:paraId="4ACFB70D" w14:textId="77777777" w:rsidR="00031DA2" w:rsidRPr="00F4085D" w:rsidRDefault="00031DA2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1DAE5AD2" w14:textId="77777777" w:rsidR="00031DA2" w:rsidRDefault="00031DA2" w:rsidP="008D06F5"/>
        </w:tc>
        <w:sdt>
          <w:sdtPr>
            <w:id w:val="-1463266661"/>
            <w:placeholder>
              <w:docPart w:val="82B6E2340BF441B89FBB3782736B2E20"/>
            </w:placeholder>
            <w:showingPlcHdr/>
          </w:sdtPr>
          <w:sdtContent>
            <w:tc>
              <w:tcPr>
                <w:tcW w:w="6627" w:type="dxa"/>
              </w:tcPr>
              <w:p w14:paraId="44DEEFBF" w14:textId="77777777" w:rsidR="00031DA2" w:rsidRDefault="00031DA2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31DA2" w14:paraId="36CB2046" w14:textId="77777777" w:rsidTr="008D06F5">
        <w:tc>
          <w:tcPr>
            <w:tcW w:w="2723" w:type="dxa"/>
            <w:vAlign w:val="center"/>
          </w:tcPr>
          <w:p w14:paraId="1DC9A587" w14:textId="77777777" w:rsidR="00031DA2" w:rsidRDefault="00031DA2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63172563"/>
            <w:placeholder>
              <w:docPart w:val="C2BE64C42DF840F4BD14ECFF712E063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BDFE117" w14:textId="77777777" w:rsidR="00031DA2" w:rsidRDefault="00031DA2" w:rsidP="008D06F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31DA2" w14:paraId="6B59F807" w14:textId="77777777" w:rsidTr="008D06F5">
        <w:tc>
          <w:tcPr>
            <w:tcW w:w="2723" w:type="dxa"/>
            <w:vAlign w:val="center"/>
          </w:tcPr>
          <w:p w14:paraId="29A1ED01" w14:textId="77777777" w:rsidR="00031DA2" w:rsidRDefault="00031DA2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40E1575" w14:textId="77777777" w:rsidR="00031DA2" w:rsidRDefault="00031DA2" w:rsidP="008D06F5">
            <w:r>
              <w:t xml:space="preserve">Complete  </w:t>
            </w:r>
            <w:sdt>
              <w:sdtPr>
                <w:id w:val="1503085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14734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31DA2" w14:paraId="31139DA6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58D0C2A" w14:textId="77777777" w:rsidR="00031DA2" w:rsidRPr="00F4085D" w:rsidRDefault="00031DA2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F18AF8E" w14:textId="77777777" w:rsidR="00031DA2" w:rsidRDefault="00031DA2" w:rsidP="008D06F5">
            <w:r>
              <w:t xml:space="preserve">Yes </w:t>
            </w:r>
            <w:sdt>
              <w:sdtPr>
                <w:id w:val="-142603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53330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31DA2" w14:paraId="17BCAC17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93B295" w14:textId="77777777" w:rsidR="00031DA2" w:rsidRPr="00F4085D" w:rsidRDefault="00031DA2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6F0B2" w14:textId="52F18292" w:rsidR="00031DA2" w:rsidRDefault="00031DA2" w:rsidP="008D06F5"/>
        </w:tc>
      </w:tr>
      <w:tr w:rsidR="00E52996" w14:paraId="18075E17" w14:textId="77777777" w:rsidTr="008D06F5">
        <w:tc>
          <w:tcPr>
            <w:tcW w:w="9350" w:type="dxa"/>
            <w:gridSpan w:val="2"/>
          </w:tcPr>
          <w:p w14:paraId="41DEB660" w14:textId="3D7CB548" w:rsidR="00E52996" w:rsidRDefault="00E52996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528530618"/>
                <w:placeholder>
                  <w:docPart w:val="A049D9D8AAE64E20AE99A107D7C118CF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7A701272" w14:textId="77777777" w:rsidTr="008D06F5">
        <w:tc>
          <w:tcPr>
            <w:tcW w:w="2723" w:type="dxa"/>
            <w:vAlign w:val="center"/>
          </w:tcPr>
          <w:p w14:paraId="6DB14A55" w14:textId="77777777" w:rsidR="00E52996" w:rsidRDefault="00E52996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217425856"/>
            <w:placeholder>
              <w:docPart w:val="F101804EFBF3405A8CCFBF3AEF0D475A"/>
            </w:placeholder>
            <w:showingPlcHdr/>
          </w:sdtPr>
          <w:sdtContent>
            <w:tc>
              <w:tcPr>
                <w:tcW w:w="6627" w:type="dxa"/>
              </w:tcPr>
              <w:p w14:paraId="457D7EA3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C96BB37" w14:textId="77777777" w:rsidTr="008D06F5">
        <w:tc>
          <w:tcPr>
            <w:tcW w:w="2723" w:type="dxa"/>
            <w:vAlign w:val="center"/>
          </w:tcPr>
          <w:p w14:paraId="38809A72" w14:textId="77777777" w:rsidR="00E52996" w:rsidRDefault="00E52996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2031951020"/>
            <w:placeholder>
              <w:docPart w:val="63EFE353297A420E8834420FE69D4292"/>
            </w:placeholder>
            <w:showingPlcHdr/>
          </w:sdtPr>
          <w:sdtContent>
            <w:tc>
              <w:tcPr>
                <w:tcW w:w="6627" w:type="dxa"/>
              </w:tcPr>
              <w:p w14:paraId="38B1EB25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6B5DB9D4" w14:textId="77777777" w:rsidTr="008D06F5">
        <w:tc>
          <w:tcPr>
            <w:tcW w:w="2723" w:type="dxa"/>
            <w:vAlign w:val="center"/>
          </w:tcPr>
          <w:p w14:paraId="5D98FF7A" w14:textId="77777777" w:rsidR="00E52996" w:rsidRPr="00F4085D" w:rsidRDefault="00E52996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518DC4A2" w14:textId="77777777" w:rsidR="00E52996" w:rsidRDefault="00E52996" w:rsidP="008D06F5"/>
        </w:tc>
        <w:sdt>
          <w:sdtPr>
            <w:id w:val="1991596469"/>
            <w:placeholder>
              <w:docPart w:val="020F5D7E9C43498E931EB2304F78F39E"/>
            </w:placeholder>
            <w:showingPlcHdr/>
          </w:sdtPr>
          <w:sdtContent>
            <w:tc>
              <w:tcPr>
                <w:tcW w:w="6627" w:type="dxa"/>
              </w:tcPr>
              <w:p w14:paraId="46BD6879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6A7AA37C" w14:textId="77777777" w:rsidTr="008D06F5">
        <w:tc>
          <w:tcPr>
            <w:tcW w:w="2723" w:type="dxa"/>
            <w:vAlign w:val="center"/>
          </w:tcPr>
          <w:p w14:paraId="05AEEBFC" w14:textId="77777777" w:rsidR="00E52996" w:rsidRDefault="00E52996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797838321"/>
            <w:placeholder>
              <w:docPart w:val="86B79CFDFD9A4D9C952515777C17F2F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29FE0AA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34E5EA25" w14:textId="77777777" w:rsidTr="008D06F5">
        <w:tc>
          <w:tcPr>
            <w:tcW w:w="2723" w:type="dxa"/>
            <w:vAlign w:val="center"/>
          </w:tcPr>
          <w:p w14:paraId="7DDEC20E" w14:textId="77777777" w:rsidR="00E52996" w:rsidRDefault="00E52996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65C79682" w14:textId="77777777" w:rsidR="00E52996" w:rsidRDefault="00E52996" w:rsidP="008D06F5">
            <w:r>
              <w:t xml:space="preserve">Complete  </w:t>
            </w:r>
            <w:sdt>
              <w:sdtPr>
                <w:id w:val="114855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55461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26632176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3545D03" w14:textId="77777777" w:rsidR="00E52996" w:rsidRPr="00F4085D" w:rsidRDefault="00E52996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681388D" w14:textId="77777777" w:rsidR="00E52996" w:rsidRDefault="00E52996" w:rsidP="008D06F5">
            <w:r>
              <w:t xml:space="preserve">Yes </w:t>
            </w:r>
            <w:sdt>
              <w:sdtPr>
                <w:id w:val="-44924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73928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5DDAF4AE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77419" w14:textId="77777777" w:rsidR="00E52996" w:rsidRPr="00F4085D" w:rsidRDefault="00E52996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DC0D1" w14:textId="71D618A7" w:rsidR="00E52996" w:rsidRDefault="00E52996" w:rsidP="008D06F5"/>
        </w:tc>
      </w:tr>
      <w:tr w:rsidR="00E52996" w14:paraId="1D209E75" w14:textId="77777777" w:rsidTr="008D06F5">
        <w:tc>
          <w:tcPr>
            <w:tcW w:w="9350" w:type="dxa"/>
            <w:gridSpan w:val="2"/>
          </w:tcPr>
          <w:p w14:paraId="5077C07F" w14:textId="372E1119" w:rsidR="00E52996" w:rsidRDefault="00E52996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26193874"/>
                <w:placeholder>
                  <w:docPart w:val="5B77FA37ECEE4C66867BBDC32A6ED50D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0466FBF5" w14:textId="77777777" w:rsidTr="008D06F5">
        <w:tc>
          <w:tcPr>
            <w:tcW w:w="2723" w:type="dxa"/>
            <w:vAlign w:val="center"/>
          </w:tcPr>
          <w:p w14:paraId="076BAB93" w14:textId="77777777" w:rsidR="00E52996" w:rsidRDefault="00E52996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-643970270"/>
            <w:placeholder>
              <w:docPart w:val="08439C0673044052A9B958B2BC55D7D8"/>
            </w:placeholder>
            <w:showingPlcHdr/>
          </w:sdtPr>
          <w:sdtContent>
            <w:tc>
              <w:tcPr>
                <w:tcW w:w="6627" w:type="dxa"/>
              </w:tcPr>
              <w:p w14:paraId="48A1DB4D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4DB0B279" w14:textId="77777777" w:rsidTr="008D06F5">
        <w:tc>
          <w:tcPr>
            <w:tcW w:w="2723" w:type="dxa"/>
            <w:vAlign w:val="center"/>
          </w:tcPr>
          <w:p w14:paraId="7DDC9774" w14:textId="77777777" w:rsidR="00E52996" w:rsidRDefault="00E52996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956532032"/>
            <w:placeholder>
              <w:docPart w:val="31B9B2706D7049AE809CEE5793027BD1"/>
            </w:placeholder>
            <w:showingPlcHdr/>
          </w:sdtPr>
          <w:sdtContent>
            <w:tc>
              <w:tcPr>
                <w:tcW w:w="6627" w:type="dxa"/>
              </w:tcPr>
              <w:p w14:paraId="12AB38DA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7F698874" w14:textId="77777777" w:rsidTr="008D06F5">
        <w:tc>
          <w:tcPr>
            <w:tcW w:w="2723" w:type="dxa"/>
            <w:vAlign w:val="center"/>
          </w:tcPr>
          <w:p w14:paraId="0EBBBD67" w14:textId="77777777" w:rsidR="00E52996" w:rsidRPr="00F4085D" w:rsidRDefault="00E52996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535DCC0B" w14:textId="77777777" w:rsidR="00E52996" w:rsidRDefault="00E52996" w:rsidP="008D06F5"/>
        </w:tc>
        <w:sdt>
          <w:sdtPr>
            <w:id w:val="1084961088"/>
            <w:placeholder>
              <w:docPart w:val="1B00948E4D6044B2B91B7150BFEE27A2"/>
            </w:placeholder>
            <w:showingPlcHdr/>
          </w:sdtPr>
          <w:sdtContent>
            <w:tc>
              <w:tcPr>
                <w:tcW w:w="6627" w:type="dxa"/>
              </w:tcPr>
              <w:p w14:paraId="5069A19B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38662990" w14:textId="77777777" w:rsidTr="008D06F5">
        <w:tc>
          <w:tcPr>
            <w:tcW w:w="2723" w:type="dxa"/>
            <w:vAlign w:val="center"/>
          </w:tcPr>
          <w:p w14:paraId="0EA4BF7B" w14:textId="77777777" w:rsidR="00E52996" w:rsidRDefault="00E52996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292907498"/>
            <w:placeholder>
              <w:docPart w:val="D889340E93874FAEB03D57B05038F06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152968A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5BA9B1C7" w14:textId="77777777" w:rsidTr="008D06F5">
        <w:tc>
          <w:tcPr>
            <w:tcW w:w="2723" w:type="dxa"/>
            <w:vAlign w:val="center"/>
          </w:tcPr>
          <w:p w14:paraId="425555B3" w14:textId="77777777" w:rsidR="00E52996" w:rsidRDefault="00E52996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5EC58C71" w14:textId="77777777" w:rsidR="00E52996" w:rsidRDefault="00E52996" w:rsidP="008D06F5">
            <w:r>
              <w:t xml:space="preserve">Complete  </w:t>
            </w:r>
            <w:sdt>
              <w:sdtPr>
                <w:id w:val="-79621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25450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788176ED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815FA42" w14:textId="77777777" w:rsidR="00E52996" w:rsidRPr="00F4085D" w:rsidRDefault="00E52996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1E2E7D16" w14:textId="77777777" w:rsidR="00E52996" w:rsidRDefault="00E52996" w:rsidP="008D06F5">
            <w:r>
              <w:t xml:space="preserve">Yes </w:t>
            </w:r>
            <w:sdt>
              <w:sdtPr>
                <w:id w:val="41790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9840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01C55CF4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BC5C4F" w14:textId="77777777" w:rsidR="00E52996" w:rsidRPr="00F4085D" w:rsidRDefault="00E52996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E0010" w14:textId="43628FA9" w:rsidR="00E52996" w:rsidRDefault="00E52996" w:rsidP="008D06F5"/>
        </w:tc>
      </w:tr>
      <w:tr w:rsidR="00E52996" w14:paraId="35A036EA" w14:textId="77777777" w:rsidTr="008D06F5">
        <w:tc>
          <w:tcPr>
            <w:tcW w:w="9350" w:type="dxa"/>
            <w:gridSpan w:val="2"/>
          </w:tcPr>
          <w:p w14:paraId="174B0F8C" w14:textId="241358D6" w:rsidR="00E52996" w:rsidRDefault="00E52996" w:rsidP="008D06F5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126567440"/>
                <w:placeholder>
                  <w:docPart w:val="679FE31E486E4906A02D29CD191DB758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52996" w14:paraId="34154CAD" w14:textId="77777777" w:rsidTr="008D06F5">
        <w:tc>
          <w:tcPr>
            <w:tcW w:w="2723" w:type="dxa"/>
            <w:vAlign w:val="center"/>
          </w:tcPr>
          <w:p w14:paraId="5E678CAB" w14:textId="77777777" w:rsidR="00E52996" w:rsidRDefault="00E52996" w:rsidP="008D06F5">
            <w:r w:rsidRPr="00F4085D">
              <w:rPr>
                <w:b/>
                <w:bCs/>
              </w:rPr>
              <w:t>Role</w:t>
            </w:r>
          </w:p>
        </w:tc>
        <w:sdt>
          <w:sdtPr>
            <w:id w:val="1036382578"/>
            <w:placeholder>
              <w:docPart w:val="425F5B6401CA4659A080A151982261E4"/>
            </w:placeholder>
            <w:showingPlcHdr/>
          </w:sdtPr>
          <w:sdtContent>
            <w:tc>
              <w:tcPr>
                <w:tcW w:w="6627" w:type="dxa"/>
              </w:tcPr>
              <w:p w14:paraId="458C57E9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54925620" w14:textId="77777777" w:rsidTr="008D06F5">
        <w:tc>
          <w:tcPr>
            <w:tcW w:w="2723" w:type="dxa"/>
            <w:vAlign w:val="center"/>
          </w:tcPr>
          <w:p w14:paraId="302B6A2E" w14:textId="77777777" w:rsidR="00E52996" w:rsidRDefault="00E52996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536004558"/>
            <w:placeholder>
              <w:docPart w:val="0A535A4008BB4139B2418E6AD90F6991"/>
            </w:placeholder>
            <w:showingPlcHdr/>
          </w:sdtPr>
          <w:sdtContent>
            <w:tc>
              <w:tcPr>
                <w:tcW w:w="6627" w:type="dxa"/>
              </w:tcPr>
              <w:p w14:paraId="0C953EAE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39C9BAE1" w14:textId="77777777" w:rsidTr="008D06F5">
        <w:tc>
          <w:tcPr>
            <w:tcW w:w="2723" w:type="dxa"/>
            <w:vAlign w:val="center"/>
          </w:tcPr>
          <w:p w14:paraId="0CFEFD51" w14:textId="77777777" w:rsidR="00E52996" w:rsidRPr="00F4085D" w:rsidRDefault="00E52996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2D48D149" w14:textId="77777777" w:rsidR="00E52996" w:rsidRDefault="00E52996" w:rsidP="008D06F5"/>
        </w:tc>
        <w:sdt>
          <w:sdtPr>
            <w:id w:val="-1758043192"/>
            <w:placeholder>
              <w:docPart w:val="06766DC9A7FE496DA8DFDA35DF3804BA"/>
            </w:placeholder>
            <w:showingPlcHdr/>
          </w:sdtPr>
          <w:sdtContent>
            <w:tc>
              <w:tcPr>
                <w:tcW w:w="6627" w:type="dxa"/>
              </w:tcPr>
              <w:p w14:paraId="5D91B496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6951E427" w14:textId="77777777" w:rsidTr="008D06F5">
        <w:tc>
          <w:tcPr>
            <w:tcW w:w="2723" w:type="dxa"/>
            <w:vAlign w:val="center"/>
          </w:tcPr>
          <w:p w14:paraId="0B132228" w14:textId="77777777" w:rsidR="00E52996" w:rsidRDefault="00E52996" w:rsidP="008D06F5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267193248"/>
            <w:placeholder>
              <w:docPart w:val="5272A182365D4FB6AE6A5E0BA26A6E6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81218E4" w14:textId="77777777" w:rsidR="00E52996" w:rsidRDefault="00E52996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52996" w14:paraId="6BC27194" w14:textId="77777777" w:rsidTr="008D06F5">
        <w:tc>
          <w:tcPr>
            <w:tcW w:w="2723" w:type="dxa"/>
            <w:vAlign w:val="center"/>
          </w:tcPr>
          <w:p w14:paraId="05AA99CB" w14:textId="77777777" w:rsidR="00E52996" w:rsidRDefault="00E52996" w:rsidP="008D06F5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7CDAAA41" w14:textId="77777777" w:rsidR="00E52996" w:rsidRDefault="00E52996" w:rsidP="008D06F5">
            <w:r>
              <w:t xml:space="preserve">Complete  </w:t>
            </w:r>
            <w:sdt>
              <w:sdtPr>
                <w:id w:val="-80262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1165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05BDC5EC" w14:textId="77777777" w:rsidTr="008D06F5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D8C1F3F" w14:textId="77777777" w:rsidR="00E52996" w:rsidRPr="00F4085D" w:rsidRDefault="00E52996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3977DB1" w14:textId="77777777" w:rsidR="00E52996" w:rsidRDefault="00E52996" w:rsidP="008D06F5">
            <w:r>
              <w:t xml:space="preserve">Yes </w:t>
            </w:r>
            <w:sdt>
              <w:sdtPr>
                <w:id w:val="-148230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80913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22E0D096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5EA14F" w14:textId="77777777" w:rsidR="00E52996" w:rsidRPr="00F4085D" w:rsidRDefault="00E52996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5F44D8" w14:textId="63D8B511" w:rsidR="00E52996" w:rsidRDefault="00E52996" w:rsidP="008D06F5"/>
        </w:tc>
      </w:tr>
    </w:tbl>
    <w:p w14:paraId="05F2DB12" w14:textId="77777777" w:rsidR="00E52996" w:rsidRDefault="00E52996">
      <w:pPr>
        <w:pStyle w:val="Heading1"/>
      </w:pPr>
    </w:p>
    <w:p w14:paraId="177C513A" w14:textId="77777777" w:rsidR="00E52996" w:rsidRDefault="00E52996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50CB0499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0C15534A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26B21989" w:rsidR="00E9708F" w:rsidRDefault="00E9708F"/>
        </w:tc>
      </w:tr>
      <w:tr w:rsidR="00E52996" w14:paraId="3DA1600F" w14:textId="77777777" w:rsidTr="00A0792E">
        <w:tc>
          <w:tcPr>
            <w:tcW w:w="2689" w:type="dxa"/>
          </w:tcPr>
          <w:p w14:paraId="1AA8E96D" w14:textId="08DB13D4" w:rsidR="00E52996" w:rsidRDefault="00E52996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034719294"/>
            <w:placeholder>
              <w:docPart w:val="FB749666DFE1433394A50BE5C42FC89A"/>
            </w:placeholder>
            <w:showingPlcHdr/>
          </w:sdtPr>
          <w:sdtContent>
            <w:tc>
              <w:tcPr>
                <w:tcW w:w="6661" w:type="dxa"/>
              </w:tcPr>
              <w:p w14:paraId="5D0FAE5F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78E6EB0" w14:textId="77777777" w:rsidTr="00A0792E">
        <w:tc>
          <w:tcPr>
            <w:tcW w:w="2689" w:type="dxa"/>
          </w:tcPr>
          <w:p w14:paraId="72EEE85A" w14:textId="77777777" w:rsidR="00E52996" w:rsidRDefault="00E52996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478498150"/>
            <w:placeholder>
              <w:docPart w:val="9F06245FC2A24F1A8BA1C27E0714AADD"/>
            </w:placeholder>
            <w:showingPlcHdr/>
          </w:sdtPr>
          <w:sdtContent>
            <w:tc>
              <w:tcPr>
                <w:tcW w:w="6661" w:type="dxa"/>
              </w:tcPr>
              <w:p w14:paraId="5254BAC8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13B005A9" w14:textId="77777777" w:rsidTr="00A0792E">
        <w:tc>
          <w:tcPr>
            <w:tcW w:w="2689" w:type="dxa"/>
          </w:tcPr>
          <w:p w14:paraId="4E391C38" w14:textId="77777777" w:rsidR="00E52996" w:rsidRDefault="00E52996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565803808"/>
            <w:placeholder>
              <w:docPart w:val="85BCF023849D48D2BF18CBF287B544FC"/>
            </w:placeholder>
            <w:showingPlcHdr/>
          </w:sdtPr>
          <w:sdtContent>
            <w:tc>
              <w:tcPr>
                <w:tcW w:w="6661" w:type="dxa"/>
              </w:tcPr>
              <w:p w14:paraId="7FFC78B7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30757A5E" w14:textId="77777777" w:rsidTr="00A0792E">
        <w:tc>
          <w:tcPr>
            <w:tcW w:w="2689" w:type="dxa"/>
          </w:tcPr>
          <w:p w14:paraId="62D5DD90" w14:textId="77777777" w:rsidR="00E52996" w:rsidRPr="00F4085D" w:rsidRDefault="00E52996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1A1CDDB" w14:textId="77777777" w:rsidR="00E52996" w:rsidRDefault="00E52996"/>
        </w:tc>
        <w:sdt>
          <w:sdtPr>
            <w:id w:val="-456805103"/>
            <w:placeholder>
              <w:docPart w:val="01888441AB754BE6B88D53A3C931DCD6"/>
            </w:placeholder>
            <w:showingPlcHdr/>
          </w:sdtPr>
          <w:sdtContent>
            <w:tc>
              <w:tcPr>
                <w:tcW w:w="6661" w:type="dxa"/>
              </w:tcPr>
              <w:p w14:paraId="77631DA7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771E58C2" w14:textId="77777777" w:rsidTr="00A0792E">
        <w:tc>
          <w:tcPr>
            <w:tcW w:w="2689" w:type="dxa"/>
          </w:tcPr>
          <w:p w14:paraId="25E434CD" w14:textId="77777777" w:rsidR="00E52996" w:rsidRDefault="00E52996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ECA6F58" w14:textId="77777777" w:rsidR="00E52996" w:rsidRDefault="00E52996">
            <w:r>
              <w:t xml:space="preserve">Complete  </w:t>
            </w:r>
            <w:sdt>
              <w:sdtPr>
                <w:id w:val="-141894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179158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62CAD8B1" w14:textId="77777777" w:rsidTr="00A0792E">
        <w:tc>
          <w:tcPr>
            <w:tcW w:w="2689" w:type="dxa"/>
          </w:tcPr>
          <w:p w14:paraId="624009DA" w14:textId="77777777" w:rsidR="00E52996" w:rsidRDefault="00E52996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591628872"/>
            <w:placeholder>
              <w:docPart w:val="090F66920477469C9A08EFC50594BB38"/>
            </w:placeholder>
            <w:showingPlcHdr/>
          </w:sdtPr>
          <w:sdtContent>
            <w:tc>
              <w:tcPr>
                <w:tcW w:w="6661" w:type="dxa"/>
              </w:tcPr>
              <w:p w14:paraId="4DC6E84E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2E5CC01F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AE7EEC5" w14:textId="77777777" w:rsidR="00E52996" w:rsidRPr="00F4085D" w:rsidRDefault="00E52996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EBFC7B1" w14:textId="77777777" w:rsidR="00E52996" w:rsidRDefault="00E52996">
            <w:r>
              <w:t xml:space="preserve">Yes </w:t>
            </w:r>
            <w:sdt>
              <w:sdtPr>
                <w:id w:val="197308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53477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27D05187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43318A" w14:textId="4E82BEB5" w:rsidR="00E52996" w:rsidRDefault="00E52996"/>
        </w:tc>
      </w:tr>
      <w:tr w:rsidR="00E52996" w14:paraId="30ABE627" w14:textId="77777777" w:rsidTr="00A0792E">
        <w:tc>
          <w:tcPr>
            <w:tcW w:w="2689" w:type="dxa"/>
          </w:tcPr>
          <w:p w14:paraId="313EC9AD" w14:textId="46938361" w:rsidR="00E52996" w:rsidRDefault="00E52996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703926535"/>
            <w:placeholder>
              <w:docPart w:val="C86698275F354402AB6B00F582259854"/>
            </w:placeholder>
            <w:showingPlcHdr/>
          </w:sdtPr>
          <w:sdtContent>
            <w:tc>
              <w:tcPr>
                <w:tcW w:w="6661" w:type="dxa"/>
              </w:tcPr>
              <w:p w14:paraId="50CBACAA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2B8D1E9F" w14:textId="77777777" w:rsidTr="00A0792E">
        <w:tc>
          <w:tcPr>
            <w:tcW w:w="2689" w:type="dxa"/>
          </w:tcPr>
          <w:p w14:paraId="4DA92B54" w14:textId="77777777" w:rsidR="00E52996" w:rsidRDefault="00E52996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344864470"/>
            <w:placeholder>
              <w:docPart w:val="7D61A27B787B466EB84E7CB2F2245F26"/>
            </w:placeholder>
            <w:showingPlcHdr/>
          </w:sdtPr>
          <w:sdtContent>
            <w:tc>
              <w:tcPr>
                <w:tcW w:w="6661" w:type="dxa"/>
              </w:tcPr>
              <w:p w14:paraId="6DF00217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716FF691" w14:textId="77777777" w:rsidTr="00A0792E">
        <w:tc>
          <w:tcPr>
            <w:tcW w:w="2689" w:type="dxa"/>
          </w:tcPr>
          <w:p w14:paraId="5FDC93C0" w14:textId="77777777" w:rsidR="00E52996" w:rsidRDefault="00E52996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636526804"/>
            <w:placeholder>
              <w:docPart w:val="0D2FC90250274D2398AC7A4A219958D2"/>
            </w:placeholder>
            <w:showingPlcHdr/>
          </w:sdtPr>
          <w:sdtContent>
            <w:tc>
              <w:tcPr>
                <w:tcW w:w="6661" w:type="dxa"/>
              </w:tcPr>
              <w:p w14:paraId="2C1D0C5C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7A05C63E" w14:textId="77777777" w:rsidTr="00A0792E">
        <w:tc>
          <w:tcPr>
            <w:tcW w:w="2689" w:type="dxa"/>
          </w:tcPr>
          <w:p w14:paraId="6F530E03" w14:textId="77777777" w:rsidR="00E52996" w:rsidRPr="00F4085D" w:rsidRDefault="00E52996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04D7450" w14:textId="77777777" w:rsidR="00E52996" w:rsidRDefault="00E52996"/>
        </w:tc>
        <w:sdt>
          <w:sdtPr>
            <w:id w:val="-1309940582"/>
            <w:placeholder>
              <w:docPart w:val="F1AA614EEF974F48A835EFFC83B85B97"/>
            </w:placeholder>
            <w:showingPlcHdr/>
          </w:sdtPr>
          <w:sdtContent>
            <w:tc>
              <w:tcPr>
                <w:tcW w:w="6661" w:type="dxa"/>
              </w:tcPr>
              <w:p w14:paraId="1673F835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28BBACE0" w14:textId="77777777" w:rsidTr="00A0792E">
        <w:tc>
          <w:tcPr>
            <w:tcW w:w="2689" w:type="dxa"/>
          </w:tcPr>
          <w:p w14:paraId="4A93332E" w14:textId="77777777" w:rsidR="00E52996" w:rsidRDefault="00E52996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C1F52E4" w14:textId="77777777" w:rsidR="00E52996" w:rsidRDefault="00E52996">
            <w:r>
              <w:t xml:space="preserve">Complete  </w:t>
            </w:r>
            <w:sdt>
              <w:sdtPr>
                <w:id w:val="134173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779942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66CD917E" w14:textId="77777777" w:rsidTr="00A0792E">
        <w:tc>
          <w:tcPr>
            <w:tcW w:w="2689" w:type="dxa"/>
          </w:tcPr>
          <w:p w14:paraId="42E3E21E" w14:textId="77777777" w:rsidR="00E52996" w:rsidRDefault="00E52996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818112358"/>
            <w:placeholder>
              <w:docPart w:val="ED3C13D4EB9044098F6449504646DA0B"/>
            </w:placeholder>
            <w:showingPlcHdr/>
          </w:sdtPr>
          <w:sdtContent>
            <w:tc>
              <w:tcPr>
                <w:tcW w:w="6661" w:type="dxa"/>
              </w:tcPr>
              <w:p w14:paraId="3B668372" w14:textId="77777777" w:rsidR="00E52996" w:rsidRDefault="00E52996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52996" w14:paraId="0B5DA15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775369E2" w14:textId="77777777" w:rsidR="00E52996" w:rsidRPr="00F4085D" w:rsidRDefault="00E52996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611FE82" w14:textId="77777777" w:rsidR="00E52996" w:rsidRDefault="00E52996">
            <w:r>
              <w:t xml:space="preserve">Yes </w:t>
            </w:r>
            <w:sdt>
              <w:sdtPr>
                <w:id w:val="-116554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06093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40A4D" w14:paraId="743D805E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60E4FC" w14:textId="77777777" w:rsidR="00B40A4D" w:rsidRDefault="00B40A4D" w:rsidP="000B319E"/>
        </w:tc>
      </w:tr>
      <w:tr w:rsidR="00B40A4D" w14:paraId="483332E7" w14:textId="77777777" w:rsidTr="000B319E">
        <w:tc>
          <w:tcPr>
            <w:tcW w:w="2689" w:type="dxa"/>
          </w:tcPr>
          <w:p w14:paraId="76729AC5" w14:textId="77777777" w:rsidR="00B40A4D" w:rsidRDefault="00B40A4D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239914959"/>
            <w:placeholder>
              <w:docPart w:val="4D03D6F2F66446CB9C7421C179AE6C26"/>
            </w:placeholder>
            <w:showingPlcHdr/>
          </w:sdtPr>
          <w:sdtContent>
            <w:tc>
              <w:tcPr>
                <w:tcW w:w="6661" w:type="dxa"/>
              </w:tcPr>
              <w:p w14:paraId="25A864E4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7726A8D1" w14:textId="77777777" w:rsidTr="000B319E">
        <w:tc>
          <w:tcPr>
            <w:tcW w:w="2689" w:type="dxa"/>
          </w:tcPr>
          <w:p w14:paraId="6F34AAF8" w14:textId="77777777" w:rsidR="00B40A4D" w:rsidRDefault="00B40A4D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367217529"/>
            <w:placeholder>
              <w:docPart w:val="DEFAFBBA37794BF69CDD751D75639A5B"/>
            </w:placeholder>
            <w:showingPlcHdr/>
          </w:sdtPr>
          <w:sdtContent>
            <w:tc>
              <w:tcPr>
                <w:tcW w:w="6661" w:type="dxa"/>
              </w:tcPr>
              <w:p w14:paraId="528FF13E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782AA34C" w14:textId="77777777" w:rsidTr="000B319E">
        <w:tc>
          <w:tcPr>
            <w:tcW w:w="2689" w:type="dxa"/>
          </w:tcPr>
          <w:p w14:paraId="21275D34" w14:textId="77777777" w:rsidR="00B40A4D" w:rsidRDefault="00B40A4D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464273319"/>
            <w:placeholder>
              <w:docPart w:val="BD974E7B3BAA495BB36321646EAF2492"/>
            </w:placeholder>
            <w:showingPlcHdr/>
          </w:sdtPr>
          <w:sdtContent>
            <w:tc>
              <w:tcPr>
                <w:tcW w:w="6661" w:type="dxa"/>
              </w:tcPr>
              <w:p w14:paraId="7E2F505B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2C3C761A" w14:textId="77777777" w:rsidTr="000B319E">
        <w:tc>
          <w:tcPr>
            <w:tcW w:w="2689" w:type="dxa"/>
          </w:tcPr>
          <w:p w14:paraId="16C79EB6" w14:textId="77777777" w:rsidR="00B40A4D" w:rsidRPr="00F4085D" w:rsidRDefault="00B40A4D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03206897" w14:textId="77777777" w:rsidR="00B40A4D" w:rsidRDefault="00B40A4D" w:rsidP="000B319E"/>
        </w:tc>
        <w:sdt>
          <w:sdtPr>
            <w:id w:val="614946941"/>
            <w:placeholder>
              <w:docPart w:val="B644ADC9FDE6478D93B3607394877250"/>
            </w:placeholder>
            <w:showingPlcHdr/>
          </w:sdtPr>
          <w:sdtContent>
            <w:tc>
              <w:tcPr>
                <w:tcW w:w="6661" w:type="dxa"/>
              </w:tcPr>
              <w:p w14:paraId="0D590C60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48386DEE" w14:textId="77777777" w:rsidTr="000B319E">
        <w:tc>
          <w:tcPr>
            <w:tcW w:w="2689" w:type="dxa"/>
          </w:tcPr>
          <w:p w14:paraId="268B88E8" w14:textId="77777777" w:rsidR="00B40A4D" w:rsidRDefault="00B40A4D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20FEE5E" w14:textId="77777777" w:rsidR="00B40A4D" w:rsidRDefault="00B40A4D" w:rsidP="000B319E">
            <w:r>
              <w:t xml:space="preserve">Complete  </w:t>
            </w:r>
            <w:sdt>
              <w:sdtPr>
                <w:id w:val="19897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908923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40A4D" w14:paraId="1815170A" w14:textId="77777777" w:rsidTr="000B319E">
        <w:tc>
          <w:tcPr>
            <w:tcW w:w="2689" w:type="dxa"/>
          </w:tcPr>
          <w:p w14:paraId="37DE1EE0" w14:textId="77777777" w:rsidR="00B40A4D" w:rsidRDefault="00B40A4D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737168571"/>
            <w:placeholder>
              <w:docPart w:val="91FCAA7BB1FC4009983830EE1A46F1B6"/>
            </w:placeholder>
            <w:showingPlcHdr/>
          </w:sdtPr>
          <w:sdtContent>
            <w:tc>
              <w:tcPr>
                <w:tcW w:w="6661" w:type="dxa"/>
              </w:tcPr>
              <w:p w14:paraId="5F5341ED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1B3B1E54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7C218A5C" w14:textId="77777777" w:rsidR="00B40A4D" w:rsidRPr="00F4085D" w:rsidRDefault="00B40A4D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DC5E050" w14:textId="77777777" w:rsidR="00B40A4D" w:rsidRDefault="00B40A4D" w:rsidP="000B319E">
            <w:r>
              <w:t xml:space="preserve">Yes </w:t>
            </w:r>
            <w:sdt>
              <w:sdtPr>
                <w:id w:val="198226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79667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40A4D" w14:paraId="769085BB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FD2565" w14:textId="77777777" w:rsidR="00B40A4D" w:rsidRDefault="00B40A4D" w:rsidP="000B319E"/>
        </w:tc>
      </w:tr>
      <w:tr w:rsidR="00B40A4D" w14:paraId="4CF5B09F" w14:textId="77777777" w:rsidTr="000B319E">
        <w:tc>
          <w:tcPr>
            <w:tcW w:w="2689" w:type="dxa"/>
          </w:tcPr>
          <w:p w14:paraId="2167424F" w14:textId="77777777" w:rsidR="00B40A4D" w:rsidRDefault="00B40A4D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176005821"/>
            <w:placeholder>
              <w:docPart w:val="FCB33DC6FC7445BA828773C4E676DC31"/>
            </w:placeholder>
            <w:showingPlcHdr/>
          </w:sdtPr>
          <w:sdtContent>
            <w:tc>
              <w:tcPr>
                <w:tcW w:w="6661" w:type="dxa"/>
              </w:tcPr>
              <w:p w14:paraId="11678F6B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326383C9" w14:textId="77777777" w:rsidTr="000B319E">
        <w:tc>
          <w:tcPr>
            <w:tcW w:w="2689" w:type="dxa"/>
          </w:tcPr>
          <w:p w14:paraId="088598CF" w14:textId="77777777" w:rsidR="00B40A4D" w:rsidRDefault="00B40A4D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559711668"/>
            <w:placeholder>
              <w:docPart w:val="4E799286B3D54502AF28B0A40442140F"/>
            </w:placeholder>
            <w:showingPlcHdr/>
          </w:sdtPr>
          <w:sdtContent>
            <w:tc>
              <w:tcPr>
                <w:tcW w:w="6661" w:type="dxa"/>
              </w:tcPr>
              <w:p w14:paraId="0843F6E6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7FE73A8F" w14:textId="77777777" w:rsidTr="000B319E">
        <w:tc>
          <w:tcPr>
            <w:tcW w:w="2689" w:type="dxa"/>
          </w:tcPr>
          <w:p w14:paraId="2EC392A2" w14:textId="77777777" w:rsidR="00B40A4D" w:rsidRDefault="00B40A4D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482744357"/>
            <w:placeholder>
              <w:docPart w:val="AD45FADB2A2E4D04A26D8D73D08E2771"/>
            </w:placeholder>
            <w:showingPlcHdr/>
          </w:sdtPr>
          <w:sdtContent>
            <w:tc>
              <w:tcPr>
                <w:tcW w:w="6661" w:type="dxa"/>
              </w:tcPr>
              <w:p w14:paraId="1FDD17D0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67610455" w14:textId="77777777" w:rsidTr="000B319E">
        <w:tc>
          <w:tcPr>
            <w:tcW w:w="2689" w:type="dxa"/>
          </w:tcPr>
          <w:p w14:paraId="64BE8266" w14:textId="77777777" w:rsidR="00B40A4D" w:rsidRPr="00F4085D" w:rsidRDefault="00B40A4D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B9D6608" w14:textId="77777777" w:rsidR="00B40A4D" w:rsidRDefault="00B40A4D" w:rsidP="000B319E"/>
        </w:tc>
        <w:sdt>
          <w:sdtPr>
            <w:id w:val="-1760593749"/>
            <w:placeholder>
              <w:docPart w:val="F60A2CDB30F24BC1954D11EE460146C0"/>
            </w:placeholder>
            <w:showingPlcHdr/>
          </w:sdtPr>
          <w:sdtContent>
            <w:tc>
              <w:tcPr>
                <w:tcW w:w="6661" w:type="dxa"/>
              </w:tcPr>
              <w:p w14:paraId="60603F15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27A50399" w14:textId="77777777" w:rsidTr="000B319E">
        <w:tc>
          <w:tcPr>
            <w:tcW w:w="2689" w:type="dxa"/>
          </w:tcPr>
          <w:p w14:paraId="0FF02CD0" w14:textId="77777777" w:rsidR="00B40A4D" w:rsidRDefault="00B40A4D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0BF3EBAD" w14:textId="77777777" w:rsidR="00B40A4D" w:rsidRDefault="00B40A4D" w:rsidP="000B319E">
            <w:r>
              <w:t xml:space="preserve">Complete  </w:t>
            </w:r>
            <w:sdt>
              <w:sdtPr>
                <w:id w:val="-193080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4516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40A4D" w14:paraId="1545EBC8" w14:textId="77777777" w:rsidTr="000B319E">
        <w:tc>
          <w:tcPr>
            <w:tcW w:w="2689" w:type="dxa"/>
          </w:tcPr>
          <w:p w14:paraId="0087BD75" w14:textId="77777777" w:rsidR="00B40A4D" w:rsidRDefault="00B40A4D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087732701"/>
            <w:placeholder>
              <w:docPart w:val="7C8D653B6DF041D7BFE05B493BD5C014"/>
            </w:placeholder>
            <w:showingPlcHdr/>
          </w:sdtPr>
          <w:sdtContent>
            <w:tc>
              <w:tcPr>
                <w:tcW w:w="6661" w:type="dxa"/>
              </w:tcPr>
              <w:p w14:paraId="727BDFCF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10C34D36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3673261B" w14:textId="77777777" w:rsidR="00B40A4D" w:rsidRPr="00F4085D" w:rsidRDefault="00B40A4D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A89BA76" w14:textId="77777777" w:rsidR="00B40A4D" w:rsidRDefault="00B40A4D" w:rsidP="000B319E">
            <w:r>
              <w:t xml:space="preserve">Yes </w:t>
            </w:r>
            <w:sdt>
              <w:sdtPr>
                <w:id w:val="90541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44107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40A4D" w14:paraId="7F71F0FF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4AD1C" w14:textId="77777777" w:rsidR="00B40A4D" w:rsidRDefault="00B40A4D" w:rsidP="000B319E"/>
        </w:tc>
      </w:tr>
      <w:tr w:rsidR="00B40A4D" w14:paraId="4381ECD8" w14:textId="77777777" w:rsidTr="000B319E">
        <w:tc>
          <w:tcPr>
            <w:tcW w:w="2689" w:type="dxa"/>
          </w:tcPr>
          <w:p w14:paraId="51376112" w14:textId="77777777" w:rsidR="00B40A4D" w:rsidRDefault="00B40A4D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792396530"/>
            <w:placeholder>
              <w:docPart w:val="7378ED861EAE40BF93B0514A4C0505B4"/>
            </w:placeholder>
            <w:showingPlcHdr/>
          </w:sdtPr>
          <w:sdtContent>
            <w:tc>
              <w:tcPr>
                <w:tcW w:w="6661" w:type="dxa"/>
              </w:tcPr>
              <w:p w14:paraId="5493C1E2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00CD9CFE" w14:textId="77777777" w:rsidTr="000B319E">
        <w:tc>
          <w:tcPr>
            <w:tcW w:w="2689" w:type="dxa"/>
          </w:tcPr>
          <w:p w14:paraId="6A67E9F7" w14:textId="77777777" w:rsidR="00B40A4D" w:rsidRDefault="00B40A4D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649987826"/>
            <w:placeholder>
              <w:docPart w:val="7F50F4C666544106B8A422CE97114ABE"/>
            </w:placeholder>
            <w:showingPlcHdr/>
          </w:sdtPr>
          <w:sdtContent>
            <w:tc>
              <w:tcPr>
                <w:tcW w:w="6661" w:type="dxa"/>
              </w:tcPr>
              <w:p w14:paraId="2F879E38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4C9520AA" w14:textId="77777777" w:rsidTr="000B319E">
        <w:tc>
          <w:tcPr>
            <w:tcW w:w="2689" w:type="dxa"/>
          </w:tcPr>
          <w:p w14:paraId="6B0C7D29" w14:textId="77777777" w:rsidR="00B40A4D" w:rsidRDefault="00B40A4D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203326137"/>
            <w:placeholder>
              <w:docPart w:val="A39B961C190842EF91D9FCE4E1FB2D95"/>
            </w:placeholder>
            <w:showingPlcHdr/>
          </w:sdtPr>
          <w:sdtContent>
            <w:tc>
              <w:tcPr>
                <w:tcW w:w="6661" w:type="dxa"/>
              </w:tcPr>
              <w:p w14:paraId="592A7346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5C7AB3D6" w14:textId="77777777" w:rsidTr="000B319E">
        <w:tc>
          <w:tcPr>
            <w:tcW w:w="2689" w:type="dxa"/>
          </w:tcPr>
          <w:p w14:paraId="10130A9A" w14:textId="77777777" w:rsidR="00B40A4D" w:rsidRPr="00F4085D" w:rsidRDefault="00B40A4D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58A7E8D" w14:textId="77777777" w:rsidR="00B40A4D" w:rsidRDefault="00B40A4D" w:rsidP="000B319E"/>
        </w:tc>
        <w:sdt>
          <w:sdtPr>
            <w:id w:val="1952743998"/>
            <w:placeholder>
              <w:docPart w:val="429847DB55D0448E927CD11509DE5DC5"/>
            </w:placeholder>
            <w:showingPlcHdr/>
          </w:sdtPr>
          <w:sdtContent>
            <w:tc>
              <w:tcPr>
                <w:tcW w:w="6661" w:type="dxa"/>
              </w:tcPr>
              <w:p w14:paraId="6D25C16F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263EFB7F" w14:textId="77777777" w:rsidTr="000B319E">
        <w:tc>
          <w:tcPr>
            <w:tcW w:w="2689" w:type="dxa"/>
          </w:tcPr>
          <w:p w14:paraId="6A5203F6" w14:textId="77777777" w:rsidR="00B40A4D" w:rsidRDefault="00B40A4D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76EF1CC" w14:textId="77777777" w:rsidR="00B40A4D" w:rsidRDefault="00B40A4D" w:rsidP="000B319E">
            <w:r>
              <w:t xml:space="preserve">Complete  </w:t>
            </w:r>
            <w:sdt>
              <w:sdtPr>
                <w:id w:val="-41239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71225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40A4D" w14:paraId="4C51973D" w14:textId="77777777" w:rsidTr="000B319E">
        <w:tc>
          <w:tcPr>
            <w:tcW w:w="2689" w:type="dxa"/>
          </w:tcPr>
          <w:p w14:paraId="59430F8D" w14:textId="77777777" w:rsidR="00B40A4D" w:rsidRDefault="00B40A4D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225058958"/>
            <w:placeholder>
              <w:docPart w:val="C557943F32064F39B6D540F540568A12"/>
            </w:placeholder>
            <w:showingPlcHdr/>
          </w:sdtPr>
          <w:sdtContent>
            <w:tc>
              <w:tcPr>
                <w:tcW w:w="6661" w:type="dxa"/>
              </w:tcPr>
              <w:p w14:paraId="7CB87AF2" w14:textId="77777777" w:rsidR="00B40A4D" w:rsidRDefault="00B40A4D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40A4D" w14:paraId="41CC2129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7123ECC7" w14:textId="77777777" w:rsidR="00B40A4D" w:rsidRPr="00F4085D" w:rsidRDefault="00B40A4D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A3F8489" w14:textId="77777777" w:rsidR="00B40A4D" w:rsidRDefault="00B40A4D" w:rsidP="000B319E">
            <w:r>
              <w:t xml:space="preserve">Yes </w:t>
            </w:r>
            <w:sdt>
              <w:sdtPr>
                <w:id w:val="-224075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903366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2996" w14:paraId="1398990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0421FD" w14:textId="1A3D8E94" w:rsidR="00E52996" w:rsidRDefault="00E52996"/>
        </w:tc>
      </w:tr>
    </w:tbl>
    <w:p w14:paraId="7A882F9A" w14:textId="77777777" w:rsidR="00E9708F" w:rsidRDefault="00E9708F"/>
    <w:p w14:paraId="3C1440B4" w14:textId="77777777" w:rsidR="00E52996" w:rsidRDefault="00E52996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77420DB1" w:rsidR="0075109E" w:rsidRDefault="00F211F0" w:rsidP="00F211F0">
      <w:pPr>
        <w:pStyle w:val="Heading1"/>
      </w:pPr>
      <w:r>
        <w:lastRenderedPageBreak/>
        <w:t>Leadership</w:t>
      </w:r>
      <w:r w:rsidR="0075109E">
        <w:t xml:space="preserve"> and management training and experience</w:t>
      </w:r>
    </w:p>
    <w:p w14:paraId="625B4930" w14:textId="1E8909B7" w:rsidR="00392FA8" w:rsidRDefault="00392FA8" w:rsidP="00392FA8">
      <w:pPr>
        <w:pStyle w:val="ListParagraph"/>
        <w:numPr>
          <w:ilvl w:val="0"/>
          <w:numId w:val="15"/>
        </w:numPr>
        <w:ind w:left="360"/>
        <w:rPr>
          <w:b/>
          <w:bCs/>
        </w:rPr>
      </w:pPr>
      <w:r w:rsidRPr="00392FA8">
        <w:rPr>
          <w:b/>
          <w:bCs/>
        </w:rPr>
        <w:t>Describe a time you demonstrated leadership in a clinical setting.</w:t>
      </w:r>
    </w:p>
    <w:sdt>
      <w:sdtPr>
        <w:id w:val="1943415890"/>
        <w:placeholder>
          <w:docPart w:val="C687DA4554D249D7B7B58FF559F565C1"/>
        </w:placeholder>
        <w:showingPlcHdr/>
      </w:sdtPr>
      <w:sdtContent>
        <w:p w14:paraId="4E41E722" w14:textId="5362F7C9" w:rsidR="00392FA8" w:rsidRPr="00392FA8" w:rsidRDefault="00392FA8" w:rsidP="00392FA8">
          <w:r w:rsidRPr="00F10F93">
            <w:rPr>
              <w:rStyle w:val="PlaceholderText"/>
            </w:rPr>
            <w:t>Click or tap here to enter text.</w:t>
          </w:r>
        </w:p>
      </w:sdtContent>
    </w:sdt>
    <w:p w14:paraId="5076619C" w14:textId="6B35C3AF" w:rsidR="00392FA8" w:rsidRPr="00392FA8" w:rsidRDefault="00392FA8" w:rsidP="00392FA8">
      <w:pPr>
        <w:pStyle w:val="ListParagraph"/>
        <w:numPr>
          <w:ilvl w:val="0"/>
          <w:numId w:val="15"/>
        </w:numPr>
        <w:ind w:left="360"/>
        <w:rPr>
          <w:b/>
          <w:bCs/>
        </w:rPr>
      </w:pPr>
      <w:r w:rsidRPr="00392FA8">
        <w:rPr>
          <w:b/>
          <w:bCs/>
        </w:rPr>
        <w:t>Describe a service improvement you initiated or contributed to.</w:t>
      </w:r>
    </w:p>
    <w:sdt>
      <w:sdtPr>
        <w:id w:val="-929351464"/>
        <w:placeholder>
          <w:docPart w:val="6BB92035E5494A88A1939E0D3E6D2CD5"/>
        </w:placeholder>
        <w:showingPlcHdr/>
      </w:sdtPr>
      <w:sdtContent>
        <w:p w14:paraId="1FC78D44" w14:textId="0903564C" w:rsidR="00214ECC" w:rsidRDefault="00E039A3">
          <w:r w:rsidRPr="00F10F93">
            <w:rPr>
              <w:rStyle w:val="PlaceholderText"/>
            </w:rPr>
            <w:t>Click or tap here to enter text.</w:t>
          </w:r>
        </w:p>
      </w:sdtContent>
    </w:sdt>
    <w:p w14:paraId="3BE0CCF2" w14:textId="77777777" w:rsidR="00392FA8" w:rsidRDefault="00392FA8"/>
    <w:p w14:paraId="32468CB6" w14:textId="77777777" w:rsidR="00392FA8" w:rsidRPr="00392FA8" w:rsidRDefault="00392FA8" w:rsidP="00392FA8">
      <w:pPr>
        <w:pStyle w:val="Heading1"/>
      </w:pPr>
      <w:r w:rsidRPr="00392FA8">
        <w:t>Clinical Governance &amp; Patient Safety</w:t>
      </w:r>
    </w:p>
    <w:p w14:paraId="57910073" w14:textId="0F6652FB" w:rsidR="00392FA8" w:rsidRPr="00392FA8" w:rsidRDefault="00392FA8" w:rsidP="00392FA8">
      <w:pPr>
        <w:pStyle w:val="ListParagraph"/>
        <w:numPr>
          <w:ilvl w:val="0"/>
          <w:numId w:val="16"/>
        </w:numPr>
        <w:ind w:left="360"/>
        <w:rPr>
          <w:b/>
          <w:bCs/>
        </w:rPr>
      </w:pPr>
      <w:r w:rsidRPr="00392FA8">
        <w:rPr>
          <w:b/>
          <w:bCs/>
        </w:rPr>
        <w:t>Describe your involvement in patient safety initiatives.</w:t>
      </w:r>
    </w:p>
    <w:sdt>
      <w:sdtPr>
        <w:rPr>
          <w:b/>
          <w:bCs/>
        </w:rPr>
        <w:id w:val="-14075329"/>
        <w:placeholder>
          <w:docPart w:val="D08E1389C0004EF6A1A79DA1B1097594"/>
        </w:placeholder>
        <w:showingPlcHdr/>
      </w:sdtPr>
      <w:sdtContent>
        <w:p w14:paraId="70CB2FEA" w14:textId="69C0A40C" w:rsidR="00392FA8" w:rsidRPr="00392FA8" w:rsidRDefault="00392FA8" w:rsidP="00392FA8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3DFA12AD" w14:textId="20DEB4DA" w:rsidR="00392FA8" w:rsidRPr="00392FA8" w:rsidRDefault="00392FA8" w:rsidP="00392FA8">
      <w:pPr>
        <w:pStyle w:val="ListParagraph"/>
        <w:numPr>
          <w:ilvl w:val="0"/>
          <w:numId w:val="16"/>
        </w:numPr>
        <w:ind w:left="360"/>
        <w:rPr>
          <w:b/>
          <w:bCs/>
        </w:rPr>
      </w:pPr>
      <w:r w:rsidRPr="00392FA8">
        <w:rPr>
          <w:b/>
          <w:bCs/>
        </w:rPr>
        <w:t>Provide an example of how you identified and addressed a risk.</w:t>
      </w:r>
    </w:p>
    <w:sdt>
      <w:sdtPr>
        <w:rPr>
          <w:b/>
          <w:bCs/>
        </w:rPr>
        <w:id w:val="853921758"/>
        <w:placeholder>
          <w:docPart w:val="12889237D8A145C7B380E2917F5BD5BA"/>
        </w:placeholder>
        <w:showingPlcHdr/>
      </w:sdtPr>
      <w:sdtContent>
        <w:p w14:paraId="3DAB5BA0" w14:textId="78706B8F" w:rsidR="00392FA8" w:rsidRPr="00392FA8" w:rsidRDefault="00392FA8" w:rsidP="00392FA8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71E6EEBA" w14:textId="6AD2A70B" w:rsidR="00392FA8" w:rsidRPr="00392FA8" w:rsidRDefault="00392FA8" w:rsidP="00392FA8">
      <w:pPr>
        <w:pStyle w:val="ListParagraph"/>
        <w:numPr>
          <w:ilvl w:val="0"/>
          <w:numId w:val="16"/>
        </w:numPr>
        <w:ind w:left="360"/>
        <w:rPr>
          <w:b/>
          <w:bCs/>
        </w:rPr>
      </w:pPr>
      <w:r w:rsidRPr="00392FA8">
        <w:rPr>
          <w:b/>
          <w:bCs/>
        </w:rPr>
        <w:t>How do you ensure high standards of clinical care?</w:t>
      </w:r>
    </w:p>
    <w:sdt>
      <w:sdtPr>
        <w:rPr>
          <w:b/>
          <w:bCs/>
        </w:rPr>
        <w:id w:val="434872497"/>
        <w:placeholder>
          <w:docPart w:val="48693FAB6DF54B37A20F5FA2DB488370"/>
        </w:placeholder>
        <w:showingPlcHdr/>
      </w:sdtPr>
      <w:sdtContent>
        <w:p w14:paraId="75FB00CE" w14:textId="7AA5E72C" w:rsidR="00392FA8" w:rsidRPr="00392FA8" w:rsidRDefault="00392FA8" w:rsidP="00392FA8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sectPr w:rsidR="00392FA8" w:rsidRPr="00392FA8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35031" w14:textId="77777777" w:rsidR="007B1301" w:rsidRDefault="007B1301" w:rsidP="001B2E81">
      <w:pPr>
        <w:spacing w:after="0" w:line="240" w:lineRule="auto"/>
      </w:pPr>
      <w:r>
        <w:separator/>
      </w:r>
    </w:p>
  </w:endnote>
  <w:endnote w:type="continuationSeparator" w:id="0">
    <w:p w14:paraId="7E8E3923" w14:textId="77777777" w:rsidR="007B1301" w:rsidRDefault="007B1301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63463" w14:textId="77777777" w:rsidR="007B1301" w:rsidRDefault="007B1301" w:rsidP="001B2E81">
      <w:pPr>
        <w:spacing w:after="0" w:line="240" w:lineRule="auto"/>
      </w:pPr>
      <w:r>
        <w:separator/>
      </w:r>
    </w:p>
  </w:footnote>
  <w:footnote w:type="continuationSeparator" w:id="0">
    <w:p w14:paraId="61F4D51F" w14:textId="77777777" w:rsidR="007B1301" w:rsidRDefault="007B1301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1DC9575B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392FA8">
      <w:t>Genitourinary Medicine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C86AC7"/>
    <w:multiLevelType w:val="hybridMultilevel"/>
    <w:tmpl w:val="FCE0A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24BA9"/>
    <w:multiLevelType w:val="hybridMultilevel"/>
    <w:tmpl w:val="82B85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2142C"/>
    <w:multiLevelType w:val="hybridMultilevel"/>
    <w:tmpl w:val="FFE6E742"/>
    <w:lvl w:ilvl="0" w:tplc="76A86B0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2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3"/>
  </w:num>
  <w:num w:numId="13" w16cid:durableId="1694188166">
    <w:abstractNumId w:val="14"/>
  </w:num>
  <w:num w:numId="14" w16cid:durableId="889731661">
    <w:abstractNumId w:val="15"/>
  </w:num>
  <w:num w:numId="15" w16cid:durableId="1222329472">
    <w:abstractNumId w:val="9"/>
  </w:num>
  <w:num w:numId="16" w16cid:durableId="461190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1DA2"/>
    <w:rsid w:val="00034616"/>
    <w:rsid w:val="00041DFE"/>
    <w:rsid w:val="0006063C"/>
    <w:rsid w:val="00071601"/>
    <w:rsid w:val="00081140"/>
    <w:rsid w:val="000834D5"/>
    <w:rsid w:val="000D3DA4"/>
    <w:rsid w:val="0015074B"/>
    <w:rsid w:val="0018353E"/>
    <w:rsid w:val="001B2E81"/>
    <w:rsid w:val="001C17E4"/>
    <w:rsid w:val="001F49F6"/>
    <w:rsid w:val="00214ECC"/>
    <w:rsid w:val="002319B9"/>
    <w:rsid w:val="002931FF"/>
    <w:rsid w:val="0029639D"/>
    <w:rsid w:val="002D7D98"/>
    <w:rsid w:val="002E140B"/>
    <w:rsid w:val="00326F90"/>
    <w:rsid w:val="003729FB"/>
    <w:rsid w:val="00392FA8"/>
    <w:rsid w:val="00440832"/>
    <w:rsid w:val="004A41F5"/>
    <w:rsid w:val="004D6768"/>
    <w:rsid w:val="00547911"/>
    <w:rsid w:val="00597958"/>
    <w:rsid w:val="005A051B"/>
    <w:rsid w:val="006D0099"/>
    <w:rsid w:val="0075109E"/>
    <w:rsid w:val="007B1301"/>
    <w:rsid w:val="007C0991"/>
    <w:rsid w:val="007C3707"/>
    <w:rsid w:val="00821B93"/>
    <w:rsid w:val="008525FA"/>
    <w:rsid w:val="0098304A"/>
    <w:rsid w:val="009A7B67"/>
    <w:rsid w:val="009E4AEB"/>
    <w:rsid w:val="00A0792E"/>
    <w:rsid w:val="00A36383"/>
    <w:rsid w:val="00A64C44"/>
    <w:rsid w:val="00AA1D8D"/>
    <w:rsid w:val="00B16633"/>
    <w:rsid w:val="00B40A4D"/>
    <w:rsid w:val="00B47730"/>
    <w:rsid w:val="00B8038E"/>
    <w:rsid w:val="00BC3393"/>
    <w:rsid w:val="00BD4838"/>
    <w:rsid w:val="00C7253B"/>
    <w:rsid w:val="00C95D05"/>
    <w:rsid w:val="00CB0664"/>
    <w:rsid w:val="00CD745A"/>
    <w:rsid w:val="00DA296B"/>
    <w:rsid w:val="00E039A3"/>
    <w:rsid w:val="00E52996"/>
    <w:rsid w:val="00E9708F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180B92" w:rsidP="00180B92">
          <w:pPr>
            <w:pStyle w:val="F4D6CB2241074A76A75ACE4A72F3B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180B92" w:rsidP="00180B92">
          <w:pPr>
            <w:pStyle w:val="5C6BE9DD57B042A78E73AE6C65AB81E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180B92" w:rsidP="00180B92">
          <w:pPr>
            <w:pStyle w:val="B94FF17A7DD844238942618D220CAE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180B92" w:rsidP="00180B92">
          <w:pPr>
            <w:pStyle w:val="15FA136DFCC9400EA3643631FD9D49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180B92" w:rsidP="00180B92">
          <w:pPr>
            <w:pStyle w:val="758EF154077D4EC492E0AA02749775E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180B92" w:rsidP="00180B92">
          <w:pPr>
            <w:pStyle w:val="60444590C5F4414E83C6454885D575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180B92" w:rsidP="00180B92">
          <w:pPr>
            <w:pStyle w:val="096DC268CB3744C7AF90E558EFABE7F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180B92" w:rsidP="00180B92">
          <w:pPr>
            <w:pStyle w:val="16EE3227410F4460A6706019F0858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180B92" w:rsidP="00180B92">
          <w:pPr>
            <w:pStyle w:val="35C6ADD19D0A4F7F9AA8A8D4CCB137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180B92" w:rsidP="00180B92">
          <w:pPr>
            <w:pStyle w:val="0AD4EFDEB46F4DD3B07D7D864B6EAE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180B92" w:rsidP="00180B92">
          <w:pPr>
            <w:pStyle w:val="C969D259CE28476AA1EB44B74A93B0D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180B92" w:rsidP="00180B92">
          <w:pPr>
            <w:pStyle w:val="4163D3241B974CB9999FF0EC5B4E2B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180B92" w:rsidP="00180B92">
          <w:pPr>
            <w:pStyle w:val="89495584885745569DDCF4FEC1482D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180B92" w:rsidP="00180B92">
          <w:pPr>
            <w:pStyle w:val="66C6F6902A3B4D4CA7D745FDDA70B68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180B92" w:rsidP="00180B92">
          <w:pPr>
            <w:pStyle w:val="4CD965A9EE694FECADF2476D720E7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180B92" w:rsidP="00180B92">
          <w:pPr>
            <w:pStyle w:val="09E232A6ADC042DB884957F020A929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180B92" w:rsidP="00180B92">
          <w:pPr>
            <w:pStyle w:val="3DF7FD3C5E5C4C0992D419903A5ACD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180B92" w:rsidP="00180B92">
          <w:pPr>
            <w:pStyle w:val="657F90F891404138BEF4C8B0986FE7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180B92" w:rsidP="00180B92">
          <w:pPr>
            <w:pStyle w:val="C9113B8A854441D682CE5AC80AFB08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180B92" w:rsidP="00180B92">
          <w:pPr>
            <w:pStyle w:val="E3F5175B57004446843F4F317C13B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180B92" w:rsidP="00180B92">
          <w:pPr>
            <w:pStyle w:val="74CADD3637F3476CAEF2795719E307A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180B92" w:rsidP="00180B92">
          <w:pPr>
            <w:pStyle w:val="6E2E25C8BD59485F83A4E1A3EB66C1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180B92" w:rsidP="00180B92">
          <w:pPr>
            <w:pStyle w:val="CADFFF9D18954E1993F5C0789B03E1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180B92" w:rsidP="00180B92">
          <w:pPr>
            <w:pStyle w:val="872FF4CA11794B8A841DB2220DF10EA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180B92" w:rsidP="00180B92">
          <w:pPr>
            <w:pStyle w:val="4E97BD512F134974B65EC5CE1A1FFA5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180B92" w:rsidP="00180B92">
          <w:pPr>
            <w:pStyle w:val="43C24FC1DD4E4C25906C3761C0E444F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180B92" w:rsidP="00180B92">
          <w:pPr>
            <w:pStyle w:val="6E5B51F8A20C49259CB13015EB12138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180B92" w:rsidP="00180B92">
          <w:pPr>
            <w:pStyle w:val="ACA81B7FEB124004A04A95F11ADBD7A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180B92" w:rsidP="00180B92">
          <w:pPr>
            <w:pStyle w:val="AB27C8C8D90949D99B80C3BCC40C6D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180B92" w:rsidP="00180B92">
          <w:pPr>
            <w:pStyle w:val="BE6BAA36B4CE46CCBA1107A2CA863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180B92" w:rsidP="00180B92">
          <w:pPr>
            <w:pStyle w:val="98F3A9EE91754E259AFD2F141BD88EC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180B92" w:rsidP="00180B92">
          <w:pPr>
            <w:pStyle w:val="A562792367E244C2B52C13434E400D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180B92" w:rsidP="00180B92">
          <w:pPr>
            <w:pStyle w:val="7E217E49FF2B4BCCB4F3ACCCBA8620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180B92" w:rsidP="00180B92">
          <w:pPr>
            <w:pStyle w:val="A6B6B6169038418C8F137F03A3BAC3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180B92" w:rsidP="00180B92">
          <w:pPr>
            <w:pStyle w:val="BA84038C5BAB4BC98BCFD7720888F4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180B92" w:rsidP="00180B92">
          <w:pPr>
            <w:pStyle w:val="2A85F1BB5E59479D91B2E845B74103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180B92" w:rsidP="00180B92">
          <w:pPr>
            <w:pStyle w:val="734A0FEE22AB4D08A85FAFBB84445CB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180B92" w:rsidP="00180B92">
          <w:pPr>
            <w:pStyle w:val="3AE69983638E496B87E186B118E83D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180B92" w:rsidP="00180B92">
          <w:pPr>
            <w:pStyle w:val="4E1B8BE8E635423EB269141E9E2912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180B92" w:rsidP="00180B92">
          <w:pPr>
            <w:pStyle w:val="522C19E6AA2346A4966003129C441C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180B92" w:rsidP="00180B92">
          <w:pPr>
            <w:pStyle w:val="DC6DBC8E8B3947CB8F9195F36B67D8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180B92" w:rsidP="00180B92">
          <w:pPr>
            <w:pStyle w:val="49487EF4E50B45EF8F8DF0A58099CB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180B92" w:rsidP="00180B92">
          <w:pPr>
            <w:pStyle w:val="C6C5AA04D5744E5397F5B4C02E599FE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180B92" w:rsidP="00180B92">
          <w:pPr>
            <w:pStyle w:val="657845195F10471BB191FDF6254F45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180B92" w:rsidP="00180B92">
          <w:pPr>
            <w:pStyle w:val="4261ABEBA6024587BD9BFFA89B86CBA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180B92" w:rsidP="00180B92">
          <w:pPr>
            <w:pStyle w:val="ECE4C47E07C843CCA2D7255597D077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180B92" w:rsidP="00180B92">
          <w:pPr>
            <w:pStyle w:val="9444CF760006459A89EF2B7CE3AFF2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180B92" w:rsidP="00180B92">
          <w:pPr>
            <w:pStyle w:val="A451D5A1F2414B9AB219F05CFB3EC4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180B92" w:rsidP="00180B92">
          <w:pPr>
            <w:pStyle w:val="E58E1C4CC73644419B96786849CD04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180B92" w:rsidP="00180B92">
          <w:pPr>
            <w:pStyle w:val="7041F98D97294F33B27DB409BE8E34F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180B92" w:rsidP="00180B92">
          <w:pPr>
            <w:pStyle w:val="73AB6D1D873F4738BF61AE69763787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180B92" w:rsidP="00180B92">
          <w:pPr>
            <w:pStyle w:val="520891A0A4C04E9D9F8A8F3644975C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180B92" w:rsidP="00180B92">
          <w:pPr>
            <w:pStyle w:val="C582574595EA444189787F4DFB8EE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180B92" w:rsidP="00180B92">
          <w:pPr>
            <w:pStyle w:val="55670920D67C4481B676B57D42BEF3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180B92" w:rsidP="00180B92">
          <w:pPr>
            <w:pStyle w:val="1734C0B0E50C4165979C1D1CD6EF5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6D54110794714A3947FB410535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BE760-6D65-423E-B3BC-DEDF2C5973B4}"/>
      </w:docPartPr>
      <w:docPartBody>
        <w:p w:rsidR="004161F5" w:rsidRDefault="00180B92" w:rsidP="00180B92">
          <w:pPr>
            <w:pStyle w:val="4DA6D54110794714A3947FB41053504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180B92" w:rsidP="00180B92">
          <w:pPr>
            <w:pStyle w:val="982533AA1A67444FAB6AD764FF1EF8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180B92" w:rsidP="00180B92">
          <w:pPr>
            <w:pStyle w:val="A8251704D7154EB4AAFD40739CBF323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180B92" w:rsidP="00180B92">
          <w:pPr>
            <w:pStyle w:val="092F71A98DCB432994A49CF6A2418B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180B92" w:rsidP="00180B92">
          <w:pPr>
            <w:pStyle w:val="FF714C39671F4059B6173089394CD3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180B92" w:rsidP="00180B92">
          <w:pPr>
            <w:pStyle w:val="28589E92AA8443098EDE0E709D3F98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180B92" w:rsidP="00180B92">
          <w:pPr>
            <w:pStyle w:val="7B8873B5DDFA49E29AD3D86C96355B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180B92" w:rsidP="00180B92">
          <w:pPr>
            <w:pStyle w:val="7D53A91E55554B1E87906AAB7E66728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180B92" w:rsidP="00180B92">
          <w:pPr>
            <w:pStyle w:val="A98CC7936C024C2988776FBA2CC670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180B92" w:rsidP="00180B92">
          <w:pPr>
            <w:pStyle w:val="2E9B36F7201C45DF99CA9FA9C42900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180B92" w:rsidP="00180B92">
          <w:pPr>
            <w:pStyle w:val="09814CF1CD7A47D3BB560F37A96F9D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180B92" w:rsidP="00180B92">
          <w:pPr>
            <w:pStyle w:val="7793DEAF92564508A217818A964BBB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92818E23544CC0979C67945977F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5BAA4-C412-4F24-940D-06F6B7A061C8}"/>
      </w:docPartPr>
      <w:docPartBody>
        <w:p w:rsidR="008C04B4" w:rsidRDefault="00180B92" w:rsidP="00180B92">
          <w:pPr>
            <w:pStyle w:val="C592818E23544CC0979C67945977F9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4889AE70AD434AA79CB2C25D82D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4714D-0748-4FFA-B906-E39D2FB468E2}"/>
      </w:docPartPr>
      <w:docPartBody>
        <w:p w:rsidR="008C04B4" w:rsidRDefault="00180B92" w:rsidP="00180B92">
          <w:pPr>
            <w:pStyle w:val="B44889AE70AD434AA79CB2C25D82D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BE17A9874747C1AC4D9286D9990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57A5D-6A95-48D0-8D32-FAD2647B1D68}"/>
      </w:docPartPr>
      <w:docPartBody>
        <w:p w:rsidR="008C04B4" w:rsidRDefault="00180B92" w:rsidP="00180B92">
          <w:pPr>
            <w:pStyle w:val="5CBE17A9874747C1AC4D9286D999051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127B746693496192A4092148813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2204D-3F63-49E2-9E2C-8240CC489DF2}"/>
      </w:docPartPr>
      <w:docPartBody>
        <w:p w:rsidR="008C04B4" w:rsidRDefault="00180B92" w:rsidP="00180B92">
          <w:pPr>
            <w:pStyle w:val="0E127B746693496192A409214881347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02206C4D74D3A80D8AA3144CB0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CA848-F35F-48BF-95A0-00BA1C3E3C53}"/>
      </w:docPartPr>
      <w:docPartBody>
        <w:p w:rsidR="008C04B4" w:rsidRDefault="00180B92" w:rsidP="00180B92">
          <w:pPr>
            <w:pStyle w:val="ED602206C4D74D3A80D8AA3144CB05CA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64A5A2C1EAF49D7AC3DDF63BC5AD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A11C0-D58B-4115-AFE7-7942341EAF70}"/>
      </w:docPartPr>
      <w:docPartBody>
        <w:p w:rsidR="008C04B4" w:rsidRDefault="00180B92" w:rsidP="00180B92">
          <w:pPr>
            <w:pStyle w:val="764A5A2C1EAF49D7AC3DDF63BC5AD70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81387B9A30402A84817179D8E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3891C-76F1-4A6B-9148-F6F18878F2FD}"/>
      </w:docPartPr>
      <w:docPartBody>
        <w:p w:rsidR="008C04B4" w:rsidRDefault="00180B92" w:rsidP="00180B92">
          <w:pPr>
            <w:pStyle w:val="5B81387B9A30402A84817179D8E8A3D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2E1A4330847E8B96E185C1FAE9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A1E3E-B71C-490A-8E2B-786BB574D05D}"/>
      </w:docPartPr>
      <w:docPartBody>
        <w:p w:rsidR="008C04B4" w:rsidRDefault="00180B92" w:rsidP="00180B92">
          <w:pPr>
            <w:pStyle w:val="56F2E1A4330847E8B96E185C1FAE972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B6E2340BF441B89FBB3782736B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BA491-9DF0-41F2-A3DA-BA5CDD81DB7F}"/>
      </w:docPartPr>
      <w:docPartBody>
        <w:p w:rsidR="008C04B4" w:rsidRDefault="00180B92" w:rsidP="00180B92">
          <w:pPr>
            <w:pStyle w:val="82B6E2340BF441B89FBB3782736B2E2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BE64C42DF840F4BD14ECFF712E0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4CDFD-F5A9-42C5-8B78-52F3BF6CD45B}"/>
      </w:docPartPr>
      <w:docPartBody>
        <w:p w:rsidR="008C04B4" w:rsidRDefault="00180B92" w:rsidP="00180B92">
          <w:pPr>
            <w:pStyle w:val="C2BE64C42DF840F4BD14ECFF712E063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622CEB82C734321B0CE016302F91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FC736-6E39-4D7A-BD91-26F9C490C965}"/>
      </w:docPartPr>
      <w:docPartBody>
        <w:p w:rsidR="008C04B4" w:rsidRDefault="00180B92" w:rsidP="00180B92">
          <w:pPr>
            <w:pStyle w:val="9622CEB82C734321B0CE016302F911E9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B92035E5494A88A1939E0D3E6D2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3B17-23C4-4F07-827F-9DD96C347666}"/>
      </w:docPartPr>
      <w:docPartBody>
        <w:p w:rsidR="008C04B4" w:rsidRDefault="00180B92" w:rsidP="00180B92">
          <w:pPr>
            <w:pStyle w:val="6BB92035E5494A88A1939E0D3E6D2CD5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B73CFD3572456C9DE78D54DED66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0EF44-1DA4-411C-8D0C-6FCE8223E0A9}"/>
      </w:docPartPr>
      <w:docPartBody>
        <w:p w:rsidR="00180B92" w:rsidRDefault="00180B92" w:rsidP="00180B92">
          <w:pPr>
            <w:pStyle w:val="26B73CFD3572456C9DE78D54DED66F27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87DA4554D249D7B7B58FF559F56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D6131-E30B-4E82-8CFE-19D6B8F08C9F}"/>
      </w:docPartPr>
      <w:docPartBody>
        <w:p w:rsidR="00180B92" w:rsidRDefault="00180B92" w:rsidP="00180B92">
          <w:pPr>
            <w:pStyle w:val="C687DA4554D249D7B7B58FF559F565C1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8E1389C0004EF6A1A79DA1B1097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5AB1D-C640-40C8-8549-54F1BEEDC7A0}"/>
      </w:docPartPr>
      <w:docPartBody>
        <w:p w:rsidR="00180B92" w:rsidRDefault="00180B92" w:rsidP="00180B92">
          <w:pPr>
            <w:pStyle w:val="D08E1389C0004EF6A1A79DA1B1097594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889237D8A145C7B380E2917F5B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AA229-C436-4CED-85CE-40C655ABEF73}"/>
      </w:docPartPr>
      <w:docPartBody>
        <w:p w:rsidR="00180B92" w:rsidRDefault="00180B92" w:rsidP="00180B92">
          <w:pPr>
            <w:pStyle w:val="12889237D8A145C7B380E2917F5BD5BA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693FAB6DF54B37A20F5FA2DB48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BFD69-859F-49F3-A539-8BDDBDE56484}"/>
      </w:docPartPr>
      <w:docPartBody>
        <w:p w:rsidR="00180B92" w:rsidRDefault="00180B92" w:rsidP="00180B92">
          <w:pPr>
            <w:pStyle w:val="48693FAB6DF54B37A20F5FA2DB488370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1999D198D484E9FE2CE32192C8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E8649-E024-43E7-9255-E22986117F54}"/>
      </w:docPartPr>
      <w:docPartBody>
        <w:p w:rsidR="00000000" w:rsidRDefault="00180B92" w:rsidP="00180B92">
          <w:pPr>
            <w:pStyle w:val="4461999D198D484E9FE2CE32192C8F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4779F3A8354DD5B5E1AE359A774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04E21-E694-4214-AFBE-4458EB2CD5B8}"/>
      </w:docPartPr>
      <w:docPartBody>
        <w:p w:rsidR="00000000" w:rsidRDefault="00180B92" w:rsidP="00180B92">
          <w:pPr>
            <w:pStyle w:val="944779F3A8354DD5B5E1AE359A77449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21C6BC5AC346E69020058848AE8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D856A-35E0-41C2-A54D-8FDA1A44AF97}"/>
      </w:docPartPr>
      <w:docPartBody>
        <w:p w:rsidR="00000000" w:rsidRDefault="00180B92" w:rsidP="00180B92">
          <w:pPr>
            <w:pStyle w:val="9821C6BC5AC346E69020058848AE870E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1552144F304B67865A0FB4EB2CB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3051F-4200-4571-81DC-B2D681D9E37E}"/>
      </w:docPartPr>
      <w:docPartBody>
        <w:p w:rsidR="00000000" w:rsidRDefault="00180B92" w:rsidP="00180B92">
          <w:pPr>
            <w:pStyle w:val="FA1552144F304B67865A0FB4EB2CB8D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DFD8A6DC24EAD96796807C002B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588AC-6A19-46BD-B801-2BE8CE5A545F}"/>
      </w:docPartPr>
      <w:docPartBody>
        <w:p w:rsidR="00000000" w:rsidRDefault="00180B92" w:rsidP="00180B92">
          <w:pPr>
            <w:pStyle w:val="A26DFD8A6DC24EAD96796807C002BC3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2730A1B967446AB2E7F14E6D5D4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97CF8-35B6-4374-B2B8-F93FAE55F4D6}"/>
      </w:docPartPr>
      <w:docPartBody>
        <w:p w:rsidR="00000000" w:rsidRDefault="00180B92" w:rsidP="00180B92">
          <w:pPr>
            <w:pStyle w:val="4B2730A1B967446AB2E7F14E6D5D418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D520D1251D4DEFB94941CDD7052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9F405-1999-402E-ACE7-09361470DB98}"/>
      </w:docPartPr>
      <w:docPartBody>
        <w:p w:rsidR="00000000" w:rsidRDefault="00180B92" w:rsidP="00180B92">
          <w:pPr>
            <w:pStyle w:val="7FD520D1251D4DEFB94941CDD705286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574238DA3041619765E794A7AA1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B2029-94DE-4284-9A97-7D7D2E0E7ECF}"/>
      </w:docPartPr>
      <w:docPartBody>
        <w:p w:rsidR="00000000" w:rsidRDefault="00180B92" w:rsidP="00180B92">
          <w:pPr>
            <w:pStyle w:val="CC574238DA3041619765E794A7AA1E9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6EAA26F8BC4E569BE5AF3F47D98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8D295-9E16-4142-8FBB-21CDB74F69BB}"/>
      </w:docPartPr>
      <w:docPartBody>
        <w:p w:rsidR="00000000" w:rsidRDefault="00180B92" w:rsidP="00180B92">
          <w:pPr>
            <w:pStyle w:val="716EAA26F8BC4E569BE5AF3F47D983EC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ED0392353048C78D12F0304D86B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5A889-064D-4B39-9BCC-F4E0A8A0E49B}"/>
      </w:docPartPr>
      <w:docPartBody>
        <w:p w:rsidR="00000000" w:rsidRDefault="00180B92" w:rsidP="00180B92">
          <w:pPr>
            <w:pStyle w:val="D8ED0392353048C78D12F0304D86B6B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AB54BE61F647E68DCD10EC756EC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B2B1F-3CCA-4C02-BA3A-337105991A64}"/>
      </w:docPartPr>
      <w:docPartBody>
        <w:p w:rsidR="00000000" w:rsidRDefault="00180B92" w:rsidP="00180B92">
          <w:pPr>
            <w:pStyle w:val="FBAB54BE61F647E68DCD10EC756ECA0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8FB530B5CD4A82AF31E38D5800D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D81E6-057B-4B49-8268-DA76D00B88AB}"/>
      </w:docPartPr>
      <w:docPartBody>
        <w:p w:rsidR="00000000" w:rsidRDefault="00180B92" w:rsidP="00180B92">
          <w:pPr>
            <w:pStyle w:val="338FB530B5CD4A82AF31E38D5800D94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CD9B6D263249C287C610362F20B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C3700-A0D3-4BAC-8BCE-66916D88B160}"/>
      </w:docPartPr>
      <w:docPartBody>
        <w:p w:rsidR="00000000" w:rsidRDefault="00180B92" w:rsidP="00180B92">
          <w:pPr>
            <w:pStyle w:val="63CD9B6D263249C287C610362F20BAF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90BAA463244273996A10010A31D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81BCA-733C-4A1E-8F4F-053E9A5872F1}"/>
      </w:docPartPr>
      <w:docPartBody>
        <w:p w:rsidR="00000000" w:rsidRDefault="00180B92" w:rsidP="00180B92">
          <w:pPr>
            <w:pStyle w:val="D090BAA463244273996A10010A31DB5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82D92134DB4EBB9773AA106864B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F3C33-1BEB-4FB0-915A-1EA8DF724476}"/>
      </w:docPartPr>
      <w:docPartBody>
        <w:p w:rsidR="00000000" w:rsidRDefault="00180B92" w:rsidP="00180B92">
          <w:pPr>
            <w:pStyle w:val="9882D92134DB4EBB9773AA106864B9B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564EE79D8B4788B099FD8C640AC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48D33-7162-4F80-83E0-E185AAE110E6}"/>
      </w:docPartPr>
      <w:docPartBody>
        <w:p w:rsidR="00000000" w:rsidRDefault="00180B92" w:rsidP="00180B92">
          <w:pPr>
            <w:pStyle w:val="66564EE79D8B4788B099FD8C640ACD6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CF87F70A6D94436A2F1BAEB1C758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8E8FA-07A9-4BB6-BE49-4E40E6FF16C7}"/>
      </w:docPartPr>
      <w:docPartBody>
        <w:p w:rsidR="00000000" w:rsidRDefault="00180B92" w:rsidP="00180B92">
          <w:pPr>
            <w:pStyle w:val="DCF87F70A6D94436A2F1BAEB1C75881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2758E273E024D86A41D38C221248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7C702-CAEB-4587-BA09-B974CD916A82}"/>
      </w:docPartPr>
      <w:docPartBody>
        <w:p w:rsidR="00000000" w:rsidRDefault="00180B92" w:rsidP="00180B92">
          <w:pPr>
            <w:pStyle w:val="22758E273E024D86A41D38C2212485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371F4B140D41F198C2691D6177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E512B-156B-4CEF-B5D1-CD89CCE07C2C}"/>
      </w:docPartPr>
      <w:docPartBody>
        <w:p w:rsidR="00000000" w:rsidRDefault="00180B92" w:rsidP="00180B92">
          <w:pPr>
            <w:pStyle w:val="29371F4B140D41F198C2691D617791F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93ED4FCC844BFD9544E208C57F4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1EBAC-9491-4B6C-A30B-22BF82E61D87}"/>
      </w:docPartPr>
      <w:docPartBody>
        <w:p w:rsidR="00000000" w:rsidRDefault="00180B92" w:rsidP="00180B92">
          <w:pPr>
            <w:pStyle w:val="DA93ED4FCC844BFD9544E208C57F406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F5CA2CECA945F090803B0239C66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87BD1-3554-4FB6-8E27-62034FDC9CF5}"/>
      </w:docPartPr>
      <w:docPartBody>
        <w:p w:rsidR="00000000" w:rsidRDefault="00180B92" w:rsidP="00180B92">
          <w:pPr>
            <w:pStyle w:val="1BF5CA2CECA945F090803B0239C668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F504D1659140D58F17982A2F0CB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E7661-CD06-4941-8737-44733A472CC6}"/>
      </w:docPartPr>
      <w:docPartBody>
        <w:p w:rsidR="00000000" w:rsidRDefault="00180B92" w:rsidP="00180B92">
          <w:pPr>
            <w:pStyle w:val="64F504D1659140D58F17982A2F0CBB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C4B223AB0642869DD3E8FEBF6B7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CB910-D25F-4B53-9291-F53D0CDBB396}"/>
      </w:docPartPr>
      <w:docPartBody>
        <w:p w:rsidR="00000000" w:rsidRDefault="00180B92" w:rsidP="00180B92">
          <w:pPr>
            <w:pStyle w:val="F0C4B223AB0642869DD3E8FEBF6B735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DC57FDF9664B2DB1902B96AF711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2F910-257A-45D5-8F00-43FB01D7DFFB}"/>
      </w:docPartPr>
      <w:docPartBody>
        <w:p w:rsidR="00000000" w:rsidRDefault="00180B92" w:rsidP="00180B92">
          <w:pPr>
            <w:pStyle w:val="E4DC57FDF9664B2DB1902B96AF711296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EE6578F6DAD4BBC81B68E47F2D94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23F54-3F74-4768-A621-7C8B786BCFC8}"/>
      </w:docPartPr>
      <w:docPartBody>
        <w:p w:rsidR="00000000" w:rsidRDefault="00180B92" w:rsidP="00180B92">
          <w:pPr>
            <w:pStyle w:val="BEE6578F6DAD4BBC81B68E47F2D947B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5443344766C473A876E548803B30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56383-515A-49B4-9C1E-8B7EA4A514EE}"/>
      </w:docPartPr>
      <w:docPartBody>
        <w:p w:rsidR="00000000" w:rsidRDefault="00180B92" w:rsidP="00180B92">
          <w:pPr>
            <w:pStyle w:val="35443344766C473A876E548803B30EC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92308C1EAD4629AAF92F5001086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1FFD3-6801-42F0-8CAB-F92674679445}"/>
      </w:docPartPr>
      <w:docPartBody>
        <w:p w:rsidR="00000000" w:rsidRDefault="00180B92" w:rsidP="00180B92">
          <w:pPr>
            <w:pStyle w:val="4592308C1EAD4629AAF92F500108678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980D90AF8E4D1AA0BCEFE8312F4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86DC1-D29C-4735-8A5E-CAFF23CD6C26}"/>
      </w:docPartPr>
      <w:docPartBody>
        <w:p w:rsidR="00000000" w:rsidRDefault="00180B92" w:rsidP="00180B92">
          <w:pPr>
            <w:pStyle w:val="50980D90AF8E4D1AA0BCEFE8312F4AD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271229424048E48573F7DCF412B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98AD-84BF-4FA8-BD7A-49A832D1928A}"/>
      </w:docPartPr>
      <w:docPartBody>
        <w:p w:rsidR="00000000" w:rsidRDefault="00180B92" w:rsidP="00180B92">
          <w:pPr>
            <w:pStyle w:val="8A271229424048E48573F7DCF412B9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1808CC41B84B01B094DDA61A1BE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D3736-AF9E-4054-8D68-4AB86262031C}"/>
      </w:docPartPr>
      <w:docPartBody>
        <w:p w:rsidR="00000000" w:rsidRDefault="00180B92" w:rsidP="00180B92">
          <w:pPr>
            <w:pStyle w:val="D61808CC41B84B01B094DDA61A1BE4D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E59C26775442679D3F34292360B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495DF-7FE6-462C-8ED4-8DE7E3985340}"/>
      </w:docPartPr>
      <w:docPartBody>
        <w:p w:rsidR="00000000" w:rsidRDefault="00180B92" w:rsidP="00180B92">
          <w:pPr>
            <w:pStyle w:val="3CE59C26775442679D3F34292360B8B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585504834154C1B875555C40F15F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FA226-5D30-488F-B4B2-5B68D9F3E661}"/>
      </w:docPartPr>
      <w:docPartBody>
        <w:p w:rsidR="00000000" w:rsidRDefault="00180B92" w:rsidP="00180B92">
          <w:pPr>
            <w:pStyle w:val="F585504834154C1B875555C40F15F9EA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E22BA9BB5B49A2800107E3F19EF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A0284-048A-47FD-93E3-1FA284241948}"/>
      </w:docPartPr>
      <w:docPartBody>
        <w:p w:rsidR="00000000" w:rsidRDefault="00180B92" w:rsidP="00180B92">
          <w:pPr>
            <w:pStyle w:val="BBE22BA9BB5B49A2800107E3F19EFDA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51985F5BE44C56A56BA7916BC8A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9A25F-CEED-433D-A711-A9BD1AAF0CE8}"/>
      </w:docPartPr>
      <w:docPartBody>
        <w:p w:rsidR="00000000" w:rsidRDefault="00180B92" w:rsidP="00180B92">
          <w:pPr>
            <w:pStyle w:val="9B51985F5BE44C56A56BA7916BC8AF9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74DCBAD2A742C5A40E3AB6C7344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CC7E1-EF5B-40B6-BADC-245B4F2E2DFB}"/>
      </w:docPartPr>
      <w:docPartBody>
        <w:p w:rsidR="00000000" w:rsidRDefault="00180B92" w:rsidP="00180B92">
          <w:pPr>
            <w:pStyle w:val="AC74DCBAD2A742C5A40E3AB6C734492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0F8A5CF8314B7B9BBE90ABEC3BB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A6B838-AC8D-4F0A-9328-D34D014B298A}"/>
      </w:docPartPr>
      <w:docPartBody>
        <w:p w:rsidR="00000000" w:rsidRDefault="00180B92" w:rsidP="00180B92">
          <w:pPr>
            <w:pStyle w:val="0C0F8A5CF8314B7B9BBE90ABEC3BBD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E4F8749ABB44E48409E728A0717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2EFAB-0DC1-4E48-A0F6-8662B4A15F36}"/>
      </w:docPartPr>
      <w:docPartBody>
        <w:p w:rsidR="00000000" w:rsidRDefault="00180B92" w:rsidP="00180B92">
          <w:pPr>
            <w:pStyle w:val="7FE4F8749ABB44E48409E728A07175C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7F2CADB243E0BB02CFB6BB37E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3BCC3-E9B6-4398-80BC-BCD4A9E36734}"/>
      </w:docPartPr>
      <w:docPartBody>
        <w:p w:rsidR="00000000" w:rsidRDefault="00180B92" w:rsidP="00180B92">
          <w:pPr>
            <w:pStyle w:val="38FE7F2CADB243E0BB02CFB6BB37E427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DB0266B13C468387CBB3AC000C7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DC2F4-3B7E-4348-9A15-185F32BDC988}"/>
      </w:docPartPr>
      <w:docPartBody>
        <w:p w:rsidR="00000000" w:rsidRDefault="00180B92" w:rsidP="00180B92">
          <w:pPr>
            <w:pStyle w:val="55DB0266B13C468387CBB3AC000C7491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66B4EE3A5C84D6C98C302FFD2A4C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ADA4-6D8C-491E-9AF5-A4EA3FDBE467}"/>
      </w:docPartPr>
      <w:docPartBody>
        <w:p w:rsidR="00000000" w:rsidRDefault="00180B92" w:rsidP="00180B92">
          <w:pPr>
            <w:pStyle w:val="C66B4EE3A5C84D6C98C302FFD2A4CD2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1D5802FBA64A7982AABB3F207B2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E5A65-F931-470C-A18F-1AA726B66A78}"/>
      </w:docPartPr>
      <w:docPartBody>
        <w:p w:rsidR="00000000" w:rsidRDefault="00180B92" w:rsidP="00180B92">
          <w:pPr>
            <w:pStyle w:val="C21D5802FBA64A7982AABB3F207B2EA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BB6C56037C4EC0B291E5CA037EA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9CD4B-4904-4455-BEAB-3FE7B4F351D0}"/>
      </w:docPartPr>
      <w:docPartBody>
        <w:p w:rsidR="00000000" w:rsidRDefault="00180B92" w:rsidP="00180B92">
          <w:pPr>
            <w:pStyle w:val="5CBB6C56037C4EC0B291E5CA037EAE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49D9D8AAE64E20AE99A107D7C11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FD398-68FB-4B7C-BEC9-128B02A83A79}"/>
      </w:docPartPr>
      <w:docPartBody>
        <w:p w:rsidR="00000000" w:rsidRDefault="00180B92" w:rsidP="00180B92">
          <w:pPr>
            <w:pStyle w:val="A049D9D8AAE64E20AE99A107D7C118C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01804EFBF3405A8CCFBF3AEF0D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B50DA-3AEA-48D1-BDA8-942FD5CF1D96}"/>
      </w:docPartPr>
      <w:docPartBody>
        <w:p w:rsidR="00000000" w:rsidRDefault="00180B92" w:rsidP="00180B92">
          <w:pPr>
            <w:pStyle w:val="F101804EFBF3405A8CCFBF3AEF0D47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EFE353297A420E8834420FE69D4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BDEDF-06BF-41C2-8739-1390F00972B8}"/>
      </w:docPartPr>
      <w:docPartBody>
        <w:p w:rsidR="00000000" w:rsidRDefault="00180B92" w:rsidP="00180B92">
          <w:pPr>
            <w:pStyle w:val="63EFE353297A420E8834420FE69D429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0F5D7E9C43498E931EB2304F78F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211F0-44B7-4111-9E40-62C3792D2BAF}"/>
      </w:docPartPr>
      <w:docPartBody>
        <w:p w:rsidR="00000000" w:rsidRDefault="00180B92" w:rsidP="00180B92">
          <w:pPr>
            <w:pStyle w:val="020F5D7E9C43498E931EB2304F78F39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B79CFDFD9A4D9C952515777C17F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07D75-56D4-4C92-8CED-FA2570D9B7FC}"/>
      </w:docPartPr>
      <w:docPartBody>
        <w:p w:rsidR="00000000" w:rsidRDefault="00180B92" w:rsidP="00180B92">
          <w:pPr>
            <w:pStyle w:val="86B79CFDFD9A4D9C952515777C17F2F1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77FA37ECEE4C66867BBDC32A6ED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DFA09-52A9-417A-9DE9-6BCDE3575406}"/>
      </w:docPartPr>
      <w:docPartBody>
        <w:p w:rsidR="00000000" w:rsidRDefault="00180B92" w:rsidP="00180B92">
          <w:pPr>
            <w:pStyle w:val="5B77FA37ECEE4C66867BBDC32A6ED50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439C0673044052A9B958B2BC55D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3D549-1F96-4EFB-AE1E-AB127BA904C4}"/>
      </w:docPartPr>
      <w:docPartBody>
        <w:p w:rsidR="00000000" w:rsidRDefault="00180B92" w:rsidP="00180B92">
          <w:pPr>
            <w:pStyle w:val="08439C0673044052A9B958B2BC55D7D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B9B2706D7049AE809CEE5793027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9852E-D3F6-43F2-A1D0-14315B526C6B}"/>
      </w:docPartPr>
      <w:docPartBody>
        <w:p w:rsidR="00000000" w:rsidRDefault="00180B92" w:rsidP="00180B92">
          <w:pPr>
            <w:pStyle w:val="31B9B2706D7049AE809CEE5793027B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00948E4D6044B2B91B7150BFEE2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80E59-01A5-4E96-ABDB-6B85547AB18B}"/>
      </w:docPartPr>
      <w:docPartBody>
        <w:p w:rsidR="00000000" w:rsidRDefault="00180B92" w:rsidP="00180B92">
          <w:pPr>
            <w:pStyle w:val="1B00948E4D6044B2B91B7150BFEE27A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89340E93874FAEB03D57B05038F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56606-BB25-454E-8CE4-C4B2876DB244}"/>
      </w:docPartPr>
      <w:docPartBody>
        <w:p w:rsidR="00000000" w:rsidRDefault="00180B92" w:rsidP="00180B92">
          <w:pPr>
            <w:pStyle w:val="D889340E93874FAEB03D57B05038F06A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79FE31E486E4906A02D29CD191DB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BB60E-99C9-4E3C-841F-F935EEB1314E}"/>
      </w:docPartPr>
      <w:docPartBody>
        <w:p w:rsidR="00000000" w:rsidRDefault="00180B92" w:rsidP="00180B92">
          <w:pPr>
            <w:pStyle w:val="679FE31E486E4906A02D29CD191DB7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F5B6401CA4659A080A15198226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F285D-3FF4-4926-A752-E0F09E03D86F}"/>
      </w:docPartPr>
      <w:docPartBody>
        <w:p w:rsidR="00000000" w:rsidRDefault="00180B92" w:rsidP="00180B92">
          <w:pPr>
            <w:pStyle w:val="425F5B6401CA4659A080A151982261E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535A4008BB4139B2418E6AD90F6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CE10D-9603-4C34-9359-E07615D76F8E}"/>
      </w:docPartPr>
      <w:docPartBody>
        <w:p w:rsidR="00000000" w:rsidRDefault="00180B92" w:rsidP="00180B92">
          <w:pPr>
            <w:pStyle w:val="0A535A4008BB4139B2418E6AD90F699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766DC9A7FE496DA8DFDA35DF380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3FC20-6695-4862-80A8-FD46009C7C2D}"/>
      </w:docPartPr>
      <w:docPartBody>
        <w:p w:rsidR="00000000" w:rsidRDefault="00180B92" w:rsidP="00180B92">
          <w:pPr>
            <w:pStyle w:val="06766DC9A7FE496DA8DFDA35DF380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72A182365D4FB6AE6A5E0BA26A6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EE671-2425-41AD-A86B-D1DB3A7E0BF9}"/>
      </w:docPartPr>
      <w:docPartBody>
        <w:p w:rsidR="00000000" w:rsidRDefault="00180B92" w:rsidP="00180B92">
          <w:pPr>
            <w:pStyle w:val="5272A182365D4FB6AE6A5E0BA26A6E6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749666DFE1433394A50BE5C42FC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233EF-82A9-4D6D-A6A6-B077673DD181}"/>
      </w:docPartPr>
      <w:docPartBody>
        <w:p w:rsidR="00000000" w:rsidRDefault="00180B92" w:rsidP="00180B92">
          <w:pPr>
            <w:pStyle w:val="FB749666DFE1433394A50BE5C42FC8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06245FC2A24F1A8BA1C27E0714A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6FE54-DFAD-4001-86B8-B0378200223C}"/>
      </w:docPartPr>
      <w:docPartBody>
        <w:p w:rsidR="00000000" w:rsidRDefault="00180B92" w:rsidP="00180B92">
          <w:pPr>
            <w:pStyle w:val="9F06245FC2A24F1A8BA1C27E0714AAD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BCF023849D48D2BF18CBF287B54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A63F3-7B1C-4B49-9A5D-7ED437F12806}"/>
      </w:docPartPr>
      <w:docPartBody>
        <w:p w:rsidR="00000000" w:rsidRDefault="00180B92" w:rsidP="00180B92">
          <w:pPr>
            <w:pStyle w:val="85BCF023849D48D2BF18CBF287B544F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888441AB754BE6B88D53A3C931D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A9141-8A8C-48A4-A2E2-F4CE76EDA02C}"/>
      </w:docPartPr>
      <w:docPartBody>
        <w:p w:rsidR="00000000" w:rsidRDefault="00180B92" w:rsidP="00180B92">
          <w:pPr>
            <w:pStyle w:val="01888441AB754BE6B88D53A3C931DCD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0F66920477469C9A08EFC50594B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85C84-E48F-40E8-916B-5C4AED75DBAE}"/>
      </w:docPartPr>
      <w:docPartBody>
        <w:p w:rsidR="00000000" w:rsidRDefault="00180B92" w:rsidP="00180B92">
          <w:pPr>
            <w:pStyle w:val="090F66920477469C9A08EFC50594BB3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6698275F354402AB6B00F582259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94715-95CB-4E90-9519-936C21E88520}"/>
      </w:docPartPr>
      <w:docPartBody>
        <w:p w:rsidR="00000000" w:rsidRDefault="00180B92" w:rsidP="00180B92">
          <w:pPr>
            <w:pStyle w:val="C86698275F354402AB6B00F58225985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61A27B787B466EB84E7CB2F2245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DC96B-4C20-4448-AF75-725F282B3B02}"/>
      </w:docPartPr>
      <w:docPartBody>
        <w:p w:rsidR="00000000" w:rsidRDefault="00180B92" w:rsidP="00180B92">
          <w:pPr>
            <w:pStyle w:val="7D61A27B787B466EB84E7CB2F2245F2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2FC90250274D2398AC7A4A21995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B3076-6973-404C-AB16-D49CF2391D11}"/>
      </w:docPartPr>
      <w:docPartBody>
        <w:p w:rsidR="00000000" w:rsidRDefault="00180B92" w:rsidP="00180B92">
          <w:pPr>
            <w:pStyle w:val="0D2FC90250274D2398AC7A4A219958D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AA614EEF974F48A835EFFC83B85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3E0DF-7B25-4789-ABD4-69FEC1B5B3AA}"/>
      </w:docPartPr>
      <w:docPartBody>
        <w:p w:rsidR="00000000" w:rsidRDefault="00180B92" w:rsidP="00180B92">
          <w:pPr>
            <w:pStyle w:val="F1AA614EEF974F48A835EFFC83B85B9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3C13D4EB9044098F6449504646D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5F715-4584-40AE-9AF9-2F3EAD3AC71E}"/>
      </w:docPartPr>
      <w:docPartBody>
        <w:p w:rsidR="00000000" w:rsidRDefault="00180B92" w:rsidP="00180B92">
          <w:pPr>
            <w:pStyle w:val="ED3C13D4EB9044098F6449504646DA0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03D6F2F66446CB9C7421C179AE6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F7FD6-2F10-4419-90B7-AE93F9017EA8}"/>
      </w:docPartPr>
      <w:docPartBody>
        <w:p w:rsidR="00000000" w:rsidRDefault="00180B92" w:rsidP="00180B92">
          <w:pPr>
            <w:pStyle w:val="4D03D6F2F66446CB9C7421C179AE6C2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FBBA37794BF69CDD751D75639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1C286-2D24-4C0A-9F70-32DBC5EAE6F6}"/>
      </w:docPartPr>
      <w:docPartBody>
        <w:p w:rsidR="00000000" w:rsidRDefault="00180B92" w:rsidP="00180B92">
          <w:pPr>
            <w:pStyle w:val="DEFAFBBA37794BF69CDD751D75639A5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74E7B3BAA495BB36321646EAF2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BFF9E-134D-4E24-9B8B-9F895C3B591B}"/>
      </w:docPartPr>
      <w:docPartBody>
        <w:p w:rsidR="00000000" w:rsidRDefault="00180B92" w:rsidP="00180B92">
          <w:pPr>
            <w:pStyle w:val="BD974E7B3BAA495BB36321646EAF249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4ADC9FDE6478D93B3607394877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B7067-3317-4629-8D8A-AB4CDE8A5C81}"/>
      </w:docPartPr>
      <w:docPartBody>
        <w:p w:rsidR="00000000" w:rsidRDefault="00180B92" w:rsidP="00180B92">
          <w:pPr>
            <w:pStyle w:val="B644ADC9FDE6478D93B360739487725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FCAA7BB1FC4009983830EE1A46F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1A9B6-C6BB-444F-80DC-F92D5492751C}"/>
      </w:docPartPr>
      <w:docPartBody>
        <w:p w:rsidR="00000000" w:rsidRDefault="00180B92" w:rsidP="00180B92">
          <w:pPr>
            <w:pStyle w:val="91FCAA7BB1FC4009983830EE1A46F1B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B33DC6FC7445BA828773C4E676D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8604A-A474-4D1D-AEB4-C8872AED55BE}"/>
      </w:docPartPr>
      <w:docPartBody>
        <w:p w:rsidR="00000000" w:rsidRDefault="00180B92" w:rsidP="00180B92">
          <w:pPr>
            <w:pStyle w:val="FCB33DC6FC7445BA828773C4E676DC3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799286B3D54502AF28B0A404421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575D4-3BC7-44FC-8E23-48AC7205A3FD}"/>
      </w:docPartPr>
      <w:docPartBody>
        <w:p w:rsidR="00000000" w:rsidRDefault="00180B92" w:rsidP="00180B92">
          <w:pPr>
            <w:pStyle w:val="4E799286B3D54502AF28B0A40442140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5FADB2A2E4D04A26D8D73D08E2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8F5B7-636F-493F-81A2-60B36531EAA1}"/>
      </w:docPartPr>
      <w:docPartBody>
        <w:p w:rsidR="00000000" w:rsidRDefault="00180B92" w:rsidP="00180B92">
          <w:pPr>
            <w:pStyle w:val="AD45FADB2A2E4D04A26D8D73D08E277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0A2CDB30F24BC1954D11EE4601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DD93B-A56B-4974-98FA-EA70690356F0}"/>
      </w:docPartPr>
      <w:docPartBody>
        <w:p w:rsidR="00000000" w:rsidRDefault="00180B92" w:rsidP="00180B92">
          <w:pPr>
            <w:pStyle w:val="F60A2CDB30F24BC1954D11EE460146C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8D653B6DF041D7BFE05B493BD5C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D864D-F3B3-4BF1-991E-5803CA15962B}"/>
      </w:docPartPr>
      <w:docPartBody>
        <w:p w:rsidR="00000000" w:rsidRDefault="00180B92" w:rsidP="00180B92">
          <w:pPr>
            <w:pStyle w:val="7C8D653B6DF041D7BFE05B493BD5C01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78ED861EAE40BF93B0514A4C050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1B9E5-D4F0-495A-9942-54DA13E07729}"/>
      </w:docPartPr>
      <w:docPartBody>
        <w:p w:rsidR="00000000" w:rsidRDefault="00180B92" w:rsidP="00180B92">
          <w:pPr>
            <w:pStyle w:val="7378ED861EAE40BF93B0514A4C0505B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50F4C666544106B8A422CE97114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D3B47-AEC6-4BC6-BE51-A85EE4DE02D7}"/>
      </w:docPartPr>
      <w:docPartBody>
        <w:p w:rsidR="00000000" w:rsidRDefault="00180B92" w:rsidP="00180B92">
          <w:pPr>
            <w:pStyle w:val="7F50F4C666544106B8A422CE97114AB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9B961C190842EF91D9FCE4E1FB2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D80A3-16D0-43CD-A9EB-CBE77A1E6CFC}"/>
      </w:docPartPr>
      <w:docPartBody>
        <w:p w:rsidR="00000000" w:rsidRDefault="00180B92" w:rsidP="00180B92">
          <w:pPr>
            <w:pStyle w:val="A39B961C190842EF91D9FCE4E1FB2D9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9847DB55D0448E927CD11509DE5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1A591-EB34-427C-A081-4BEB80F6A856}"/>
      </w:docPartPr>
      <w:docPartBody>
        <w:p w:rsidR="00000000" w:rsidRDefault="00180B92" w:rsidP="00180B92">
          <w:pPr>
            <w:pStyle w:val="429847DB55D0448E927CD11509DE5DC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57943F32064F39B6D540F540568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649ED-1B7F-4F67-8A1E-2C57166B6B9F}"/>
      </w:docPartPr>
      <w:docPartBody>
        <w:p w:rsidR="00000000" w:rsidRDefault="00180B92" w:rsidP="00180B92">
          <w:pPr>
            <w:pStyle w:val="C557943F32064F39B6D540F540568A1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180B92"/>
    <w:rsid w:val="001A19DA"/>
    <w:rsid w:val="004161F5"/>
    <w:rsid w:val="005A051B"/>
    <w:rsid w:val="006239E1"/>
    <w:rsid w:val="00667F4B"/>
    <w:rsid w:val="006D0099"/>
    <w:rsid w:val="008C04B4"/>
    <w:rsid w:val="009A5C93"/>
    <w:rsid w:val="00B302C0"/>
    <w:rsid w:val="00BC3393"/>
    <w:rsid w:val="00BD0B7C"/>
    <w:rsid w:val="00CC4FEE"/>
    <w:rsid w:val="00E509C2"/>
    <w:rsid w:val="00F277ED"/>
    <w:rsid w:val="00F3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0B92"/>
    <w:rPr>
      <w:color w:val="666666"/>
    </w:rPr>
  </w:style>
  <w:style w:type="paragraph" w:customStyle="1" w:styleId="1734C0B0E50C4165979C1D1CD6EF5118">
    <w:name w:val="1734C0B0E50C4165979C1D1CD6EF5118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">
    <w:name w:val="96F24E541B0145AAA4C1F913603E646E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">
    <w:name w:val="2C3A3162D80445F78DDE0C5B1FC1D376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">
    <w:name w:val="3BB3224C02224BE9B27FBD8B4FA44C85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22CEB82C734321B0CE016302F911E9">
    <w:name w:val="9622CEB82C734321B0CE016302F911E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B73CFD3572456C9DE78D54DED66F27">
    <w:name w:val="26B73CFD3572456C9DE78D54DED66F27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">
    <w:name w:val="4DA6D54110794714A3947FB41053504C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">
    <w:name w:val="98F3A9EE91754E259AFD2F141BD88EC3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92818E23544CC0979C67945977F99A">
    <w:name w:val="C592818E23544CC0979C67945977F99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4889AE70AD434AA79CB2C25D82D4BA">
    <w:name w:val="B44889AE70AD434AA79CB2C25D82D4B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BE17A9874747C1AC4D9286D999051F">
    <w:name w:val="5CBE17A9874747C1AC4D9286D999051F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27B746693496192A4092148813476">
    <w:name w:val="0E127B746693496192A4092148813476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602206C4D74D3A80D8AA3144CB05CA">
    <w:name w:val="ED602206C4D74D3A80D8AA3144CB05C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4A5A2C1EAF49D7AC3DDF63BC5AD700">
    <w:name w:val="764A5A2C1EAF49D7AC3DDF63BC5AD700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81387B9A30402A84817179D8E8A3DF">
    <w:name w:val="5B81387B9A30402A84817179D8E8A3DF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F2E1A4330847E8B96E185C1FAE9724">
    <w:name w:val="56F2E1A4330847E8B96E185C1FAE9724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6E2340BF441B89FBB3782736B2E20">
    <w:name w:val="82B6E2340BF441B89FBB3782736B2E20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BE64C42DF840F4BD14ECFF712E0639">
    <w:name w:val="C2BE64C42DF840F4BD14ECFF712E0639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87DA4554D249D7B7B58FF559F565C1">
    <w:name w:val="C687DA4554D249D7B7B58FF559F565C1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92035E5494A88A1939E0D3E6D2CD5">
    <w:name w:val="6BB92035E5494A88A1939E0D3E6D2CD5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8E1389C0004EF6A1A79DA1B1097594">
    <w:name w:val="D08E1389C0004EF6A1A79DA1B1097594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889237D8A145C7B380E2917F5BD5BA">
    <w:name w:val="12889237D8A145C7B380E2917F5BD5BA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693FAB6DF54B37A20F5FA2DB488370">
    <w:name w:val="48693FAB6DF54B37A20F5FA2DB488370"/>
    <w:rsid w:val="008C04B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B9C3E87074139A9C846B1B4334AB3">
    <w:name w:val="C21B9C3E87074139A9C846B1B4334AB3"/>
    <w:rsid w:val="004161F5"/>
  </w:style>
  <w:style w:type="paragraph" w:customStyle="1" w:styleId="0423504971984E3CA014D7D54995C960">
    <w:name w:val="0423504971984E3CA014D7D54995C960"/>
    <w:rsid w:val="004161F5"/>
  </w:style>
  <w:style w:type="paragraph" w:customStyle="1" w:styleId="0D703D15EDEB4BA892A965B47933EA78">
    <w:name w:val="0D703D15EDEB4BA892A965B47933EA78"/>
    <w:rsid w:val="001A19DA"/>
  </w:style>
  <w:style w:type="paragraph" w:customStyle="1" w:styleId="E643C8AED8904819AEE4143893BD333E">
    <w:name w:val="E643C8AED8904819AEE4143893BD333E"/>
    <w:rsid w:val="001A19DA"/>
  </w:style>
  <w:style w:type="paragraph" w:customStyle="1" w:styleId="AA2515B9CE7C4AB18CCD8C1FF8BED8EA">
    <w:name w:val="AA2515B9CE7C4AB18CCD8C1FF8BED8EA"/>
    <w:rsid w:val="00180B92"/>
  </w:style>
  <w:style w:type="paragraph" w:customStyle="1" w:styleId="4461999D198D484E9FE2CE32192C8F05">
    <w:name w:val="4461999D198D484E9FE2CE32192C8F05"/>
    <w:rsid w:val="00180B92"/>
  </w:style>
  <w:style w:type="paragraph" w:customStyle="1" w:styleId="047256735BF942FB8FC659570B5872FF">
    <w:name w:val="047256735BF942FB8FC659570B5872FF"/>
    <w:rsid w:val="006239E1"/>
  </w:style>
  <w:style w:type="paragraph" w:customStyle="1" w:styleId="944779F3A8354DD5B5E1AE359A774493">
    <w:name w:val="944779F3A8354DD5B5E1AE359A774493"/>
    <w:rsid w:val="00180B92"/>
  </w:style>
  <w:style w:type="paragraph" w:customStyle="1" w:styleId="9821C6BC5AC346E69020058848AE870E">
    <w:name w:val="9821C6BC5AC346E69020058848AE870E"/>
    <w:rsid w:val="00180B92"/>
  </w:style>
  <w:style w:type="paragraph" w:customStyle="1" w:styleId="FA1552144F304B67865A0FB4EB2CB8D8">
    <w:name w:val="FA1552144F304B67865A0FB4EB2CB8D8"/>
    <w:rsid w:val="00180B92"/>
  </w:style>
  <w:style w:type="paragraph" w:customStyle="1" w:styleId="A26DFD8A6DC24EAD96796807C002BC33">
    <w:name w:val="A26DFD8A6DC24EAD96796807C002BC33"/>
    <w:rsid w:val="00180B92"/>
  </w:style>
  <w:style w:type="paragraph" w:customStyle="1" w:styleId="4B2730A1B967446AB2E7F14E6D5D4188">
    <w:name w:val="4B2730A1B967446AB2E7F14E6D5D4188"/>
    <w:rsid w:val="00180B92"/>
  </w:style>
  <w:style w:type="paragraph" w:customStyle="1" w:styleId="7FD520D1251D4DEFB94941CDD705286D">
    <w:name w:val="7FD520D1251D4DEFB94941CDD705286D"/>
    <w:rsid w:val="00180B92"/>
  </w:style>
  <w:style w:type="paragraph" w:customStyle="1" w:styleId="B4CD53CFB0DF441C87A88A29469E5FD4">
    <w:name w:val="B4CD53CFB0DF441C87A88A29469E5FD4"/>
    <w:rsid w:val="00180B92"/>
  </w:style>
  <w:style w:type="paragraph" w:customStyle="1" w:styleId="CC574238DA3041619765E794A7AA1E9E">
    <w:name w:val="CC574238DA3041619765E794A7AA1E9E"/>
    <w:rsid w:val="00180B92"/>
  </w:style>
  <w:style w:type="paragraph" w:customStyle="1" w:styleId="716EAA26F8BC4E569BE5AF3F47D983EC">
    <w:name w:val="716EAA26F8BC4E569BE5AF3F47D983EC"/>
    <w:rsid w:val="00180B92"/>
  </w:style>
  <w:style w:type="paragraph" w:customStyle="1" w:styleId="D8ED0392353048C78D12F0304D86B6B3">
    <w:name w:val="D8ED0392353048C78D12F0304D86B6B3"/>
    <w:rsid w:val="00180B92"/>
  </w:style>
  <w:style w:type="paragraph" w:customStyle="1" w:styleId="FBAB54BE61F647E68DCD10EC756ECA01">
    <w:name w:val="FBAB54BE61F647E68DCD10EC756ECA01"/>
    <w:rsid w:val="00180B92"/>
  </w:style>
  <w:style w:type="paragraph" w:customStyle="1" w:styleId="338FB530B5CD4A82AF31E38D5800D943">
    <w:name w:val="338FB530B5CD4A82AF31E38D5800D943"/>
    <w:rsid w:val="00180B92"/>
  </w:style>
  <w:style w:type="paragraph" w:customStyle="1" w:styleId="63CD9B6D263249C287C610362F20BAFA">
    <w:name w:val="63CD9B6D263249C287C610362F20BAFA"/>
    <w:rsid w:val="00180B92"/>
  </w:style>
  <w:style w:type="paragraph" w:customStyle="1" w:styleId="D090BAA463244273996A10010A31DB54">
    <w:name w:val="D090BAA463244273996A10010A31DB54"/>
    <w:rsid w:val="00180B92"/>
  </w:style>
  <w:style w:type="paragraph" w:customStyle="1" w:styleId="D2A9DAA7B43B413EBE89C1DC2B7F8B7A">
    <w:name w:val="D2A9DAA7B43B413EBE89C1DC2B7F8B7A"/>
    <w:rsid w:val="00180B92"/>
  </w:style>
  <w:style w:type="paragraph" w:customStyle="1" w:styleId="9882D92134DB4EBB9773AA106864B9BC">
    <w:name w:val="9882D92134DB4EBB9773AA106864B9BC"/>
    <w:rsid w:val="00180B92"/>
  </w:style>
  <w:style w:type="paragraph" w:customStyle="1" w:styleId="66564EE79D8B4788B099FD8C640ACD6B">
    <w:name w:val="66564EE79D8B4788B099FD8C640ACD6B"/>
    <w:rsid w:val="00180B92"/>
  </w:style>
  <w:style w:type="paragraph" w:customStyle="1" w:styleId="DCF87F70A6D94436A2F1BAEB1C758818">
    <w:name w:val="DCF87F70A6D94436A2F1BAEB1C758818"/>
    <w:rsid w:val="00180B92"/>
  </w:style>
  <w:style w:type="paragraph" w:customStyle="1" w:styleId="22758E273E024D86A41D38C22124851D">
    <w:name w:val="22758E273E024D86A41D38C22124851D"/>
    <w:rsid w:val="00180B92"/>
  </w:style>
  <w:style w:type="paragraph" w:customStyle="1" w:styleId="29371F4B140D41F198C2691D617791F2">
    <w:name w:val="29371F4B140D41F198C2691D617791F2"/>
    <w:rsid w:val="00180B92"/>
  </w:style>
  <w:style w:type="paragraph" w:customStyle="1" w:styleId="DA93ED4FCC844BFD9544E208C57F4068">
    <w:name w:val="DA93ED4FCC844BFD9544E208C57F4068"/>
    <w:rsid w:val="00180B92"/>
  </w:style>
  <w:style w:type="paragraph" w:customStyle="1" w:styleId="1BF5CA2CECA945F090803B0239C6687C">
    <w:name w:val="1BF5CA2CECA945F090803B0239C6687C"/>
    <w:rsid w:val="00180B92"/>
  </w:style>
  <w:style w:type="paragraph" w:customStyle="1" w:styleId="E41158D8578C4CF3869A6A036833907A">
    <w:name w:val="E41158D8578C4CF3869A6A036833907A"/>
    <w:rsid w:val="00180B92"/>
  </w:style>
  <w:style w:type="paragraph" w:customStyle="1" w:styleId="64F504D1659140D58F17982A2F0CBBAE">
    <w:name w:val="64F504D1659140D58F17982A2F0CBBAE"/>
    <w:rsid w:val="00180B92"/>
  </w:style>
  <w:style w:type="paragraph" w:customStyle="1" w:styleId="F0C4B223AB0642869DD3E8FEBF6B7352">
    <w:name w:val="F0C4B223AB0642869DD3E8FEBF6B7352"/>
    <w:rsid w:val="00180B92"/>
  </w:style>
  <w:style w:type="paragraph" w:customStyle="1" w:styleId="E4DC57FDF9664B2DB1902B96AF711296">
    <w:name w:val="E4DC57FDF9664B2DB1902B96AF711296"/>
    <w:rsid w:val="00180B92"/>
  </w:style>
  <w:style w:type="paragraph" w:customStyle="1" w:styleId="BEE6578F6DAD4BBC81B68E47F2D947B4">
    <w:name w:val="BEE6578F6DAD4BBC81B68E47F2D947B4"/>
    <w:rsid w:val="00180B92"/>
  </w:style>
  <w:style w:type="paragraph" w:customStyle="1" w:styleId="35443344766C473A876E548803B30EC8">
    <w:name w:val="35443344766C473A876E548803B30EC8"/>
    <w:rsid w:val="00180B92"/>
  </w:style>
  <w:style w:type="paragraph" w:customStyle="1" w:styleId="4592308C1EAD4629AAF92F5001086780">
    <w:name w:val="4592308C1EAD4629AAF92F5001086780"/>
    <w:rsid w:val="00180B92"/>
  </w:style>
  <w:style w:type="paragraph" w:customStyle="1" w:styleId="50980D90AF8E4D1AA0BCEFE8312F4AD7">
    <w:name w:val="50980D90AF8E4D1AA0BCEFE8312F4AD7"/>
    <w:rsid w:val="00180B92"/>
  </w:style>
  <w:style w:type="paragraph" w:customStyle="1" w:styleId="0C55B9B61A2E4DA0A8C6A5AB1206D87E">
    <w:name w:val="0C55B9B61A2E4DA0A8C6A5AB1206D87E"/>
    <w:rsid w:val="00180B92"/>
  </w:style>
  <w:style w:type="paragraph" w:customStyle="1" w:styleId="8A271229424048E48573F7DCF412B9AC">
    <w:name w:val="8A271229424048E48573F7DCF412B9AC"/>
    <w:rsid w:val="00180B92"/>
  </w:style>
  <w:style w:type="paragraph" w:customStyle="1" w:styleId="D61808CC41B84B01B094DDA61A1BE4D3">
    <w:name w:val="D61808CC41B84B01B094DDA61A1BE4D3"/>
    <w:rsid w:val="00180B92"/>
  </w:style>
  <w:style w:type="paragraph" w:customStyle="1" w:styleId="3CE59C26775442679D3F34292360B8B4">
    <w:name w:val="3CE59C26775442679D3F34292360B8B4"/>
    <w:rsid w:val="00180B92"/>
  </w:style>
  <w:style w:type="paragraph" w:customStyle="1" w:styleId="F585504834154C1B875555C40F15F9EA">
    <w:name w:val="F585504834154C1B875555C40F15F9EA"/>
    <w:rsid w:val="00180B92"/>
  </w:style>
  <w:style w:type="paragraph" w:customStyle="1" w:styleId="BBE22BA9BB5B49A2800107E3F19EFDA3">
    <w:name w:val="BBE22BA9BB5B49A2800107E3F19EFDA3"/>
    <w:rsid w:val="00180B92"/>
  </w:style>
  <w:style w:type="paragraph" w:customStyle="1" w:styleId="9B51985F5BE44C56A56BA7916BC8AF97">
    <w:name w:val="9B51985F5BE44C56A56BA7916BC8AF97"/>
    <w:rsid w:val="00180B92"/>
  </w:style>
  <w:style w:type="paragraph" w:customStyle="1" w:styleId="AC74DCBAD2A742C5A40E3AB6C7344928">
    <w:name w:val="AC74DCBAD2A742C5A40E3AB6C7344928"/>
    <w:rsid w:val="00180B92"/>
  </w:style>
  <w:style w:type="paragraph" w:customStyle="1" w:styleId="9C3830C4012E48A2A2A0EA8343FDF251">
    <w:name w:val="9C3830C4012E48A2A2A0EA8343FDF251"/>
    <w:rsid w:val="00180B92"/>
  </w:style>
  <w:style w:type="paragraph" w:customStyle="1" w:styleId="0C0F8A5CF8314B7B9BBE90ABEC3BBD14">
    <w:name w:val="0C0F8A5CF8314B7B9BBE90ABEC3BBD14"/>
    <w:rsid w:val="00180B92"/>
  </w:style>
  <w:style w:type="paragraph" w:customStyle="1" w:styleId="7FE4F8749ABB44E48409E728A07175C3">
    <w:name w:val="7FE4F8749ABB44E48409E728A07175C3"/>
    <w:rsid w:val="00180B92"/>
  </w:style>
  <w:style w:type="paragraph" w:customStyle="1" w:styleId="38FE7F2CADB243E0BB02CFB6BB37E427">
    <w:name w:val="38FE7F2CADB243E0BB02CFB6BB37E427"/>
    <w:rsid w:val="00180B92"/>
  </w:style>
  <w:style w:type="paragraph" w:customStyle="1" w:styleId="55DB0266B13C468387CBB3AC000C7491">
    <w:name w:val="55DB0266B13C468387CBB3AC000C7491"/>
    <w:rsid w:val="00180B92"/>
  </w:style>
  <w:style w:type="paragraph" w:customStyle="1" w:styleId="C66B4EE3A5C84D6C98C302FFD2A4CD2E">
    <w:name w:val="C66B4EE3A5C84D6C98C302FFD2A4CD2E"/>
    <w:rsid w:val="00180B92"/>
  </w:style>
  <w:style w:type="paragraph" w:customStyle="1" w:styleId="C21D5802FBA64A7982AABB3F207B2EA7">
    <w:name w:val="C21D5802FBA64A7982AABB3F207B2EA7"/>
    <w:rsid w:val="00180B92"/>
  </w:style>
  <w:style w:type="paragraph" w:customStyle="1" w:styleId="5CBB6C56037C4EC0B291E5CA037EAE7F">
    <w:name w:val="5CBB6C56037C4EC0B291E5CA037EAE7F"/>
    <w:rsid w:val="00180B92"/>
  </w:style>
  <w:style w:type="paragraph" w:customStyle="1" w:styleId="CE839CEDEEBD4E6DA0F4F5B4641F2D3C">
    <w:name w:val="CE839CEDEEBD4E6DA0F4F5B4641F2D3C"/>
    <w:rsid w:val="00180B92"/>
  </w:style>
  <w:style w:type="paragraph" w:customStyle="1" w:styleId="A049D9D8AAE64E20AE99A107D7C118CF">
    <w:name w:val="A049D9D8AAE64E20AE99A107D7C118CF"/>
    <w:rsid w:val="00180B92"/>
  </w:style>
  <w:style w:type="paragraph" w:customStyle="1" w:styleId="F101804EFBF3405A8CCFBF3AEF0D475A">
    <w:name w:val="F101804EFBF3405A8CCFBF3AEF0D475A"/>
    <w:rsid w:val="00180B92"/>
  </w:style>
  <w:style w:type="paragraph" w:customStyle="1" w:styleId="63EFE353297A420E8834420FE69D4292">
    <w:name w:val="63EFE353297A420E8834420FE69D4292"/>
    <w:rsid w:val="00180B92"/>
  </w:style>
  <w:style w:type="paragraph" w:customStyle="1" w:styleId="020F5D7E9C43498E931EB2304F78F39E">
    <w:name w:val="020F5D7E9C43498E931EB2304F78F39E"/>
    <w:rsid w:val="00180B92"/>
  </w:style>
  <w:style w:type="paragraph" w:customStyle="1" w:styleId="86B79CFDFD9A4D9C952515777C17F2F1">
    <w:name w:val="86B79CFDFD9A4D9C952515777C17F2F1"/>
    <w:rsid w:val="00180B92"/>
  </w:style>
  <w:style w:type="paragraph" w:customStyle="1" w:styleId="6C8149CDEE6B483E8AF09DB53F1AD91A">
    <w:name w:val="6C8149CDEE6B483E8AF09DB53F1AD91A"/>
    <w:rsid w:val="00180B92"/>
  </w:style>
  <w:style w:type="paragraph" w:customStyle="1" w:styleId="5B77FA37ECEE4C66867BBDC32A6ED50D">
    <w:name w:val="5B77FA37ECEE4C66867BBDC32A6ED50D"/>
    <w:rsid w:val="00180B92"/>
  </w:style>
  <w:style w:type="paragraph" w:customStyle="1" w:styleId="08439C0673044052A9B958B2BC55D7D8">
    <w:name w:val="08439C0673044052A9B958B2BC55D7D8"/>
    <w:rsid w:val="00180B92"/>
  </w:style>
  <w:style w:type="paragraph" w:customStyle="1" w:styleId="31B9B2706D7049AE809CEE5793027BD1">
    <w:name w:val="31B9B2706D7049AE809CEE5793027BD1"/>
    <w:rsid w:val="00180B92"/>
  </w:style>
  <w:style w:type="paragraph" w:customStyle="1" w:styleId="1B00948E4D6044B2B91B7150BFEE27A2">
    <w:name w:val="1B00948E4D6044B2B91B7150BFEE27A2"/>
    <w:rsid w:val="00180B92"/>
  </w:style>
  <w:style w:type="paragraph" w:customStyle="1" w:styleId="D889340E93874FAEB03D57B05038F06A">
    <w:name w:val="D889340E93874FAEB03D57B05038F06A"/>
    <w:rsid w:val="00180B92"/>
  </w:style>
  <w:style w:type="paragraph" w:customStyle="1" w:styleId="B9EDB659F366482FA712993B6F53DD18">
    <w:name w:val="B9EDB659F366482FA712993B6F53DD18"/>
    <w:rsid w:val="00180B92"/>
  </w:style>
  <w:style w:type="paragraph" w:customStyle="1" w:styleId="679FE31E486E4906A02D29CD191DB758">
    <w:name w:val="679FE31E486E4906A02D29CD191DB758"/>
    <w:rsid w:val="00180B92"/>
  </w:style>
  <w:style w:type="paragraph" w:customStyle="1" w:styleId="425F5B6401CA4659A080A151982261E4">
    <w:name w:val="425F5B6401CA4659A080A151982261E4"/>
    <w:rsid w:val="00180B92"/>
  </w:style>
  <w:style w:type="paragraph" w:customStyle="1" w:styleId="0A535A4008BB4139B2418E6AD90F6991">
    <w:name w:val="0A535A4008BB4139B2418E6AD90F6991"/>
    <w:rsid w:val="00180B92"/>
  </w:style>
  <w:style w:type="paragraph" w:customStyle="1" w:styleId="06766DC9A7FE496DA8DFDA35DF3804BA">
    <w:name w:val="06766DC9A7FE496DA8DFDA35DF3804BA"/>
    <w:rsid w:val="00180B92"/>
  </w:style>
  <w:style w:type="paragraph" w:customStyle="1" w:styleId="5272A182365D4FB6AE6A5E0BA26A6E63">
    <w:name w:val="5272A182365D4FB6AE6A5E0BA26A6E63"/>
    <w:rsid w:val="00180B92"/>
  </w:style>
  <w:style w:type="paragraph" w:customStyle="1" w:styleId="842C728D5CB745DD8ACD4010D6FB99DF">
    <w:name w:val="842C728D5CB745DD8ACD4010D6FB99DF"/>
    <w:rsid w:val="00180B92"/>
  </w:style>
  <w:style w:type="paragraph" w:customStyle="1" w:styleId="FB749666DFE1433394A50BE5C42FC89A">
    <w:name w:val="FB749666DFE1433394A50BE5C42FC89A"/>
    <w:rsid w:val="00180B92"/>
  </w:style>
  <w:style w:type="paragraph" w:customStyle="1" w:styleId="9F06245FC2A24F1A8BA1C27E0714AADD">
    <w:name w:val="9F06245FC2A24F1A8BA1C27E0714AADD"/>
    <w:rsid w:val="00180B92"/>
  </w:style>
  <w:style w:type="paragraph" w:customStyle="1" w:styleId="85BCF023849D48D2BF18CBF287B544FC">
    <w:name w:val="85BCF023849D48D2BF18CBF287B544FC"/>
    <w:rsid w:val="00180B92"/>
  </w:style>
  <w:style w:type="paragraph" w:customStyle="1" w:styleId="01888441AB754BE6B88D53A3C931DCD6">
    <w:name w:val="01888441AB754BE6B88D53A3C931DCD6"/>
    <w:rsid w:val="00180B92"/>
  </w:style>
  <w:style w:type="paragraph" w:customStyle="1" w:styleId="090F66920477469C9A08EFC50594BB38">
    <w:name w:val="090F66920477469C9A08EFC50594BB38"/>
    <w:rsid w:val="00180B92"/>
  </w:style>
  <w:style w:type="paragraph" w:customStyle="1" w:styleId="E2D6C241F65643EC827D6199E8696D90">
    <w:name w:val="E2D6C241F65643EC827D6199E8696D90"/>
    <w:rsid w:val="00180B92"/>
  </w:style>
  <w:style w:type="paragraph" w:customStyle="1" w:styleId="C86698275F354402AB6B00F582259854">
    <w:name w:val="C86698275F354402AB6B00F582259854"/>
    <w:rsid w:val="00180B92"/>
  </w:style>
  <w:style w:type="paragraph" w:customStyle="1" w:styleId="7D61A27B787B466EB84E7CB2F2245F26">
    <w:name w:val="7D61A27B787B466EB84E7CB2F2245F26"/>
    <w:rsid w:val="00180B92"/>
  </w:style>
  <w:style w:type="paragraph" w:customStyle="1" w:styleId="0D2FC90250274D2398AC7A4A219958D2">
    <w:name w:val="0D2FC90250274D2398AC7A4A219958D2"/>
    <w:rsid w:val="00180B92"/>
  </w:style>
  <w:style w:type="paragraph" w:customStyle="1" w:styleId="F1AA614EEF974F48A835EFFC83B85B97">
    <w:name w:val="F1AA614EEF974F48A835EFFC83B85B97"/>
    <w:rsid w:val="00180B92"/>
  </w:style>
  <w:style w:type="paragraph" w:customStyle="1" w:styleId="ED3C13D4EB9044098F6449504646DA0B">
    <w:name w:val="ED3C13D4EB9044098F6449504646DA0B"/>
    <w:rsid w:val="00180B92"/>
  </w:style>
  <w:style w:type="paragraph" w:customStyle="1" w:styleId="51BAC805AC6D436FB8B299FE78FF5AE7">
    <w:name w:val="51BAC805AC6D436FB8B299FE78FF5AE7"/>
    <w:rsid w:val="00180B92"/>
  </w:style>
  <w:style w:type="paragraph" w:customStyle="1" w:styleId="5A4643BB0487479687EB58AC229B109E">
    <w:name w:val="5A4643BB0487479687EB58AC229B109E"/>
    <w:rsid w:val="00180B92"/>
  </w:style>
  <w:style w:type="paragraph" w:customStyle="1" w:styleId="D353F25BA41744669EBE07E38D82DE01">
    <w:name w:val="D353F25BA41744669EBE07E38D82DE01"/>
    <w:rsid w:val="00180B92"/>
  </w:style>
  <w:style w:type="paragraph" w:customStyle="1" w:styleId="9F526223D8184FA9B2FFE0C18E2B10BE">
    <w:name w:val="9F526223D8184FA9B2FFE0C18E2B10BE"/>
    <w:rsid w:val="00180B92"/>
  </w:style>
  <w:style w:type="paragraph" w:customStyle="1" w:styleId="E9AA323280054748BD1AF220C21F3653">
    <w:name w:val="E9AA323280054748BD1AF220C21F3653"/>
    <w:rsid w:val="00180B92"/>
  </w:style>
  <w:style w:type="paragraph" w:customStyle="1" w:styleId="5B85361E79564301AD6816E9E2348DDD">
    <w:name w:val="5B85361E79564301AD6816E9E2348DDD"/>
    <w:rsid w:val="00180B92"/>
  </w:style>
  <w:style w:type="paragraph" w:customStyle="1" w:styleId="CCED43BC88A548FDB3AEE24EECF43A07">
    <w:name w:val="CCED43BC88A548FDB3AEE24EECF43A07"/>
    <w:rsid w:val="00180B92"/>
  </w:style>
  <w:style w:type="paragraph" w:customStyle="1" w:styleId="EA81E5647D9444EBB08C14BFF56A7BF6">
    <w:name w:val="EA81E5647D9444EBB08C14BFF56A7BF6"/>
    <w:rsid w:val="00180B92"/>
  </w:style>
  <w:style w:type="paragraph" w:customStyle="1" w:styleId="D3B72268D6944161A747A4A62786741A">
    <w:name w:val="D3B72268D6944161A747A4A62786741A"/>
    <w:rsid w:val="00180B92"/>
  </w:style>
  <w:style w:type="paragraph" w:customStyle="1" w:styleId="7CDCDC05D81245E8855966A93832D54D">
    <w:name w:val="7CDCDC05D81245E8855966A93832D54D"/>
    <w:rsid w:val="00180B92"/>
  </w:style>
  <w:style w:type="paragraph" w:customStyle="1" w:styleId="D7418CC601C443B7A0E3E90A5CB8F745">
    <w:name w:val="D7418CC601C443B7A0E3E90A5CB8F745"/>
    <w:rsid w:val="00180B92"/>
  </w:style>
  <w:style w:type="paragraph" w:customStyle="1" w:styleId="D6D5E6F504A54B5DADA0B13D5BE1253C">
    <w:name w:val="D6D5E6F504A54B5DADA0B13D5BE1253C"/>
    <w:rsid w:val="00180B92"/>
  </w:style>
  <w:style w:type="paragraph" w:customStyle="1" w:styleId="1734C0B0E50C4165979C1D1CD6EF51181">
    <w:name w:val="1734C0B0E50C4165979C1D1CD6EF511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22CEB82C734321B0CE016302F911E91">
    <w:name w:val="9622CEB82C734321B0CE016302F911E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B73CFD3572456C9DE78D54DED66F271">
    <w:name w:val="26B73CFD3572456C9DE78D54DED66F27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1">
    <w:name w:val="4DA6D54110794714A3947FB41053504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1">
    <w:name w:val="15FA136DFCC9400EA3643631FD9D49A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1">
    <w:name w:val="0AD4EFDEB46F4DD3B07D7D864B6EAEB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1">
    <w:name w:val="BE6BAA36B4CE46CCBA1107A2CA86328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1">
    <w:name w:val="98F3A9EE91754E259AFD2F141BD88EC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1">
    <w:name w:val="A562792367E244C2B52C13434E400DB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1">
    <w:name w:val="BA84038C5BAB4BC98BCFD7720888F4E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1">
    <w:name w:val="2A85F1BB5E59479D91B2E845B74103B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1">
    <w:name w:val="734A0FEE22AB4D08A85FAFBB84445CB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1">
    <w:name w:val="3AE69983638E496B87E186B118E83D05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1">
    <w:name w:val="4E1B8BE8E635423EB269141E9E2912A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1">
    <w:name w:val="522C19E6AA2346A4966003129C441C2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1">
    <w:name w:val="DC6DBC8E8B3947CB8F9195F36B67D85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1">
    <w:name w:val="49487EF4E50B45EF8F8DF0A58099CB0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61999D198D484E9FE2CE32192C8F051">
    <w:name w:val="4461999D198D484E9FE2CE32192C8F05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779F3A8354DD5B5E1AE359A7744931">
    <w:name w:val="944779F3A8354DD5B5E1AE359A77449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1C6BC5AC346E69020058848AE870E1">
    <w:name w:val="9821C6BC5AC346E69020058848AE870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1552144F304B67865A0FB4EB2CB8D81">
    <w:name w:val="FA1552144F304B67865A0FB4EB2CB8D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DFD8A6DC24EAD96796807C002BC331">
    <w:name w:val="A26DFD8A6DC24EAD96796807C002BC3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2730A1B967446AB2E7F14E6D5D41881">
    <w:name w:val="4B2730A1B967446AB2E7F14E6D5D418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D520D1251D4DEFB94941CDD705286D1">
    <w:name w:val="7FD520D1251D4DEFB94941CDD705286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574238DA3041619765E794A7AA1E9E1">
    <w:name w:val="CC574238DA3041619765E794A7AA1E9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6EAA26F8BC4E569BE5AF3F47D983EC1">
    <w:name w:val="716EAA26F8BC4E569BE5AF3F47D983E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ED0392353048C78D12F0304D86B6B31">
    <w:name w:val="D8ED0392353048C78D12F0304D86B6B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AB54BE61F647E68DCD10EC756ECA011">
    <w:name w:val="FBAB54BE61F647E68DCD10EC756ECA0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8FB530B5CD4A82AF31E38D5800D9431">
    <w:name w:val="338FB530B5CD4A82AF31E38D5800D94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CD9B6D263249C287C610362F20BAFA1">
    <w:name w:val="63CD9B6D263249C287C610362F20BAF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90BAA463244273996A10010A31DB541">
    <w:name w:val="D090BAA463244273996A10010A31DB5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82D92134DB4EBB9773AA106864B9BC1">
    <w:name w:val="9882D92134DB4EBB9773AA106864B9B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564EE79D8B4788B099FD8C640ACD6B1">
    <w:name w:val="66564EE79D8B4788B099FD8C640ACD6B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F87F70A6D94436A2F1BAEB1C7588181">
    <w:name w:val="DCF87F70A6D94436A2F1BAEB1C75881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758E273E024D86A41D38C22124851D1">
    <w:name w:val="22758E273E024D86A41D38C22124851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371F4B140D41F198C2691D617791F21">
    <w:name w:val="29371F4B140D41F198C2691D617791F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A93ED4FCC844BFD9544E208C57F40681">
    <w:name w:val="DA93ED4FCC844BFD9544E208C57F406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F5CA2CECA945F090803B0239C6687C1">
    <w:name w:val="1BF5CA2CECA945F090803B0239C6687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1">
    <w:name w:val="ECE4C47E07C843CCA2D7255597D07705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1">
    <w:name w:val="E58E1C4CC73644419B96786849CD041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1">
    <w:name w:val="982533AA1A67444FAB6AD764FF1EF88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1">
    <w:name w:val="A8251704D7154EB4AAFD40739CBF323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1">
    <w:name w:val="092F71A98DCB432994A49CF6A2418B1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1">
    <w:name w:val="FF714C39671F4059B6173089394CD3E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1">
    <w:name w:val="28589E92AA8443098EDE0E709D3F980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1">
    <w:name w:val="7B8873B5DDFA49E29AD3D86C96355BE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1">
    <w:name w:val="7D53A91E55554B1E87906AAB7E66728B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F504D1659140D58F17982A2F0CBBAE1">
    <w:name w:val="64F504D1659140D58F17982A2F0CBBA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0C4B223AB0642869DD3E8FEBF6B73521">
    <w:name w:val="F0C4B223AB0642869DD3E8FEBF6B735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DC57FDF9664B2DB1902B96AF7112961">
    <w:name w:val="E4DC57FDF9664B2DB1902B96AF71129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E6578F6DAD4BBC81B68E47F2D947B41">
    <w:name w:val="BEE6578F6DAD4BBC81B68E47F2D947B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443344766C473A876E548803B30EC81">
    <w:name w:val="35443344766C473A876E548803B30EC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92308C1EAD4629AAF92F50010867801">
    <w:name w:val="4592308C1EAD4629AAF92F500108678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0980D90AF8E4D1AA0BCEFE8312F4AD71">
    <w:name w:val="50980D90AF8E4D1AA0BCEFE8312F4AD7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A271229424048E48573F7DCF412B9AC1">
    <w:name w:val="8A271229424048E48573F7DCF412B9A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1808CC41B84B01B094DDA61A1BE4D31">
    <w:name w:val="D61808CC41B84B01B094DDA61A1BE4D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E59C26775442679D3F34292360B8B41">
    <w:name w:val="3CE59C26775442679D3F34292360B8B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85504834154C1B875555C40F15F9EA1">
    <w:name w:val="F585504834154C1B875555C40F15F9E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E22BA9BB5B49A2800107E3F19EFDA31">
    <w:name w:val="BBE22BA9BB5B49A2800107E3F19EFDA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51985F5BE44C56A56BA7916BC8AF971">
    <w:name w:val="9B51985F5BE44C56A56BA7916BC8AF97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74DCBAD2A742C5A40E3AB6C73449281">
    <w:name w:val="AC74DCBAD2A742C5A40E3AB6C734492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0F8A5CF8314B7B9BBE90ABEC3BBD141">
    <w:name w:val="0C0F8A5CF8314B7B9BBE90ABEC3BBD1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E4F8749ABB44E48409E728A07175C31">
    <w:name w:val="7FE4F8749ABB44E48409E728A07175C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FE7F2CADB243E0BB02CFB6BB37E4271">
    <w:name w:val="38FE7F2CADB243E0BB02CFB6BB37E427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DB0266B13C468387CBB3AC000C74911">
    <w:name w:val="55DB0266B13C468387CBB3AC000C749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6B4EE3A5C84D6C98C302FFD2A4CD2E1">
    <w:name w:val="C66B4EE3A5C84D6C98C302FFD2A4CD2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D5802FBA64A7982AABB3F207B2EA71">
    <w:name w:val="C21D5802FBA64A7982AABB3F207B2EA7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BB6C56037C4EC0B291E5CA037EAE7F1">
    <w:name w:val="5CBB6C56037C4EC0B291E5CA037EAE7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92818E23544CC0979C67945977F99A1">
    <w:name w:val="C592818E23544CC0979C67945977F99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4889AE70AD434AA79CB2C25D82D4BA1">
    <w:name w:val="B44889AE70AD434AA79CB2C25D82D4B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BE17A9874747C1AC4D9286D999051F1">
    <w:name w:val="5CBE17A9874747C1AC4D9286D999051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27B746693496192A40921488134761">
    <w:name w:val="0E127B746693496192A409214881347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602206C4D74D3A80D8AA3144CB05CA1">
    <w:name w:val="ED602206C4D74D3A80D8AA3144CB05C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4A5A2C1EAF49D7AC3DDF63BC5AD7001">
    <w:name w:val="764A5A2C1EAF49D7AC3DDF63BC5AD70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81387B9A30402A84817179D8E8A3DF1">
    <w:name w:val="5B81387B9A30402A84817179D8E8A3D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F2E1A4330847E8B96E185C1FAE97241">
    <w:name w:val="56F2E1A4330847E8B96E185C1FAE972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6E2340BF441B89FBB3782736B2E201">
    <w:name w:val="82B6E2340BF441B89FBB3782736B2E2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BE64C42DF840F4BD14ECFF712E06391">
    <w:name w:val="C2BE64C42DF840F4BD14ECFF712E0639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49D9D8AAE64E20AE99A107D7C118CF1">
    <w:name w:val="A049D9D8AAE64E20AE99A107D7C118C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01804EFBF3405A8CCFBF3AEF0D475A1">
    <w:name w:val="F101804EFBF3405A8CCFBF3AEF0D475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EFE353297A420E8834420FE69D42921">
    <w:name w:val="63EFE353297A420E8834420FE69D429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0F5D7E9C43498E931EB2304F78F39E1">
    <w:name w:val="020F5D7E9C43498E931EB2304F78F39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6B79CFDFD9A4D9C952515777C17F2F11">
    <w:name w:val="86B79CFDFD9A4D9C952515777C17F2F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77FA37ECEE4C66867BBDC32A6ED50D1">
    <w:name w:val="5B77FA37ECEE4C66867BBDC32A6ED50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439C0673044052A9B958B2BC55D7D81">
    <w:name w:val="08439C0673044052A9B958B2BC55D7D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B9B2706D7049AE809CEE5793027BD11">
    <w:name w:val="31B9B2706D7049AE809CEE5793027BD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00948E4D6044B2B91B7150BFEE27A21">
    <w:name w:val="1B00948E4D6044B2B91B7150BFEE27A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89340E93874FAEB03D57B05038F06A1">
    <w:name w:val="D889340E93874FAEB03D57B05038F06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9FE31E486E4906A02D29CD191DB7581">
    <w:name w:val="679FE31E486E4906A02D29CD191DB75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5F5B6401CA4659A080A151982261E41">
    <w:name w:val="425F5B6401CA4659A080A151982261E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535A4008BB4139B2418E6AD90F69911">
    <w:name w:val="0A535A4008BB4139B2418E6AD90F699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766DC9A7FE496DA8DFDA35DF3804BA1">
    <w:name w:val="06766DC9A7FE496DA8DFDA35DF3804B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72A182365D4FB6AE6A5E0BA26A6E631">
    <w:name w:val="5272A182365D4FB6AE6A5E0BA26A6E6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49666DFE1433394A50BE5C42FC89A1">
    <w:name w:val="FB749666DFE1433394A50BE5C42FC89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F06245FC2A24F1A8BA1C27E0714AADD1">
    <w:name w:val="9F06245FC2A24F1A8BA1C27E0714AAD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BCF023849D48D2BF18CBF287B544FC1">
    <w:name w:val="85BCF023849D48D2BF18CBF287B544F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888441AB754BE6B88D53A3C931DCD61">
    <w:name w:val="01888441AB754BE6B88D53A3C931DCD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0F66920477469C9A08EFC50594BB381">
    <w:name w:val="090F66920477469C9A08EFC50594BB38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6698275F354402AB6B00F5822598541">
    <w:name w:val="C86698275F354402AB6B00F58225985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61A27B787B466EB84E7CB2F2245F261">
    <w:name w:val="7D61A27B787B466EB84E7CB2F2245F2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2FC90250274D2398AC7A4A219958D21">
    <w:name w:val="0D2FC90250274D2398AC7A4A219958D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AA614EEF974F48A835EFFC83B85B971">
    <w:name w:val="F1AA614EEF974F48A835EFFC83B85B97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3C13D4EB9044098F6449504646DA0B1">
    <w:name w:val="ED3C13D4EB9044098F6449504646DA0B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A4643BB0487479687EB58AC229B109E1">
    <w:name w:val="5A4643BB0487479687EB58AC229B109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53F25BA41744669EBE07E38D82DE011">
    <w:name w:val="D353F25BA41744669EBE07E38D82DE0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AA323280054748BD1AF220C21F36531">
    <w:name w:val="E9AA323280054748BD1AF220C21F3653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85361E79564301AD6816E9E2348DDD1">
    <w:name w:val="5B85361E79564301AD6816E9E2348DDD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81E5647D9444EBB08C14BFF56A7BF61">
    <w:name w:val="EA81E5647D9444EBB08C14BFF56A7BF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3B72268D6944161A747A4A62786741A1">
    <w:name w:val="D3B72268D6944161A747A4A62786741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418CC601C443B7A0E3E90A5CB8F7451">
    <w:name w:val="D7418CC601C443B7A0E3E90A5CB8F745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D5E6F504A54B5DADA0B13D5BE1253C1">
    <w:name w:val="D6D5E6F504A54B5DADA0B13D5BE1253C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87DA4554D249D7B7B58FF559F565C11">
    <w:name w:val="C687DA4554D249D7B7B58FF559F565C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92035E5494A88A1939E0D3E6D2CD51">
    <w:name w:val="6BB92035E5494A88A1939E0D3E6D2CD5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8E1389C0004EF6A1A79DA1B10975941">
    <w:name w:val="D08E1389C0004EF6A1A79DA1B109759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889237D8A145C7B380E2917F5BD5BA1">
    <w:name w:val="12889237D8A145C7B380E2917F5BD5BA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693FAB6DF54B37A20F5FA2DB4883701">
    <w:name w:val="48693FAB6DF54B37A20F5FA2DB48837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03D6F2F66446CB9C7421C179AE6C26">
    <w:name w:val="4D03D6F2F66446CB9C7421C179AE6C26"/>
    <w:rsid w:val="00180B92"/>
  </w:style>
  <w:style w:type="paragraph" w:customStyle="1" w:styleId="DEFAFBBA37794BF69CDD751D75639A5B">
    <w:name w:val="DEFAFBBA37794BF69CDD751D75639A5B"/>
    <w:rsid w:val="00180B92"/>
  </w:style>
  <w:style w:type="paragraph" w:customStyle="1" w:styleId="BD974E7B3BAA495BB36321646EAF2492">
    <w:name w:val="BD974E7B3BAA495BB36321646EAF2492"/>
    <w:rsid w:val="00180B92"/>
  </w:style>
  <w:style w:type="paragraph" w:customStyle="1" w:styleId="B644ADC9FDE6478D93B3607394877250">
    <w:name w:val="B644ADC9FDE6478D93B3607394877250"/>
    <w:rsid w:val="00180B92"/>
  </w:style>
  <w:style w:type="paragraph" w:customStyle="1" w:styleId="91FCAA7BB1FC4009983830EE1A46F1B6">
    <w:name w:val="91FCAA7BB1FC4009983830EE1A46F1B6"/>
    <w:rsid w:val="00180B92"/>
  </w:style>
  <w:style w:type="paragraph" w:customStyle="1" w:styleId="FCB33DC6FC7445BA828773C4E676DC31">
    <w:name w:val="FCB33DC6FC7445BA828773C4E676DC31"/>
    <w:rsid w:val="00180B92"/>
  </w:style>
  <w:style w:type="paragraph" w:customStyle="1" w:styleId="4E799286B3D54502AF28B0A40442140F">
    <w:name w:val="4E799286B3D54502AF28B0A40442140F"/>
    <w:rsid w:val="00180B92"/>
  </w:style>
  <w:style w:type="paragraph" w:customStyle="1" w:styleId="AD45FADB2A2E4D04A26D8D73D08E2771">
    <w:name w:val="AD45FADB2A2E4D04A26D8D73D08E2771"/>
    <w:rsid w:val="00180B92"/>
  </w:style>
  <w:style w:type="paragraph" w:customStyle="1" w:styleId="F60A2CDB30F24BC1954D11EE460146C0">
    <w:name w:val="F60A2CDB30F24BC1954D11EE460146C0"/>
    <w:rsid w:val="00180B92"/>
  </w:style>
  <w:style w:type="paragraph" w:customStyle="1" w:styleId="7C8D653B6DF041D7BFE05B493BD5C014">
    <w:name w:val="7C8D653B6DF041D7BFE05B493BD5C014"/>
    <w:rsid w:val="00180B92"/>
  </w:style>
  <w:style w:type="paragraph" w:customStyle="1" w:styleId="7378ED861EAE40BF93B0514A4C0505B4">
    <w:name w:val="7378ED861EAE40BF93B0514A4C0505B4"/>
    <w:rsid w:val="00180B92"/>
  </w:style>
  <w:style w:type="paragraph" w:customStyle="1" w:styleId="7F50F4C666544106B8A422CE97114ABE">
    <w:name w:val="7F50F4C666544106B8A422CE97114ABE"/>
    <w:rsid w:val="00180B92"/>
  </w:style>
  <w:style w:type="paragraph" w:customStyle="1" w:styleId="A39B961C190842EF91D9FCE4E1FB2D95">
    <w:name w:val="A39B961C190842EF91D9FCE4E1FB2D95"/>
    <w:rsid w:val="00180B92"/>
  </w:style>
  <w:style w:type="paragraph" w:customStyle="1" w:styleId="429847DB55D0448E927CD11509DE5DC5">
    <w:name w:val="429847DB55D0448E927CD11509DE5DC5"/>
    <w:rsid w:val="00180B92"/>
  </w:style>
  <w:style w:type="paragraph" w:customStyle="1" w:styleId="C557943F32064F39B6D540F540568A12">
    <w:name w:val="C557943F32064F39B6D540F540568A12"/>
    <w:rsid w:val="00180B92"/>
  </w:style>
  <w:style w:type="paragraph" w:customStyle="1" w:styleId="1734C0B0E50C4165979C1D1CD6EF51182">
    <w:name w:val="1734C0B0E50C4165979C1D1CD6EF511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2">
    <w:name w:val="5C6BE9DD57B042A78E73AE6C65AB81E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2">
    <w:name w:val="B94FF17A7DD844238942618D220CAEE0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22CEB82C734321B0CE016302F911E92">
    <w:name w:val="9622CEB82C734321B0CE016302F911E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B73CFD3572456C9DE78D54DED66F272">
    <w:name w:val="26B73CFD3572456C9DE78D54DED66F27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A6D54110794714A3947FB41053504C2">
    <w:name w:val="4DA6D54110794714A3947FB41053504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2">
    <w:name w:val="15FA136DFCC9400EA3643631FD9D49A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2">
    <w:name w:val="BE6BAA36B4CE46CCBA1107A2CA86328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2">
    <w:name w:val="98F3A9EE91754E259AFD2F141BD88EC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2">
    <w:name w:val="A562792367E244C2B52C13434E400DB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2">
    <w:name w:val="BA84038C5BAB4BC98BCFD7720888F4E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2">
    <w:name w:val="2A85F1BB5E59479D91B2E845B74103B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2">
    <w:name w:val="734A0FEE22AB4D08A85FAFBB84445CB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2">
    <w:name w:val="3AE69983638E496B87E186B118E83D05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2">
    <w:name w:val="4E1B8BE8E635423EB269141E9E2912A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2">
    <w:name w:val="522C19E6AA2346A4966003129C441C2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2">
    <w:name w:val="DC6DBC8E8B3947CB8F9195F36B67D85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2">
    <w:name w:val="49487EF4E50B45EF8F8DF0A58099CB0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61999D198D484E9FE2CE32192C8F052">
    <w:name w:val="4461999D198D484E9FE2CE32192C8F05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779F3A8354DD5B5E1AE359A7744932">
    <w:name w:val="944779F3A8354DD5B5E1AE359A77449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1C6BC5AC346E69020058848AE870E2">
    <w:name w:val="9821C6BC5AC346E69020058848AE870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1552144F304B67865A0FB4EB2CB8D82">
    <w:name w:val="FA1552144F304B67865A0FB4EB2CB8D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DFD8A6DC24EAD96796807C002BC332">
    <w:name w:val="A26DFD8A6DC24EAD96796807C002BC3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2730A1B967446AB2E7F14E6D5D41882">
    <w:name w:val="4B2730A1B967446AB2E7F14E6D5D418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D520D1251D4DEFB94941CDD705286D2">
    <w:name w:val="7FD520D1251D4DEFB94941CDD705286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574238DA3041619765E794A7AA1E9E2">
    <w:name w:val="CC574238DA3041619765E794A7AA1E9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6EAA26F8BC4E569BE5AF3F47D983EC2">
    <w:name w:val="716EAA26F8BC4E569BE5AF3F47D983E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ED0392353048C78D12F0304D86B6B32">
    <w:name w:val="D8ED0392353048C78D12F0304D86B6B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AB54BE61F647E68DCD10EC756ECA012">
    <w:name w:val="FBAB54BE61F647E68DCD10EC756ECA0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8FB530B5CD4A82AF31E38D5800D9432">
    <w:name w:val="338FB530B5CD4A82AF31E38D5800D94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CD9B6D263249C287C610362F20BAFA2">
    <w:name w:val="63CD9B6D263249C287C610362F20BAF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90BAA463244273996A10010A31DB542">
    <w:name w:val="D090BAA463244273996A10010A31DB5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82D92134DB4EBB9773AA106864B9BC2">
    <w:name w:val="9882D92134DB4EBB9773AA106864B9B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564EE79D8B4788B099FD8C640ACD6B2">
    <w:name w:val="66564EE79D8B4788B099FD8C640ACD6B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F87F70A6D94436A2F1BAEB1C7588182">
    <w:name w:val="DCF87F70A6D94436A2F1BAEB1C75881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2758E273E024D86A41D38C22124851D2">
    <w:name w:val="22758E273E024D86A41D38C22124851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9371F4B140D41F198C2691D617791F22">
    <w:name w:val="29371F4B140D41F198C2691D617791F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A93ED4FCC844BFD9544E208C57F40682">
    <w:name w:val="DA93ED4FCC844BFD9544E208C57F406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F5CA2CECA945F090803B0239C6687C2">
    <w:name w:val="1BF5CA2CECA945F090803B0239C6687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2">
    <w:name w:val="4261ABEBA6024587BD9BFFA89B86CBA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2">
    <w:name w:val="ECE4C47E07C843CCA2D7255597D07705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2">
    <w:name w:val="9444CF760006459A89EF2B7CE3AFF2D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2">
    <w:name w:val="A451D5A1F2414B9AB219F05CFB3EC45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2">
    <w:name w:val="E58E1C4CC73644419B96786849CD041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2">
    <w:name w:val="982533AA1A67444FAB6AD764FF1EF88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2">
    <w:name w:val="A8251704D7154EB4AAFD40739CBF323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2">
    <w:name w:val="092F71A98DCB432994A49CF6A2418B1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2">
    <w:name w:val="FF714C39671F4059B6173089394CD3E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2">
    <w:name w:val="28589E92AA8443098EDE0E709D3F980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2">
    <w:name w:val="7B8873B5DDFA49E29AD3D86C96355BE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2">
    <w:name w:val="7D53A91E55554B1E87906AAB7E66728B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4F504D1659140D58F17982A2F0CBBAE2">
    <w:name w:val="64F504D1659140D58F17982A2F0CBBA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0C4B223AB0642869DD3E8FEBF6B73522">
    <w:name w:val="F0C4B223AB0642869DD3E8FEBF6B735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DC57FDF9664B2DB1902B96AF7112962">
    <w:name w:val="E4DC57FDF9664B2DB1902B96AF71129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E6578F6DAD4BBC81B68E47F2D947B42">
    <w:name w:val="BEE6578F6DAD4BBC81B68E47F2D947B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443344766C473A876E548803B30EC82">
    <w:name w:val="35443344766C473A876E548803B30EC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592308C1EAD4629AAF92F50010867802">
    <w:name w:val="4592308C1EAD4629AAF92F5001086780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0980D90AF8E4D1AA0BCEFE8312F4AD72">
    <w:name w:val="50980D90AF8E4D1AA0BCEFE8312F4AD7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A271229424048E48573F7DCF412B9AC2">
    <w:name w:val="8A271229424048E48573F7DCF412B9A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1808CC41B84B01B094DDA61A1BE4D32">
    <w:name w:val="D61808CC41B84B01B094DDA61A1BE4D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E59C26775442679D3F34292360B8B42">
    <w:name w:val="3CE59C26775442679D3F34292360B8B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85504834154C1B875555C40F15F9EA2">
    <w:name w:val="F585504834154C1B875555C40F15F9E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BE22BA9BB5B49A2800107E3F19EFDA32">
    <w:name w:val="BBE22BA9BB5B49A2800107E3F19EFDA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51985F5BE44C56A56BA7916BC8AF972">
    <w:name w:val="9B51985F5BE44C56A56BA7916BC8AF97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74DCBAD2A742C5A40E3AB6C73449282">
    <w:name w:val="AC74DCBAD2A742C5A40E3AB6C734492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0F8A5CF8314B7B9BBE90ABEC3BBD142">
    <w:name w:val="0C0F8A5CF8314B7B9BBE90ABEC3BBD1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E4F8749ABB44E48409E728A07175C32">
    <w:name w:val="7FE4F8749ABB44E48409E728A07175C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FE7F2CADB243E0BB02CFB6BB37E4272">
    <w:name w:val="38FE7F2CADB243E0BB02CFB6BB37E427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DB0266B13C468387CBB3AC000C74912">
    <w:name w:val="55DB0266B13C468387CBB3AC000C749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6B4EE3A5C84D6C98C302FFD2A4CD2E2">
    <w:name w:val="C66B4EE3A5C84D6C98C302FFD2A4CD2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D5802FBA64A7982AABB3F207B2EA72">
    <w:name w:val="C21D5802FBA64A7982AABB3F207B2EA7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BB6C56037C4EC0B291E5CA037EAE7F2">
    <w:name w:val="5CBB6C56037C4EC0B291E5CA037EAE7F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92818E23544CC0979C67945977F99A2">
    <w:name w:val="C592818E23544CC0979C67945977F99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4889AE70AD434AA79CB2C25D82D4BA2">
    <w:name w:val="B44889AE70AD434AA79CB2C25D82D4B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BE17A9874747C1AC4D9286D999051F2">
    <w:name w:val="5CBE17A9874747C1AC4D9286D999051F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127B746693496192A40921488134762">
    <w:name w:val="0E127B746693496192A409214881347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602206C4D74D3A80D8AA3144CB05CA2">
    <w:name w:val="ED602206C4D74D3A80D8AA3144CB05C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4A5A2C1EAF49D7AC3DDF63BC5AD7002">
    <w:name w:val="764A5A2C1EAF49D7AC3DDF63BC5AD700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81387B9A30402A84817179D8E8A3DF2">
    <w:name w:val="5B81387B9A30402A84817179D8E8A3DF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F2E1A4330847E8B96E185C1FAE97242">
    <w:name w:val="56F2E1A4330847E8B96E185C1FAE972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2B6E2340BF441B89FBB3782736B2E202">
    <w:name w:val="82B6E2340BF441B89FBB3782736B2E20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BE64C42DF840F4BD14ECFF712E06392">
    <w:name w:val="C2BE64C42DF840F4BD14ECFF712E0639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49D9D8AAE64E20AE99A107D7C118CF2">
    <w:name w:val="A049D9D8AAE64E20AE99A107D7C118CF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01804EFBF3405A8CCFBF3AEF0D475A2">
    <w:name w:val="F101804EFBF3405A8CCFBF3AEF0D475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EFE353297A420E8834420FE69D42922">
    <w:name w:val="63EFE353297A420E8834420FE69D429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0F5D7E9C43498E931EB2304F78F39E2">
    <w:name w:val="020F5D7E9C43498E931EB2304F78F39E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6B79CFDFD9A4D9C952515777C17F2F12">
    <w:name w:val="86B79CFDFD9A4D9C952515777C17F2F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B77FA37ECEE4C66867BBDC32A6ED50D2">
    <w:name w:val="5B77FA37ECEE4C66867BBDC32A6ED50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439C0673044052A9B958B2BC55D7D82">
    <w:name w:val="08439C0673044052A9B958B2BC55D7D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1B9B2706D7049AE809CEE5793027BD12">
    <w:name w:val="31B9B2706D7049AE809CEE5793027BD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00948E4D6044B2B91B7150BFEE27A22">
    <w:name w:val="1B00948E4D6044B2B91B7150BFEE27A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889340E93874FAEB03D57B05038F06A2">
    <w:name w:val="D889340E93874FAEB03D57B05038F06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9FE31E486E4906A02D29CD191DB7582">
    <w:name w:val="679FE31E486E4906A02D29CD191DB75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5F5B6401CA4659A080A151982261E42">
    <w:name w:val="425F5B6401CA4659A080A151982261E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535A4008BB4139B2418E6AD90F69912">
    <w:name w:val="0A535A4008BB4139B2418E6AD90F699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766DC9A7FE496DA8DFDA35DF3804BA2">
    <w:name w:val="06766DC9A7FE496DA8DFDA35DF3804B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72A182365D4FB6AE6A5E0BA26A6E632">
    <w:name w:val="5272A182365D4FB6AE6A5E0BA26A6E63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49666DFE1433394A50BE5C42FC89A2">
    <w:name w:val="FB749666DFE1433394A50BE5C42FC89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F06245FC2A24F1A8BA1C27E0714AADD2">
    <w:name w:val="9F06245FC2A24F1A8BA1C27E0714AADD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BCF023849D48D2BF18CBF287B544FC2">
    <w:name w:val="85BCF023849D48D2BF18CBF287B544FC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888441AB754BE6B88D53A3C931DCD62">
    <w:name w:val="01888441AB754BE6B88D53A3C931DCD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0F66920477469C9A08EFC50594BB382">
    <w:name w:val="090F66920477469C9A08EFC50594BB38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6698275F354402AB6B00F5822598542">
    <w:name w:val="C86698275F354402AB6B00F58225985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61A27B787B466EB84E7CB2F2245F262">
    <w:name w:val="7D61A27B787B466EB84E7CB2F2245F26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2FC90250274D2398AC7A4A219958D22">
    <w:name w:val="0D2FC90250274D2398AC7A4A219958D2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1AA614EEF974F48A835EFFC83B85B972">
    <w:name w:val="F1AA614EEF974F48A835EFFC83B85B97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3C13D4EB9044098F6449504646DA0B2">
    <w:name w:val="ED3C13D4EB9044098F6449504646DA0B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03D6F2F66446CB9C7421C179AE6C261">
    <w:name w:val="4D03D6F2F66446CB9C7421C179AE6C2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EFAFBBA37794BF69CDD751D75639A5B1">
    <w:name w:val="DEFAFBBA37794BF69CDD751D75639A5B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974E7B3BAA495BB36321646EAF24921">
    <w:name w:val="BD974E7B3BAA495BB36321646EAF249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44ADC9FDE6478D93B36073948772501">
    <w:name w:val="B644ADC9FDE6478D93B360739487725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FCAA7BB1FC4009983830EE1A46F1B61">
    <w:name w:val="91FCAA7BB1FC4009983830EE1A46F1B6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B33DC6FC7445BA828773C4E676DC311">
    <w:name w:val="FCB33DC6FC7445BA828773C4E676DC3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799286B3D54502AF28B0A40442140F1">
    <w:name w:val="4E799286B3D54502AF28B0A40442140F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45FADB2A2E4D04A26D8D73D08E27711">
    <w:name w:val="AD45FADB2A2E4D04A26D8D73D08E2771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0A2CDB30F24BC1954D11EE460146C01">
    <w:name w:val="F60A2CDB30F24BC1954D11EE460146C0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C8D653B6DF041D7BFE05B493BD5C0141">
    <w:name w:val="7C8D653B6DF041D7BFE05B493BD5C01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78ED861EAE40BF93B0514A4C0505B41">
    <w:name w:val="7378ED861EAE40BF93B0514A4C0505B4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F50F4C666544106B8A422CE97114ABE1">
    <w:name w:val="7F50F4C666544106B8A422CE97114ABE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9B961C190842EF91D9FCE4E1FB2D951">
    <w:name w:val="A39B961C190842EF91D9FCE4E1FB2D95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9847DB55D0448E927CD11509DE5DC51">
    <w:name w:val="429847DB55D0448E927CD11509DE5DC5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57943F32064F39B6D540F540568A121">
    <w:name w:val="C557943F32064F39B6D540F540568A121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87DA4554D249D7B7B58FF559F565C12">
    <w:name w:val="C687DA4554D249D7B7B58FF559F565C1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BB92035E5494A88A1939E0D3E6D2CD52">
    <w:name w:val="6BB92035E5494A88A1939E0D3E6D2CD5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08E1389C0004EF6A1A79DA1B10975942">
    <w:name w:val="D08E1389C0004EF6A1A79DA1B1097594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889237D8A145C7B380E2917F5BD5BA2">
    <w:name w:val="12889237D8A145C7B380E2917F5BD5BA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693FAB6DF54B37A20F5FA2DB4883702">
    <w:name w:val="48693FAB6DF54B37A20F5FA2DB4883702"/>
    <w:rsid w:val="00180B92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68CF6C-CD81-4317-AFB0-9E2234557B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1791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2026-08-25T10:38:00Z</dcterms:created>
  <dcterms:modified xsi:type="dcterms:W3CDTF">2026-09-10T10:49:00Z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