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6196213E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98304A">
        <w:rPr>
          <w:b/>
          <w:bCs/>
          <w:sz w:val="40"/>
          <w:szCs w:val="40"/>
        </w:rPr>
        <w:t>Geriatric Medicine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09BDC4E" w:rsidR="009E4AEB" w:rsidRPr="00597958" w:rsidRDefault="00031DA2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597958">
              <w:rPr>
                <w:b/>
                <w:bCs/>
              </w:rPr>
              <w:t xml:space="preserve">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7F9221E6">
                <wp:simplePos x="0" y="0"/>
                <wp:positionH relativeFrom="margin">
                  <wp:align>right</wp:align>
                </wp:positionH>
                <wp:positionV relativeFrom="paragraph">
                  <wp:posOffset>2033270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1EBFE8B2" w:rsidR="002931FF" w:rsidRPr="00F5514B" w:rsidRDefault="00F5514B" w:rsidP="00F5514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0.1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guNc&#10;994AAAAIAQAADwAAAAAAAAAAAAAAAABoBAAAZHJzL2Rvd25yZXYueG1sUEsFBgAAAAAEAAQA8wAA&#10;AHMFAAAAAA==&#10;">
                <v:textbox style="mso-fit-shape-to-text:t">
                  <w:txbxContent>
                    <w:p w14:paraId="0B7A552B" w14:textId="1EBFE8B2" w:rsidR="002931FF" w:rsidRPr="00F5514B" w:rsidRDefault="00F5514B" w:rsidP="00F5514B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3291CD02" w14:textId="3F5B39A1" w:rsidR="00031DA2" w:rsidRPr="00031DA2" w:rsidRDefault="00031DA2" w:rsidP="00031DA2">
      <w:pPr>
        <w:pStyle w:val="Heading1"/>
      </w:pPr>
      <w:r w:rsidRPr="00031DA2">
        <w:lastRenderedPageBreak/>
        <w:t>Career Objective / Personal Statement</w:t>
      </w:r>
    </w:p>
    <w:p w14:paraId="1E7289D7" w14:textId="77777777" w:rsidR="00031DA2" w:rsidRPr="00031DA2" w:rsidRDefault="00031DA2" w:rsidP="00031DA2">
      <w:pPr>
        <w:rPr>
          <w:b/>
          <w:bCs/>
        </w:rPr>
      </w:pPr>
      <w:r w:rsidRPr="00031DA2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id w:val="-147823612"/>
        <w:placeholder>
          <w:docPart w:val="9622CEB82C734321B0CE016302F911E9"/>
        </w:placeholder>
        <w:showingPlcHdr/>
      </w:sdtPr>
      <w:sdtContent>
        <w:p w14:paraId="666AF7D9" w14:textId="713D21EC" w:rsidR="00031DA2" w:rsidRDefault="00031DA2" w:rsidP="00031DA2">
          <w:r w:rsidRPr="00F10F93">
            <w:rPr>
              <w:rStyle w:val="PlaceholderText"/>
            </w:rPr>
            <w:t>Click or tap here to enter text.</w:t>
          </w:r>
        </w:p>
      </w:sdtContent>
    </w:sdt>
    <w:p w14:paraId="326D2553" w14:textId="77777777" w:rsidR="00F5514B" w:rsidRDefault="00F5514B" w:rsidP="00F5514B"/>
    <w:p w14:paraId="73ED809F" w14:textId="242B767B" w:rsidR="00214ECC" w:rsidRDefault="003729FB" w:rsidP="001C17E4">
      <w:pPr>
        <w:pStyle w:val="Heading1"/>
      </w:pPr>
      <w:r>
        <w:t>Commitment to Specialty &amp; Career Motivation</w:t>
      </w:r>
    </w:p>
    <w:p w14:paraId="263B9130" w14:textId="77777777" w:rsidR="00031DA2" w:rsidRPr="00031DA2" w:rsidRDefault="00031DA2" w:rsidP="00031DA2">
      <w:pPr>
        <w:pStyle w:val="ListParagraph"/>
        <w:numPr>
          <w:ilvl w:val="0"/>
          <w:numId w:val="14"/>
        </w:numPr>
      </w:pPr>
      <w:r w:rsidRPr="00031DA2">
        <w:rPr>
          <w:b/>
          <w:bCs/>
        </w:rPr>
        <w:t>What experiences have influenced your decision to pursue this area? (200 words)</w:t>
      </w:r>
    </w:p>
    <w:p w14:paraId="7F628D15" w14:textId="1EA11F54" w:rsidR="3FE541D5" w:rsidRDefault="00000000" w:rsidP="00031DA2">
      <w:sdt>
        <w:sdtPr>
          <w:id w:val="648252075"/>
          <w:placeholder>
            <w:docPart w:val="4DA6D54110794714A3947FB41053504C"/>
          </w:placeholder>
          <w:showingPlcHdr/>
        </w:sdtPr>
        <w:sdtContent>
          <w:r w:rsidR="007C3707" w:rsidRPr="000E7C9F">
            <w:rPr>
              <w:rStyle w:val="PlaceholderText"/>
            </w:rPr>
            <w:t>Click or tap here to enter text.</w:t>
          </w:r>
        </w:sdtContent>
      </w:sdt>
    </w:p>
    <w:p w14:paraId="51C12F35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200177A6" w14:textId="5445805D" w:rsidR="00031DA2" w:rsidRDefault="00031DA2" w:rsidP="00031DA2">
      <w:pPr>
        <w:pStyle w:val="ListParagraph"/>
        <w:numPr>
          <w:ilvl w:val="0"/>
          <w:numId w:val="14"/>
        </w:numPr>
        <w:rPr>
          <w:b/>
          <w:bCs/>
        </w:rPr>
      </w:pPr>
      <w:r w:rsidRPr="00031DA2">
        <w:rPr>
          <w:b/>
          <w:bCs/>
        </w:rPr>
        <w:t>What are your short- and long-term career goals in this field? (200 words)</w:t>
      </w:r>
    </w:p>
    <w:sdt>
      <w:sdtPr>
        <w:rPr>
          <w:b/>
          <w:bCs/>
        </w:rPr>
        <w:id w:val="-1518770244"/>
        <w:placeholder>
          <w:docPart w:val="CB5FDFBF134945B2BF39C7E79859F0ED"/>
        </w:placeholder>
        <w:showingPlcHdr/>
      </w:sdtPr>
      <w:sdtContent>
        <w:p w14:paraId="67B5EAD5" w14:textId="7535F6E3" w:rsidR="00031DA2" w:rsidRPr="00031DA2" w:rsidRDefault="00031DA2" w:rsidP="00031DA2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5B741CF2" w14:textId="77777777" w:rsidR="00F5514B" w:rsidRDefault="00F5514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5A892C44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31B4FC52" w14:textId="77777777" w:rsidR="00F5514B" w:rsidRDefault="00F5514B" w:rsidP="00F5514B"/>
    <w:p w14:paraId="75B4FEB0" w14:textId="10874D8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5C4920C1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4FD2F99D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1B8B308B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1FAE1C64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65CE90CC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243025F8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36F13513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681DFFE6" w:rsidR="00B16633" w:rsidRDefault="001F1725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0DEA8ADE" w:rsidR="00B16633" w:rsidRDefault="001F172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1FF1928E" w:rsidR="00B16633" w:rsidRDefault="001F172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689B512D" w:rsidR="00B16633" w:rsidRDefault="001F172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6BDA0A7B" w:rsidR="00B16633" w:rsidRDefault="001F1725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65FFDD75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3737EB67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313D54B4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33E9F3DE" w:rsidR="002E140B" w:rsidRDefault="002E140B" w:rsidP="002E140B"/>
        </w:tc>
      </w:tr>
      <w:tr w:rsidR="00F5514B" w14:paraId="283C0C5A" w14:textId="77777777" w:rsidTr="00E70F08">
        <w:tc>
          <w:tcPr>
            <w:tcW w:w="9350" w:type="dxa"/>
            <w:gridSpan w:val="2"/>
          </w:tcPr>
          <w:p w14:paraId="16AA8EFC" w14:textId="1651EC96" w:rsidR="00F5514B" w:rsidRDefault="00F5514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815375965"/>
                <w:placeholder>
                  <w:docPart w:val="BA4CE75B612C4202A581499679C2B31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6FC95AE4" w14:textId="77777777" w:rsidTr="002E140B">
        <w:tc>
          <w:tcPr>
            <w:tcW w:w="2547" w:type="dxa"/>
          </w:tcPr>
          <w:p w14:paraId="22B29204" w14:textId="77777777" w:rsidR="00F5514B" w:rsidRDefault="00F5514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45692870"/>
            <w:placeholder>
              <w:docPart w:val="7E7F8750358B49AE8F6751DCEDD8389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7987B92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1CAE2C2F" w14:textId="77777777" w:rsidTr="002E140B">
        <w:tc>
          <w:tcPr>
            <w:tcW w:w="2547" w:type="dxa"/>
          </w:tcPr>
          <w:p w14:paraId="1AB0C847" w14:textId="77777777" w:rsidR="00F5514B" w:rsidRDefault="00F5514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896121552"/>
            <w:placeholder>
              <w:docPart w:val="FCEF073F07734BD2836C5DAAE1509E3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B00118E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6F75BF10" w14:textId="77777777" w:rsidTr="002E140B">
        <w:tc>
          <w:tcPr>
            <w:tcW w:w="2547" w:type="dxa"/>
          </w:tcPr>
          <w:p w14:paraId="60E1D85F" w14:textId="77777777" w:rsidR="00F5514B" w:rsidRDefault="00F5514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911838606"/>
            <w:placeholder>
              <w:docPart w:val="41A6ACC0D6534B439068D87F8931105A"/>
            </w:placeholder>
            <w:showingPlcHdr/>
          </w:sdtPr>
          <w:sdtContent>
            <w:tc>
              <w:tcPr>
                <w:tcW w:w="6803" w:type="dxa"/>
              </w:tcPr>
              <w:p w14:paraId="5336916C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B2CFA0B" w14:textId="77777777" w:rsidTr="002E140B">
        <w:tc>
          <w:tcPr>
            <w:tcW w:w="2547" w:type="dxa"/>
          </w:tcPr>
          <w:p w14:paraId="132FB90F" w14:textId="77777777" w:rsidR="00F5514B" w:rsidRDefault="00F5514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491251851"/>
            <w:placeholder>
              <w:docPart w:val="39BA44887A114D17B5C9E9586CED3167"/>
            </w:placeholder>
            <w:showingPlcHdr/>
          </w:sdtPr>
          <w:sdtContent>
            <w:tc>
              <w:tcPr>
                <w:tcW w:w="6803" w:type="dxa"/>
              </w:tcPr>
              <w:p w14:paraId="28DB2BD3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D1EE13F" w14:textId="77777777" w:rsidTr="002E140B">
        <w:tc>
          <w:tcPr>
            <w:tcW w:w="2547" w:type="dxa"/>
            <w:vAlign w:val="center"/>
          </w:tcPr>
          <w:p w14:paraId="07816146" w14:textId="77777777" w:rsidR="00F5514B" w:rsidRDefault="00F5514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605313703"/>
            <w:placeholder>
              <w:docPart w:val="3FFD366C0F5C4B1D8315BCAD123ABBE5"/>
            </w:placeholder>
            <w:showingPlcHdr/>
          </w:sdtPr>
          <w:sdtContent>
            <w:tc>
              <w:tcPr>
                <w:tcW w:w="6803" w:type="dxa"/>
              </w:tcPr>
              <w:p w14:paraId="097D75DA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068C8E3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4B3F871" w14:textId="77777777" w:rsidR="00F5514B" w:rsidRDefault="00F5514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389619880"/>
            <w:placeholder>
              <w:docPart w:val="4438DA79A020453798AAC4140F21E7F3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574ED6A0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27ED44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8C8DE" w14:textId="0E5CB9D6" w:rsidR="00F5514B" w:rsidRDefault="00F5514B" w:rsidP="002E140B"/>
        </w:tc>
      </w:tr>
      <w:tr w:rsidR="00F5514B" w14:paraId="30E807E1" w14:textId="77777777" w:rsidTr="00E70F08">
        <w:tc>
          <w:tcPr>
            <w:tcW w:w="9350" w:type="dxa"/>
            <w:gridSpan w:val="2"/>
          </w:tcPr>
          <w:p w14:paraId="0AA32C52" w14:textId="6AB724EA" w:rsidR="00F5514B" w:rsidRDefault="00F5514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568302466"/>
                <w:placeholder>
                  <w:docPart w:val="F05104274BAF4978BF6207C750C18B4D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2B9F5178" w14:textId="77777777" w:rsidTr="002E140B">
        <w:tc>
          <w:tcPr>
            <w:tcW w:w="2547" w:type="dxa"/>
          </w:tcPr>
          <w:p w14:paraId="5082FE28" w14:textId="77777777" w:rsidR="00F5514B" w:rsidRDefault="00F5514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2011358839"/>
            <w:placeholder>
              <w:docPart w:val="B49675E05B764A7E870BC5CDA0803E6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5D1FF1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5E23FE01" w14:textId="77777777" w:rsidTr="002E140B">
        <w:tc>
          <w:tcPr>
            <w:tcW w:w="2547" w:type="dxa"/>
          </w:tcPr>
          <w:p w14:paraId="1A05382C" w14:textId="77777777" w:rsidR="00F5514B" w:rsidRDefault="00F5514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530033382"/>
            <w:placeholder>
              <w:docPart w:val="54BE70EE3C5C406FB27D345B7C92BC7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5489FB6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68BC2B95" w14:textId="77777777" w:rsidTr="002E140B">
        <w:tc>
          <w:tcPr>
            <w:tcW w:w="2547" w:type="dxa"/>
          </w:tcPr>
          <w:p w14:paraId="25D453FE" w14:textId="77777777" w:rsidR="00F5514B" w:rsidRDefault="00F5514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94417450"/>
            <w:placeholder>
              <w:docPart w:val="925EE107317B4F06A1FFB59ECDDDFC0A"/>
            </w:placeholder>
            <w:showingPlcHdr/>
          </w:sdtPr>
          <w:sdtContent>
            <w:tc>
              <w:tcPr>
                <w:tcW w:w="6803" w:type="dxa"/>
              </w:tcPr>
              <w:p w14:paraId="5DA6F2C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B4739EE" w14:textId="77777777" w:rsidTr="002E140B">
        <w:tc>
          <w:tcPr>
            <w:tcW w:w="2547" w:type="dxa"/>
          </w:tcPr>
          <w:p w14:paraId="15E0DFED" w14:textId="77777777" w:rsidR="00F5514B" w:rsidRDefault="00F5514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699623027"/>
            <w:placeholder>
              <w:docPart w:val="DC3C2D3E468246A4A1BCA003D651844B"/>
            </w:placeholder>
            <w:showingPlcHdr/>
          </w:sdtPr>
          <w:sdtContent>
            <w:tc>
              <w:tcPr>
                <w:tcW w:w="6803" w:type="dxa"/>
              </w:tcPr>
              <w:p w14:paraId="6EFB570B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72CC9B5" w14:textId="77777777" w:rsidTr="002E140B">
        <w:tc>
          <w:tcPr>
            <w:tcW w:w="2547" w:type="dxa"/>
            <w:vAlign w:val="center"/>
          </w:tcPr>
          <w:p w14:paraId="36863FE5" w14:textId="77777777" w:rsidR="00F5514B" w:rsidRDefault="00F5514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631451887"/>
            <w:placeholder>
              <w:docPart w:val="1BDDFED6178C4067914C1681C24E8B19"/>
            </w:placeholder>
            <w:showingPlcHdr/>
          </w:sdtPr>
          <w:sdtContent>
            <w:tc>
              <w:tcPr>
                <w:tcW w:w="6803" w:type="dxa"/>
              </w:tcPr>
              <w:p w14:paraId="574E0543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C308D0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3C4313F3" w14:textId="77777777" w:rsidR="00F5514B" w:rsidRDefault="00F5514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69342929"/>
            <w:placeholder>
              <w:docPart w:val="C4EDE75BA8AF4B1E841E0C5447E0F482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4611A08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078AD4B3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03E81" w14:textId="41DD87FF" w:rsidR="00F5514B" w:rsidRDefault="00F5514B" w:rsidP="002E140B"/>
        </w:tc>
      </w:tr>
      <w:tr w:rsidR="00F5514B" w14:paraId="2F9D1AEA" w14:textId="77777777" w:rsidTr="00E70F08">
        <w:tc>
          <w:tcPr>
            <w:tcW w:w="9350" w:type="dxa"/>
            <w:gridSpan w:val="2"/>
          </w:tcPr>
          <w:p w14:paraId="13D36381" w14:textId="69C3EE9B" w:rsidR="00F5514B" w:rsidRDefault="00F5514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574277655"/>
                <w:placeholder>
                  <w:docPart w:val="B5974FF51D684CE4B9599C4132FBB1D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32227AEB" w14:textId="77777777" w:rsidTr="002E140B">
        <w:tc>
          <w:tcPr>
            <w:tcW w:w="2547" w:type="dxa"/>
          </w:tcPr>
          <w:p w14:paraId="391E4EB0" w14:textId="77777777" w:rsidR="00F5514B" w:rsidRDefault="00F5514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664437240"/>
            <w:placeholder>
              <w:docPart w:val="114C6E861F7941C8A2824613BA943FD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ABD7AF2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4BA5E0BB" w14:textId="77777777" w:rsidTr="002E140B">
        <w:tc>
          <w:tcPr>
            <w:tcW w:w="2547" w:type="dxa"/>
          </w:tcPr>
          <w:p w14:paraId="6FD25D83" w14:textId="77777777" w:rsidR="00F5514B" w:rsidRDefault="00F5514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830172426"/>
            <w:placeholder>
              <w:docPart w:val="8B4BE5C038E34039BE91C2840A1A023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45A6A1D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7F34A366" w14:textId="77777777" w:rsidTr="002E140B">
        <w:tc>
          <w:tcPr>
            <w:tcW w:w="2547" w:type="dxa"/>
          </w:tcPr>
          <w:p w14:paraId="35AB4C10" w14:textId="77777777" w:rsidR="00F5514B" w:rsidRDefault="00F5514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837001174"/>
            <w:placeholder>
              <w:docPart w:val="15D282A343D148B5A8B192441B74A535"/>
            </w:placeholder>
            <w:showingPlcHdr/>
          </w:sdtPr>
          <w:sdtContent>
            <w:tc>
              <w:tcPr>
                <w:tcW w:w="6803" w:type="dxa"/>
              </w:tcPr>
              <w:p w14:paraId="0791CB65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FD243F7" w14:textId="77777777" w:rsidTr="002E140B">
        <w:tc>
          <w:tcPr>
            <w:tcW w:w="2547" w:type="dxa"/>
          </w:tcPr>
          <w:p w14:paraId="216D8BB9" w14:textId="77777777" w:rsidR="00F5514B" w:rsidRDefault="00F5514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878856849"/>
            <w:placeholder>
              <w:docPart w:val="A35106715EF94FAB90C3AAC1C007160F"/>
            </w:placeholder>
            <w:showingPlcHdr/>
          </w:sdtPr>
          <w:sdtContent>
            <w:tc>
              <w:tcPr>
                <w:tcW w:w="6803" w:type="dxa"/>
              </w:tcPr>
              <w:p w14:paraId="029601DE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1589F16" w14:textId="77777777" w:rsidTr="002E140B">
        <w:tc>
          <w:tcPr>
            <w:tcW w:w="2547" w:type="dxa"/>
            <w:vAlign w:val="center"/>
          </w:tcPr>
          <w:p w14:paraId="50863BEA" w14:textId="77777777" w:rsidR="00F5514B" w:rsidRDefault="00F5514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2077081182"/>
            <w:placeholder>
              <w:docPart w:val="CE82150CE5244F82A2329DEDE8DB33D1"/>
            </w:placeholder>
            <w:showingPlcHdr/>
          </w:sdtPr>
          <w:sdtContent>
            <w:tc>
              <w:tcPr>
                <w:tcW w:w="6803" w:type="dxa"/>
              </w:tcPr>
              <w:p w14:paraId="48B5610A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F7C9B3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FDC02C1" w14:textId="77777777" w:rsidR="00F5514B" w:rsidRDefault="00F5514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977717006"/>
            <w:placeholder>
              <w:docPart w:val="5D5695D8C96246008C0140E8CDA62E20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6629860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1A0E75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BDFAE" w14:textId="405A5F1E" w:rsidR="00F5514B" w:rsidRDefault="00F5514B" w:rsidP="002E140B"/>
        </w:tc>
      </w:tr>
    </w:tbl>
    <w:p w14:paraId="6D63C36B" w14:textId="77777777" w:rsidR="00F5514B" w:rsidRDefault="00F5514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254BF0DB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6EC822F3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0A7A9502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6C13001A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783A3513" w:rsidR="002931FF" w:rsidRDefault="002931FF" w:rsidP="002D7D98"/>
        </w:tc>
      </w:tr>
      <w:tr w:rsidR="00F5514B" w14:paraId="2A2D1317" w14:textId="77777777" w:rsidTr="0019370D">
        <w:tc>
          <w:tcPr>
            <w:tcW w:w="9350" w:type="dxa"/>
            <w:gridSpan w:val="2"/>
          </w:tcPr>
          <w:p w14:paraId="56D0FAA9" w14:textId="78A23CB4" w:rsidR="00F5514B" w:rsidRDefault="00F5514B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33867593"/>
                <w:placeholder>
                  <w:docPart w:val="0D51045F46394C34BBBB1A629B3B04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68E81D81" w14:textId="77777777" w:rsidTr="00A0792E">
        <w:tc>
          <w:tcPr>
            <w:tcW w:w="2830" w:type="dxa"/>
            <w:vAlign w:val="center"/>
          </w:tcPr>
          <w:p w14:paraId="1E423033" w14:textId="77777777" w:rsidR="00F5514B" w:rsidRDefault="00F5514B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1412120088"/>
            <w:placeholder>
              <w:docPart w:val="3AA56812F815426CB76573AA50ED5A9F"/>
            </w:placeholder>
            <w:showingPlcHdr/>
          </w:sdtPr>
          <w:sdtContent>
            <w:tc>
              <w:tcPr>
                <w:tcW w:w="6520" w:type="dxa"/>
              </w:tcPr>
              <w:p w14:paraId="6C3FDC02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1A8607EE" w14:textId="77777777" w:rsidTr="00A0792E">
        <w:tc>
          <w:tcPr>
            <w:tcW w:w="2830" w:type="dxa"/>
            <w:vAlign w:val="center"/>
          </w:tcPr>
          <w:p w14:paraId="2BC0C38B" w14:textId="77777777" w:rsidR="00F5514B" w:rsidRDefault="00F5514B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D1A71A2" w14:textId="77777777" w:rsidR="00F5514B" w:rsidRDefault="00F5514B" w:rsidP="002D7D98">
            <w:r>
              <w:t xml:space="preserve">Yes </w:t>
            </w:r>
            <w:sdt>
              <w:sdtPr>
                <w:id w:val="165919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6210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52177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252381DD" w14:textId="77777777" w:rsidTr="00A0792E">
        <w:tc>
          <w:tcPr>
            <w:tcW w:w="2830" w:type="dxa"/>
            <w:vAlign w:val="center"/>
          </w:tcPr>
          <w:p w14:paraId="22EAF228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328880756"/>
            <w:placeholder>
              <w:docPart w:val="366A6DB434EB4360B7B85C74C5E08CA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A58A0F4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402800AF" w14:textId="77777777" w:rsidTr="00A0792E">
        <w:tc>
          <w:tcPr>
            <w:tcW w:w="2830" w:type="dxa"/>
            <w:vAlign w:val="center"/>
          </w:tcPr>
          <w:p w14:paraId="5E39D13A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968417279"/>
            <w:placeholder>
              <w:docPart w:val="1FBD5BA35BA94618B771ECDE3C61E8F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B1C8505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1958208B" w14:textId="77777777" w:rsidTr="00A0792E">
        <w:tc>
          <w:tcPr>
            <w:tcW w:w="2830" w:type="dxa"/>
            <w:vAlign w:val="center"/>
          </w:tcPr>
          <w:p w14:paraId="59AF1AC1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DA24E82" w14:textId="77777777" w:rsidR="00F5514B" w:rsidRDefault="00F5514B" w:rsidP="00CD745A"/>
        </w:tc>
        <w:sdt>
          <w:sdtPr>
            <w:id w:val="-1265367695"/>
            <w:placeholder>
              <w:docPart w:val="830A7E0DA1954756B51E59577179C2ED"/>
            </w:placeholder>
            <w:showingPlcHdr/>
          </w:sdtPr>
          <w:sdtContent>
            <w:tc>
              <w:tcPr>
                <w:tcW w:w="6520" w:type="dxa"/>
              </w:tcPr>
              <w:p w14:paraId="46AA9663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74AAD91" w14:textId="77777777" w:rsidTr="00A0792E">
        <w:tc>
          <w:tcPr>
            <w:tcW w:w="2830" w:type="dxa"/>
            <w:vAlign w:val="center"/>
          </w:tcPr>
          <w:p w14:paraId="64E54066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49E462F8" w14:textId="77777777" w:rsidR="00F5514B" w:rsidRDefault="00F5514B" w:rsidP="00CD745A"/>
        </w:tc>
        <w:sdt>
          <w:sdtPr>
            <w:id w:val="270294136"/>
            <w:placeholder>
              <w:docPart w:val="D3C4F6B7DB8343578BC0C0CC1C321E7C"/>
            </w:placeholder>
            <w:showingPlcHdr/>
          </w:sdtPr>
          <w:sdtContent>
            <w:tc>
              <w:tcPr>
                <w:tcW w:w="6520" w:type="dxa"/>
              </w:tcPr>
              <w:p w14:paraId="59B59CBC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377F1EB" w14:textId="77777777" w:rsidTr="00A0792E">
        <w:tc>
          <w:tcPr>
            <w:tcW w:w="2830" w:type="dxa"/>
            <w:vAlign w:val="center"/>
          </w:tcPr>
          <w:p w14:paraId="76F16246" w14:textId="77777777" w:rsidR="00F5514B" w:rsidRDefault="00F5514B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775101256"/>
            <w:placeholder>
              <w:docPart w:val="89A1DE72AA2C4012A5983FD098E1CAC8"/>
            </w:placeholder>
            <w:showingPlcHdr/>
          </w:sdtPr>
          <w:sdtContent>
            <w:tc>
              <w:tcPr>
                <w:tcW w:w="6520" w:type="dxa"/>
              </w:tcPr>
              <w:p w14:paraId="25540607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F18143E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B8880C3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EC0A21D" w14:textId="77777777" w:rsidR="00F5514B" w:rsidRDefault="00F5514B" w:rsidP="002D7D98">
            <w:r>
              <w:t xml:space="preserve">Yes </w:t>
            </w:r>
            <w:sdt>
              <w:sdtPr>
                <w:id w:val="-50736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134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75A92C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CD62F7" w14:textId="57552611" w:rsidR="00F5514B" w:rsidRDefault="00F5514B" w:rsidP="002D7D98"/>
        </w:tc>
      </w:tr>
      <w:tr w:rsidR="00F5514B" w14:paraId="1D1D717C" w14:textId="77777777" w:rsidTr="0019370D">
        <w:tc>
          <w:tcPr>
            <w:tcW w:w="9350" w:type="dxa"/>
            <w:gridSpan w:val="2"/>
          </w:tcPr>
          <w:p w14:paraId="3E1DED17" w14:textId="18CFA194" w:rsidR="00F5514B" w:rsidRDefault="00F5514B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91627272"/>
                <w:placeholder>
                  <w:docPart w:val="D3395BE0314F4197B615DBE1CE4F9D48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3BE8A6D5" w14:textId="77777777" w:rsidTr="00A0792E">
        <w:tc>
          <w:tcPr>
            <w:tcW w:w="2830" w:type="dxa"/>
            <w:vAlign w:val="center"/>
          </w:tcPr>
          <w:p w14:paraId="0D976BA1" w14:textId="77777777" w:rsidR="00F5514B" w:rsidRDefault="00F5514B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618673225"/>
            <w:placeholder>
              <w:docPart w:val="0A0DD78AF9F34277ACB327AD1BCB6EFC"/>
            </w:placeholder>
            <w:showingPlcHdr/>
          </w:sdtPr>
          <w:sdtContent>
            <w:tc>
              <w:tcPr>
                <w:tcW w:w="6520" w:type="dxa"/>
              </w:tcPr>
              <w:p w14:paraId="0508C13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A2FA376" w14:textId="77777777" w:rsidTr="00A0792E">
        <w:tc>
          <w:tcPr>
            <w:tcW w:w="2830" w:type="dxa"/>
            <w:vAlign w:val="center"/>
          </w:tcPr>
          <w:p w14:paraId="67550308" w14:textId="77777777" w:rsidR="00F5514B" w:rsidRDefault="00F5514B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36238F3" w14:textId="77777777" w:rsidR="00F5514B" w:rsidRDefault="00F5514B" w:rsidP="002D7D98">
            <w:r>
              <w:t xml:space="preserve">Yes </w:t>
            </w:r>
            <w:sdt>
              <w:sdtPr>
                <w:id w:val="17608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619492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58827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33036C0F" w14:textId="77777777" w:rsidTr="00A0792E">
        <w:tc>
          <w:tcPr>
            <w:tcW w:w="2830" w:type="dxa"/>
            <w:vAlign w:val="center"/>
          </w:tcPr>
          <w:p w14:paraId="009EAFE7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2046017848"/>
            <w:placeholder>
              <w:docPart w:val="06AD010925DB43928E03663340419E5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2CECFB6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02EE7F96" w14:textId="77777777" w:rsidTr="00A0792E">
        <w:tc>
          <w:tcPr>
            <w:tcW w:w="2830" w:type="dxa"/>
            <w:vAlign w:val="center"/>
          </w:tcPr>
          <w:p w14:paraId="255552D1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78980952"/>
            <w:placeholder>
              <w:docPart w:val="92DC3696F69C4211AB5259FA3B418F0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56EDD2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13AC2FAD" w14:textId="77777777" w:rsidTr="00A0792E">
        <w:tc>
          <w:tcPr>
            <w:tcW w:w="2830" w:type="dxa"/>
            <w:vAlign w:val="center"/>
          </w:tcPr>
          <w:p w14:paraId="12A15F5B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53D3F2F0" w14:textId="77777777" w:rsidR="00F5514B" w:rsidRDefault="00F5514B" w:rsidP="00CD745A"/>
        </w:tc>
        <w:sdt>
          <w:sdtPr>
            <w:id w:val="1706747655"/>
            <w:placeholder>
              <w:docPart w:val="F7CE7428CACF47AD868EFFB4255DFF5E"/>
            </w:placeholder>
            <w:showingPlcHdr/>
          </w:sdtPr>
          <w:sdtContent>
            <w:tc>
              <w:tcPr>
                <w:tcW w:w="6520" w:type="dxa"/>
              </w:tcPr>
              <w:p w14:paraId="051BB99B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B8C4742" w14:textId="77777777" w:rsidTr="00A0792E">
        <w:tc>
          <w:tcPr>
            <w:tcW w:w="2830" w:type="dxa"/>
            <w:vAlign w:val="center"/>
          </w:tcPr>
          <w:p w14:paraId="4FADB472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55F066E2" w14:textId="77777777" w:rsidR="00F5514B" w:rsidRDefault="00F5514B" w:rsidP="00CD745A"/>
        </w:tc>
        <w:sdt>
          <w:sdtPr>
            <w:id w:val="1878115903"/>
            <w:placeholder>
              <w:docPart w:val="C98CB507FCE24CE58B3808B5439C992C"/>
            </w:placeholder>
            <w:showingPlcHdr/>
          </w:sdtPr>
          <w:sdtContent>
            <w:tc>
              <w:tcPr>
                <w:tcW w:w="6520" w:type="dxa"/>
              </w:tcPr>
              <w:p w14:paraId="02A7D468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1D4895D7" w14:textId="77777777" w:rsidTr="00A0792E">
        <w:tc>
          <w:tcPr>
            <w:tcW w:w="2830" w:type="dxa"/>
            <w:vAlign w:val="center"/>
          </w:tcPr>
          <w:p w14:paraId="4F96B8FF" w14:textId="77777777" w:rsidR="00F5514B" w:rsidRDefault="00F5514B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853887696"/>
            <w:placeholder>
              <w:docPart w:val="06599FFA11384DC3B2B6CD20D5DFABEB"/>
            </w:placeholder>
            <w:showingPlcHdr/>
          </w:sdtPr>
          <w:sdtContent>
            <w:tc>
              <w:tcPr>
                <w:tcW w:w="6520" w:type="dxa"/>
              </w:tcPr>
              <w:p w14:paraId="6443EF8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99D44FB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4A90864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3B3890B" w14:textId="77777777" w:rsidR="00F5514B" w:rsidRDefault="00F5514B" w:rsidP="002D7D98">
            <w:r>
              <w:t xml:space="preserve">Yes </w:t>
            </w:r>
            <w:sdt>
              <w:sdtPr>
                <w:id w:val="137804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274482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54586AAD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C5728" w14:textId="46C54407" w:rsidR="00F5514B" w:rsidRDefault="00F5514B" w:rsidP="002D7D98"/>
        </w:tc>
      </w:tr>
      <w:tr w:rsidR="00F5514B" w14:paraId="59008BE5" w14:textId="77777777" w:rsidTr="0019370D">
        <w:tc>
          <w:tcPr>
            <w:tcW w:w="9350" w:type="dxa"/>
            <w:gridSpan w:val="2"/>
          </w:tcPr>
          <w:p w14:paraId="1B02E464" w14:textId="42B4C45E" w:rsidR="00F5514B" w:rsidRDefault="00F5514B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38899784"/>
                <w:placeholder>
                  <w:docPart w:val="27C9602FE3EB43AD861D4638327720A9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29249486" w14:textId="77777777" w:rsidTr="00A0792E">
        <w:tc>
          <w:tcPr>
            <w:tcW w:w="2830" w:type="dxa"/>
            <w:vAlign w:val="center"/>
          </w:tcPr>
          <w:p w14:paraId="0503B98B" w14:textId="77777777" w:rsidR="00F5514B" w:rsidRDefault="00F5514B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18685512"/>
            <w:placeholder>
              <w:docPart w:val="72B9FDBF11A7477DA5AD010AF31E2E90"/>
            </w:placeholder>
            <w:showingPlcHdr/>
          </w:sdtPr>
          <w:sdtContent>
            <w:tc>
              <w:tcPr>
                <w:tcW w:w="6520" w:type="dxa"/>
              </w:tcPr>
              <w:p w14:paraId="7AF1CBCE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6BE5831" w14:textId="77777777" w:rsidTr="00A0792E">
        <w:tc>
          <w:tcPr>
            <w:tcW w:w="2830" w:type="dxa"/>
            <w:vAlign w:val="center"/>
          </w:tcPr>
          <w:p w14:paraId="7B62A7BA" w14:textId="77777777" w:rsidR="00F5514B" w:rsidRDefault="00F5514B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2C97C9D" w14:textId="77777777" w:rsidR="00F5514B" w:rsidRDefault="00F5514B" w:rsidP="002D7D98">
            <w:r>
              <w:t xml:space="preserve">Yes </w:t>
            </w:r>
            <w:sdt>
              <w:sdtPr>
                <w:id w:val="-82204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5813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7356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7B4DE402" w14:textId="77777777" w:rsidTr="00A0792E">
        <w:tc>
          <w:tcPr>
            <w:tcW w:w="2830" w:type="dxa"/>
            <w:vAlign w:val="center"/>
          </w:tcPr>
          <w:p w14:paraId="5F4A42BD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876536391"/>
            <w:placeholder>
              <w:docPart w:val="19256CBD8DDD4DB487B6C2A54B6CA8D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EEF3EED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3AE55F70" w14:textId="77777777" w:rsidTr="00A0792E">
        <w:tc>
          <w:tcPr>
            <w:tcW w:w="2830" w:type="dxa"/>
            <w:vAlign w:val="center"/>
          </w:tcPr>
          <w:p w14:paraId="76311FBA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587196171"/>
            <w:placeholder>
              <w:docPart w:val="9A5E3B0F5C514BC9A56CE8F3CDF14C8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9B1E47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02C1B74C" w14:textId="77777777" w:rsidTr="00A0792E">
        <w:tc>
          <w:tcPr>
            <w:tcW w:w="2830" w:type="dxa"/>
            <w:vAlign w:val="center"/>
          </w:tcPr>
          <w:p w14:paraId="0C8B16C5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4EF53731" w14:textId="77777777" w:rsidR="00F5514B" w:rsidRDefault="00F5514B" w:rsidP="00CD745A"/>
        </w:tc>
        <w:sdt>
          <w:sdtPr>
            <w:id w:val="-317888103"/>
            <w:placeholder>
              <w:docPart w:val="84BF242F6AA64AC9AB42FFFAA5B95B6A"/>
            </w:placeholder>
            <w:showingPlcHdr/>
          </w:sdtPr>
          <w:sdtContent>
            <w:tc>
              <w:tcPr>
                <w:tcW w:w="6520" w:type="dxa"/>
              </w:tcPr>
              <w:p w14:paraId="30533269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4D150EC" w14:textId="77777777" w:rsidTr="00A0792E">
        <w:tc>
          <w:tcPr>
            <w:tcW w:w="2830" w:type="dxa"/>
            <w:vAlign w:val="center"/>
          </w:tcPr>
          <w:p w14:paraId="5CA18738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BCD5A6B" w14:textId="77777777" w:rsidR="00F5514B" w:rsidRDefault="00F5514B" w:rsidP="00CD745A"/>
        </w:tc>
        <w:sdt>
          <w:sdtPr>
            <w:id w:val="1487045947"/>
            <w:placeholder>
              <w:docPart w:val="BA39068663714845A315B80A6F77A643"/>
            </w:placeholder>
            <w:showingPlcHdr/>
          </w:sdtPr>
          <w:sdtContent>
            <w:tc>
              <w:tcPr>
                <w:tcW w:w="6520" w:type="dxa"/>
              </w:tcPr>
              <w:p w14:paraId="50129B01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7DE7C27" w14:textId="77777777" w:rsidTr="00A0792E">
        <w:tc>
          <w:tcPr>
            <w:tcW w:w="2830" w:type="dxa"/>
            <w:vAlign w:val="center"/>
          </w:tcPr>
          <w:p w14:paraId="1D1A6C97" w14:textId="77777777" w:rsidR="00F5514B" w:rsidRDefault="00F5514B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901593468"/>
            <w:placeholder>
              <w:docPart w:val="3784ABE8A71346B2BA68571B8D3B3808"/>
            </w:placeholder>
            <w:showingPlcHdr/>
          </w:sdtPr>
          <w:sdtContent>
            <w:tc>
              <w:tcPr>
                <w:tcW w:w="6520" w:type="dxa"/>
              </w:tcPr>
              <w:p w14:paraId="19C4A44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0201F3F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D4DA788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720CB32" w14:textId="77777777" w:rsidR="00F5514B" w:rsidRDefault="00F5514B" w:rsidP="002D7D98">
            <w:r>
              <w:t xml:space="preserve">Yes </w:t>
            </w:r>
            <w:sdt>
              <w:sdtPr>
                <w:id w:val="-131132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8300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102D9A3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5B84CE" w14:textId="10718A02" w:rsidR="00F5514B" w:rsidRDefault="00F5514B" w:rsidP="002D7D98"/>
        </w:tc>
      </w:tr>
    </w:tbl>
    <w:p w14:paraId="4B13E1C0" w14:textId="77777777" w:rsidR="008525FA" w:rsidRDefault="008525FA" w:rsidP="002D7D98"/>
    <w:p w14:paraId="16155EEC" w14:textId="542A33C0" w:rsidR="00214ECC" w:rsidRDefault="003729FB">
      <w:pPr>
        <w:pStyle w:val="Heading1"/>
      </w:pPr>
      <w:r>
        <w:lastRenderedPageBreak/>
        <w:t>Publications</w:t>
      </w:r>
      <w:r w:rsidR="00031DA2">
        <w:t xml:space="preserve"> in journals</w:t>
      </w:r>
    </w:p>
    <w:p w14:paraId="575ECC61" w14:textId="77777777" w:rsidR="00031DA2" w:rsidRPr="00031DA2" w:rsidRDefault="00031DA2" w:rsidP="00031DA2">
      <w:r w:rsidRPr="00031DA2">
        <w:t>(and collected if original versus other)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031DA2" w14:paraId="00A42697" w14:textId="77777777" w:rsidTr="008D06F5">
        <w:tc>
          <w:tcPr>
            <w:tcW w:w="9350" w:type="dxa"/>
            <w:gridSpan w:val="2"/>
          </w:tcPr>
          <w:p w14:paraId="0B16B180" w14:textId="43D2048C" w:rsidR="00031DA2" w:rsidRDefault="00031DA2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559005899"/>
                <w:placeholder>
                  <w:docPart w:val="C592818E23544CC0979C67945977F99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31DA2" w14:paraId="1CC06B47" w14:textId="77777777" w:rsidTr="008D06F5">
        <w:tc>
          <w:tcPr>
            <w:tcW w:w="2723" w:type="dxa"/>
            <w:vAlign w:val="center"/>
          </w:tcPr>
          <w:p w14:paraId="34690CFA" w14:textId="77777777" w:rsidR="00031DA2" w:rsidRDefault="00031DA2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84801897"/>
            <w:placeholder>
              <w:docPart w:val="B44889AE70AD434AA79CB2C25D82D4BA"/>
            </w:placeholder>
            <w:showingPlcHdr/>
          </w:sdtPr>
          <w:sdtContent>
            <w:tc>
              <w:tcPr>
                <w:tcW w:w="6627" w:type="dxa"/>
              </w:tcPr>
              <w:p w14:paraId="3D23AD69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6BF38F8A" w14:textId="77777777" w:rsidTr="008D06F5">
        <w:tc>
          <w:tcPr>
            <w:tcW w:w="2723" w:type="dxa"/>
            <w:vAlign w:val="center"/>
          </w:tcPr>
          <w:p w14:paraId="1CE04196" w14:textId="77777777" w:rsidR="00031DA2" w:rsidRDefault="00031DA2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303040303"/>
            <w:placeholder>
              <w:docPart w:val="5CBE17A9874747C1AC4D9286D999051F"/>
            </w:placeholder>
            <w:showingPlcHdr/>
          </w:sdtPr>
          <w:sdtContent>
            <w:tc>
              <w:tcPr>
                <w:tcW w:w="6627" w:type="dxa"/>
              </w:tcPr>
              <w:p w14:paraId="6240D335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5F300611" w14:textId="77777777" w:rsidTr="008D06F5">
        <w:tc>
          <w:tcPr>
            <w:tcW w:w="2723" w:type="dxa"/>
            <w:vAlign w:val="center"/>
          </w:tcPr>
          <w:p w14:paraId="79D68190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353568D3" w14:textId="77777777" w:rsidR="00031DA2" w:rsidRDefault="00031DA2" w:rsidP="008D06F5"/>
        </w:tc>
        <w:sdt>
          <w:sdtPr>
            <w:id w:val="1403103088"/>
            <w:placeholder>
              <w:docPart w:val="0E127B746693496192A4092148813476"/>
            </w:placeholder>
            <w:showingPlcHdr/>
          </w:sdtPr>
          <w:sdtContent>
            <w:tc>
              <w:tcPr>
                <w:tcW w:w="6627" w:type="dxa"/>
              </w:tcPr>
              <w:p w14:paraId="5D0335B3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4335826E" w14:textId="77777777" w:rsidTr="008D06F5">
        <w:tc>
          <w:tcPr>
            <w:tcW w:w="2723" w:type="dxa"/>
            <w:vAlign w:val="center"/>
          </w:tcPr>
          <w:p w14:paraId="5065A58C" w14:textId="77777777" w:rsidR="00031DA2" w:rsidRDefault="00031DA2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963811919"/>
            <w:placeholder>
              <w:docPart w:val="ED602206C4D74D3A80D8AA3144CB05C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68CD0DC" w14:textId="77777777" w:rsidR="00031DA2" w:rsidRDefault="00031DA2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31DA2" w14:paraId="304A14E4" w14:textId="77777777" w:rsidTr="008D06F5">
        <w:tc>
          <w:tcPr>
            <w:tcW w:w="2723" w:type="dxa"/>
            <w:vAlign w:val="center"/>
          </w:tcPr>
          <w:p w14:paraId="76D98F1F" w14:textId="77777777" w:rsidR="00031DA2" w:rsidRDefault="00031DA2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13549E50" w14:textId="77777777" w:rsidR="00031DA2" w:rsidRDefault="00031DA2" w:rsidP="008D06F5">
            <w:r>
              <w:t xml:space="preserve">Complete  </w:t>
            </w:r>
            <w:sdt>
              <w:sdtPr>
                <w:id w:val="-180569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8343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6C6A97D5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51040A7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B8D07A1" w14:textId="77777777" w:rsidR="00031DA2" w:rsidRDefault="00031DA2" w:rsidP="008D06F5">
            <w:r>
              <w:t xml:space="preserve">Yes </w:t>
            </w:r>
            <w:sdt>
              <w:sdtPr>
                <w:id w:val="-168250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90211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0BD88BFB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4FB965" w14:textId="77777777" w:rsidR="00031DA2" w:rsidRPr="00F4085D" w:rsidRDefault="00031DA2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82AA4" w14:textId="33DAD95C" w:rsidR="00031DA2" w:rsidRDefault="00031DA2" w:rsidP="008D06F5"/>
        </w:tc>
      </w:tr>
      <w:tr w:rsidR="00031DA2" w14:paraId="5433A09A" w14:textId="77777777" w:rsidTr="008D06F5">
        <w:tc>
          <w:tcPr>
            <w:tcW w:w="9350" w:type="dxa"/>
            <w:gridSpan w:val="2"/>
          </w:tcPr>
          <w:p w14:paraId="0D7ECAB8" w14:textId="62489897" w:rsidR="00031DA2" w:rsidRDefault="00031DA2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027134243"/>
                <w:placeholder>
                  <w:docPart w:val="764A5A2C1EAF49D7AC3DDF63BC5AD700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31DA2" w14:paraId="16915052" w14:textId="77777777" w:rsidTr="008D06F5">
        <w:tc>
          <w:tcPr>
            <w:tcW w:w="2723" w:type="dxa"/>
            <w:vAlign w:val="center"/>
          </w:tcPr>
          <w:p w14:paraId="5BA510C8" w14:textId="77777777" w:rsidR="00031DA2" w:rsidRDefault="00031DA2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1191177312"/>
            <w:placeholder>
              <w:docPart w:val="5B81387B9A30402A84817179D8E8A3DF"/>
            </w:placeholder>
            <w:showingPlcHdr/>
          </w:sdtPr>
          <w:sdtContent>
            <w:tc>
              <w:tcPr>
                <w:tcW w:w="6627" w:type="dxa"/>
              </w:tcPr>
              <w:p w14:paraId="6681A484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22E1C859" w14:textId="77777777" w:rsidTr="008D06F5">
        <w:tc>
          <w:tcPr>
            <w:tcW w:w="2723" w:type="dxa"/>
            <w:vAlign w:val="center"/>
          </w:tcPr>
          <w:p w14:paraId="5FC310A3" w14:textId="77777777" w:rsidR="00031DA2" w:rsidRDefault="00031DA2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088562014"/>
            <w:placeholder>
              <w:docPart w:val="56F2E1A4330847E8B96E185C1FAE9724"/>
            </w:placeholder>
            <w:showingPlcHdr/>
          </w:sdtPr>
          <w:sdtContent>
            <w:tc>
              <w:tcPr>
                <w:tcW w:w="6627" w:type="dxa"/>
              </w:tcPr>
              <w:p w14:paraId="5962158E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37A05AD6" w14:textId="77777777" w:rsidTr="008D06F5">
        <w:tc>
          <w:tcPr>
            <w:tcW w:w="2723" w:type="dxa"/>
            <w:vAlign w:val="center"/>
          </w:tcPr>
          <w:p w14:paraId="4ACFB70D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1DAE5AD2" w14:textId="77777777" w:rsidR="00031DA2" w:rsidRDefault="00031DA2" w:rsidP="008D06F5"/>
        </w:tc>
        <w:sdt>
          <w:sdtPr>
            <w:id w:val="-1463266661"/>
            <w:placeholder>
              <w:docPart w:val="82B6E2340BF441B89FBB3782736B2E20"/>
            </w:placeholder>
            <w:showingPlcHdr/>
          </w:sdtPr>
          <w:sdtContent>
            <w:tc>
              <w:tcPr>
                <w:tcW w:w="6627" w:type="dxa"/>
              </w:tcPr>
              <w:p w14:paraId="44DEEFBF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36CB2046" w14:textId="77777777" w:rsidTr="008D06F5">
        <w:tc>
          <w:tcPr>
            <w:tcW w:w="2723" w:type="dxa"/>
            <w:vAlign w:val="center"/>
          </w:tcPr>
          <w:p w14:paraId="1DC9A587" w14:textId="77777777" w:rsidR="00031DA2" w:rsidRDefault="00031DA2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63172563"/>
            <w:placeholder>
              <w:docPart w:val="C2BE64C42DF840F4BD14ECFF712E063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BDFE117" w14:textId="77777777" w:rsidR="00031DA2" w:rsidRDefault="00031DA2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31DA2" w14:paraId="6B59F807" w14:textId="77777777" w:rsidTr="008D06F5">
        <w:tc>
          <w:tcPr>
            <w:tcW w:w="2723" w:type="dxa"/>
            <w:vAlign w:val="center"/>
          </w:tcPr>
          <w:p w14:paraId="29A1ED01" w14:textId="77777777" w:rsidR="00031DA2" w:rsidRDefault="00031DA2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40E1575" w14:textId="77777777" w:rsidR="00031DA2" w:rsidRDefault="00031DA2" w:rsidP="008D06F5">
            <w:r>
              <w:t xml:space="preserve">Complete  </w:t>
            </w:r>
            <w:sdt>
              <w:sdtPr>
                <w:id w:val="150308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4734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31139DA6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58D0C2A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F18AF8E" w14:textId="77777777" w:rsidR="00031DA2" w:rsidRDefault="00031DA2" w:rsidP="008D06F5">
            <w:r>
              <w:t xml:space="preserve">Yes </w:t>
            </w:r>
            <w:sdt>
              <w:sdtPr>
                <w:id w:val="-142603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53330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17BCAC17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93B295" w14:textId="77777777" w:rsidR="00031DA2" w:rsidRPr="00F4085D" w:rsidRDefault="00031DA2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6F0B2" w14:textId="4D76D14F" w:rsidR="00031DA2" w:rsidRDefault="00031DA2" w:rsidP="008D06F5"/>
        </w:tc>
      </w:tr>
      <w:tr w:rsidR="00F5514B" w14:paraId="3EE25651" w14:textId="77777777" w:rsidTr="008D06F5">
        <w:tc>
          <w:tcPr>
            <w:tcW w:w="9350" w:type="dxa"/>
            <w:gridSpan w:val="2"/>
          </w:tcPr>
          <w:p w14:paraId="7111471F" w14:textId="17CE4520" w:rsidR="00F5514B" w:rsidRDefault="00F5514B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213421697"/>
                <w:placeholder>
                  <w:docPart w:val="BAE7225B7F2B487282093F171B48B1F5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1C0EE2F1" w14:textId="77777777" w:rsidTr="008D06F5">
        <w:tc>
          <w:tcPr>
            <w:tcW w:w="2723" w:type="dxa"/>
            <w:vAlign w:val="center"/>
          </w:tcPr>
          <w:p w14:paraId="0C162431" w14:textId="77777777" w:rsidR="00F5514B" w:rsidRDefault="00F5514B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242070458"/>
            <w:placeholder>
              <w:docPart w:val="36B31FEB200449869979802D373E1A7C"/>
            </w:placeholder>
            <w:showingPlcHdr/>
          </w:sdtPr>
          <w:sdtContent>
            <w:tc>
              <w:tcPr>
                <w:tcW w:w="6627" w:type="dxa"/>
              </w:tcPr>
              <w:p w14:paraId="48771935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2A643C7" w14:textId="77777777" w:rsidTr="008D06F5">
        <w:tc>
          <w:tcPr>
            <w:tcW w:w="2723" w:type="dxa"/>
            <w:vAlign w:val="center"/>
          </w:tcPr>
          <w:p w14:paraId="0225057B" w14:textId="77777777" w:rsidR="00F5514B" w:rsidRDefault="00F5514B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407194558"/>
            <w:placeholder>
              <w:docPart w:val="ADFD4B20DCCB4C46B23EDC6D1A0C1118"/>
            </w:placeholder>
            <w:showingPlcHdr/>
          </w:sdtPr>
          <w:sdtContent>
            <w:tc>
              <w:tcPr>
                <w:tcW w:w="6627" w:type="dxa"/>
              </w:tcPr>
              <w:p w14:paraId="614FEF90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B27D0DA" w14:textId="77777777" w:rsidTr="008D06F5">
        <w:tc>
          <w:tcPr>
            <w:tcW w:w="2723" w:type="dxa"/>
            <w:vAlign w:val="center"/>
          </w:tcPr>
          <w:p w14:paraId="4F82F951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EA371F6" w14:textId="77777777" w:rsidR="00F5514B" w:rsidRDefault="00F5514B" w:rsidP="008D06F5"/>
        </w:tc>
        <w:sdt>
          <w:sdtPr>
            <w:id w:val="1790468345"/>
            <w:placeholder>
              <w:docPart w:val="85AC70ACA95F4F0DA522821852884208"/>
            </w:placeholder>
            <w:showingPlcHdr/>
          </w:sdtPr>
          <w:sdtContent>
            <w:tc>
              <w:tcPr>
                <w:tcW w:w="6627" w:type="dxa"/>
              </w:tcPr>
              <w:p w14:paraId="0F57ECE5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5CE42BE" w14:textId="77777777" w:rsidTr="008D06F5">
        <w:tc>
          <w:tcPr>
            <w:tcW w:w="2723" w:type="dxa"/>
            <w:vAlign w:val="center"/>
          </w:tcPr>
          <w:p w14:paraId="018415DD" w14:textId="77777777" w:rsidR="00F5514B" w:rsidRDefault="00F5514B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828740992"/>
            <w:placeholder>
              <w:docPart w:val="1573A0081C924721A72CA91C7192C9D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3476A85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5DAE33A7" w14:textId="77777777" w:rsidTr="008D06F5">
        <w:tc>
          <w:tcPr>
            <w:tcW w:w="2723" w:type="dxa"/>
            <w:vAlign w:val="center"/>
          </w:tcPr>
          <w:p w14:paraId="74E32A78" w14:textId="77777777" w:rsidR="00F5514B" w:rsidRDefault="00F5514B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9E12751" w14:textId="77777777" w:rsidR="00F5514B" w:rsidRDefault="00F5514B" w:rsidP="008D06F5">
            <w:r>
              <w:t xml:space="preserve">Complete  </w:t>
            </w:r>
            <w:sdt>
              <w:sdtPr>
                <w:id w:val="-115383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7973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F64C3D4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F0076B7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FD73DA5" w14:textId="77777777" w:rsidR="00F5514B" w:rsidRDefault="00F5514B" w:rsidP="008D06F5">
            <w:r>
              <w:t xml:space="preserve">Yes </w:t>
            </w:r>
            <w:sdt>
              <w:sdtPr>
                <w:id w:val="-55161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5099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57E9E92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B94A2C" w14:textId="77777777" w:rsidR="00F5514B" w:rsidRPr="00F4085D" w:rsidRDefault="00F5514B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F4FA2" w14:textId="7B200E37" w:rsidR="00F5514B" w:rsidRDefault="00F5514B" w:rsidP="008D06F5"/>
        </w:tc>
      </w:tr>
      <w:tr w:rsidR="00F5514B" w14:paraId="2E66C156" w14:textId="77777777" w:rsidTr="008D06F5">
        <w:tc>
          <w:tcPr>
            <w:tcW w:w="9350" w:type="dxa"/>
            <w:gridSpan w:val="2"/>
          </w:tcPr>
          <w:p w14:paraId="53CB0409" w14:textId="3B0B64F9" w:rsidR="00F5514B" w:rsidRDefault="00F5514B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300355526"/>
                <w:placeholder>
                  <w:docPart w:val="C882AAA2938C4E7AA2F4DDB4892862B4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7F26061D" w14:textId="77777777" w:rsidTr="008D06F5">
        <w:tc>
          <w:tcPr>
            <w:tcW w:w="2723" w:type="dxa"/>
            <w:vAlign w:val="center"/>
          </w:tcPr>
          <w:p w14:paraId="3713C195" w14:textId="77777777" w:rsidR="00F5514B" w:rsidRDefault="00F5514B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1721936086"/>
            <w:placeholder>
              <w:docPart w:val="C5C9A3A72CA54758B7A410DF9C010C8F"/>
            </w:placeholder>
            <w:showingPlcHdr/>
          </w:sdtPr>
          <w:sdtContent>
            <w:tc>
              <w:tcPr>
                <w:tcW w:w="6627" w:type="dxa"/>
              </w:tcPr>
              <w:p w14:paraId="0BF63398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038DAFFD" w14:textId="77777777" w:rsidTr="008D06F5">
        <w:tc>
          <w:tcPr>
            <w:tcW w:w="2723" w:type="dxa"/>
            <w:vAlign w:val="center"/>
          </w:tcPr>
          <w:p w14:paraId="70C573B4" w14:textId="77777777" w:rsidR="00F5514B" w:rsidRDefault="00F5514B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940139093"/>
            <w:placeholder>
              <w:docPart w:val="CE7B4B6F560649A9BC2CAD071A61C881"/>
            </w:placeholder>
            <w:showingPlcHdr/>
          </w:sdtPr>
          <w:sdtContent>
            <w:tc>
              <w:tcPr>
                <w:tcW w:w="6627" w:type="dxa"/>
              </w:tcPr>
              <w:p w14:paraId="61F4B341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93B13B0" w14:textId="77777777" w:rsidTr="008D06F5">
        <w:tc>
          <w:tcPr>
            <w:tcW w:w="2723" w:type="dxa"/>
            <w:vAlign w:val="center"/>
          </w:tcPr>
          <w:p w14:paraId="6DA53B8C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76EA645D" w14:textId="77777777" w:rsidR="00F5514B" w:rsidRDefault="00F5514B" w:rsidP="008D06F5"/>
        </w:tc>
        <w:sdt>
          <w:sdtPr>
            <w:id w:val="-1576504134"/>
            <w:placeholder>
              <w:docPart w:val="FF095C8D83C54813BDFC738A362E8E56"/>
            </w:placeholder>
            <w:showingPlcHdr/>
          </w:sdtPr>
          <w:sdtContent>
            <w:tc>
              <w:tcPr>
                <w:tcW w:w="6627" w:type="dxa"/>
              </w:tcPr>
              <w:p w14:paraId="1919436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CBAF03E" w14:textId="77777777" w:rsidTr="008D06F5">
        <w:tc>
          <w:tcPr>
            <w:tcW w:w="2723" w:type="dxa"/>
            <w:vAlign w:val="center"/>
          </w:tcPr>
          <w:p w14:paraId="6A6F4843" w14:textId="77777777" w:rsidR="00F5514B" w:rsidRDefault="00F5514B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569297914"/>
            <w:placeholder>
              <w:docPart w:val="12BF11BE593A4ED9943FCF0F7BB91EF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A341FF6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6856DBAA" w14:textId="77777777" w:rsidTr="008D06F5">
        <w:tc>
          <w:tcPr>
            <w:tcW w:w="2723" w:type="dxa"/>
            <w:vAlign w:val="center"/>
          </w:tcPr>
          <w:p w14:paraId="3A9F4620" w14:textId="77777777" w:rsidR="00F5514B" w:rsidRDefault="00F5514B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0B521E08" w14:textId="77777777" w:rsidR="00F5514B" w:rsidRDefault="00F5514B" w:rsidP="008D06F5">
            <w:r>
              <w:t xml:space="preserve">Complete  </w:t>
            </w:r>
            <w:sdt>
              <w:sdtPr>
                <w:id w:val="-40059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01725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5D21B2E1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73602E4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E19C184" w14:textId="77777777" w:rsidR="00F5514B" w:rsidRDefault="00F5514B" w:rsidP="008D06F5">
            <w:r>
              <w:t xml:space="preserve">Yes </w:t>
            </w:r>
            <w:sdt>
              <w:sdtPr>
                <w:id w:val="106244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4653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3DCFBD7A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D837FA" w14:textId="77777777" w:rsidR="00F5514B" w:rsidRPr="00F4085D" w:rsidRDefault="00F5514B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874A5" w14:textId="50071708" w:rsidR="00F5514B" w:rsidRDefault="00F5514B" w:rsidP="008D06F5"/>
        </w:tc>
      </w:tr>
      <w:tr w:rsidR="00F5514B" w14:paraId="23595928" w14:textId="77777777" w:rsidTr="008D06F5">
        <w:tc>
          <w:tcPr>
            <w:tcW w:w="9350" w:type="dxa"/>
            <w:gridSpan w:val="2"/>
          </w:tcPr>
          <w:p w14:paraId="098DE365" w14:textId="16EB600C" w:rsidR="00F5514B" w:rsidRDefault="00F5514B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951268363"/>
                <w:placeholder>
                  <w:docPart w:val="5404C2090CFE4436A8ACE6D6A484F79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795875E1" w14:textId="77777777" w:rsidTr="008D06F5">
        <w:tc>
          <w:tcPr>
            <w:tcW w:w="2723" w:type="dxa"/>
            <w:vAlign w:val="center"/>
          </w:tcPr>
          <w:p w14:paraId="35BE279A" w14:textId="77777777" w:rsidR="00F5514B" w:rsidRDefault="00F5514B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1592740288"/>
            <w:placeholder>
              <w:docPart w:val="09B88853529F4AEB8F772126FD262478"/>
            </w:placeholder>
            <w:showingPlcHdr/>
          </w:sdtPr>
          <w:sdtContent>
            <w:tc>
              <w:tcPr>
                <w:tcW w:w="6627" w:type="dxa"/>
              </w:tcPr>
              <w:p w14:paraId="5B02112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6907A07" w14:textId="77777777" w:rsidTr="008D06F5">
        <w:tc>
          <w:tcPr>
            <w:tcW w:w="2723" w:type="dxa"/>
            <w:vAlign w:val="center"/>
          </w:tcPr>
          <w:p w14:paraId="51AF36D8" w14:textId="77777777" w:rsidR="00F5514B" w:rsidRDefault="00F5514B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310479849"/>
            <w:placeholder>
              <w:docPart w:val="EB41F462693E4672BAF655C507D718FA"/>
            </w:placeholder>
            <w:showingPlcHdr/>
          </w:sdtPr>
          <w:sdtContent>
            <w:tc>
              <w:tcPr>
                <w:tcW w:w="6627" w:type="dxa"/>
              </w:tcPr>
              <w:p w14:paraId="49D7CAEB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5D01040" w14:textId="77777777" w:rsidTr="008D06F5">
        <w:tc>
          <w:tcPr>
            <w:tcW w:w="2723" w:type="dxa"/>
            <w:vAlign w:val="center"/>
          </w:tcPr>
          <w:p w14:paraId="1FA64486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489F8466" w14:textId="77777777" w:rsidR="00F5514B" w:rsidRDefault="00F5514B" w:rsidP="008D06F5"/>
        </w:tc>
        <w:sdt>
          <w:sdtPr>
            <w:id w:val="-1541511397"/>
            <w:placeholder>
              <w:docPart w:val="33311338FC2848008845501B4E01364F"/>
            </w:placeholder>
            <w:showingPlcHdr/>
          </w:sdtPr>
          <w:sdtContent>
            <w:tc>
              <w:tcPr>
                <w:tcW w:w="6627" w:type="dxa"/>
              </w:tcPr>
              <w:p w14:paraId="2AA70DFB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F5005D1" w14:textId="77777777" w:rsidTr="008D06F5">
        <w:tc>
          <w:tcPr>
            <w:tcW w:w="2723" w:type="dxa"/>
            <w:vAlign w:val="center"/>
          </w:tcPr>
          <w:p w14:paraId="7A0C5EAF" w14:textId="77777777" w:rsidR="00F5514B" w:rsidRDefault="00F5514B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618925188"/>
            <w:placeholder>
              <w:docPart w:val="34861F583C4D41C9B1FC1C824985CF8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7994DF2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2838A78C" w14:textId="77777777" w:rsidTr="008D06F5">
        <w:tc>
          <w:tcPr>
            <w:tcW w:w="2723" w:type="dxa"/>
            <w:vAlign w:val="center"/>
          </w:tcPr>
          <w:p w14:paraId="1BFC1904" w14:textId="77777777" w:rsidR="00F5514B" w:rsidRDefault="00F5514B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31586C1F" w14:textId="77777777" w:rsidR="00F5514B" w:rsidRDefault="00F5514B" w:rsidP="008D06F5">
            <w:r>
              <w:t xml:space="preserve">Complete  </w:t>
            </w:r>
            <w:sdt>
              <w:sdtPr>
                <w:id w:val="114084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5897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3156E31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08067E0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91DB0D2" w14:textId="77777777" w:rsidR="00F5514B" w:rsidRDefault="00F5514B" w:rsidP="008D06F5">
            <w:r>
              <w:t xml:space="preserve">Yes </w:t>
            </w:r>
            <w:sdt>
              <w:sdtPr>
                <w:id w:val="145359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401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1003065E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0F1B0" w14:textId="77777777" w:rsidR="00F5514B" w:rsidRPr="00F4085D" w:rsidRDefault="00F5514B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4ED5E" w14:textId="48857B25" w:rsidR="00F5514B" w:rsidRDefault="00F5514B" w:rsidP="008D06F5"/>
        </w:tc>
      </w:tr>
    </w:tbl>
    <w:p w14:paraId="6FB0EB84" w14:textId="77777777" w:rsidR="00031DA2" w:rsidRPr="00031DA2" w:rsidRDefault="00031DA2" w:rsidP="00031DA2"/>
    <w:p w14:paraId="03A03B2A" w14:textId="53A439C9" w:rsidR="00031DA2" w:rsidRPr="00031DA2" w:rsidRDefault="00031DA2" w:rsidP="00031DA2">
      <w:pPr>
        <w:pStyle w:val="Heading1"/>
      </w:pPr>
      <w:r w:rsidRPr="00031DA2">
        <w:t>Publications related to abstract</w:t>
      </w:r>
      <w:r>
        <w:t>s</w:t>
      </w:r>
    </w:p>
    <w:p w14:paraId="0987AE42" w14:textId="2E631CC9" w:rsidR="00C7253B" w:rsidRDefault="00031DA2" w:rsidP="00C7253B">
      <w:r>
        <w:t>(Conference/Other)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76501E69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2AB92CF4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360A243C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6FC36517" w:rsidR="00CD745A" w:rsidRDefault="00CD745A" w:rsidP="00CD745A"/>
        </w:tc>
      </w:tr>
      <w:tr w:rsidR="00F5514B" w14:paraId="42193343" w14:textId="77777777" w:rsidTr="00695860">
        <w:tc>
          <w:tcPr>
            <w:tcW w:w="9350" w:type="dxa"/>
            <w:gridSpan w:val="2"/>
          </w:tcPr>
          <w:p w14:paraId="0BFB4881" w14:textId="57337F08" w:rsidR="00F5514B" w:rsidRDefault="00F5514B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11327864"/>
                <w:placeholder>
                  <w:docPart w:val="70A70F9E10444EE38A6AADFBD02E40D0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3AC45D35" w14:textId="77777777" w:rsidTr="00CD745A">
        <w:tc>
          <w:tcPr>
            <w:tcW w:w="2723" w:type="dxa"/>
            <w:vAlign w:val="center"/>
          </w:tcPr>
          <w:p w14:paraId="5BD0663B" w14:textId="77777777" w:rsidR="00F5514B" w:rsidRDefault="00F5514B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18146099"/>
            <w:placeholder>
              <w:docPart w:val="D8E908F28D884FB9B74BE4150A059600"/>
            </w:placeholder>
            <w:showingPlcHdr/>
          </w:sdtPr>
          <w:sdtContent>
            <w:tc>
              <w:tcPr>
                <w:tcW w:w="6627" w:type="dxa"/>
              </w:tcPr>
              <w:p w14:paraId="64EEDDEB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8EBB6C4" w14:textId="77777777" w:rsidTr="00CD745A">
        <w:tc>
          <w:tcPr>
            <w:tcW w:w="2723" w:type="dxa"/>
            <w:vAlign w:val="center"/>
          </w:tcPr>
          <w:p w14:paraId="1A38961E" w14:textId="77777777" w:rsidR="00F5514B" w:rsidRDefault="00F5514B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002542548"/>
            <w:placeholder>
              <w:docPart w:val="768A0AFD444445179E1B3492C1FE7C3E"/>
            </w:placeholder>
            <w:showingPlcHdr/>
          </w:sdtPr>
          <w:sdtContent>
            <w:tc>
              <w:tcPr>
                <w:tcW w:w="6627" w:type="dxa"/>
              </w:tcPr>
              <w:p w14:paraId="07E3CAE7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F5542C3" w14:textId="77777777" w:rsidTr="00CD745A">
        <w:tc>
          <w:tcPr>
            <w:tcW w:w="2723" w:type="dxa"/>
            <w:vAlign w:val="center"/>
          </w:tcPr>
          <w:p w14:paraId="15CF558C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4E119541" w14:textId="77777777" w:rsidR="00F5514B" w:rsidRDefault="00F5514B" w:rsidP="00CD745A"/>
        </w:tc>
        <w:sdt>
          <w:sdtPr>
            <w:id w:val="-1684428760"/>
            <w:placeholder>
              <w:docPart w:val="807CCEC5199647EDB263F2995252C3A4"/>
            </w:placeholder>
            <w:showingPlcHdr/>
          </w:sdtPr>
          <w:sdtContent>
            <w:tc>
              <w:tcPr>
                <w:tcW w:w="6627" w:type="dxa"/>
              </w:tcPr>
              <w:p w14:paraId="1397BDB3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2E3753C" w14:textId="77777777" w:rsidTr="00CD745A">
        <w:tc>
          <w:tcPr>
            <w:tcW w:w="2723" w:type="dxa"/>
            <w:vAlign w:val="center"/>
          </w:tcPr>
          <w:p w14:paraId="44EEF84C" w14:textId="77777777" w:rsidR="00F5514B" w:rsidRDefault="00F5514B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489135937"/>
            <w:placeholder>
              <w:docPart w:val="389924B8903C4DF884BBEBB7DDB9A67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EB86410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1B97638B" w14:textId="77777777" w:rsidTr="00CD745A">
        <w:tc>
          <w:tcPr>
            <w:tcW w:w="2723" w:type="dxa"/>
            <w:vAlign w:val="center"/>
          </w:tcPr>
          <w:p w14:paraId="0B1533DA" w14:textId="77777777" w:rsidR="00F5514B" w:rsidRDefault="00F5514B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772D663" w14:textId="77777777" w:rsidR="00F5514B" w:rsidRDefault="00F5514B" w:rsidP="00CD745A">
            <w:r>
              <w:t xml:space="preserve">Complete  </w:t>
            </w:r>
            <w:sdt>
              <w:sdtPr>
                <w:id w:val="88406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52251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12DE64D9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9D27B3A" w14:textId="77777777" w:rsidR="00F5514B" w:rsidRPr="00F4085D" w:rsidRDefault="00F5514B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ACE2E99" w14:textId="77777777" w:rsidR="00F5514B" w:rsidRDefault="00F5514B" w:rsidP="00CD745A">
            <w:r>
              <w:t xml:space="preserve">Yes </w:t>
            </w:r>
            <w:sdt>
              <w:sdtPr>
                <w:id w:val="-140345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51546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F1725" w14:paraId="0EAD1130" w14:textId="77777777" w:rsidTr="000B319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F242E5" w14:textId="77777777" w:rsidR="001F1725" w:rsidRPr="00F4085D" w:rsidRDefault="001F1725" w:rsidP="000B319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FD3A28" w14:textId="77777777" w:rsidR="001F1725" w:rsidRDefault="001F1725" w:rsidP="000B319E"/>
        </w:tc>
      </w:tr>
      <w:tr w:rsidR="001F1725" w14:paraId="5EFED7B2" w14:textId="77777777" w:rsidTr="000B319E">
        <w:tc>
          <w:tcPr>
            <w:tcW w:w="9350" w:type="dxa"/>
            <w:gridSpan w:val="2"/>
          </w:tcPr>
          <w:p w14:paraId="20790D45" w14:textId="77777777" w:rsidR="001F1725" w:rsidRDefault="001F1725" w:rsidP="000B319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21251657"/>
                <w:placeholder>
                  <w:docPart w:val="027F51E339A64B4C8766B56419ADEF9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F1725" w14:paraId="60ACEC02" w14:textId="77777777" w:rsidTr="000B319E">
        <w:tc>
          <w:tcPr>
            <w:tcW w:w="2723" w:type="dxa"/>
            <w:vAlign w:val="center"/>
          </w:tcPr>
          <w:p w14:paraId="71A5BA60" w14:textId="77777777" w:rsidR="001F1725" w:rsidRDefault="001F1725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50166744"/>
            <w:placeholder>
              <w:docPart w:val="7A072DC3B4274487A9A452B62116F022"/>
            </w:placeholder>
            <w:showingPlcHdr/>
          </w:sdtPr>
          <w:sdtContent>
            <w:tc>
              <w:tcPr>
                <w:tcW w:w="6627" w:type="dxa"/>
              </w:tcPr>
              <w:p w14:paraId="7DEBF898" w14:textId="77777777" w:rsidR="001F1725" w:rsidRDefault="001F172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F1725" w14:paraId="167904AB" w14:textId="77777777" w:rsidTr="000B319E">
        <w:tc>
          <w:tcPr>
            <w:tcW w:w="2723" w:type="dxa"/>
            <w:vAlign w:val="center"/>
          </w:tcPr>
          <w:p w14:paraId="64E6EE41" w14:textId="77777777" w:rsidR="001F1725" w:rsidRDefault="001F1725" w:rsidP="000B319E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600871853"/>
            <w:placeholder>
              <w:docPart w:val="6F491F270C5B4FD4A1AA8D5769C0B8F8"/>
            </w:placeholder>
            <w:showingPlcHdr/>
          </w:sdtPr>
          <w:sdtContent>
            <w:tc>
              <w:tcPr>
                <w:tcW w:w="6627" w:type="dxa"/>
              </w:tcPr>
              <w:p w14:paraId="0A4F122D" w14:textId="77777777" w:rsidR="001F1725" w:rsidRDefault="001F172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F1725" w14:paraId="606F1080" w14:textId="77777777" w:rsidTr="000B319E">
        <w:tc>
          <w:tcPr>
            <w:tcW w:w="2723" w:type="dxa"/>
            <w:vAlign w:val="center"/>
          </w:tcPr>
          <w:p w14:paraId="3BB4D010" w14:textId="77777777" w:rsidR="001F1725" w:rsidRPr="00F4085D" w:rsidRDefault="001F172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DOI link where applicable</w:t>
            </w:r>
          </w:p>
          <w:p w14:paraId="229EDBA4" w14:textId="77777777" w:rsidR="001F1725" w:rsidRDefault="001F1725" w:rsidP="000B319E"/>
        </w:tc>
        <w:sdt>
          <w:sdtPr>
            <w:id w:val="-1185824443"/>
            <w:placeholder>
              <w:docPart w:val="04B592581FCE4124BABF4EA0E026B0C4"/>
            </w:placeholder>
            <w:showingPlcHdr/>
          </w:sdtPr>
          <w:sdtContent>
            <w:tc>
              <w:tcPr>
                <w:tcW w:w="6627" w:type="dxa"/>
              </w:tcPr>
              <w:p w14:paraId="435CF6A6" w14:textId="77777777" w:rsidR="001F1725" w:rsidRDefault="001F172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F1725" w14:paraId="554CA7A4" w14:textId="77777777" w:rsidTr="000B319E">
        <w:tc>
          <w:tcPr>
            <w:tcW w:w="2723" w:type="dxa"/>
            <w:vAlign w:val="center"/>
          </w:tcPr>
          <w:p w14:paraId="1FD8E24F" w14:textId="77777777" w:rsidR="001F1725" w:rsidRDefault="001F1725" w:rsidP="000B319E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730079691"/>
            <w:placeholder>
              <w:docPart w:val="899C3FF62E1F416EBBBA783D73C86BB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E6EA213" w14:textId="77777777" w:rsidR="001F1725" w:rsidRDefault="001F1725" w:rsidP="000B319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F1725" w14:paraId="573EE41A" w14:textId="77777777" w:rsidTr="000B319E">
        <w:tc>
          <w:tcPr>
            <w:tcW w:w="2723" w:type="dxa"/>
            <w:vAlign w:val="center"/>
          </w:tcPr>
          <w:p w14:paraId="78C81844" w14:textId="77777777" w:rsidR="001F1725" w:rsidRDefault="001F1725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F57D2CE" w14:textId="77777777" w:rsidR="001F1725" w:rsidRDefault="001F1725" w:rsidP="000B319E">
            <w:r>
              <w:t xml:space="preserve">Complete  </w:t>
            </w:r>
            <w:sdt>
              <w:sdtPr>
                <w:id w:val="33504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5083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F1725" w14:paraId="53769E40" w14:textId="77777777" w:rsidTr="000B319E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2C1AD49" w14:textId="77777777" w:rsidR="001F1725" w:rsidRPr="00F4085D" w:rsidRDefault="001F172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B219C50" w14:textId="77777777" w:rsidR="001F1725" w:rsidRDefault="001F1725" w:rsidP="000B319E">
            <w:r>
              <w:t xml:space="preserve">Yes </w:t>
            </w:r>
            <w:sdt>
              <w:sdtPr>
                <w:id w:val="75518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58672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F1725" w14:paraId="25D25BDB" w14:textId="77777777" w:rsidTr="000B319E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27CCF1" w14:textId="77777777" w:rsidR="001F1725" w:rsidRPr="00F4085D" w:rsidRDefault="001F1725" w:rsidP="000B319E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E0F6A" w14:textId="77777777" w:rsidR="001F1725" w:rsidRDefault="001F1725" w:rsidP="000B319E"/>
        </w:tc>
      </w:tr>
      <w:tr w:rsidR="001F1725" w14:paraId="249C01AE" w14:textId="77777777" w:rsidTr="000B319E">
        <w:tc>
          <w:tcPr>
            <w:tcW w:w="9350" w:type="dxa"/>
            <w:gridSpan w:val="2"/>
          </w:tcPr>
          <w:p w14:paraId="121AAE43" w14:textId="77777777" w:rsidR="001F1725" w:rsidRDefault="001F1725" w:rsidP="000B319E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116710922"/>
                <w:placeholder>
                  <w:docPart w:val="68CACABFC3764DFE82E60597D5DC53D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F1725" w14:paraId="071D3C33" w14:textId="77777777" w:rsidTr="000B319E">
        <w:tc>
          <w:tcPr>
            <w:tcW w:w="2723" w:type="dxa"/>
            <w:vAlign w:val="center"/>
          </w:tcPr>
          <w:p w14:paraId="0FF932AD" w14:textId="77777777" w:rsidR="001F1725" w:rsidRDefault="001F1725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67183937"/>
            <w:placeholder>
              <w:docPart w:val="0C58B6E7EAF34B869BC975949E9BDD7E"/>
            </w:placeholder>
            <w:showingPlcHdr/>
          </w:sdtPr>
          <w:sdtContent>
            <w:tc>
              <w:tcPr>
                <w:tcW w:w="6627" w:type="dxa"/>
              </w:tcPr>
              <w:p w14:paraId="6619CEBE" w14:textId="77777777" w:rsidR="001F1725" w:rsidRDefault="001F172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F1725" w14:paraId="1EBB843C" w14:textId="77777777" w:rsidTr="000B319E">
        <w:tc>
          <w:tcPr>
            <w:tcW w:w="2723" w:type="dxa"/>
            <w:vAlign w:val="center"/>
          </w:tcPr>
          <w:p w14:paraId="079B1698" w14:textId="77777777" w:rsidR="001F1725" w:rsidRDefault="001F1725" w:rsidP="000B319E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988812949"/>
            <w:placeholder>
              <w:docPart w:val="CB9B527EF0B842B5BDFDEFFB3BC08ECB"/>
            </w:placeholder>
            <w:showingPlcHdr/>
          </w:sdtPr>
          <w:sdtContent>
            <w:tc>
              <w:tcPr>
                <w:tcW w:w="6627" w:type="dxa"/>
              </w:tcPr>
              <w:p w14:paraId="63BE832F" w14:textId="77777777" w:rsidR="001F1725" w:rsidRDefault="001F172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F1725" w14:paraId="683D00B1" w14:textId="77777777" w:rsidTr="000B319E">
        <w:tc>
          <w:tcPr>
            <w:tcW w:w="2723" w:type="dxa"/>
            <w:vAlign w:val="center"/>
          </w:tcPr>
          <w:p w14:paraId="1ACCA354" w14:textId="77777777" w:rsidR="001F1725" w:rsidRPr="00F4085D" w:rsidRDefault="001F172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37A28377" w14:textId="77777777" w:rsidR="001F1725" w:rsidRDefault="001F1725" w:rsidP="000B319E"/>
        </w:tc>
        <w:sdt>
          <w:sdtPr>
            <w:id w:val="478962892"/>
            <w:placeholder>
              <w:docPart w:val="8A83C6D841C24579B53746B39587444A"/>
            </w:placeholder>
            <w:showingPlcHdr/>
          </w:sdtPr>
          <w:sdtContent>
            <w:tc>
              <w:tcPr>
                <w:tcW w:w="6627" w:type="dxa"/>
              </w:tcPr>
              <w:p w14:paraId="709A3DAD" w14:textId="77777777" w:rsidR="001F1725" w:rsidRDefault="001F1725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F1725" w14:paraId="11E75BDA" w14:textId="77777777" w:rsidTr="000B319E">
        <w:tc>
          <w:tcPr>
            <w:tcW w:w="2723" w:type="dxa"/>
            <w:vAlign w:val="center"/>
          </w:tcPr>
          <w:p w14:paraId="07508768" w14:textId="77777777" w:rsidR="001F1725" w:rsidRDefault="001F1725" w:rsidP="000B319E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166679129"/>
            <w:placeholder>
              <w:docPart w:val="FE33506324954E768DECDF20BD43980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76752FC" w14:textId="77777777" w:rsidR="001F1725" w:rsidRDefault="001F1725" w:rsidP="000B319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F1725" w14:paraId="57285962" w14:textId="77777777" w:rsidTr="000B319E">
        <w:tc>
          <w:tcPr>
            <w:tcW w:w="2723" w:type="dxa"/>
            <w:vAlign w:val="center"/>
          </w:tcPr>
          <w:p w14:paraId="73BB668D" w14:textId="77777777" w:rsidR="001F1725" w:rsidRDefault="001F1725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775A1D70" w14:textId="77777777" w:rsidR="001F1725" w:rsidRDefault="001F1725" w:rsidP="000B319E">
            <w:r>
              <w:t xml:space="preserve">Complete  </w:t>
            </w:r>
            <w:sdt>
              <w:sdtPr>
                <w:id w:val="-75952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17391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F1725" w14:paraId="70F2B338" w14:textId="77777777" w:rsidTr="000B319E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1F9DCA4" w14:textId="77777777" w:rsidR="001F1725" w:rsidRPr="00F4085D" w:rsidRDefault="001F1725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99269D4" w14:textId="77777777" w:rsidR="001F1725" w:rsidRDefault="001F1725" w:rsidP="000B319E">
            <w:r>
              <w:t xml:space="preserve">Yes </w:t>
            </w:r>
            <w:sdt>
              <w:sdtPr>
                <w:id w:val="79540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58267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3CBF4C4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CF9452" w14:textId="77777777" w:rsidR="00F5514B" w:rsidRPr="00F4085D" w:rsidRDefault="00F5514B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A1688" w14:textId="6CC4DBDC" w:rsidR="00F5514B" w:rsidRDefault="00F5514B" w:rsidP="00CD745A"/>
        </w:tc>
      </w:tr>
    </w:tbl>
    <w:p w14:paraId="217DAF30" w14:textId="77777777" w:rsidR="00CD745A" w:rsidRDefault="00CD745A" w:rsidP="00C7253B"/>
    <w:p w14:paraId="6AE2CC22" w14:textId="77777777" w:rsidR="00E039A3" w:rsidRPr="00E039A3" w:rsidRDefault="00E039A3" w:rsidP="00E039A3">
      <w:pPr>
        <w:pStyle w:val="Heading1"/>
      </w:pPr>
      <w:r w:rsidRPr="00E039A3">
        <w:t>Current Research Projects in Progress</w:t>
      </w:r>
    </w:p>
    <w:sdt>
      <w:sdtPr>
        <w:id w:val="-896673687"/>
        <w:placeholder>
          <w:docPart w:val="B6DD44C192644BF8904A1A3C52663365"/>
        </w:placeholder>
        <w:showingPlcHdr/>
      </w:sdtPr>
      <w:sdtContent>
        <w:p w14:paraId="079E72A8" w14:textId="503188DD" w:rsidR="623245C4" w:rsidRDefault="00E039A3">
          <w:r w:rsidRPr="00F10F93">
            <w:rPr>
              <w:rStyle w:val="PlaceholderText"/>
            </w:rPr>
            <w:t>Click or tap here to enter text.</w:t>
          </w:r>
        </w:p>
      </w:sdtContent>
    </w:sdt>
    <w:p w14:paraId="31737D9A" w14:textId="77777777" w:rsidR="00E039A3" w:rsidRDefault="00E039A3"/>
    <w:p w14:paraId="255A09AE" w14:textId="77777777" w:rsidR="00F5514B" w:rsidRDefault="00F5514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E599C1C" w14:textId="6C6CCF4F" w:rsidR="00E039A3" w:rsidRDefault="00E039A3" w:rsidP="00E039A3">
      <w:pPr>
        <w:pStyle w:val="Heading1"/>
      </w:pPr>
      <w:r w:rsidRPr="00E039A3">
        <w:lastRenderedPageBreak/>
        <w:t>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039A3" w14:paraId="6C7B82A6" w14:textId="77777777" w:rsidTr="00E039A3">
        <w:tc>
          <w:tcPr>
            <w:tcW w:w="2689" w:type="dxa"/>
          </w:tcPr>
          <w:p w14:paraId="2E501199" w14:textId="6B490EAC" w:rsidR="00E039A3" w:rsidRDefault="00E039A3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-31573155"/>
            <w:placeholder>
              <w:docPart w:val="0492597A2C49482AB95CCFD3792BBD86"/>
            </w:placeholder>
            <w:showingPlcHdr/>
          </w:sdtPr>
          <w:sdtContent>
            <w:tc>
              <w:tcPr>
                <w:tcW w:w="6661" w:type="dxa"/>
              </w:tcPr>
              <w:p w14:paraId="50BFE330" w14:textId="77777777" w:rsidR="00E039A3" w:rsidRDefault="00E039A3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3763AFDF" w14:textId="77777777" w:rsidTr="00E039A3">
        <w:tc>
          <w:tcPr>
            <w:tcW w:w="2689" w:type="dxa"/>
          </w:tcPr>
          <w:p w14:paraId="59500ED1" w14:textId="77777777" w:rsidR="00E039A3" w:rsidRDefault="00E039A3" w:rsidP="008D06F5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02196165"/>
            <w:placeholder>
              <w:docPart w:val="DBC021589D7B4C1490A685A097234C17"/>
            </w:placeholder>
            <w:showingPlcHdr/>
          </w:sdtPr>
          <w:sdtContent>
            <w:tc>
              <w:tcPr>
                <w:tcW w:w="6661" w:type="dxa"/>
              </w:tcPr>
              <w:p w14:paraId="6F555325" w14:textId="77777777" w:rsidR="00E039A3" w:rsidRDefault="00E039A3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2B34DD1A" w14:textId="77777777" w:rsidTr="00E039A3">
        <w:tc>
          <w:tcPr>
            <w:tcW w:w="2689" w:type="dxa"/>
          </w:tcPr>
          <w:p w14:paraId="065EDA8D" w14:textId="4FCB2757" w:rsidR="00E039A3" w:rsidRDefault="00E039A3" w:rsidP="008D06F5">
            <w:r>
              <w:rPr>
                <w:b/>
                <w:bCs/>
              </w:rPr>
              <w:t>Course</w:t>
            </w:r>
          </w:p>
        </w:tc>
        <w:sdt>
          <w:sdtPr>
            <w:id w:val="-1823036754"/>
            <w:placeholder>
              <w:docPart w:val="9AE0F3718A6C42C5AE6EF21876BF5203"/>
            </w:placeholder>
            <w:showingPlcHdr/>
          </w:sdtPr>
          <w:sdtContent>
            <w:tc>
              <w:tcPr>
                <w:tcW w:w="6661" w:type="dxa"/>
              </w:tcPr>
              <w:p w14:paraId="7FF31335" w14:textId="77777777" w:rsidR="00E039A3" w:rsidRDefault="00E039A3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08F0924D" w14:textId="77777777" w:rsidTr="00E039A3">
        <w:tc>
          <w:tcPr>
            <w:tcW w:w="2689" w:type="dxa"/>
          </w:tcPr>
          <w:p w14:paraId="26130A3C" w14:textId="77777777" w:rsidR="00E039A3" w:rsidRPr="00F4085D" w:rsidRDefault="00E039A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37C66D4" w14:textId="77777777" w:rsidR="00E039A3" w:rsidRDefault="00E039A3" w:rsidP="008D06F5"/>
        </w:tc>
        <w:sdt>
          <w:sdtPr>
            <w:id w:val="1036859604"/>
            <w:placeholder>
              <w:docPart w:val="F174A3BEC7AA441587B51A98D3473066"/>
            </w:placeholder>
            <w:showingPlcHdr/>
          </w:sdtPr>
          <w:sdtContent>
            <w:tc>
              <w:tcPr>
                <w:tcW w:w="6661" w:type="dxa"/>
              </w:tcPr>
              <w:p w14:paraId="1681B45A" w14:textId="77777777" w:rsidR="00E039A3" w:rsidRDefault="00E039A3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5472AB64" w14:textId="77777777" w:rsidTr="00E039A3">
        <w:tc>
          <w:tcPr>
            <w:tcW w:w="2689" w:type="dxa"/>
          </w:tcPr>
          <w:p w14:paraId="102950E5" w14:textId="77777777" w:rsidR="00E039A3" w:rsidRDefault="00E039A3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C110828" w14:textId="77777777" w:rsidR="00E039A3" w:rsidRDefault="00E039A3" w:rsidP="008D06F5">
            <w:r>
              <w:t xml:space="preserve">Complete  </w:t>
            </w:r>
            <w:sdt>
              <w:sdtPr>
                <w:id w:val="187072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8236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039A3" w14:paraId="098A7CAF" w14:textId="77777777" w:rsidTr="00E039A3">
        <w:tc>
          <w:tcPr>
            <w:tcW w:w="2689" w:type="dxa"/>
          </w:tcPr>
          <w:p w14:paraId="4E25F265" w14:textId="77777777" w:rsidR="00E039A3" w:rsidRDefault="00E039A3" w:rsidP="008D06F5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2015987694"/>
            <w:placeholder>
              <w:docPart w:val="04376E11F1B44BA6B926BCD0E7B31264"/>
            </w:placeholder>
            <w:showingPlcHdr/>
          </w:sdtPr>
          <w:sdtContent>
            <w:tc>
              <w:tcPr>
                <w:tcW w:w="6661" w:type="dxa"/>
              </w:tcPr>
              <w:p w14:paraId="20D0E915" w14:textId="77777777" w:rsidR="00E039A3" w:rsidRDefault="00E039A3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2DFDD647" w14:textId="77777777" w:rsidTr="00E039A3">
        <w:tc>
          <w:tcPr>
            <w:tcW w:w="2689" w:type="dxa"/>
            <w:tcBorders>
              <w:bottom w:val="single" w:sz="4" w:space="0" w:color="auto"/>
            </w:tcBorders>
          </w:tcPr>
          <w:p w14:paraId="20DE05F1" w14:textId="77777777" w:rsidR="00E039A3" w:rsidRPr="00F4085D" w:rsidRDefault="00E039A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096A328" w14:textId="77777777" w:rsidR="00E039A3" w:rsidRDefault="00E039A3" w:rsidP="008D06F5">
            <w:r>
              <w:t xml:space="preserve">Yes </w:t>
            </w:r>
            <w:sdt>
              <w:sdtPr>
                <w:id w:val="-1289430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3081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039A3" w14:paraId="18F19C48" w14:textId="77777777" w:rsidTr="00E039A3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223BA" w14:textId="2879F33F" w:rsidR="00E039A3" w:rsidRDefault="00E039A3" w:rsidP="008D06F5"/>
        </w:tc>
      </w:tr>
      <w:tr w:rsidR="00F5514B" w14:paraId="3AED106D" w14:textId="77777777" w:rsidTr="00E039A3">
        <w:tc>
          <w:tcPr>
            <w:tcW w:w="2689" w:type="dxa"/>
          </w:tcPr>
          <w:p w14:paraId="362D9318" w14:textId="317AF7A0" w:rsidR="00F5514B" w:rsidRDefault="00F5514B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1629197782"/>
            <w:placeholder>
              <w:docPart w:val="B37948C63E444886933D365AD1C490ED"/>
            </w:placeholder>
            <w:showingPlcHdr/>
          </w:sdtPr>
          <w:sdtContent>
            <w:tc>
              <w:tcPr>
                <w:tcW w:w="6661" w:type="dxa"/>
              </w:tcPr>
              <w:p w14:paraId="0D70C97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149951C" w14:textId="77777777" w:rsidTr="00E039A3">
        <w:tc>
          <w:tcPr>
            <w:tcW w:w="2689" w:type="dxa"/>
          </w:tcPr>
          <w:p w14:paraId="339C02A9" w14:textId="77777777" w:rsidR="00F5514B" w:rsidRDefault="00F5514B" w:rsidP="008D06F5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2097856165"/>
            <w:placeholder>
              <w:docPart w:val="4D67EB80608743E9B03F1E0BB1DD86BB"/>
            </w:placeholder>
            <w:showingPlcHdr/>
          </w:sdtPr>
          <w:sdtContent>
            <w:tc>
              <w:tcPr>
                <w:tcW w:w="6661" w:type="dxa"/>
              </w:tcPr>
              <w:p w14:paraId="031ED7CD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F1D64F7" w14:textId="77777777" w:rsidTr="00E039A3">
        <w:tc>
          <w:tcPr>
            <w:tcW w:w="2689" w:type="dxa"/>
          </w:tcPr>
          <w:p w14:paraId="0EEA3183" w14:textId="77777777" w:rsidR="00F5514B" w:rsidRDefault="00F5514B" w:rsidP="008D06F5">
            <w:r>
              <w:rPr>
                <w:b/>
                <w:bCs/>
              </w:rPr>
              <w:t>Course</w:t>
            </w:r>
          </w:p>
        </w:tc>
        <w:sdt>
          <w:sdtPr>
            <w:id w:val="-1980455796"/>
            <w:placeholder>
              <w:docPart w:val="66F3807559A140C881A6C9FDE367921D"/>
            </w:placeholder>
            <w:showingPlcHdr/>
          </w:sdtPr>
          <w:sdtContent>
            <w:tc>
              <w:tcPr>
                <w:tcW w:w="6661" w:type="dxa"/>
              </w:tcPr>
              <w:p w14:paraId="497A2D01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5988D20" w14:textId="77777777" w:rsidTr="00E039A3">
        <w:tc>
          <w:tcPr>
            <w:tcW w:w="2689" w:type="dxa"/>
          </w:tcPr>
          <w:p w14:paraId="55B73D42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1B5EB9C" w14:textId="77777777" w:rsidR="00F5514B" w:rsidRDefault="00F5514B" w:rsidP="008D06F5"/>
        </w:tc>
        <w:sdt>
          <w:sdtPr>
            <w:id w:val="-513380113"/>
            <w:placeholder>
              <w:docPart w:val="137DB6343DFC42D0803088ECB77FFC63"/>
            </w:placeholder>
            <w:showingPlcHdr/>
          </w:sdtPr>
          <w:sdtContent>
            <w:tc>
              <w:tcPr>
                <w:tcW w:w="6661" w:type="dxa"/>
              </w:tcPr>
              <w:p w14:paraId="6B1CA952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9C1E4CD" w14:textId="77777777" w:rsidTr="00E039A3">
        <w:tc>
          <w:tcPr>
            <w:tcW w:w="2689" w:type="dxa"/>
          </w:tcPr>
          <w:p w14:paraId="086AD27B" w14:textId="77777777" w:rsidR="00F5514B" w:rsidRDefault="00F5514B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5196199" w14:textId="77777777" w:rsidR="00F5514B" w:rsidRDefault="00F5514B" w:rsidP="008D06F5">
            <w:r>
              <w:t xml:space="preserve">Complete  </w:t>
            </w:r>
            <w:sdt>
              <w:sdtPr>
                <w:id w:val="-35381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30547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4FA37C24" w14:textId="77777777" w:rsidTr="00E039A3">
        <w:tc>
          <w:tcPr>
            <w:tcW w:w="2689" w:type="dxa"/>
          </w:tcPr>
          <w:p w14:paraId="5E736B7B" w14:textId="77777777" w:rsidR="00F5514B" w:rsidRDefault="00F5514B" w:rsidP="008D06F5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296286529"/>
            <w:placeholder>
              <w:docPart w:val="CCC63D55607549C6ACA70BDE01F3B960"/>
            </w:placeholder>
            <w:showingPlcHdr/>
          </w:sdtPr>
          <w:sdtContent>
            <w:tc>
              <w:tcPr>
                <w:tcW w:w="6661" w:type="dxa"/>
              </w:tcPr>
              <w:p w14:paraId="0CEF33D0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B44759C" w14:textId="77777777" w:rsidTr="00E039A3">
        <w:tc>
          <w:tcPr>
            <w:tcW w:w="2689" w:type="dxa"/>
            <w:tcBorders>
              <w:bottom w:val="single" w:sz="4" w:space="0" w:color="auto"/>
            </w:tcBorders>
          </w:tcPr>
          <w:p w14:paraId="4DDE5927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60F1278" w14:textId="77777777" w:rsidR="00F5514B" w:rsidRDefault="00F5514B" w:rsidP="008D06F5">
            <w:r>
              <w:t xml:space="preserve">Yes </w:t>
            </w:r>
            <w:sdt>
              <w:sdtPr>
                <w:id w:val="-79359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7527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6933DDCF" w14:textId="77777777" w:rsidTr="00E039A3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0D0B7" w14:textId="0B3CAB0E" w:rsidR="00F5514B" w:rsidRDefault="00F5514B" w:rsidP="008D06F5"/>
        </w:tc>
      </w:tr>
      <w:tr w:rsidR="00F5514B" w14:paraId="59EB6080" w14:textId="77777777" w:rsidTr="00E039A3">
        <w:tc>
          <w:tcPr>
            <w:tcW w:w="2689" w:type="dxa"/>
          </w:tcPr>
          <w:p w14:paraId="5A4B61B6" w14:textId="09BA4DBF" w:rsidR="00F5514B" w:rsidRDefault="00F5514B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56184957"/>
            <w:placeholder>
              <w:docPart w:val="6BA3C7299212465F997AB0DB2BDA020E"/>
            </w:placeholder>
            <w:showingPlcHdr/>
          </w:sdtPr>
          <w:sdtContent>
            <w:tc>
              <w:tcPr>
                <w:tcW w:w="6661" w:type="dxa"/>
              </w:tcPr>
              <w:p w14:paraId="18F068A6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D1A0348" w14:textId="77777777" w:rsidTr="00E039A3">
        <w:tc>
          <w:tcPr>
            <w:tcW w:w="2689" w:type="dxa"/>
          </w:tcPr>
          <w:p w14:paraId="35E1F12E" w14:textId="77777777" w:rsidR="00F5514B" w:rsidRDefault="00F5514B" w:rsidP="008D06F5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261533538"/>
            <w:placeholder>
              <w:docPart w:val="999469CC767243D7BF8E1E4BCBB75CDB"/>
            </w:placeholder>
            <w:showingPlcHdr/>
          </w:sdtPr>
          <w:sdtContent>
            <w:tc>
              <w:tcPr>
                <w:tcW w:w="6661" w:type="dxa"/>
              </w:tcPr>
              <w:p w14:paraId="37EE5405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0764C896" w14:textId="77777777" w:rsidTr="00E039A3">
        <w:tc>
          <w:tcPr>
            <w:tcW w:w="2689" w:type="dxa"/>
          </w:tcPr>
          <w:p w14:paraId="79FCB539" w14:textId="77777777" w:rsidR="00F5514B" w:rsidRDefault="00F5514B" w:rsidP="008D06F5">
            <w:r>
              <w:rPr>
                <w:b/>
                <w:bCs/>
              </w:rPr>
              <w:t>Course</w:t>
            </w:r>
          </w:p>
        </w:tc>
        <w:sdt>
          <w:sdtPr>
            <w:id w:val="538250299"/>
            <w:placeholder>
              <w:docPart w:val="879EC958F7814A529EFED3418D19EE8E"/>
            </w:placeholder>
            <w:showingPlcHdr/>
          </w:sdtPr>
          <w:sdtContent>
            <w:tc>
              <w:tcPr>
                <w:tcW w:w="6661" w:type="dxa"/>
              </w:tcPr>
              <w:p w14:paraId="6EC1444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C9AD6D3" w14:textId="77777777" w:rsidTr="00E039A3">
        <w:tc>
          <w:tcPr>
            <w:tcW w:w="2689" w:type="dxa"/>
          </w:tcPr>
          <w:p w14:paraId="406FDAEA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E2E143C" w14:textId="77777777" w:rsidR="00F5514B" w:rsidRDefault="00F5514B" w:rsidP="008D06F5"/>
        </w:tc>
        <w:sdt>
          <w:sdtPr>
            <w:id w:val="1898549105"/>
            <w:placeholder>
              <w:docPart w:val="AE2B5BF9B9E74F56B506748F7976A62E"/>
            </w:placeholder>
            <w:showingPlcHdr/>
          </w:sdtPr>
          <w:sdtContent>
            <w:tc>
              <w:tcPr>
                <w:tcW w:w="6661" w:type="dxa"/>
              </w:tcPr>
              <w:p w14:paraId="68CAF160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9C9F7A8" w14:textId="77777777" w:rsidTr="00E039A3">
        <w:tc>
          <w:tcPr>
            <w:tcW w:w="2689" w:type="dxa"/>
          </w:tcPr>
          <w:p w14:paraId="6B304C85" w14:textId="77777777" w:rsidR="00F5514B" w:rsidRDefault="00F5514B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F46B6D" w14:textId="77777777" w:rsidR="00F5514B" w:rsidRDefault="00F5514B" w:rsidP="008D06F5">
            <w:r>
              <w:t xml:space="preserve">Complete  </w:t>
            </w:r>
            <w:sdt>
              <w:sdtPr>
                <w:id w:val="124707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5889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2E17C626" w14:textId="77777777" w:rsidTr="00E039A3">
        <w:tc>
          <w:tcPr>
            <w:tcW w:w="2689" w:type="dxa"/>
          </w:tcPr>
          <w:p w14:paraId="342ED7AD" w14:textId="77777777" w:rsidR="00F5514B" w:rsidRDefault="00F5514B" w:rsidP="008D06F5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790475675"/>
            <w:placeholder>
              <w:docPart w:val="2745DFDD2ACB4EDAB4453C4B6FBAACB3"/>
            </w:placeholder>
            <w:showingPlcHdr/>
          </w:sdtPr>
          <w:sdtContent>
            <w:tc>
              <w:tcPr>
                <w:tcW w:w="6661" w:type="dxa"/>
              </w:tcPr>
              <w:p w14:paraId="0414D40E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3D5423B" w14:textId="77777777" w:rsidTr="00E039A3">
        <w:tc>
          <w:tcPr>
            <w:tcW w:w="2689" w:type="dxa"/>
            <w:tcBorders>
              <w:bottom w:val="single" w:sz="4" w:space="0" w:color="auto"/>
            </w:tcBorders>
          </w:tcPr>
          <w:p w14:paraId="611967F5" w14:textId="77777777" w:rsidR="00F5514B" w:rsidRPr="00F4085D" w:rsidRDefault="00F5514B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6B61F23" w14:textId="77777777" w:rsidR="00F5514B" w:rsidRDefault="00F5514B" w:rsidP="008D06F5">
            <w:r>
              <w:t xml:space="preserve">Yes </w:t>
            </w:r>
            <w:sdt>
              <w:sdtPr>
                <w:id w:val="-23994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6439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8EB7653" w14:textId="77777777" w:rsidTr="00E039A3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5A93F9" w14:textId="0B5F8A4B" w:rsidR="00F5514B" w:rsidRDefault="00F5514B" w:rsidP="008D06F5"/>
        </w:tc>
      </w:tr>
    </w:tbl>
    <w:p w14:paraId="62FAEBFC" w14:textId="77777777" w:rsidR="00E039A3" w:rsidRDefault="00E039A3" w:rsidP="00E039A3"/>
    <w:p w14:paraId="030A15D9" w14:textId="77777777" w:rsidR="00F5514B" w:rsidRDefault="00F5514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5EC69334" w:rsidR="00214ECC" w:rsidRDefault="003729FB">
      <w:pPr>
        <w:pStyle w:val="Heading1"/>
      </w:pPr>
      <w:r>
        <w:lastRenderedPageBreak/>
        <w:t xml:space="preserve">Teaching </w:t>
      </w:r>
      <w:r w:rsidR="0075109E">
        <w:t xml:space="preserve">training and </w:t>
      </w:r>
      <w: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63C2647A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016D3BC7" w:rsidR="00E9708F" w:rsidRDefault="00E9708F"/>
        </w:tc>
      </w:tr>
      <w:tr w:rsidR="00F5514B" w14:paraId="767F55EB" w14:textId="77777777" w:rsidTr="00A0792E">
        <w:tc>
          <w:tcPr>
            <w:tcW w:w="2689" w:type="dxa"/>
          </w:tcPr>
          <w:p w14:paraId="26017DC5" w14:textId="5301F366" w:rsidR="00F5514B" w:rsidRDefault="00F5514B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208872796"/>
            <w:placeholder>
              <w:docPart w:val="EA47334C1BD34921874597CEA20DEE9E"/>
            </w:placeholder>
            <w:showingPlcHdr/>
          </w:sdtPr>
          <w:sdtContent>
            <w:tc>
              <w:tcPr>
                <w:tcW w:w="6661" w:type="dxa"/>
              </w:tcPr>
              <w:p w14:paraId="2242C4A9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D149307" w14:textId="77777777" w:rsidTr="00A0792E">
        <w:tc>
          <w:tcPr>
            <w:tcW w:w="2689" w:type="dxa"/>
          </w:tcPr>
          <w:p w14:paraId="0E100000" w14:textId="77777777" w:rsidR="00F5514B" w:rsidRDefault="00F5514B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309089110"/>
            <w:placeholder>
              <w:docPart w:val="8ED99A5D4F95455D9B1FFE8C51CDB477"/>
            </w:placeholder>
            <w:showingPlcHdr/>
          </w:sdtPr>
          <w:sdtContent>
            <w:tc>
              <w:tcPr>
                <w:tcW w:w="6661" w:type="dxa"/>
              </w:tcPr>
              <w:p w14:paraId="16DCBB92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ED3C726" w14:textId="77777777" w:rsidTr="00A0792E">
        <w:tc>
          <w:tcPr>
            <w:tcW w:w="2689" w:type="dxa"/>
          </w:tcPr>
          <w:p w14:paraId="095935DC" w14:textId="77777777" w:rsidR="00F5514B" w:rsidRDefault="00F5514B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51694800"/>
            <w:placeholder>
              <w:docPart w:val="74663930790046B8AC8776E823AD1C33"/>
            </w:placeholder>
            <w:showingPlcHdr/>
          </w:sdtPr>
          <w:sdtContent>
            <w:tc>
              <w:tcPr>
                <w:tcW w:w="6661" w:type="dxa"/>
              </w:tcPr>
              <w:p w14:paraId="3E73E2E2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56E5A19" w14:textId="77777777" w:rsidTr="00A0792E">
        <w:tc>
          <w:tcPr>
            <w:tcW w:w="2689" w:type="dxa"/>
          </w:tcPr>
          <w:p w14:paraId="1D8BEED9" w14:textId="77777777" w:rsidR="00F5514B" w:rsidRPr="00F4085D" w:rsidRDefault="00F5514B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C56BFFE" w14:textId="77777777" w:rsidR="00F5514B" w:rsidRDefault="00F5514B"/>
        </w:tc>
        <w:sdt>
          <w:sdtPr>
            <w:id w:val="-38509620"/>
            <w:placeholder>
              <w:docPart w:val="F2F3227306A74582AF45D635B7DFF8A8"/>
            </w:placeholder>
            <w:showingPlcHdr/>
          </w:sdtPr>
          <w:sdtContent>
            <w:tc>
              <w:tcPr>
                <w:tcW w:w="6661" w:type="dxa"/>
              </w:tcPr>
              <w:p w14:paraId="47103FDA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08950611" w14:textId="77777777" w:rsidTr="00A0792E">
        <w:tc>
          <w:tcPr>
            <w:tcW w:w="2689" w:type="dxa"/>
          </w:tcPr>
          <w:p w14:paraId="05834B00" w14:textId="77777777" w:rsidR="00F5514B" w:rsidRDefault="00F5514B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8E0F148" w14:textId="77777777" w:rsidR="00F5514B" w:rsidRDefault="00F5514B">
            <w:r>
              <w:t xml:space="preserve">Complete  </w:t>
            </w:r>
            <w:sdt>
              <w:sdtPr>
                <w:id w:val="-749818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993303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3BBE466" w14:textId="77777777" w:rsidTr="00A0792E">
        <w:tc>
          <w:tcPr>
            <w:tcW w:w="2689" w:type="dxa"/>
          </w:tcPr>
          <w:p w14:paraId="58166269" w14:textId="77777777" w:rsidR="00F5514B" w:rsidRDefault="00F5514B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40945340"/>
            <w:placeholder>
              <w:docPart w:val="729DBD19437C4F48AC80487AB44E8F00"/>
            </w:placeholder>
            <w:showingPlcHdr/>
          </w:sdtPr>
          <w:sdtContent>
            <w:tc>
              <w:tcPr>
                <w:tcW w:w="6661" w:type="dxa"/>
              </w:tcPr>
              <w:p w14:paraId="6DCA44BC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3835289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5A35D985" w14:textId="77777777" w:rsidR="00F5514B" w:rsidRPr="00F4085D" w:rsidRDefault="00F5514B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EE6B38F" w14:textId="77777777" w:rsidR="00F5514B" w:rsidRDefault="00F5514B">
            <w:r>
              <w:t xml:space="preserve">Yes </w:t>
            </w:r>
            <w:sdt>
              <w:sdtPr>
                <w:id w:val="1913202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15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1D8F3A03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022696" w14:textId="76AFD817" w:rsidR="00F5514B" w:rsidRDefault="00F5514B"/>
        </w:tc>
      </w:tr>
      <w:tr w:rsidR="00F5514B" w14:paraId="0E6B79A0" w14:textId="77777777" w:rsidTr="00A0792E">
        <w:tc>
          <w:tcPr>
            <w:tcW w:w="2689" w:type="dxa"/>
          </w:tcPr>
          <w:p w14:paraId="0C50A6D0" w14:textId="2DE85EA6" w:rsidR="00F5514B" w:rsidRDefault="00F5514B">
            <w:r w:rsidRPr="00F4085D">
              <w:rPr>
                <w:b/>
                <w:bCs/>
              </w:rPr>
              <w:t>Role</w:t>
            </w:r>
          </w:p>
        </w:tc>
        <w:sdt>
          <w:sdtPr>
            <w:id w:val="400407145"/>
            <w:placeholder>
              <w:docPart w:val="579F0E2037EC440C82735204ADDFDDEF"/>
            </w:placeholder>
            <w:showingPlcHdr/>
          </w:sdtPr>
          <w:sdtContent>
            <w:tc>
              <w:tcPr>
                <w:tcW w:w="6661" w:type="dxa"/>
              </w:tcPr>
              <w:p w14:paraId="0D1C36B5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17C0A077" w14:textId="77777777" w:rsidTr="00A0792E">
        <w:tc>
          <w:tcPr>
            <w:tcW w:w="2689" w:type="dxa"/>
          </w:tcPr>
          <w:p w14:paraId="4C25A79F" w14:textId="77777777" w:rsidR="00F5514B" w:rsidRDefault="00F5514B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295823450"/>
            <w:placeholder>
              <w:docPart w:val="A1D3FB9D6A2F4804A55EC1E8EF6A7600"/>
            </w:placeholder>
            <w:showingPlcHdr/>
          </w:sdtPr>
          <w:sdtContent>
            <w:tc>
              <w:tcPr>
                <w:tcW w:w="6661" w:type="dxa"/>
              </w:tcPr>
              <w:p w14:paraId="5B9C56F3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110C184F" w14:textId="77777777" w:rsidTr="00A0792E">
        <w:tc>
          <w:tcPr>
            <w:tcW w:w="2689" w:type="dxa"/>
          </w:tcPr>
          <w:p w14:paraId="53D8B631" w14:textId="77777777" w:rsidR="00F5514B" w:rsidRDefault="00F5514B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871264332"/>
            <w:placeholder>
              <w:docPart w:val="2B1EB55332B5422DA65C42249FAB3774"/>
            </w:placeholder>
            <w:showingPlcHdr/>
          </w:sdtPr>
          <w:sdtContent>
            <w:tc>
              <w:tcPr>
                <w:tcW w:w="6661" w:type="dxa"/>
              </w:tcPr>
              <w:p w14:paraId="3BD26226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51AEADB9" w14:textId="77777777" w:rsidTr="00A0792E">
        <w:tc>
          <w:tcPr>
            <w:tcW w:w="2689" w:type="dxa"/>
          </w:tcPr>
          <w:p w14:paraId="180D53A3" w14:textId="77777777" w:rsidR="00F5514B" w:rsidRPr="00F4085D" w:rsidRDefault="00F5514B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24E4BE3" w14:textId="77777777" w:rsidR="00F5514B" w:rsidRDefault="00F5514B"/>
        </w:tc>
        <w:sdt>
          <w:sdtPr>
            <w:id w:val="1575545194"/>
            <w:placeholder>
              <w:docPart w:val="32FB4143627744729AEB8E63F41CFC84"/>
            </w:placeholder>
            <w:showingPlcHdr/>
          </w:sdtPr>
          <w:sdtContent>
            <w:tc>
              <w:tcPr>
                <w:tcW w:w="6661" w:type="dxa"/>
              </w:tcPr>
              <w:p w14:paraId="20C21BBC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0E26F2A2" w14:textId="77777777" w:rsidTr="00A0792E">
        <w:tc>
          <w:tcPr>
            <w:tcW w:w="2689" w:type="dxa"/>
          </w:tcPr>
          <w:p w14:paraId="354B756A" w14:textId="77777777" w:rsidR="00F5514B" w:rsidRDefault="00F5514B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AE429DE" w14:textId="77777777" w:rsidR="00F5514B" w:rsidRDefault="00F5514B">
            <w:r>
              <w:t xml:space="preserve">Complete  </w:t>
            </w:r>
            <w:sdt>
              <w:sdtPr>
                <w:id w:val="-23293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1814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6D9E776B" w14:textId="77777777" w:rsidTr="00A0792E">
        <w:tc>
          <w:tcPr>
            <w:tcW w:w="2689" w:type="dxa"/>
          </w:tcPr>
          <w:p w14:paraId="0736E12F" w14:textId="77777777" w:rsidR="00F5514B" w:rsidRDefault="00F5514B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294673149"/>
            <w:placeholder>
              <w:docPart w:val="0BD65D37DEE9494AA0D9911933C9CF5C"/>
            </w:placeholder>
            <w:showingPlcHdr/>
          </w:sdtPr>
          <w:sdtContent>
            <w:tc>
              <w:tcPr>
                <w:tcW w:w="6661" w:type="dxa"/>
              </w:tcPr>
              <w:p w14:paraId="5F69819E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F31CC83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735828B9" w14:textId="77777777" w:rsidR="00F5514B" w:rsidRPr="00F4085D" w:rsidRDefault="00F5514B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81F2DEE" w14:textId="77777777" w:rsidR="00F5514B" w:rsidRDefault="00F5514B">
            <w:r>
              <w:t xml:space="preserve">Yes </w:t>
            </w:r>
            <w:sdt>
              <w:sdtPr>
                <w:id w:val="212049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973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24337FF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FC19D" w14:textId="64DA8334" w:rsidR="00F5514B" w:rsidRDefault="00F5514B"/>
        </w:tc>
      </w:tr>
      <w:tr w:rsidR="00F5514B" w14:paraId="1385E077" w14:textId="77777777" w:rsidTr="00A0792E">
        <w:tc>
          <w:tcPr>
            <w:tcW w:w="2689" w:type="dxa"/>
          </w:tcPr>
          <w:p w14:paraId="6C0D0039" w14:textId="581F6E36" w:rsidR="00F5514B" w:rsidRDefault="00F5514B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84584357"/>
            <w:placeholder>
              <w:docPart w:val="5940F626C2F341D38C7091CFC879A3C5"/>
            </w:placeholder>
            <w:showingPlcHdr/>
          </w:sdtPr>
          <w:sdtContent>
            <w:tc>
              <w:tcPr>
                <w:tcW w:w="6661" w:type="dxa"/>
              </w:tcPr>
              <w:p w14:paraId="49CE89B6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EB65038" w14:textId="77777777" w:rsidTr="00A0792E">
        <w:tc>
          <w:tcPr>
            <w:tcW w:w="2689" w:type="dxa"/>
          </w:tcPr>
          <w:p w14:paraId="1200E470" w14:textId="77777777" w:rsidR="00F5514B" w:rsidRDefault="00F5514B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939049831"/>
            <w:placeholder>
              <w:docPart w:val="0239611909ED45938A2ABA4E862E4A85"/>
            </w:placeholder>
            <w:showingPlcHdr/>
          </w:sdtPr>
          <w:sdtContent>
            <w:tc>
              <w:tcPr>
                <w:tcW w:w="6661" w:type="dxa"/>
              </w:tcPr>
              <w:p w14:paraId="474860CC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4596B0E" w14:textId="77777777" w:rsidTr="00A0792E">
        <w:tc>
          <w:tcPr>
            <w:tcW w:w="2689" w:type="dxa"/>
          </w:tcPr>
          <w:p w14:paraId="73305393" w14:textId="77777777" w:rsidR="00F5514B" w:rsidRDefault="00F5514B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233693680"/>
            <w:placeholder>
              <w:docPart w:val="822E03C834BC4B40840E53BE0DDFBEC0"/>
            </w:placeholder>
            <w:showingPlcHdr/>
          </w:sdtPr>
          <w:sdtContent>
            <w:tc>
              <w:tcPr>
                <w:tcW w:w="6661" w:type="dxa"/>
              </w:tcPr>
              <w:p w14:paraId="20032970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89394B1" w14:textId="77777777" w:rsidTr="00A0792E">
        <w:tc>
          <w:tcPr>
            <w:tcW w:w="2689" w:type="dxa"/>
          </w:tcPr>
          <w:p w14:paraId="656CC8DB" w14:textId="77777777" w:rsidR="00F5514B" w:rsidRPr="00F4085D" w:rsidRDefault="00F5514B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962726C" w14:textId="77777777" w:rsidR="00F5514B" w:rsidRDefault="00F5514B"/>
        </w:tc>
        <w:sdt>
          <w:sdtPr>
            <w:id w:val="800659811"/>
            <w:placeholder>
              <w:docPart w:val="BD0F6200136945A89964C7AD61273A76"/>
            </w:placeholder>
            <w:showingPlcHdr/>
          </w:sdtPr>
          <w:sdtContent>
            <w:tc>
              <w:tcPr>
                <w:tcW w:w="6661" w:type="dxa"/>
              </w:tcPr>
              <w:p w14:paraId="70CC4C2F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B9CAF98" w14:textId="77777777" w:rsidTr="00A0792E">
        <w:tc>
          <w:tcPr>
            <w:tcW w:w="2689" w:type="dxa"/>
          </w:tcPr>
          <w:p w14:paraId="00BC409E" w14:textId="77777777" w:rsidR="00F5514B" w:rsidRDefault="00F5514B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07999B" w14:textId="77777777" w:rsidR="00F5514B" w:rsidRDefault="00F5514B">
            <w:r>
              <w:t xml:space="preserve">Complete  </w:t>
            </w:r>
            <w:sdt>
              <w:sdtPr>
                <w:id w:val="125262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8576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4A6C740D" w14:textId="77777777" w:rsidTr="00A0792E">
        <w:tc>
          <w:tcPr>
            <w:tcW w:w="2689" w:type="dxa"/>
          </w:tcPr>
          <w:p w14:paraId="350928D2" w14:textId="77777777" w:rsidR="00F5514B" w:rsidRDefault="00F5514B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012720990"/>
            <w:placeholder>
              <w:docPart w:val="A1A1A9F88C704B8BB26A057CED586022"/>
            </w:placeholder>
            <w:showingPlcHdr/>
          </w:sdtPr>
          <w:sdtContent>
            <w:tc>
              <w:tcPr>
                <w:tcW w:w="6661" w:type="dxa"/>
              </w:tcPr>
              <w:p w14:paraId="3B6FC885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E62F6EC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3DACF97B" w14:textId="77777777" w:rsidR="00F5514B" w:rsidRPr="00F4085D" w:rsidRDefault="00F5514B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FEBA699" w14:textId="77777777" w:rsidR="00F5514B" w:rsidRDefault="00F5514B">
            <w:r>
              <w:t xml:space="preserve">Yes </w:t>
            </w:r>
            <w:sdt>
              <w:sdtPr>
                <w:id w:val="-154574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96503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7E12C13E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7B68B" w14:textId="121559B7" w:rsidR="00F5514B" w:rsidRDefault="00F5514B"/>
        </w:tc>
      </w:tr>
      <w:tr w:rsidR="00F5514B" w14:paraId="0E7EE95A" w14:textId="77777777" w:rsidTr="00A0792E">
        <w:tc>
          <w:tcPr>
            <w:tcW w:w="2689" w:type="dxa"/>
          </w:tcPr>
          <w:p w14:paraId="7ED6FDB8" w14:textId="7E752E3F" w:rsidR="00F5514B" w:rsidRDefault="00F5514B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674649869"/>
            <w:placeholder>
              <w:docPart w:val="555A3F291BCE415FA35607A0B203C016"/>
            </w:placeholder>
            <w:showingPlcHdr/>
          </w:sdtPr>
          <w:sdtContent>
            <w:tc>
              <w:tcPr>
                <w:tcW w:w="6661" w:type="dxa"/>
              </w:tcPr>
              <w:p w14:paraId="18D069FE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52048F9" w14:textId="77777777" w:rsidTr="00A0792E">
        <w:tc>
          <w:tcPr>
            <w:tcW w:w="2689" w:type="dxa"/>
          </w:tcPr>
          <w:p w14:paraId="35CADE63" w14:textId="77777777" w:rsidR="00F5514B" w:rsidRDefault="00F5514B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836645439"/>
            <w:placeholder>
              <w:docPart w:val="581519ED240D44749DABE335532F8744"/>
            </w:placeholder>
            <w:showingPlcHdr/>
          </w:sdtPr>
          <w:sdtContent>
            <w:tc>
              <w:tcPr>
                <w:tcW w:w="6661" w:type="dxa"/>
              </w:tcPr>
              <w:p w14:paraId="42C25AC0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7B9C43A" w14:textId="77777777" w:rsidTr="00A0792E">
        <w:tc>
          <w:tcPr>
            <w:tcW w:w="2689" w:type="dxa"/>
          </w:tcPr>
          <w:p w14:paraId="329C4E67" w14:textId="77777777" w:rsidR="00F5514B" w:rsidRDefault="00F5514B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2117940960"/>
            <w:placeholder>
              <w:docPart w:val="9391A6E2D1CE45A09CEAAB3CDEE33B36"/>
            </w:placeholder>
            <w:showingPlcHdr/>
          </w:sdtPr>
          <w:sdtContent>
            <w:tc>
              <w:tcPr>
                <w:tcW w:w="6661" w:type="dxa"/>
              </w:tcPr>
              <w:p w14:paraId="31788602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139C9A2" w14:textId="77777777" w:rsidTr="00A0792E">
        <w:tc>
          <w:tcPr>
            <w:tcW w:w="2689" w:type="dxa"/>
          </w:tcPr>
          <w:p w14:paraId="2CA9EC8B" w14:textId="77777777" w:rsidR="00F5514B" w:rsidRPr="00F4085D" w:rsidRDefault="00F5514B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0DE4538F" w14:textId="77777777" w:rsidR="00F5514B" w:rsidRDefault="00F5514B"/>
        </w:tc>
        <w:sdt>
          <w:sdtPr>
            <w:id w:val="-2022465588"/>
            <w:placeholder>
              <w:docPart w:val="4A386274CE0646FDBE57551B5F6B5DBD"/>
            </w:placeholder>
            <w:showingPlcHdr/>
          </w:sdtPr>
          <w:sdtContent>
            <w:tc>
              <w:tcPr>
                <w:tcW w:w="6661" w:type="dxa"/>
              </w:tcPr>
              <w:p w14:paraId="0B665E3C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1AEE1B11" w14:textId="77777777" w:rsidTr="00A0792E">
        <w:tc>
          <w:tcPr>
            <w:tcW w:w="2689" w:type="dxa"/>
          </w:tcPr>
          <w:p w14:paraId="50F941A3" w14:textId="77777777" w:rsidR="00F5514B" w:rsidRDefault="00F5514B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557F8BD" w14:textId="77777777" w:rsidR="00F5514B" w:rsidRDefault="00F5514B">
            <w:r>
              <w:t xml:space="preserve">Complete  </w:t>
            </w:r>
            <w:sdt>
              <w:sdtPr>
                <w:id w:val="-136513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37866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57FF51F8" w14:textId="77777777" w:rsidTr="00A0792E">
        <w:tc>
          <w:tcPr>
            <w:tcW w:w="2689" w:type="dxa"/>
          </w:tcPr>
          <w:p w14:paraId="3B911BB1" w14:textId="77777777" w:rsidR="00F5514B" w:rsidRDefault="00F5514B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000627632"/>
            <w:placeholder>
              <w:docPart w:val="31A36504911B4DD485C4DFB02BF58F23"/>
            </w:placeholder>
            <w:showingPlcHdr/>
          </w:sdtPr>
          <w:sdtContent>
            <w:tc>
              <w:tcPr>
                <w:tcW w:w="6661" w:type="dxa"/>
              </w:tcPr>
              <w:p w14:paraId="48E017D6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1B6CA369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78F88024" w14:textId="77777777" w:rsidR="00F5514B" w:rsidRPr="00F4085D" w:rsidRDefault="00F5514B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058D83E" w14:textId="77777777" w:rsidR="00F5514B" w:rsidRDefault="00F5514B">
            <w:r>
              <w:t xml:space="preserve">Yes </w:t>
            </w:r>
            <w:sdt>
              <w:sdtPr>
                <w:id w:val="-183136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44915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514B" w14:paraId="05CCBC7E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5A160" w14:textId="006953D9" w:rsidR="00F5514B" w:rsidRDefault="00F5514B"/>
        </w:tc>
      </w:tr>
    </w:tbl>
    <w:p w14:paraId="7A882F9A" w14:textId="77777777" w:rsidR="00E9708F" w:rsidRDefault="00E9708F"/>
    <w:p w14:paraId="5F65C4E2" w14:textId="77777777" w:rsidR="00F5514B" w:rsidRDefault="00F5514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3AFB8D3A" w:rsidR="0075109E" w:rsidRDefault="00F211F0" w:rsidP="00F211F0">
      <w:pPr>
        <w:pStyle w:val="Heading1"/>
      </w:pPr>
      <w:r>
        <w:lastRenderedPageBreak/>
        <w:t>Leadership</w:t>
      </w:r>
      <w:r w:rsidR="0075109E">
        <w:t xml:space="preserve"> and management training and experience</w:t>
      </w:r>
    </w:p>
    <w:p w14:paraId="5E4C4661" w14:textId="1BE10E9F" w:rsidR="00E039A3" w:rsidRPr="00E039A3" w:rsidRDefault="00E039A3" w:rsidP="00E039A3">
      <w:r>
        <w:t>(200 words)</w:t>
      </w:r>
    </w:p>
    <w:sdt>
      <w:sdtPr>
        <w:id w:val="-929351464"/>
        <w:placeholder>
          <w:docPart w:val="6BB92035E5494A88A1939E0D3E6D2CD5"/>
        </w:placeholder>
        <w:showingPlcHdr/>
      </w:sdtPr>
      <w:sdtContent>
        <w:p w14:paraId="7C431B1F" w14:textId="02F732A7" w:rsidR="00F211F0" w:rsidRDefault="00E039A3" w:rsidP="00F211F0">
          <w:r w:rsidRPr="00F10F93">
            <w:rPr>
              <w:rStyle w:val="PlaceholderText"/>
            </w:rPr>
            <w:t>Click or tap here to enter text.</w:t>
          </w:r>
        </w:p>
      </w:sdtContent>
    </w:sdt>
    <w:p w14:paraId="59260FE7" w14:textId="77777777" w:rsidR="00E039A3" w:rsidRDefault="00E039A3" w:rsidP="00F211F0"/>
    <w:p w14:paraId="7E644F8F" w14:textId="4B991549" w:rsidR="00E039A3" w:rsidRDefault="00E039A3" w:rsidP="00E039A3">
      <w:pPr>
        <w:pStyle w:val="Heading1"/>
      </w:pPr>
      <w:r w:rsidRPr="00E039A3">
        <w:t xml:space="preserve">Clinical Governance and Patient </w:t>
      </w:r>
      <w:r>
        <w:t>S</w:t>
      </w:r>
      <w:r w:rsidRPr="00E039A3">
        <w:t xml:space="preserve">afety </w:t>
      </w:r>
      <w:r>
        <w:t>E</w:t>
      </w:r>
      <w:r w:rsidRPr="00E039A3">
        <w:t>xperience</w:t>
      </w:r>
    </w:p>
    <w:p w14:paraId="45E343C8" w14:textId="165D5054" w:rsidR="00E039A3" w:rsidRPr="00E039A3" w:rsidRDefault="00E039A3" w:rsidP="00E039A3">
      <w:r>
        <w:t>(200 words)</w:t>
      </w:r>
    </w:p>
    <w:sdt>
      <w:sdtPr>
        <w:id w:val="563608419"/>
        <w:placeholder>
          <w:docPart w:val="8BF56E094F414722A20C4106381A4633"/>
        </w:placeholder>
        <w:showingPlcHdr/>
      </w:sdtPr>
      <w:sdtContent>
        <w:p w14:paraId="033FD330" w14:textId="36FEFE74" w:rsidR="00E039A3" w:rsidRDefault="00E039A3" w:rsidP="00E039A3">
          <w:r w:rsidRPr="00F10F93">
            <w:rPr>
              <w:rStyle w:val="PlaceholderText"/>
            </w:rPr>
            <w:t>Click or tap here to enter text.</w:t>
          </w:r>
        </w:p>
      </w:sdtContent>
    </w:sdt>
    <w:p w14:paraId="5AB112BC" w14:textId="77777777" w:rsidR="00E039A3" w:rsidRPr="00E039A3" w:rsidRDefault="00E039A3" w:rsidP="00E039A3"/>
    <w:p w14:paraId="4D1CAA5B" w14:textId="6CAA2655" w:rsidR="00E039A3" w:rsidRDefault="00E039A3" w:rsidP="00E039A3">
      <w:pPr>
        <w:pStyle w:val="Heading1"/>
      </w:pPr>
      <w:r>
        <w:t xml:space="preserve">Other Relevant Experiences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E039A3" w14:paraId="6CDDD35D" w14:textId="77777777" w:rsidTr="006525F8">
        <w:tc>
          <w:tcPr>
            <w:tcW w:w="9350" w:type="dxa"/>
            <w:gridSpan w:val="2"/>
            <w:vAlign w:val="center"/>
          </w:tcPr>
          <w:p w14:paraId="5FC03C80" w14:textId="70C63284" w:rsidR="00E039A3" w:rsidRPr="00A0792E" w:rsidRDefault="00E039A3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 xml:space="preserve">Relevant Experience: </w:t>
            </w:r>
            <w:r w:rsidRP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107608977"/>
                <w:placeholder>
                  <w:docPart w:val="82033925F1D4494D9DB04AADF14E79D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039A3" w14:paraId="313E2689" w14:textId="77777777" w:rsidTr="006525F8">
        <w:tc>
          <w:tcPr>
            <w:tcW w:w="2972" w:type="dxa"/>
            <w:vAlign w:val="center"/>
          </w:tcPr>
          <w:p w14:paraId="150280F6" w14:textId="77777777" w:rsidR="00E039A3" w:rsidRPr="00A0792E" w:rsidRDefault="00E039A3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Role</w:t>
            </w:r>
          </w:p>
        </w:tc>
        <w:sdt>
          <w:sdtPr>
            <w:id w:val="171227214"/>
            <w:placeholder>
              <w:docPart w:val="A3761394B697469E8B38372AEA4FEDAE"/>
            </w:placeholder>
            <w:showingPlcHdr/>
          </w:sdtPr>
          <w:sdtContent>
            <w:tc>
              <w:tcPr>
                <w:tcW w:w="6378" w:type="dxa"/>
              </w:tcPr>
              <w:p w14:paraId="1C1A1FAE" w14:textId="77777777" w:rsidR="00E039A3" w:rsidRDefault="00E039A3" w:rsidP="006525F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75C98A1A" w14:textId="77777777" w:rsidTr="006525F8">
        <w:tc>
          <w:tcPr>
            <w:tcW w:w="2972" w:type="dxa"/>
            <w:vAlign w:val="center"/>
          </w:tcPr>
          <w:p w14:paraId="385924D2" w14:textId="77777777" w:rsidR="00E039A3" w:rsidRPr="00A0792E" w:rsidRDefault="00E039A3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Regulating Body</w:t>
            </w:r>
          </w:p>
        </w:tc>
        <w:sdt>
          <w:sdtPr>
            <w:id w:val="1466928827"/>
            <w:placeholder>
              <w:docPart w:val="9993A7027917435A81C03ACC38B0A055"/>
            </w:placeholder>
            <w:showingPlcHdr/>
          </w:sdtPr>
          <w:sdtContent>
            <w:tc>
              <w:tcPr>
                <w:tcW w:w="6378" w:type="dxa"/>
              </w:tcPr>
              <w:p w14:paraId="4EE657F7" w14:textId="77777777" w:rsidR="00E039A3" w:rsidRDefault="00E039A3" w:rsidP="006525F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4565F5E6" w14:textId="77777777" w:rsidTr="006525F8">
        <w:tc>
          <w:tcPr>
            <w:tcW w:w="2972" w:type="dxa"/>
            <w:vAlign w:val="center"/>
          </w:tcPr>
          <w:p w14:paraId="4FC3EC73" w14:textId="77777777" w:rsidR="00E039A3" w:rsidRPr="00A0792E" w:rsidRDefault="00E039A3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Start Date</w:t>
            </w:r>
          </w:p>
        </w:tc>
        <w:sdt>
          <w:sdtPr>
            <w:id w:val="-1311243605"/>
            <w:placeholder>
              <w:docPart w:val="2A52858E713D4397AC22D53F174758C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2A52CBEC" w14:textId="77777777" w:rsidR="00E039A3" w:rsidRDefault="00E039A3" w:rsidP="006525F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039A3" w14:paraId="5B4812A5" w14:textId="77777777" w:rsidTr="006525F8">
        <w:tc>
          <w:tcPr>
            <w:tcW w:w="2972" w:type="dxa"/>
            <w:vAlign w:val="center"/>
          </w:tcPr>
          <w:p w14:paraId="7397583C" w14:textId="77777777" w:rsidR="00E039A3" w:rsidRPr="00A0792E" w:rsidRDefault="00E039A3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End Date</w:t>
            </w:r>
          </w:p>
        </w:tc>
        <w:sdt>
          <w:sdtPr>
            <w:id w:val="-567349141"/>
            <w:placeholder>
              <w:docPart w:val="54621C7EA3EA482DBADCA3E8E4C2567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1020F447" w14:textId="77777777" w:rsidR="00E039A3" w:rsidRDefault="00E039A3" w:rsidP="006525F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039A3" w14:paraId="335A9007" w14:textId="77777777" w:rsidTr="006525F8">
        <w:tc>
          <w:tcPr>
            <w:tcW w:w="2972" w:type="dxa"/>
            <w:vAlign w:val="center"/>
          </w:tcPr>
          <w:p w14:paraId="77002F63" w14:textId="77777777" w:rsidR="00E039A3" w:rsidRPr="00A0792E" w:rsidRDefault="00E039A3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Summary of experience</w:t>
            </w:r>
          </w:p>
          <w:p w14:paraId="5D26D4EF" w14:textId="77777777" w:rsidR="00E039A3" w:rsidRPr="00A0792E" w:rsidRDefault="00E039A3" w:rsidP="006525F8">
            <w:pPr>
              <w:rPr>
                <w:b/>
                <w:bCs/>
              </w:rPr>
            </w:pPr>
          </w:p>
        </w:tc>
        <w:sdt>
          <w:sdtPr>
            <w:id w:val="-342395109"/>
            <w:placeholder>
              <w:docPart w:val="0199BDA9BF0C4F099DB46988DB25A794"/>
            </w:placeholder>
            <w:showingPlcHdr/>
          </w:sdtPr>
          <w:sdtContent>
            <w:tc>
              <w:tcPr>
                <w:tcW w:w="6378" w:type="dxa"/>
              </w:tcPr>
              <w:p w14:paraId="35C3CB49" w14:textId="77777777" w:rsidR="00E039A3" w:rsidRDefault="00E039A3" w:rsidP="006525F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3E9DAC72" w14:textId="77777777" w:rsidTr="006525F8"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34543496" w14:textId="77777777" w:rsidR="00E039A3" w:rsidRPr="00A0792E" w:rsidRDefault="00E039A3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Overall Outcome</w:t>
            </w:r>
          </w:p>
        </w:tc>
        <w:sdt>
          <w:sdtPr>
            <w:id w:val="-1631232266"/>
            <w:placeholder>
              <w:docPart w:val="489587BADF1E4CCBA5BD9B79BAB5EEDE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1D722261" w14:textId="77777777" w:rsidR="00E039A3" w:rsidRDefault="00E039A3" w:rsidP="006525F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039A3" w14:paraId="4921F1D9" w14:textId="77777777" w:rsidTr="006525F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ED56A6" w14:textId="2408768D" w:rsidR="00E039A3" w:rsidRDefault="00E039A3" w:rsidP="006525F8"/>
        </w:tc>
      </w:tr>
      <w:tr w:rsidR="00F5514B" w14:paraId="6860869E" w14:textId="77777777" w:rsidTr="006525F8">
        <w:tc>
          <w:tcPr>
            <w:tcW w:w="9350" w:type="dxa"/>
            <w:gridSpan w:val="2"/>
            <w:vAlign w:val="center"/>
          </w:tcPr>
          <w:p w14:paraId="593F31A6" w14:textId="0241AD35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 xml:space="preserve">Relevant Experience: </w:t>
            </w:r>
            <w:r w:rsidRP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122338825"/>
                <w:placeholder>
                  <w:docPart w:val="32713AAA360849EF8A2E4BB06043F79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520D95E7" w14:textId="77777777" w:rsidTr="006525F8">
        <w:tc>
          <w:tcPr>
            <w:tcW w:w="2972" w:type="dxa"/>
            <w:vAlign w:val="center"/>
          </w:tcPr>
          <w:p w14:paraId="5A194904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Role</w:t>
            </w:r>
          </w:p>
        </w:tc>
        <w:sdt>
          <w:sdtPr>
            <w:id w:val="-1950382634"/>
            <w:placeholder>
              <w:docPart w:val="65DD3D545F1B43BB88F3A849F7AA9400"/>
            </w:placeholder>
            <w:showingPlcHdr/>
          </w:sdtPr>
          <w:sdtContent>
            <w:tc>
              <w:tcPr>
                <w:tcW w:w="6378" w:type="dxa"/>
              </w:tcPr>
              <w:p w14:paraId="171314B1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1FB609DB" w14:textId="77777777" w:rsidTr="006525F8">
        <w:tc>
          <w:tcPr>
            <w:tcW w:w="2972" w:type="dxa"/>
            <w:vAlign w:val="center"/>
          </w:tcPr>
          <w:p w14:paraId="6E3CA352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Regulating Body</w:t>
            </w:r>
          </w:p>
        </w:tc>
        <w:sdt>
          <w:sdtPr>
            <w:id w:val="-1042200221"/>
            <w:placeholder>
              <w:docPart w:val="4153EAAE01EC42EC804EB9EBEDD2A74E"/>
            </w:placeholder>
            <w:showingPlcHdr/>
          </w:sdtPr>
          <w:sdtContent>
            <w:tc>
              <w:tcPr>
                <w:tcW w:w="6378" w:type="dxa"/>
              </w:tcPr>
              <w:p w14:paraId="275269EA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51F029D" w14:textId="77777777" w:rsidTr="006525F8">
        <w:tc>
          <w:tcPr>
            <w:tcW w:w="2972" w:type="dxa"/>
            <w:vAlign w:val="center"/>
          </w:tcPr>
          <w:p w14:paraId="25A4D3DA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Start Date</w:t>
            </w:r>
          </w:p>
        </w:tc>
        <w:sdt>
          <w:sdtPr>
            <w:id w:val="-1326502703"/>
            <w:placeholder>
              <w:docPart w:val="CB6EA5566C05465E9BC5DF73945A38D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3F601C00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62BBD83A" w14:textId="77777777" w:rsidTr="006525F8">
        <w:tc>
          <w:tcPr>
            <w:tcW w:w="2972" w:type="dxa"/>
            <w:vAlign w:val="center"/>
          </w:tcPr>
          <w:p w14:paraId="71B44056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End Date</w:t>
            </w:r>
          </w:p>
        </w:tc>
        <w:sdt>
          <w:sdtPr>
            <w:id w:val="-1673636586"/>
            <w:placeholder>
              <w:docPart w:val="B35739209259453D9E368F2CCD208A7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2B151463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0468A417" w14:textId="77777777" w:rsidTr="006525F8">
        <w:tc>
          <w:tcPr>
            <w:tcW w:w="2972" w:type="dxa"/>
            <w:vAlign w:val="center"/>
          </w:tcPr>
          <w:p w14:paraId="5B632719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Summary of experience</w:t>
            </w:r>
          </w:p>
          <w:p w14:paraId="05DFD7DB" w14:textId="77777777" w:rsidR="00F5514B" w:rsidRPr="00A0792E" w:rsidRDefault="00F5514B" w:rsidP="006525F8">
            <w:pPr>
              <w:rPr>
                <w:b/>
                <w:bCs/>
              </w:rPr>
            </w:pPr>
          </w:p>
        </w:tc>
        <w:sdt>
          <w:sdtPr>
            <w:id w:val="-2014441384"/>
            <w:placeholder>
              <w:docPart w:val="B37D3F1F16C14F3D8008A279E8B01F9C"/>
            </w:placeholder>
            <w:showingPlcHdr/>
          </w:sdtPr>
          <w:sdtContent>
            <w:tc>
              <w:tcPr>
                <w:tcW w:w="6378" w:type="dxa"/>
              </w:tcPr>
              <w:p w14:paraId="7768A401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6055957E" w14:textId="77777777" w:rsidTr="006525F8"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3D6BC539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Overall Outcome</w:t>
            </w:r>
          </w:p>
        </w:tc>
        <w:sdt>
          <w:sdtPr>
            <w:id w:val="1508938048"/>
            <w:placeholder>
              <w:docPart w:val="C5C5C9250EDC4BDBB5195EAE3BD84ACA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6A79DE64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9AB98AE" w14:textId="77777777" w:rsidTr="006525F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54E395" w14:textId="0DBF62E5" w:rsidR="00F5514B" w:rsidRDefault="00F5514B" w:rsidP="006525F8"/>
        </w:tc>
      </w:tr>
      <w:tr w:rsidR="00F5514B" w14:paraId="509B6839" w14:textId="77777777" w:rsidTr="006525F8">
        <w:tc>
          <w:tcPr>
            <w:tcW w:w="9350" w:type="dxa"/>
            <w:gridSpan w:val="2"/>
            <w:vAlign w:val="center"/>
          </w:tcPr>
          <w:p w14:paraId="14B3CBBA" w14:textId="7659D520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 xml:space="preserve">Relevant Experience: </w:t>
            </w:r>
            <w:r w:rsidRP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29939811"/>
                <w:placeholder>
                  <w:docPart w:val="F627C2D5F8B448738A80A9CE48EA42CD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5514B" w14:paraId="416FF1EE" w14:textId="77777777" w:rsidTr="006525F8">
        <w:tc>
          <w:tcPr>
            <w:tcW w:w="2972" w:type="dxa"/>
            <w:vAlign w:val="center"/>
          </w:tcPr>
          <w:p w14:paraId="74FA41BF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Role</w:t>
            </w:r>
          </w:p>
        </w:tc>
        <w:sdt>
          <w:sdtPr>
            <w:id w:val="-1665775993"/>
            <w:placeholder>
              <w:docPart w:val="81B66D5B219545AA9A0EA1A88DB4AE2D"/>
            </w:placeholder>
            <w:showingPlcHdr/>
          </w:sdtPr>
          <w:sdtContent>
            <w:tc>
              <w:tcPr>
                <w:tcW w:w="6378" w:type="dxa"/>
              </w:tcPr>
              <w:p w14:paraId="3FB943EF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412E496A" w14:textId="77777777" w:rsidTr="006525F8">
        <w:tc>
          <w:tcPr>
            <w:tcW w:w="2972" w:type="dxa"/>
            <w:vAlign w:val="center"/>
          </w:tcPr>
          <w:p w14:paraId="7EA10396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Regulating Body</w:t>
            </w:r>
          </w:p>
        </w:tc>
        <w:sdt>
          <w:sdtPr>
            <w:id w:val="142629554"/>
            <w:placeholder>
              <w:docPart w:val="99ACF527F1634A2AA300C8800E29AFC8"/>
            </w:placeholder>
            <w:showingPlcHdr/>
          </w:sdtPr>
          <w:sdtContent>
            <w:tc>
              <w:tcPr>
                <w:tcW w:w="6378" w:type="dxa"/>
              </w:tcPr>
              <w:p w14:paraId="02138051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762879E8" w14:textId="77777777" w:rsidTr="006525F8">
        <w:tc>
          <w:tcPr>
            <w:tcW w:w="2972" w:type="dxa"/>
            <w:vAlign w:val="center"/>
          </w:tcPr>
          <w:p w14:paraId="27C344DF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Start Date</w:t>
            </w:r>
          </w:p>
        </w:tc>
        <w:sdt>
          <w:sdtPr>
            <w:id w:val="-1329824850"/>
            <w:placeholder>
              <w:docPart w:val="84C128A5FAA5419CB933302642D593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0935F5EF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52491F06" w14:textId="77777777" w:rsidTr="006525F8">
        <w:tc>
          <w:tcPr>
            <w:tcW w:w="2972" w:type="dxa"/>
            <w:vAlign w:val="center"/>
          </w:tcPr>
          <w:p w14:paraId="09D9C04E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End Date</w:t>
            </w:r>
          </w:p>
        </w:tc>
        <w:sdt>
          <w:sdtPr>
            <w:id w:val="509416289"/>
            <w:placeholder>
              <w:docPart w:val="0C75A5BE95724BE684914E27C85E4B7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01B3301B" w14:textId="77777777" w:rsidR="00F5514B" w:rsidRDefault="00F5514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5514B" w14:paraId="45D4B5A8" w14:textId="77777777" w:rsidTr="006525F8">
        <w:tc>
          <w:tcPr>
            <w:tcW w:w="2972" w:type="dxa"/>
            <w:vAlign w:val="center"/>
          </w:tcPr>
          <w:p w14:paraId="5A381142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Summary of experience</w:t>
            </w:r>
          </w:p>
          <w:p w14:paraId="33FAE6EC" w14:textId="77777777" w:rsidR="00F5514B" w:rsidRPr="00A0792E" w:rsidRDefault="00F5514B" w:rsidP="006525F8">
            <w:pPr>
              <w:rPr>
                <w:b/>
                <w:bCs/>
              </w:rPr>
            </w:pPr>
          </w:p>
        </w:tc>
        <w:sdt>
          <w:sdtPr>
            <w:id w:val="-1363749797"/>
            <w:placeholder>
              <w:docPart w:val="F193CB4EE2CD4F2EB3EF9B707F6CAF47"/>
            </w:placeholder>
            <w:showingPlcHdr/>
          </w:sdtPr>
          <w:sdtContent>
            <w:tc>
              <w:tcPr>
                <w:tcW w:w="6378" w:type="dxa"/>
              </w:tcPr>
              <w:p w14:paraId="3B79AC53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37613D5C" w14:textId="77777777" w:rsidTr="006525F8"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0C49CF24" w14:textId="77777777" w:rsidR="00F5514B" w:rsidRPr="00A0792E" w:rsidRDefault="00F5514B" w:rsidP="006525F8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Overall Outcome</w:t>
            </w:r>
          </w:p>
        </w:tc>
        <w:sdt>
          <w:sdtPr>
            <w:id w:val="465638691"/>
            <w:placeholder>
              <w:docPart w:val="06EDCA18D2C34F4D974C794B7C7862D7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069C5B25" w14:textId="77777777" w:rsidR="00F5514B" w:rsidRDefault="00F5514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14B" w14:paraId="2E4CCF8D" w14:textId="77777777" w:rsidTr="006525F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7BBEA0" w14:textId="1554C996" w:rsidR="00F5514B" w:rsidRDefault="00F5514B" w:rsidP="006525F8"/>
        </w:tc>
      </w:tr>
    </w:tbl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59A73" w14:textId="77777777" w:rsidR="00135A3E" w:rsidRDefault="00135A3E" w:rsidP="001B2E81">
      <w:pPr>
        <w:spacing w:after="0" w:line="240" w:lineRule="auto"/>
      </w:pPr>
      <w:r>
        <w:separator/>
      </w:r>
    </w:p>
  </w:endnote>
  <w:endnote w:type="continuationSeparator" w:id="0">
    <w:p w14:paraId="0050B42A" w14:textId="77777777" w:rsidR="00135A3E" w:rsidRDefault="00135A3E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B0C8B" w14:textId="77777777" w:rsidR="00135A3E" w:rsidRDefault="00135A3E" w:rsidP="001B2E81">
      <w:pPr>
        <w:spacing w:after="0" w:line="240" w:lineRule="auto"/>
      </w:pPr>
      <w:r>
        <w:separator/>
      </w:r>
    </w:p>
  </w:footnote>
  <w:footnote w:type="continuationSeparator" w:id="0">
    <w:p w14:paraId="61238595" w14:textId="77777777" w:rsidR="00135A3E" w:rsidRDefault="00135A3E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7CFF7A44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98304A">
      <w:t>Geriatric Medicine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2142C"/>
    <w:multiLevelType w:val="hybridMultilevel"/>
    <w:tmpl w:val="FFE6E742"/>
    <w:lvl w:ilvl="0" w:tplc="76A86B0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0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9"/>
  </w:num>
  <w:num w:numId="12" w16cid:durableId="954025059">
    <w:abstractNumId w:val="11"/>
  </w:num>
  <w:num w:numId="13" w16cid:durableId="1694188166">
    <w:abstractNumId w:val="12"/>
  </w:num>
  <w:num w:numId="14" w16cid:durableId="889731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1DA2"/>
    <w:rsid w:val="00034616"/>
    <w:rsid w:val="00041DFE"/>
    <w:rsid w:val="0006063C"/>
    <w:rsid w:val="00071601"/>
    <w:rsid w:val="00081140"/>
    <w:rsid w:val="000834D5"/>
    <w:rsid w:val="00135A3E"/>
    <w:rsid w:val="0015074B"/>
    <w:rsid w:val="001B2E81"/>
    <w:rsid w:val="001C17E4"/>
    <w:rsid w:val="001F1725"/>
    <w:rsid w:val="00214ECC"/>
    <w:rsid w:val="002319B9"/>
    <w:rsid w:val="002931FF"/>
    <w:rsid w:val="0029639D"/>
    <w:rsid w:val="002D7D98"/>
    <w:rsid w:val="002E140B"/>
    <w:rsid w:val="00326F90"/>
    <w:rsid w:val="003729FB"/>
    <w:rsid w:val="00440832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21B93"/>
    <w:rsid w:val="008525FA"/>
    <w:rsid w:val="0098304A"/>
    <w:rsid w:val="009A7B67"/>
    <w:rsid w:val="009E4AEB"/>
    <w:rsid w:val="00A0792E"/>
    <w:rsid w:val="00A36383"/>
    <w:rsid w:val="00AA1D8D"/>
    <w:rsid w:val="00B16633"/>
    <w:rsid w:val="00B47730"/>
    <w:rsid w:val="00B8038E"/>
    <w:rsid w:val="00BC3393"/>
    <w:rsid w:val="00BD4838"/>
    <w:rsid w:val="00C7253B"/>
    <w:rsid w:val="00C95D05"/>
    <w:rsid w:val="00CB0664"/>
    <w:rsid w:val="00CD745A"/>
    <w:rsid w:val="00D94CAE"/>
    <w:rsid w:val="00DA296B"/>
    <w:rsid w:val="00E039A3"/>
    <w:rsid w:val="00E9708F"/>
    <w:rsid w:val="00F211F0"/>
    <w:rsid w:val="00F277ED"/>
    <w:rsid w:val="00F4085D"/>
    <w:rsid w:val="00F54DC5"/>
    <w:rsid w:val="00F5514B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30436D" w:rsidP="0030436D">
          <w:pPr>
            <w:pStyle w:val="F4D6CB2241074A76A75ACE4A72F3BAC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30436D" w:rsidP="0030436D">
          <w:pPr>
            <w:pStyle w:val="5C6BE9DD57B042A78E73AE6C65AB81E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30436D" w:rsidP="0030436D">
          <w:pPr>
            <w:pStyle w:val="B94FF17A7DD844238942618D220CAEE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30436D" w:rsidP="0030436D">
          <w:pPr>
            <w:pStyle w:val="15FA136DFCC9400EA3643631FD9D49A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30436D" w:rsidP="0030436D">
          <w:pPr>
            <w:pStyle w:val="758EF154077D4EC492E0AA02749775E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30436D" w:rsidP="0030436D">
          <w:pPr>
            <w:pStyle w:val="60444590C5F4414E83C6454885D5753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30436D" w:rsidP="0030436D">
          <w:pPr>
            <w:pStyle w:val="096DC268CB3744C7AF90E558EFABE7F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30436D" w:rsidP="0030436D">
          <w:pPr>
            <w:pStyle w:val="16EE3227410F4460A6706019F08584B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30436D" w:rsidP="0030436D">
          <w:pPr>
            <w:pStyle w:val="35C6ADD19D0A4F7F9AA8A8D4CCB137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30436D" w:rsidP="0030436D">
          <w:pPr>
            <w:pStyle w:val="0AD4EFDEB46F4DD3B07D7D864B6EAEB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30436D" w:rsidP="0030436D">
          <w:pPr>
            <w:pStyle w:val="C969D259CE28476AA1EB44B74A93B0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30436D" w:rsidP="0030436D">
          <w:pPr>
            <w:pStyle w:val="4163D3241B974CB9999FF0EC5B4E2B2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30436D" w:rsidP="0030436D">
          <w:pPr>
            <w:pStyle w:val="89495584885745569DDCF4FEC1482D0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30436D" w:rsidP="0030436D">
          <w:pPr>
            <w:pStyle w:val="66C6F6902A3B4D4CA7D745FDDA70B68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30436D" w:rsidP="0030436D">
          <w:pPr>
            <w:pStyle w:val="4CD965A9EE694FECADF2476D720E7B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30436D" w:rsidP="0030436D">
          <w:pPr>
            <w:pStyle w:val="09E232A6ADC042DB884957F020A929B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30436D" w:rsidP="0030436D">
          <w:pPr>
            <w:pStyle w:val="3DF7FD3C5E5C4C0992D419903A5ACDD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30436D" w:rsidP="0030436D">
          <w:pPr>
            <w:pStyle w:val="657F90F891404138BEF4C8B0986FE70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30436D" w:rsidP="0030436D">
          <w:pPr>
            <w:pStyle w:val="C9113B8A854441D682CE5AC80AFB086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30436D" w:rsidP="0030436D">
          <w:pPr>
            <w:pStyle w:val="E3F5175B57004446843F4F317C13BE7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30436D" w:rsidP="0030436D">
          <w:pPr>
            <w:pStyle w:val="74CADD3637F3476CAEF2795719E307A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30436D" w:rsidP="0030436D">
          <w:pPr>
            <w:pStyle w:val="6E2E25C8BD59485F83A4E1A3EB66C1C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30436D" w:rsidP="0030436D">
          <w:pPr>
            <w:pStyle w:val="CADFFF9D18954E1993F5C0789B03E17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30436D" w:rsidP="0030436D">
          <w:pPr>
            <w:pStyle w:val="872FF4CA11794B8A841DB2220DF10EA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30436D" w:rsidP="0030436D">
          <w:pPr>
            <w:pStyle w:val="4E97BD512F134974B65EC5CE1A1FFA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30436D" w:rsidP="0030436D">
          <w:pPr>
            <w:pStyle w:val="43C24FC1DD4E4C25906C3761C0E444F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30436D" w:rsidP="0030436D">
          <w:pPr>
            <w:pStyle w:val="6E5B51F8A20C49259CB13015EB12138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30436D" w:rsidP="0030436D">
          <w:pPr>
            <w:pStyle w:val="ACA81B7FEB124004A04A95F11ADBD7A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30436D" w:rsidP="0030436D">
          <w:pPr>
            <w:pStyle w:val="AB27C8C8D90949D99B80C3BCC40C6D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30436D" w:rsidP="0030436D">
          <w:pPr>
            <w:pStyle w:val="BE6BAA36B4CE46CCBA1107A2CA86328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30436D" w:rsidP="0030436D">
          <w:pPr>
            <w:pStyle w:val="98F3A9EE91754E259AFD2F141BD88EC3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30436D" w:rsidP="0030436D">
          <w:pPr>
            <w:pStyle w:val="A562792367E244C2B52C13434E400DB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30436D" w:rsidP="0030436D">
          <w:pPr>
            <w:pStyle w:val="7E217E49FF2B4BCCB4F3ACCCBA86205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30436D" w:rsidP="0030436D">
          <w:pPr>
            <w:pStyle w:val="A6B6B6169038418C8F137F03A3BAC3E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30436D" w:rsidP="0030436D">
          <w:pPr>
            <w:pStyle w:val="BA84038C5BAB4BC98BCFD7720888F4E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30436D" w:rsidP="0030436D">
          <w:pPr>
            <w:pStyle w:val="2A85F1BB5E59479D91B2E845B74103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30436D" w:rsidP="0030436D">
          <w:pPr>
            <w:pStyle w:val="734A0FEE22AB4D08A85FAFBB84445CB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30436D" w:rsidP="0030436D">
          <w:pPr>
            <w:pStyle w:val="3AE69983638E496B87E186B118E83D05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30436D" w:rsidP="0030436D">
          <w:pPr>
            <w:pStyle w:val="4E1B8BE8E635423EB269141E9E2912A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30436D" w:rsidP="0030436D">
          <w:pPr>
            <w:pStyle w:val="522C19E6AA2346A4966003129C441C2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30436D" w:rsidP="0030436D">
          <w:pPr>
            <w:pStyle w:val="DC6DBC8E8B3947CB8F9195F36B67D85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30436D" w:rsidP="0030436D">
          <w:pPr>
            <w:pStyle w:val="49487EF4E50B45EF8F8DF0A58099CB0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30436D" w:rsidP="0030436D">
          <w:pPr>
            <w:pStyle w:val="C6C5AA04D5744E5397F5B4C02E599FE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30436D" w:rsidP="0030436D">
          <w:pPr>
            <w:pStyle w:val="657845195F10471BB191FDF6254F450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30436D" w:rsidP="0030436D">
          <w:pPr>
            <w:pStyle w:val="4261ABEBA6024587BD9BFFA89B86CBA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30436D" w:rsidP="0030436D">
          <w:pPr>
            <w:pStyle w:val="ECE4C47E07C843CCA2D7255597D07705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30436D" w:rsidP="0030436D">
          <w:pPr>
            <w:pStyle w:val="9444CF760006459A89EF2B7CE3AFF2D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30436D" w:rsidP="0030436D">
          <w:pPr>
            <w:pStyle w:val="A451D5A1F2414B9AB219F05CFB3EC45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30436D" w:rsidP="0030436D">
          <w:pPr>
            <w:pStyle w:val="E58E1C4CC73644419B96786849CD041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30436D" w:rsidP="0030436D">
          <w:pPr>
            <w:pStyle w:val="CA4E4ABAE5DA465E97A6237A7809538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30436D" w:rsidP="0030436D">
          <w:pPr>
            <w:pStyle w:val="156AE4FD73954CA688AAE317B32139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30436D" w:rsidP="0030436D">
          <w:pPr>
            <w:pStyle w:val="6D5A277E4DAE4119840AF2E2D970FC5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30436D" w:rsidP="0030436D">
          <w:pPr>
            <w:pStyle w:val="586FFECF142C4598987272C037E4807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30436D" w:rsidP="0030436D">
          <w:pPr>
            <w:pStyle w:val="0FB6E5FECABF45829BB384A56029A28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30436D" w:rsidP="0030436D">
          <w:pPr>
            <w:pStyle w:val="26164AFE8C004731B39F8D42AA79484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30436D" w:rsidP="0030436D">
          <w:pPr>
            <w:pStyle w:val="143E6DFAA3A744858DA27EA69CF186A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30436D" w:rsidP="0030436D">
          <w:pPr>
            <w:pStyle w:val="FB7E9068020A4D09974EA1EB0D07EBE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30436D" w:rsidP="0030436D">
          <w:pPr>
            <w:pStyle w:val="B9DD229517514DD3BA3088064240514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30436D" w:rsidP="0030436D">
          <w:pPr>
            <w:pStyle w:val="4B4DB9EE858049CCB9AFBB15E50951BB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30436D" w:rsidP="0030436D">
          <w:pPr>
            <w:pStyle w:val="7041F98D97294F33B27DB409BE8E34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30436D" w:rsidP="0030436D">
          <w:pPr>
            <w:pStyle w:val="73AB6D1D873F4738BF61AE697637871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30436D" w:rsidP="0030436D">
          <w:pPr>
            <w:pStyle w:val="520891A0A4C04E9D9F8A8F3644975C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30436D" w:rsidP="0030436D">
          <w:pPr>
            <w:pStyle w:val="C582574595EA444189787F4DFB8EE3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30436D" w:rsidP="0030436D">
          <w:pPr>
            <w:pStyle w:val="55670920D67C4481B676B57D42BEF39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30436D" w:rsidP="0030436D">
          <w:pPr>
            <w:pStyle w:val="1734C0B0E50C4165979C1D1CD6EF511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6D54110794714A3947FB410535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BE760-6D65-423E-B3BC-DEDF2C5973B4}"/>
      </w:docPartPr>
      <w:docPartBody>
        <w:p w:rsidR="004161F5" w:rsidRDefault="0030436D" w:rsidP="0030436D">
          <w:pPr>
            <w:pStyle w:val="4DA6D54110794714A3947FB41053504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30436D" w:rsidP="0030436D">
          <w:pPr>
            <w:pStyle w:val="982533AA1A67444FAB6AD764FF1EF88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30436D" w:rsidP="0030436D">
          <w:pPr>
            <w:pStyle w:val="A8251704D7154EB4AAFD40739CBF323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30436D" w:rsidP="0030436D">
          <w:pPr>
            <w:pStyle w:val="092F71A98DCB432994A49CF6A2418B1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30436D" w:rsidP="0030436D">
          <w:pPr>
            <w:pStyle w:val="FF714C39671F4059B6173089394CD3E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30436D" w:rsidP="0030436D">
          <w:pPr>
            <w:pStyle w:val="28589E92AA8443098EDE0E709D3F980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30436D" w:rsidP="0030436D">
          <w:pPr>
            <w:pStyle w:val="7B8873B5DDFA49E29AD3D86C96355BE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30436D" w:rsidP="0030436D">
          <w:pPr>
            <w:pStyle w:val="7D53A91E55554B1E87906AAB7E66728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30436D" w:rsidP="0030436D">
          <w:pPr>
            <w:pStyle w:val="A98CC7936C024C2988776FBA2CC670B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30436D" w:rsidP="0030436D">
          <w:pPr>
            <w:pStyle w:val="2E9B36F7201C45DF99CA9FA9C42900A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30436D" w:rsidP="0030436D">
          <w:pPr>
            <w:pStyle w:val="09814CF1CD7A47D3BB560F37A96F9D5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30436D" w:rsidP="0030436D">
          <w:pPr>
            <w:pStyle w:val="7793DEAF92564508A217818A964BBBC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2818E23544CC0979C67945977F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5BAA4-C412-4F24-940D-06F6B7A061C8}"/>
      </w:docPartPr>
      <w:docPartBody>
        <w:p w:rsidR="0030436D" w:rsidRDefault="0030436D" w:rsidP="0030436D">
          <w:pPr>
            <w:pStyle w:val="C592818E23544CC0979C67945977F99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4889AE70AD434AA79CB2C25D82D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4714D-0748-4FFA-B906-E39D2FB468E2}"/>
      </w:docPartPr>
      <w:docPartBody>
        <w:p w:rsidR="0030436D" w:rsidRDefault="0030436D" w:rsidP="0030436D">
          <w:pPr>
            <w:pStyle w:val="B44889AE70AD434AA79CB2C25D82D4B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BE17A9874747C1AC4D9286D9990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57A5D-6A95-48D0-8D32-FAD2647B1D68}"/>
      </w:docPartPr>
      <w:docPartBody>
        <w:p w:rsidR="0030436D" w:rsidRDefault="0030436D" w:rsidP="0030436D">
          <w:pPr>
            <w:pStyle w:val="5CBE17A9874747C1AC4D9286D999051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127B746693496192A4092148813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2204D-3F63-49E2-9E2C-8240CC489DF2}"/>
      </w:docPartPr>
      <w:docPartBody>
        <w:p w:rsidR="0030436D" w:rsidRDefault="0030436D" w:rsidP="0030436D">
          <w:pPr>
            <w:pStyle w:val="0E127B746693496192A409214881347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02206C4D74D3A80D8AA3144CB0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CA848-F35F-48BF-95A0-00BA1C3E3C53}"/>
      </w:docPartPr>
      <w:docPartBody>
        <w:p w:rsidR="0030436D" w:rsidRDefault="0030436D" w:rsidP="0030436D">
          <w:pPr>
            <w:pStyle w:val="ED602206C4D74D3A80D8AA3144CB05C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64A5A2C1EAF49D7AC3DDF63BC5AD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A11C0-D58B-4115-AFE7-7942341EAF70}"/>
      </w:docPartPr>
      <w:docPartBody>
        <w:p w:rsidR="0030436D" w:rsidRDefault="0030436D" w:rsidP="0030436D">
          <w:pPr>
            <w:pStyle w:val="764A5A2C1EAF49D7AC3DDF63BC5AD70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81387B9A30402A84817179D8E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3891C-76F1-4A6B-9148-F6F18878F2FD}"/>
      </w:docPartPr>
      <w:docPartBody>
        <w:p w:rsidR="0030436D" w:rsidRDefault="0030436D" w:rsidP="0030436D">
          <w:pPr>
            <w:pStyle w:val="5B81387B9A30402A84817179D8E8A3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2E1A4330847E8B96E185C1FAE9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A1E3E-B71C-490A-8E2B-786BB574D05D}"/>
      </w:docPartPr>
      <w:docPartBody>
        <w:p w:rsidR="0030436D" w:rsidRDefault="0030436D" w:rsidP="0030436D">
          <w:pPr>
            <w:pStyle w:val="56F2E1A4330847E8B96E185C1FAE972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B6E2340BF441B89FBB3782736B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BA491-9DF0-41F2-A3DA-BA5CDD81DB7F}"/>
      </w:docPartPr>
      <w:docPartBody>
        <w:p w:rsidR="0030436D" w:rsidRDefault="0030436D" w:rsidP="0030436D">
          <w:pPr>
            <w:pStyle w:val="82B6E2340BF441B89FBB3782736B2E2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BE64C42DF840F4BD14ECFF712E0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4CDFD-F5A9-42C5-8B78-52F3BF6CD45B}"/>
      </w:docPartPr>
      <w:docPartBody>
        <w:p w:rsidR="0030436D" w:rsidRDefault="0030436D" w:rsidP="0030436D">
          <w:pPr>
            <w:pStyle w:val="C2BE64C42DF840F4BD14ECFF712E063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033925F1D4494D9DB04AADF14E7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ED447-D6C7-4956-9AE5-8B84EF3E44A6}"/>
      </w:docPartPr>
      <w:docPartBody>
        <w:p w:rsidR="0030436D" w:rsidRDefault="0030436D" w:rsidP="0030436D">
          <w:pPr>
            <w:pStyle w:val="82033925F1D4494D9DB04AADF14E79D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761394B697469E8B38372AEA4FE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DE7EE-A27E-4F88-A49B-E92EA6123AC8}"/>
      </w:docPartPr>
      <w:docPartBody>
        <w:p w:rsidR="0030436D" w:rsidRDefault="0030436D" w:rsidP="0030436D">
          <w:pPr>
            <w:pStyle w:val="A3761394B697469E8B38372AEA4FEDA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93A7027917435A81C03ACC38B0A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B9B31-35AB-41BC-9A35-44E33328FDC1}"/>
      </w:docPartPr>
      <w:docPartBody>
        <w:p w:rsidR="0030436D" w:rsidRDefault="0030436D" w:rsidP="0030436D">
          <w:pPr>
            <w:pStyle w:val="9993A7027917435A81C03ACC38B0A05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52858E713D4397AC22D53F17475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1D580-DA5F-4C78-A571-37D3B7E9C02D}"/>
      </w:docPartPr>
      <w:docPartBody>
        <w:p w:rsidR="0030436D" w:rsidRDefault="0030436D" w:rsidP="0030436D">
          <w:pPr>
            <w:pStyle w:val="2A52858E713D4397AC22D53F174758C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621C7EA3EA482DBADCA3E8E4C25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DD337-2FC2-43DD-9756-54FEBBDFD72A}"/>
      </w:docPartPr>
      <w:docPartBody>
        <w:p w:rsidR="0030436D" w:rsidRDefault="0030436D" w:rsidP="0030436D">
          <w:pPr>
            <w:pStyle w:val="54621C7EA3EA482DBADCA3E8E4C25671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99BDA9BF0C4F099DB46988DB25A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477C6-BBCA-4BCD-9789-B77C2029FBEF}"/>
      </w:docPartPr>
      <w:docPartBody>
        <w:p w:rsidR="0030436D" w:rsidRDefault="0030436D" w:rsidP="0030436D">
          <w:pPr>
            <w:pStyle w:val="0199BDA9BF0C4F099DB46988DB25A79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9587BADF1E4CCBA5BD9B79BAB5E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E5E73-C699-44BD-B63E-26D4A5742F45}"/>
      </w:docPartPr>
      <w:docPartBody>
        <w:p w:rsidR="0030436D" w:rsidRDefault="0030436D" w:rsidP="0030436D">
          <w:pPr>
            <w:pStyle w:val="489587BADF1E4CCBA5BD9B79BAB5EE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92597A2C49482AB95CCFD3792BB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0636B-33CE-4A01-841D-95C4A5832A64}"/>
      </w:docPartPr>
      <w:docPartBody>
        <w:p w:rsidR="0030436D" w:rsidRDefault="0030436D" w:rsidP="0030436D">
          <w:pPr>
            <w:pStyle w:val="0492597A2C49482AB95CCFD3792BBD8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C021589D7B4C1490A685A097234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54621-B44E-4778-B029-0B3C5553E0A2}"/>
      </w:docPartPr>
      <w:docPartBody>
        <w:p w:rsidR="0030436D" w:rsidRDefault="0030436D" w:rsidP="0030436D">
          <w:pPr>
            <w:pStyle w:val="DBC021589D7B4C1490A685A097234C1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E0F3718A6C42C5AE6EF21876BF5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91B30-DFD1-492E-A28F-316789773B07}"/>
      </w:docPartPr>
      <w:docPartBody>
        <w:p w:rsidR="0030436D" w:rsidRDefault="0030436D" w:rsidP="0030436D">
          <w:pPr>
            <w:pStyle w:val="9AE0F3718A6C42C5AE6EF21876BF520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74A3BEC7AA441587B51A98D3473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14BB5-EDAA-4CAE-BDA2-1E1F2681C7AA}"/>
      </w:docPartPr>
      <w:docPartBody>
        <w:p w:rsidR="0030436D" w:rsidRDefault="0030436D" w:rsidP="0030436D">
          <w:pPr>
            <w:pStyle w:val="F174A3BEC7AA441587B51A98D347306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376E11F1B44BA6B926BCD0E7B31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72485-5871-4D6D-9444-6C280247C95F}"/>
      </w:docPartPr>
      <w:docPartBody>
        <w:p w:rsidR="0030436D" w:rsidRDefault="0030436D" w:rsidP="0030436D">
          <w:pPr>
            <w:pStyle w:val="04376E11F1B44BA6B926BCD0E7B312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22CEB82C734321B0CE016302F91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FC736-6E39-4D7A-BD91-26F9C490C965}"/>
      </w:docPartPr>
      <w:docPartBody>
        <w:p w:rsidR="0030436D" w:rsidRDefault="0030436D" w:rsidP="0030436D">
          <w:pPr>
            <w:pStyle w:val="9622CEB82C734321B0CE016302F911E9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5FDFBF134945B2BF39C7E79859F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660E9-365D-490E-9D55-2DB707867FBD}"/>
      </w:docPartPr>
      <w:docPartBody>
        <w:p w:rsidR="0030436D" w:rsidRDefault="0030436D" w:rsidP="0030436D">
          <w:pPr>
            <w:pStyle w:val="CB5FDFBF134945B2BF39C7E79859F0ED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DD44C192644BF8904A1A3C52663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B91DA-01AE-46DA-9E01-FAC5F1408667}"/>
      </w:docPartPr>
      <w:docPartBody>
        <w:p w:rsidR="0030436D" w:rsidRDefault="0030436D" w:rsidP="0030436D">
          <w:pPr>
            <w:pStyle w:val="B6DD44C192644BF8904A1A3C52663365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B92035E5494A88A1939E0D3E6D2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3B17-23C4-4F07-827F-9DD96C347666}"/>
      </w:docPartPr>
      <w:docPartBody>
        <w:p w:rsidR="0030436D" w:rsidRDefault="0030436D" w:rsidP="0030436D">
          <w:pPr>
            <w:pStyle w:val="6BB92035E5494A88A1939E0D3E6D2CD5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56E094F414722A20C4106381A4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18217-DDC4-4D39-B52F-0147A0A111D5}"/>
      </w:docPartPr>
      <w:docPartBody>
        <w:p w:rsidR="0030436D" w:rsidRDefault="0030436D" w:rsidP="0030436D">
          <w:pPr>
            <w:pStyle w:val="8BF56E094F414722A20C4106381A4633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CE75B612C4202A581499679C2B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197FF-277C-427F-B774-588C45D26449}"/>
      </w:docPartPr>
      <w:docPartBody>
        <w:p w:rsidR="00000000" w:rsidRDefault="0030436D" w:rsidP="0030436D">
          <w:pPr>
            <w:pStyle w:val="BA4CE75B612C4202A581499679C2B31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7F8750358B49AE8F6751DCEDD83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44E02-58E7-445A-87DB-F9D8C835864B}"/>
      </w:docPartPr>
      <w:docPartBody>
        <w:p w:rsidR="00000000" w:rsidRDefault="0030436D" w:rsidP="0030436D">
          <w:pPr>
            <w:pStyle w:val="7E7F8750358B49AE8F6751DCEDD8389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CEF073F07734BD2836C5DAAE1509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FB6FD-D294-41F6-A80E-12B6521305DB}"/>
      </w:docPartPr>
      <w:docPartBody>
        <w:p w:rsidR="00000000" w:rsidRDefault="0030436D" w:rsidP="0030436D">
          <w:pPr>
            <w:pStyle w:val="FCEF073F07734BD2836C5DAAE1509E3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1A6ACC0D6534B439068D87F89311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1B1E9-148B-4F75-A27F-F5FD101DF3F3}"/>
      </w:docPartPr>
      <w:docPartBody>
        <w:p w:rsidR="00000000" w:rsidRDefault="0030436D" w:rsidP="0030436D">
          <w:pPr>
            <w:pStyle w:val="41A6ACC0D6534B439068D87F893110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BA44887A114D17B5C9E9586CED3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78CEA-A589-4026-B417-7224917BFBA4}"/>
      </w:docPartPr>
      <w:docPartBody>
        <w:p w:rsidR="00000000" w:rsidRDefault="0030436D" w:rsidP="0030436D">
          <w:pPr>
            <w:pStyle w:val="39BA44887A114D17B5C9E9586CED316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FD366C0F5C4B1D8315BCAD123AB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0AB30-FE98-44AA-AD0D-A449FBF5A557}"/>
      </w:docPartPr>
      <w:docPartBody>
        <w:p w:rsidR="00000000" w:rsidRDefault="0030436D" w:rsidP="0030436D">
          <w:pPr>
            <w:pStyle w:val="3FFD366C0F5C4B1D8315BCAD123ABBE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38DA79A020453798AAC4140F21E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D069D-5F6E-4230-A8BA-FCA23BEA6630}"/>
      </w:docPartPr>
      <w:docPartBody>
        <w:p w:rsidR="00000000" w:rsidRDefault="0030436D" w:rsidP="0030436D">
          <w:pPr>
            <w:pStyle w:val="4438DA79A020453798AAC4140F21E7F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5104274BAF4978BF6207C750C18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5D572-0410-48DE-9BC9-5818204F2C88}"/>
      </w:docPartPr>
      <w:docPartBody>
        <w:p w:rsidR="00000000" w:rsidRDefault="0030436D" w:rsidP="0030436D">
          <w:pPr>
            <w:pStyle w:val="F05104274BAF4978BF6207C750C18B4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9675E05B764A7E870BC5CDA080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A6A10-37FC-40DF-8F4B-774FD53A4240}"/>
      </w:docPartPr>
      <w:docPartBody>
        <w:p w:rsidR="00000000" w:rsidRDefault="0030436D" w:rsidP="0030436D">
          <w:pPr>
            <w:pStyle w:val="B49675E05B764A7E870BC5CDA0803E6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BE70EE3C5C406FB27D345B7C92B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32A4-384C-41D4-8FF7-0B9B4FCEF140}"/>
      </w:docPartPr>
      <w:docPartBody>
        <w:p w:rsidR="00000000" w:rsidRDefault="0030436D" w:rsidP="0030436D">
          <w:pPr>
            <w:pStyle w:val="54BE70EE3C5C406FB27D345B7C92BC7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5EE107317B4F06A1FFB59ECDDDF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EB54D-35EB-46C5-82BA-D86E40ED7938}"/>
      </w:docPartPr>
      <w:docPartBody>
        <w:p w:rsidR="00000000" w:rsidRDefault="0030436D" w:rsidP="0030436D">
          <w:pPr>
            <w:pStyle w:val="925EE107317B4F06A1FFB59ECDDDFC0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3C2D3E468246A4A1BCA003D6518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57912-3AED-4254-AD92-0EF13F9F2F3C}"/>
      </w:docPartPr>
      <w:docPartBody>
        <w:p w:rsidR="00000000" w:rsidRDefault="0030436D" w:rsidP="0030436D">
          <w:pPr>
            <w:pStyle w:val="DC3C2D3E468246A4A1BCA003D651844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DDFED6178C4067914C1681C24E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8F142-13F5-4D96-89C5-DA7181D10020}"/>
      </w:docPartPr>
      <w:docPartBody>
        <w:p w:rsidR="00000000" w:rsidRDefault="0030436D" w:rsidP="0030436D">
          <w:pPr>
            <w:pStyle w:val="1BDDFED6178C4067914C1681C24E8B1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EDE75BA8AF4B1E841E0C5447E0F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0AB01-15D0-44FF-A740-2F54BB551771}"/>
      </w:docPartPr>
      <w:docPartBody>
        <w:p w:rsidR="00000000" w:rsidRDefault="0030436D" w:rsidP="0030436D">
          <w:pPr>
            <w:pStyle w:val="C4EDE75BA8AF4B1E841E0C5447E0F48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974FF51D684CE4B9599C4132FBB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0B3C9-ACDF-4979-B551-ED04DB93C320}"/>
      </w:docPartPr>
      <w:docPartBody>
        <w:p w:rsidR="00000000" w:rsidRDefault="0030436D" w:rsidP="0030436D">
          <w:pPr>
            <w:pStyle w:val="B5974FF51D684CE4B9599C4132FBB1D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4C6E861F7941C8A2824613BA943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58275-7390-4D4B-A8BF-37B441225B46}"/>
      </w:docPartPr>
      <w:docPartBody>
        <w:p w:rsidR="00000000" w:rsidRDefault="0030436D" w:rsidP="0030436D">
          <w:pPr>
            <w:pStyle w:val="114C6E861F7941C8A2824613BA943FD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B4BE5C038E34039BE91C2840A1A0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6BE9E-42F1-4AA2-A49E-A141C614A1B8}"/>
      </w:docPartPr>
      <w:docPartBody>
        <w:p w:rsidR="00000000" w:rsidRDefault="0030436D" w:rsidP="0030436D">
          <w:pPr>
            <w:pStyle w:val="8B4BE5C038E34039BE91C2840A1A023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5D282A343D148B5A8B192441B74A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87351-F585-4B9D-8F72-01C71D586EE1}"/>
      </w:docPartPr>
      <w:docPartBody>
        <w:p w:rsidR="00000000" w:rsidRDefault="0030436D" w:rsidP="0030436D">
          <w:pPr>
            <w:pStyle w:val="15D282A343D148B5A8B192441B74A53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5106715EF94FAB90C3AAC1C0071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46489-2C14-4B44-AC18-2A7D25B22B27}"/>
      </w:docPartPr>
      <w:docPartBody>
        <w:p w:rsidR="00000000" w:rsidRDefault="0030436D" w:rsidP="0030436D">
          <w:pPr>
            <w:pStyle w:val="A35106715EF94FAB90C3AAC1C00716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82150CE5244F82A2329DEDE8DB3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90EF4-9471-45E3-9E87-23A48F44B18C}"/>
      </w:docPartPr>
      <w:docPartBody>
        <w:p w:rsidR="00000000" w:rsidRDefault="0030436D" w:rsidP="0030436D">
          <w:pPr>
            <w:pStyle w:val="CE82150CE5244F82A2329DEDE8DB33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5695D8C96246008C0140E8CDA6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4E731-8E54-4CB7-AD0C-BE5E3A1F04CB}"/>
      </w:docPartPr>
      <w:docPartBody>
        <w:p w:rsidR="00000000" w:rsidRDefault="0030436D" w:rsidP="0030436D">
          <w:pPr>
            <w:pStyle w:val="5D5695D8C96246008C0140E8CDA62E2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51045F46394C34BBBB1A629B3B0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7F6D5-CEFC-4E5C-9E9E-466E27C8C770}"/>
      </w:docPartPr>
      <w:docPartBody>
        <w:p w:rsidR="00000000" w:rsidRDefault="0030436D" w:rsidP="0030436D">
          <w:pPr>
            <w:pStyle w:val="0D51045F46394C34BBBB1A629B3B04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A56812F815426CB76573AA50ED5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0A5C3-5F42-480A-9D85-B0067DC0F2A8}"/>
      </w:docPartPr>
      <w:docPartBody>
        <w:p w:rsidR="00000000" w:rsidRDefault="0030436D" w:rsidP="0030436D">
          <w:pPr>
            <w:pStyle w:val="3AA56812F815426CB76573AA50ED5A9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6A6DB434EB4360B7B85C74C5E08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3D2EA-16F6-4295-9BE0-579F84A354EC}"/>
      </w:docPartPr>
      <w:docPartBody>
        <w:p w:rsidR="00000000" w:rsidRDefault="0030436D" w:rsidP="0030436D">
          <w:pPr>
            <w:pStyle w:val="366A6DB434EB4360B7B85C74C5E08CA1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FBD5BA35BA94618B771ECDE3C61E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A0D2C-B404-44D6-9FB9-0234F19D2986}"/>
      </w:docPartPr>
      <w:docPartBody>
        <w:p w:rsidR="00000000" w:rsidRDefault="0030436D" w:rsidP="0030436D">
          <w:pPr>
            <w:pStyle w:val="1FBD5BA35BA94618B771ECDE3C61E8FA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0A7E0DA1954756B51E59577179C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CFCB2-1AB4-4759-B4B8-848F260A4FFB}"/>
      </w:docPartPr>
      <w:docPartBody>
        <w:p w:rsidR="00000000" w:rsidRDefault="0030436D" w:rsidP="0030436D">
          <w:pPr>
            <w:pStyle w:val="830A7E0DA1954756B51E59577179C2E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C4F6B7DB8343578BC0C0CC1C321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A82D3-47F4-42AF-9775-C3089B011963}"/>
      </w:docPartPr>
      <w:docPartBody>
        <w:p w:rsidR="00000000" w:rsidRDefault="0030436D" w:rsidP="0030436D">
          <w:pPr>
            <w:pStyle w:val="D3C4F6B7DB8343578BC0C0CC1C321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A1DE72AA2C4012A5983FD098E1C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DDF0F-DB8F-458E-BFAE-65E0FD8AA10F}"/>
      </w:docPartPr>
      <w:docPartBody>
        <w:p w:rsidR="00000000" w:rsidRDefault="0030436D" w:rsidP="0030436D">
          <w:pPr>
            <w:pStyle w:val="89A1DE72AA2C4012A5983FD098E1CAC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395BE0314F4197B615DBE1CE4F9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19CBE-E017-4134-9A44-83BD5CABEE76}"/>
      </w:docPartPr>
      <w:docPartBody>
        <w:p w:rsidR="00000000" w:rsidRDefault="0030436D" w:rsidP="0030436D">
          <w:pPr>
            <w:pStyle w:val="D3395BE0314F4197B615DBE1CE4F9D4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DD78AF9F34277ACB327AD1BCB6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61564-19FF-4D6D-9FAE-7E4641088822}"/>
      </w:docPartPr>
      <w:docPartBody>
        <w:p w:rsidR="00000000" w:rsidRDefault="0030436D" w:rsidP="0030436D">
          <w:pPr>
            <w:pStyle w:val="0A0DD78AF9F34277ACB327AD1BCB6EF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AD010925DB43928E03663340419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5DD32-CD49-4379-8BE3-D28CAE997B69}"/>
      </w:docPartPr>
      <w:docPartBody>
        <w:p w:rsidR="00000000" w:rsidRDefault="0030436D" w:rsidP="0030436D">
          <w:pPr>
            <w:pStyle w:val="06AD010925DB43928E03663340419E5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DC3696F69C4211AB5259FA3B418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FA5AF-FEFE-4F51-8F60-A87AE8E878DC}"/>
      </w:docPartPr>
      <w:docPartBody>
        <w:p w:rsidR="00000000" w:rsidRDefault="0030436D" w:rsidP="0030436D">
          <w:pPr>
            <w:pStyle w:val="92DC3696F69C4211AB5259FA3B418F0C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7CE7428CACF47AD868EFFB4255DF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E29AB-7821-4422-9E27-BAEA234621AC}"/>
      </w:docPartPr>
      <w:docPartBody>
        <w:p w:rsidR="00000000" w:rsidRDefault="0030436D" w:rsidP="0030436D">
          <w:pPr>
            <w:pStyle w:val="F7CE7428CACF47AD868EFFB4255DFF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8CB507FCE24CE58B3808B5439C9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F552F-244F-4AE4-BD09-F9FB39E63215}"/>
      </w:docPartPr>
      <w:docPartBody>
        <w:p w:rsidR="00000000" w:rsidRDefault="0030436D" w:rsidP="0030436D">
          <w:pPr>
            <w:pStyle w:val="C98CB507FCE24CE58B3808B5439C99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599FFA11384DC3B2B6CD20D5DFA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B65A7-E185-4424-A433-A638FD5D8E72}"/>
      </w:docPartPr>
      <w:docPartBody>
        <w:p w:rsidR="00000000" w:rsidRDefault="0030436D" w:rsidP="0030436D">
          <w:pPr>
            <w:pStyle w:val="06599FFA11384DC3B2B6CD20D5DFABE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C9602FE3EB43AD861D463832772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B2B02-3A2D-4A1D-942C-CFECF6C6FEA5}"/>
      </w:docPartPr>
      <w:docPartBody>
        <w:p w:rsidR="00000000" w:rsidRDefault="0030436D" w:rsidP="0030436D">
          <w:pPr>
            <w:pStyle w:val="27C9602FE3EB43AD861D4638327720A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B9FDBF11A7477DA5AD010AF31E2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EDA96-7728-4FF0-A7E4-3933DE870462}"/>
      </w:docPartPr>
      <w:docPartBody>
        <w:p w:rsidR="00000000" w:rsidRDefault="0030436D" w:rsidP="0030436D">
          <w:pPr>
            <w:pStyle w:val="72B9FDBF11A7477DA5AD010AF31E2E9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256CBD8DDD4DB487B6C2A54B6CA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E702B-BBB3-4D01-944D-F33C0A1A0963}"/>
      </w:docPartPr>
      <w:docPartBody>
        <w:p w:rsidR="00000000" w:rsidRDefault="0030436D" w:rsidP="0030436D">
          <w:pPr>
            <w:pStyle w:val="19256CBD8DDD4DB487B6C2A54B6CA8D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A5E3B0F5C514BC9A56CE8F3CDF14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35F8E-2FA9-44F9-99C5-5C2BE2336BEF}"/>
      </w:docPartPr>
      <w:docPartBody>
        <w:p w:rsidR="00000000" w:rsidRDefault="0030436D" w:rsidP="0030436D">
          <w:pPr>
            <w:pStyle w:val="9A5E3B0F5C514BC9A56CE8F3CDF14C8E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4BF242F6AA64AC9AB42FFFAA5B95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AD002-EF25-44D8-8471-0BBDDD36F827}"/>
      </w:docPartPr>
      <w:docPartBody>
        <w:p w:rsidR="00000000" w:rsidRDefault="0030436D" w:rsidP="0030436D">
          <w:pPr>
            <w:pStyle w:val="84BF242F6AA64AC9AB42FFFAA5B95B6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39068663714845A315B80A6F77A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A6412-1DBD-4F95-AAD3-509D8B352E43}"/>
      </w:docPartPr>
      <w:docPartBody>
        <w:p w:rsidR="00000000" w:rsidRDefault="0030436D" w:rsidP="0030436D">
          <w:pPr>
            <w:pStyle w:val="BA39068663714845A315B80A6F77A64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84ABE8A71346B2BA68571B8D3B3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5E71F-15D9-4497-B5CA-DF03792AAB36}"/>
      </w:docPartPr>
      <w:docPartBody>
        <w:p w:rsidR="00000000" w:rsidRDefault="0030436D" w:rsidP="0030436D">
          <w:pPr>
            <w:pStyle w:val="3784ABE8A71346B2BA68571B8D3B380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E7225B7F2B487282093F171B48B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DA704-E183-4F5C-8620-F5EBC8855490}"/>
      </w:docPartPr>
      <w:docPartBody>
        <w:p w:rsidR="00000000" w:rsidRDefault="0030436D" w:rsidP="0030436D">
          <w:pPr>
            <w:pStyle w:val="BAE7225B7F2B487282093F171B48B1F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B31FEB200449869979802D373E1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08E45-5362-4591-9F6D-45B094CCA8B9}"/>
      </w:docPartPr>
      <w:docPartBody>
        <w:p w:rsidR="00000000" w:rsidRDefault="0030436D" w:rsidP="0030436D">
          <w:pPr>
            <w:pStyle w:val="36B31FEB200449869979802D373E1A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FD4B20DCCB4C46B23EDC6D1A0C1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4DAC5-6F94-42F9-8BF3-232F98D4E5C3}"/>
      </w:docPartPr>
      <w:docPartBody>
        <w:p w:rsidR="00000000" w:rsidRDefault="0030436D" w:rsidP="0030436D">
          <w:pPr>
            <w:pStyle w:val="ADFD4B20DCCB4C46B23EDC6D1A0C1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C70ACA95F4F0DA522821852884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72C60-4E00-477C-A114-238D4ED8B8B6}"/>
      </w:docPartPr>
      <w:docPartBody>
        <w:p w:rsidR="00000000" w:rsidRDefault="0030436D" w:rsidP="0030436D">
          <w:pPr>
            <w:pStyle w:val="85AC70ACA95F4F0DA52282185288420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73A0081C924721A72CA91C7192C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DAF40-575C-4FA2-98D7-82C80872B289}"/>
      </w:docPartPr>
      <w:docPartBody>
        <w:p w:rsidR="00000000" w:rsidRDefault="0030436D" w:rsidP="0030436D">
          <w:pPr>
            <w:pStyle w:val="1573A0081C924721A72CA91C7192C9D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82AAA2938C4E7AA2F4DDB489286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BBF6F-3FBA-4925-BE79-308F66FA8077}"/>
      </w:docPartPr>
      <w:docPartBody>
        <w:p w:rsidR="00000000" w:rsidRDefault="0030436D" w:rsidP="0030436D">
          <w:pPr>
            <w:pStyle w:val="C882AAA2938C4E7AA2F4DDB4892862B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C9A3A72CA54758B7A410DF9C010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7B540-DA95-4A43-B1CD-97E0C0FB8B9A}"/>
      </w:docPartPr>
      <w:docPartBody>
        <w:p w:rsidR="00000000" w:rsidRDefault="0030436D" w:rsidP="0030436D">
          <w:pPr>
            <w:pStyle w:val="C5C9A3A72CA54758B7A410DF9C010C8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7B4B6F560649A9BC2CAD071A61C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3D089-5DA8-42A2-89F2-901C7386C1C5}"/>
      </w:docPartPr>
      <w:docPartBody>
        <w:p w:rsidR="00000000" w:rsidRDefault="0030436D" w:rsidP="0030436D">
          <w:pPr>
            <w:pStyle w:val="CE7B4B6F560649A9BC2CAD071A61C88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095C8D83C54813BDFC738A362E8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C0D5A-F6F7-4E97-BD7B-B68854149A86}"/>
      </w:docPartPr>
      <w:docPartBody>
        <w:p w:rsidR="00000000" w:rsidRDefault="0030436D" w:rsidP="0030436D">
          <w:pPr>
            <w:pStyle w:val="FF095C8D83C54813BDFC738A362E8E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BF11BE593A4ED9943FCF0F7BB91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11848-1A76-466F-8C86-3CD9B580B33B}"/>
      </w:docPartPr>
      <w:docPartBody>
        <w:p w:rsidR="00000000" w:rsidRDefault="0030436D" w:rsidP="0030436D">
          <w:pPr>
            <w:pStyle w:val="12BF11BE593A4ED9943FCF0F7BB91EF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04C2090CFE4436A8ACE6D6A484F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E2131-99EB-4B16-BEF4-F9D1B7209116}"/>
      </w:docPartPr>
      <w:docPartBody>
        <w:p w:rsidR="00000000" w:rsidRDefault="0030436D" w:rsidP="0030436D">
          <w:pPr>
            <w:pStyle w:val="5404C2090CFE4436A8ACE6D6A484F7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B88853529F4AEB8F772126FD262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ECA93-0197-4D2F-A8FD-860DC0603165}"/>
      </w:docPartPr>
      <w:docPartBody>
        <w:p w:rsidR="00000000" w:rsidRDefault="0030436D" w:rsidP="0030436D">
          <w:pPr>
            <w:pStyle w:val="09B88853529F4AEB8F772126FD26247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41F462693E4672BAF655C507D71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99EF0-13AC-48A4-8394-80DF7EEBBF9D}"/>
      </w:docPartPr>
      <w:docPartBody>
        <w:p w:rsidR="00000000" w:rsidRDefault="0030436D" w:rsidP="0030436D">
          <w:pPr>
            <w:pStyle w:val="EB41F462693E4672BAF655C507D718F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11338FC2848008845501B4E013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0AB4D-028E-4602-8CA5-B977BF11BFB6}"/>
      </w:docPartPr>
      <w:docPartBody>
        <w:p w:rsidR="00000000" w:rsidRDefault="0030436D" w:rsidP="0030436D">
          <w:pPr>
            <w:pStyle w:val="33311338FC2848008845501B4E0136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861F583C4D41C9B1FC1C824985C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DED8C-7836-4989-A801-FDBE7D0D8505}"/>
      </w:docPartPr>
      <w:docPartBody>
        <w:p w:rsidR="00000000" w:rsidRDefault="0030436D" w:rsidP="0030436D">
          <w:pPr>
            <w:pStyle w:val="34861F583C4D41C9B1FC1C824985CF8A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A70F9E10444EE38A6AADFBD02E4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80679-8C55-4BC7-B562-5D305EDC7BAA}"/>
      </w:docPartPr>
      <w:docPartBody>
        <w:p w:rsidR="00000000" w:rsidRDefault="0030436D" w:rsidP="0030436D">
          <w:pPr>
            <w:pStyle w:val="70A70F9E10444EE38A6AADFBD02E40D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E908F28D884FB9B74BE4150A059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38278-C5E0-4E2F-B39B-323E7518D5E4}"/>
      </w:docPartPr>
      <w:docPartBody>
        <w:p w:rsidR="00000000" w:rsidRDefault="0030436D" w:rsidP="0030436D">
          <w:pPr>
            <w:pStyle w:val="D8E908F28D884FB9B74BE4150A05960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8A0AFD444445179E1B3492C1FE7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37B1A-C65A-4CEE-B9BA-F72C90CFC1A3}"/>
      </w:docPartPr>
      <w:docPartBody>
        <w:p w:rsidR="00000000" w:rsidRDefault="0030436D" w:rsidP="0030436D">
          <w:pPr>
            <w:pStyle w:val="768A0AFD444445179E1B3492C1FE7C3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7CCEC5199647EDB263F2995252C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9BBCC-080F-4174-B846-63545C2904C0}"/>
      </w:docPartPr>
      <w:docPartBody>
        <w:p w:rsidR="00000000" w:rsidRDefault="0030436D" w:rsidP="0030436D">
          <w:pPr>
            <w:pStyle w:val="807CCEC5199647EDB263F2995252C3A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9924B8903C4DF884BBEBB7DDB9A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D3C69-FBBD-49C8-B68D-3602210C55C4}"/>
      </w:docPartPr>
      <w:docPartBody>
        <w:p w:rsidR="00000000" w:rsidRDefault="0030436D" w:rsidP="0030436D">
          <w:pPr>
            <w:pStyle w:val="389924B8903C4DF884BBEBB7DDB9A67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7948C63E444886933D365AD1C49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5A307-ECA2-4EFE-A5C7-ACF1D13A347E}"/>
      </w:docPartPr>
      <w:docPartBody>
        <w:p w:rsidR="00000000" w:rsidRDefault="0030436D" w:rsidP="0030436D">
          <w:pPr>
            <w:pStyle w:val="B37948C63E444886933D365AD1C490E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67EB80608743E9B03F1E0BB1DD8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DC765-6B2D-405F-B447-E1562A0996DE}"/>
      </w:docPartPr>
      <w:docPartBody>
        <w:p w:rsidR="00000000" w:rsidRDefault="0030436D" w:rsidP="0030436D">
          <w:pPr>
            <w:pStyle w:val="4D67EB80608743E9B03F1E0BB1DD86B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F3807559A140C881A6C9FDE3679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56E2D-7614-4875-9A47-A7C02C5E3CC4}"/>
      </w:docPartPr>
      <w:docPartBody>
        <w:p w:rsidR="00000000" w:rsidRDefault="0030436D" w:rsidP="0030436D">
          <w:pPr>
            <w:pStyle w:val="66F3807559A140C881A6C9FDE36792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7DB6343DFC42D0803088ECB77FF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7313A-B429-4298-AB0C-9880661AE322}"/>
      </w:docPartPr>
      <w:docPartBody>
        <w:p w:rsidR="00000000" w:rsidRDefault="0030436D" w:rsidP="0030436D">
          <w:pPr>
            <w:pStyle w:val="137DB6343DFC42D0803088ECB77FFC6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C63D55607549C6ACA70BDE01F3B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06DC2-FE14-4189-8A33-AFB541283DE5}"/>
      </w:docPartPr>
      <w:docPartBody>
        <w:p w:rsidR="00000000" w:rsidRDefault="0030436D" w:rsidP="0030436D">
          <w:pPr>
            <w:pStyle w:val="CCC63D55607549C6ACA70BDE01F3B9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A3C7299212465F997AB0DB2BDA0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63388-DA2E-455B-87BE-0F160A07AB10}"/>
      </w:docPartPr>
      <w:docPartBody>
        <w:p w:rsidR="00000000" w:rsidRDefault="0030436D" w:rsidP="0030436D">
          <w:pPr>
            <w:pStyle w:val="6BA3C7299212465F997AB0DB2BDA020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9469CC767243D7BF8E1E4BCBB75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B8427-8E0C-4664-A42A-EF2E38376EE9}"/>
      </w:docPartPr>
      <w:docPartBody>
        <w:p w:rsidR="00000000" w:rsidRDefault="0030436D" w:rsidP="0030436D">
          <w:pPr>
            <w:pStyle w:val="999469CC767243D7BF8E1E4BCBB75CD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9EC958F7814A529EFED3418D19E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22748-4D4D-4543-8245-B8B523B024D7}"/>
      </w:docPartPr>
      <w:docPartBody>
        <w:p w:rsidR="00000000" w:rsidRDefault="0030436D" w:rsidP="0030436D">
          <w:pPr>
            <w:pStyle w:val="879EC958F7814A529EFED3418D19EE8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B5BF9B9E74F56B506748F7976A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677EF-8C42-4C15-A789-B4F328ED439E}"/>
      </w:docPartPr>
      <w:docPartBody>
        <w:p w:rsidR="00000000" w:rsidRDefault="0030436D" w:rsidP="0030436D">
          <w:pPr>
            <w:pStyle w:val="AE2B5BF9B9E74F56B506748F7976A62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45DFDD2ACB4EDAB4453C4B6FBAA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42132-CDEF-4A29-AFAD-CA242B421382}"/>
      </w:docPartPr>
      <w:docPartBody>
        <w:p w:rsidR="00000000" w:rsidRDefault="0030436D" w:rsidP="0030436D">
          <w:pPr>
            <w:pStyle w:val="2745DFDD2ACB4EDAB4453C4B6FBAACB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47334C1BD34921874597CEA20DE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70713-68BC-44A6-B794-02A55D33DAE8}"/>
      </w:docPartPr>
      <w:docPartBody>
        <w:p w:rsidR="00000000" w:rsidRDefault="0030436D" w:rsidP="0030436D">
          <w:pPr>
            <w:pStyle w:val="EA47334C1BD34921874597CEA20DEE9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D99A5D4F95455D9B1FFE8C51CDB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EF3BB-E999-429B-BD0B-178FD181CB6D}"/>
      </w:docPartPr>
      <w:docPartBody>
        <w:p w:rsidR="00000000" w:rsidRDefault="0030436D" w:rsidP="0030436D">
          <w:pPr>
            <w:pStyle w:val="8ED99A5D4F95455D9B1FFE8C51CDB47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663930790046B8AC8776E823AD1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531E1-A81E-4213-8471-D128EA3DC47E}"/>
      </w:docPartPr>
      <w:docPartBody>
        <w:p w:rsidR="00000000" w:rsidRDefault="0030436D" w:rsidP="0030436D">
          <w:pPr>
            <w:pStyle w:val="74663930790046B8AC8776E823AD1C3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F3227306A74582AF45D635B7DFF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9028E-B990-4452-A968-D82844DBC31F}"/>
      </w:docPartPr>
      <w:docPartBody>
        <w:p w:rsidR="00000000" w:rsidRDefault="0030436D" w:rsidP="0030436D">
          <w:pPr>
            <w:pStyle w:val="F2F3227306A74582AF45D635B7DFF8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9DBD19437C4F48AC80487AB44E8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61F0-7310-4025-B143-E4B2A7A0EA50}"/>
      </w:docPartPr>
      <w:docPartBody>
        <w:p w:rsidR="00000000" w:rsidRDefault="0030436D" w:rsidP="0030436D">
          <w:pPr>
            <w:pStyle w:val="729DBD19437C4F48AC80487AB44E8F0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9F0E2037EC440C82735204ADDFD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7D9C0-EC00-4221-AB6B-E52691DC74E6}"/>
      </w:docPartPr>
      <w:docPartBody>
        <w:p w:rsidR="00000000" w:rsidRDefault="0030436D" w:rsidP="0030436D">
          <w:pPr>
            <w:pStyle w:val="579F0E2037EC440C82735204ADDFDDE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D3FB9D6A2F4804A55EC1E8EF6A7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F709D-4D5D-4EC9-9EC8-479E59685895}"/>
      </w:docPartPr>
      <w:docPartBody>
        <w:p w:rsidR="00000000" w:rsidRDefault="0030436D" w:rsidP="0030436D">
          <w:pPr>
            <w:pStyle w:val="A1D3FB9D6A2F4804A55EC1E8EF6A760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1EB55332B5422DA65C42249FAB3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B69FD-2F5E-4C8A-A3A7-D927C7FEF4E8}"/>
      </w:docPartPr>
      <w:docPartBody>
        <w:p w:rsidR="00000000" w:rsidRDefault="0030436D" w:rsidP="0030436D">
          <w:pPr>
            <w:pStyle w:val="2B1EB55332B5422DA65C42249FAB377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FB4143627744729AEB8E63F41CF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E16D8-B549-43C6-BAED-088DCD78F5B4}"/>
      </w:docPartPr>
      <w:docPartBody>
        <w:p w:rsidR="00000000" w:rsidRDefault="0030436D" w:rsidP="0030436D">
          <w:pPr>
            <w:pStyle w:val="32FB4143627744729AEB8E63F41CFC8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D65D37DEE9494AA0D9911933C9C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453F8-3B9C-4DDA-BC0A-EDBDECEBE2E4}"/>
      </w:docPartPr>
      <w:docPartBody>
        <w:p w:rsidR="00000000" w:rsidRDefault="0030436D" w:rsidP="0030436D">
          <w:pPr>
            <w:pStyle w:val="0BD65D37DEE9494AA0D9911933C9CF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40F626C2F341D38C7091CFC879A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7F3E3-91BE-401B-BB1D-FE1437F8B701}"/>
      </w:docPartPr>
      <w:docPartBody>
        <w:p w:rsidR="00000000" w:rsidRDefault="0030436D" w:rsidP="0030436D">
          <w:pPr>
            <w:pStyle w:val="5940F626C2F341D38C7091CFC879A3C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39611909ED45938A2ABA4E862E4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CF005-C0AB-47F0-AD8A-D135B3BD3E6B}"/>
      </w:docPartPr>
      <w:docPartBody>
        <w:p w:rsidR="00000000" w:rsidRDefault="0030436D" w:rsidP="0030436D">
          <w:pPr>
            <w:pStyle w:val="0239611909ED45938A2ABA4E862E4A8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2E03C834BC4B40840E53BE0DDFB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9E25C-E5DB-460E-8F4A-89F34B9ACE42}"/>
      </w:docPartPr>
      <w:docPartBody>
        <w:p w:rsidR="00000000" w:rsidRDefault="0030436D" w:rsidP="0030436D">
          <w:pPr>
            <w:pStyle w:val="822E03C834BC4B40840E53BE0DDFBE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0F6200136945A89964C7AD61273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3432A-1692-442C-9A43-F0C0BF7D51F2}"/>
      </w:docPartPr>
      <w:docPartBody>
        <w:p w:rsidR="00000000" w:rsidRDefault="0030436D" w:rsidP="0030436D">
          <w:pPr>
            <w:pStyle w:val="BD0F6200136945A89964C7AD61273A7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A1A9F88C704B8BB26A057CED586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CF322-2139-4284-BEA4-2263D927708F}"/>
      </w:docPartPr>
      <w:docPartBody>
        <w:p w:rsidR="00000000" w:rsidRDefault="0030436D" w:rsidP="0030436D">
          <w:pPr>
            <w:pStyle w:val="A1A1A9F88C704B8BB26A057CED58602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5A3F291BCE415FA35607A0B203C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7F35A-CE41-4C4C-B3BD-73F09EF8D2CC}"/>
      </w:docPartPr>
      <w:docPartBody>
        <w:p w:rsidR="00000000" w:rsidRDefault="0030436D" w:rsidP="0030436D">
          <w:pPr>
            <w:pStyle w:val="555A3F291BCE415FA35607A0B203C01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1519ED240D44749DABE335532F8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C9AB8-7FDA-4452-9D92-F84019674C70}"/>
      </w:docPartPr>
      <w:docPartBody>
        <w:p w:rsidR="00000000" w:rsidRDefault="0030436D" w:rsidP="0030436D">
          <w:pPr>
            <w:pStyle w:val="581519ED240D44749DABE335532F874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91A6E2D1CE45A09CEAAB3CDEE33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87EC3-EFCE-40DA-91E5-5BAEEB88D03A}"/>
      </w:docPartPr>
      <w:docPartBody>
        <w:p w:rsidR="00000000" w:rsidRDefault="0030436D" w:rsidP="0030436D">
          <w:pPr>
            <w:pStyle w:val="9391A6E2D1CE45A09CEAAB3CDEE33B3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386274CE0646FDBE57551B5F6B5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1AC00-62FF-4D0B-8748-775FCEA87B2B}"/>
      </w:docPartPr>
      <w:docPartBody>
        <w:p w:rsidR="00000000" w:rsidRDefault="0030436D" w:rsidP="0030436D">
          <w:pPr>
            <w:pStyle w:val="4A386274CE0646FDBE57551B5F6B5D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A36504911B4DD485C4DFB02BF58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C4A2D-C421-4D49-A1BF-654DA9E219C3}"/>
      </w:docPartPr>
      <w:docPartBody>
        <w:p w:rsidR="00000000" w:rsidRDefault="0030436D" w:rsidP="0030436D">
          <w:pPr>
            <w:pStyle w:val="31A36504911B4DD485C4DFB02BF58F2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13AAA360849EF8A2E4BB06043F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3725D-3DF3-426B-95CF-B39E71BE5C31}"/>
      </w:docPartPr>
      <w:docPartBody>
        <w:p w:rsidR="00000000" w:rsidRDefault="0030436D" w:rsidP="0030436D">
          <w:pPr>
            <w:pStyle w:val="32713AAA360849EF8A2E4BB06043F79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DD3D545F1B43BB88F3A849F7AA9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711CD-B995-4802-9420-497BEA4BA84B}"/>
      </w:docPartPr>
      <w:docPartBody>
        <w:p w:rsidR="00000000" w:rsidRDefault="0030436D" w:rsidP="0030436D">
          <w:pPr>
            <w:pStyle w:val="65DD3D545F1B43BB88F3A849F7AA940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53EAAE01EC42EC804EB9EBEDD2A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02261-F127-42A5-B3B5-D3FE7348C70A}"/>
      </w:docPartPr>
      <w:docPartBody>
        <w:p w:rsidR="00000000" w:rsidRDefault="0030436D" w:rsidP="0030436D">
          <w:pPr>
            <w:pStyle w:val="4153EAAE01EC42EC804EB9EBEDD2A74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EA5566C05465E9BC5DF73945A3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B1935-B31E-4D40-8A6B-39A63CA160AA}"/>
      </w:docPartPr>
      <w:docPartBody>
        <w:p w:rsidR="00000000" w:rsidRDefault="0030436D" w:rsidP="0030436D">
          <w:pPr>
            <w:pStyle w:val="CB6EA5566C05465E9BC5DF73945A38D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5739209259453D9E368F2CCD208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2F7AE-5CED-4B8A-B60F-7DBEA5528C6C}"/>
      </w:docPartPr>
      <w:docPartBody>
        <w:p w:rsidR="00000000" w:rsidRDefault="0030436D" w:rsidP="0030436D">
          <w:pPr>
            <w:pStyle w:val="B35739209259453D9E368F2CCD208A7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7D3F1F16C14F3D8008A279E8B01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8D80B-A80E-41F2-9ECA-40DBCD2CB801}"/>
      </w:docPartPr>
      <w:docPartBody>
        <w:p w:rsidR="00000000" w:rsidRDefault="0030436D" w:rsidP="0030436D">
          <w:pPr>
            <w:pStyle w:val="B37D3F1F16C14F3D8008A279E8B01F9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C5C9250EDC4BDBB5195EAE3BD84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AD57A-EB00-43AC-B05B-414A2F078A3B}"/>
      </w:docPartPr>
      <w:docPartBody>
        <w:p w:rsidR="00000000" w:rsidRDefault="0030436D" w:rsidP="0030436D">
          <w:pPr>
            <w:pStyle w:val="C5C5C9250EDC4BDBB5195EAE3BD84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27C2D5F8B448738A80A9CE48EA4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531CA-91A8-436D-8A33-0189DBBB9CA2}"/>
      </w:docPartPr>
      <w:docPartBody>
        <w:p w:rsidR="00000000" w:rsidRDefault="0030436D" w:rsidP="0030436D">
          <w:pPr>
            <w:pStyle w:val="F627C2D5F8B448738A80A9CE48EA42C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B66D5B219545AA9A0EA1A88DB4A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EB841-4EF2-4DAA-8F98-1374194F5D9D}"/>
      </w:docPartPr>
      <w:docPartBody>
        <w:p w:rsidR="00000000" w:rsidRDefault="0030436D" w:rsidP="0030436D">
          <w:pPr>
            <w:pStyle w:val="81B66D5B219545AA9A0EA1A88DB4AE2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CF527F1634A2AA300C8800E29A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4D03A-3A71-4D7F-9607-4A66340106D0}"/>
      </w:docPartPr>
      <w:docPartBody>
        <w:p w:rsidR="00000000" w:rsidRDefault="0030436D" w:rsidP="0030436D">
          <w:pPr>
            <w:pStyle w:val="99ACF527F1634A2AA300C8800E29AFC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C128A5FAA5419CB933302642D59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150BF-589F-4E31-8755-2FB029388EA4}"/>
      </w:docPartPr>
      <w:docPartBody>
        <w:p w:rsidR="00000000" w:rsidRDefault="0030436D" w:rsidP="0030436D">
          <w:pPr>
            <w:pStyle w:val="84C128A5FAA5419CB933302642D5939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C75A5BE95724BE684914E27C85E4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351DE-E257-44A3-93DA-CE677AFFB7D9}"/>
      </w:docPartPr>
      <w:docPartBody>
        <w:p w:rsidR="00000000" w:rsidRDefault="0030436D" w:rsidP="0030436D">
          <w:pPr>
            <w:pStyle w:val="0C75A5BE95724BE684914E27C85E4B71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93CB4EE2CD4F2EB3EF9B707F6CA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0FDEF-AB16-491F-8DB3-D151E44F1CDE}"/>
      </w:docPartPr>
      <w:docPartBody>
        <w:p w:rsidR="00000000" w:rsidRDefault="0030436D" w:rsidP="0030436D">
          <w:pPr>
            <w:pStyle w:val="F193CB4EE2CD4F2EB3EF9B707F6CAF4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EDCA18D2C34F4D974C794B7C78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D25CC-8693-4D90-848F-DE28C0054C22}"/>
      </w:docPartPr>
      <w:docPartBody>
        <w:p w:rsidR="00000000" w:rsidRDefault="0030436D" w:rsidP="0030436D">
          <w:pPr>
            <w:pStyle w:val="06EDCA18D2C34F4D974C794B7C7862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7F51E339A64B4C8766B56419ADE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CC6A1-FB5B-4373-A678-DD3FFF449F50}"/>
      </w:docPartPr>
      <w:docPartBody>
        <w:p w:rsidR="00000000" w:rsidRDefault="0030436D" w:rsidP="0030436D">
          <w:pPr>
            <w:pStyle w:val="027F51E339A64B4C8766B56419ADEF9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072DC3B4274487A9A452B62116F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73D0F-E92A-40E4-BFB3-9A4949283A41}"/>
      </w:docPartPr>
      <w:docPartBody>
        <w:p w:rsidR="00000000" w:rsidRDefault="0030436D" w:rsidP="0030436D">
          <w:pPr>
            <w:pStyle w:val="7A072DC3B4274487A9A452B62116F02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91F270C5B4FD4A1AA8D5769C0B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EA411-22BD-49CB-AFF9-F44886C924CB}"/>
      </w:docPartPr>
      <w:docPartBody>
        <w:p w:rsidR="00000000" w:rsidRDefault="0030436D" w:rsidP="0030436D">
          <w:pPr>
            <w:pStyle w:val="6F491F270C5B4FD4A1AA8D5769C0B8F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B592581FCE4124BABF4EA0E026B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646AE-73AE-4AFA-B8E5-46AD7F039839}"/>
      </w:docPartPr>
      <w:docPartBody>
        <w:p w:rsidR="00000000" w:rsidRDefault="0030436D" w:rsidP="0030436D">
          <w:pPr>
            <w:pStyle w:val="04B592581FCE4124BABF4EA0E026B0C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9C3FF62E1F416EBBBA783D73C86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07585-0A42-44A0-A1A4-A1AE1654E416}"/>
      </w:docPartPr>
      <w:docPartBody>
        <w:p w:rsidR="00000000" w:rsidRDefault="0030436D" w:rsidP="0030436D">
          <w:pPr>
            <w:pStyle w:val="899C3FF62E1F416EBBBA783D73C86BB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8CACABFC3764DFE82E60597D5DC5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3A30C-1C52-4E8E-8722-5A46CCA76D07}"/>
      </w:docPartPr>
      <w:docPartBody>
        <w:p w:rsidR="00000000" w:rsidRDefault="0030436D" w:rsidP="0030436D">
          <w:pPr>
            <w:pStyle w:val="68CACABFC3764DFE82E60597D5DC53D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58B6E7EAF34B869BC975949E9BD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DF018-AC5F-4863-8D04-B69A1D27DFDF}"/>
      </w:docPartPr>
      <w:docPartBody>
        <w:p w:rsidR="00000000" w:rsidRDefault="0030436D" w:rsidP="0030436D">
          <w:pPr>
            <w:pStyle w:val="0C58B6E7EAF34B869BC975949E9BDD7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9B527EF0B842B5BDFDEFFB3BC08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2E870-3EC6-44FB-8FEA-8642B5D26451}"/>
      </w:docPartPr>
      <w:docPartBody>
        <w:p w:rsidR="00000000" w:rsidRDefault="0030436D" w:rsidP="0030436D">
          <w:pPr>
            <w:pStyle w:val="CB9B527EF0B842B5BDFDEFFB3BC08EC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83C6D841C24579B53746B395874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E0A9D-9056-426D-9487-295D71BF14D4}"/>
      </w:docPartPr>
      <w:docPartBody>
        <w:p w:rsidR="00000000" w:rsidRDefault="0030436D" w:rsidP="0030436D">
          <w:pPr>
            <w:pStyle w:val="8A83C6D841C24579B53746B39587444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33506324954E768DECDF20BD439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B6D06-507B-4241-9257-34AD085EB581}"/>
      </w:docPartPr>
      <w:docPartBody>
        <w:p w:rsidR="00000000" w:rsidRDefault="0030436D" w:rsidP="0030436D">
          <w:pPr>
            <w:pStyle w:val="FE33506324954E768DECDF20BD4398081"/>
          </w:pPr>
          <w:r w:rsidRPr="00076DE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1A19DA"/>
    <w:rsid w:val="0030436D"/>
    <w:rsid w:val="004161F5"/>
    <w:rsid w:val="005A051B"/>
    <w:rsid w:val="006239E1"/>
    <w:rsid w:val="00667F4B"/>
    <w:rsid w:val="006D0099"/>
    <w:rsid w:val="009A5C93"/>
    <w:rsid w:val="00AF0FBD"/>
    <w:rsid w:val="00B302C0"/>
    <w:rsid w:val="00BC3393"/>
    <w:rsid w:val="00BD0B7C"/>
    <w:rsid w:val="00CC4FEE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436D"/>
    <w:rPr>
      <w:color w:val="666666"/>
    </w:rPr>
  </w:style>
  <w:style w:type="paragraph" w:customStyle="1" w:styleId="F2D02B4B96D44576B0B8743C2C7AB057">
    <w:name w:val="F2D02B4B96D44576B0B8743C2C7AB057"/>
    <w:rsid w:val="0030436D"/>
  </w:style>
  <w:style w:type="paragraph" w:customStyle="1" w:styleId="BA4CE75B612C4202A581499679C2B313">
    <w:name w:val="BA4CE75B612C4202A581499679C2B313"/>
    <w:rsid w:val="0030436D"/>
  </w:style>
  <w:style w:type="paragraph" w:customStyle="1" w:styleId="7E7F8750358B49AE8F6751DCEDD83897">
    <w:name w:val="7E7F8750358B49AE8F6751DCEDD83897"/>
    <w:rsid w:val="0030436D"/>
  </w:style>
  <w:style w:type="paragraph" w:customStyle="1" w:styleId="FCEF073F07734BD2836C5DAAE1509E38">
    <w:name w:val="FCEF073F07734BD2836C5DAAE1509E38"/>
    <w:rsid w:val="0030436D"/>
  </w:style>
  <w:style w:type="paragraph" w:customStyle="1" w:styleId="41A6ACC0D6534B439068D87F8931105A">
    <w:name w:val="41A6ACC0D6534B439068D87F8931105A"/>
    <w:rsid w:val="0030436D"/>
  </w:style>
  <w:style w:type="paragraph" w:customStyle="1" w:styleId="39BA44887A114D17B5C9E9586CED3167">
    <w:name w:val="39BA44887A114D17B5C9E9586CED3167"/>
    <w:rsid w:val="0030436D"/>
  </w:style>
  <w:style w:type="paragraph" w:customStyle="1" w:styleId="3FFD366C0F5C4B1D8315BCAD123ABBE5">
    <w:name w:val="3FFD366C0F5C4B1D8315BCAD123ABBE5"/>
    <w:rsid w:val="0030436D"/>
  </w:style>
  <w:style w:type="paragraph" w:customStyle="1" w:styleId="4438DA79A020453798AAC4140F21E7F3">
    <w:name w:val="4438DA79A020453798AAC4140F21E7F3"/>
    <w:rsid w:val="0030436D"/>
  </w:style>
  <w:style w:type="paragraph" w:customStyle="1" w:styleId="BD84D53BFFD043E6A4B055CD730FA8B3">
    <w:name w:val="BD84D53BFFD043E6A4B055CD730FA8B3"/>
    <w:rsid w:val="0030436D"/>
  </w:style>
  <w:style w:type="paragraph" w:customStyle="1" w:styleId="F05104274BAF4978BF6207C750C18B4D">
    <w:name w:val="F05104274BAF4978BF6207C750C18B4D"/>
    <w:rsid w:val="0030436D"/>
  </w:style>
  <w:style w:type="paragraph" w:customStyle="1" w:styleId="B49675E05B764A7E870BC5CDA0803E64">
    <w:name w:val="B49675E05B764A7E870BC5CDA0803E64"/>
    <w:rsid w:val="0030436D"/>
  </w:style>
  <w:style w:type="paragraph" w:customStyle="1" w:styleId="54BE70EE3C5C406FB27D345B7C92BC7B">
    <w:name w:val="54BE70EE3C5C406FB27D345B7C92BC7B"/>
    <w:rsid w:val="0030436D"/>
  </w:style>
  <w:style w:type="paragraph" w:customStyle="1" w:styleId="925EE107317B4F06A1FFB59ECDDDFC0A">
    <w:name w:val="925EE107317B4F06A1FFB59ECDDDFC0A"/>
    <w:rsid w:val="0030436D"/>
  </w:style>
  <w:style w:type="paragraph" w:customStyle="1" w:styleId="DC3C2D3E468246A4A1BCA003D651844B">
    <w:name w:val="DC3C2D3E468246A4A1BCA003D651844B"/>
    <w:rsid w:val="0030436D"/>
  </w:style>
  <w:style w:type="paragraph" w:customStyle="1" w:styleId="1BDDFED6178C4067914C1681C24E8B19">
    <w:name w:val="1BDDFED6178C4067914C1681C24E8B19"/>
    <w:rsid w:val="0030436D"/>
  </w:style>
  <w:style w:type="paragraph" w:customStyle="1" w:styleId="C4EDE75BA8AF4B1E841E0C5447E0F482">
    <w:name w:val="C4EDE75BA8AF4B1E841E0C5447E0F482"/>
    <w:rsid w:val="0030436D"/>
  </w:style>
  <w:style w:type="paragraph" w:customStyle="1" w:styleId="A92851479F8D4BDEB259E96C8E6B5CBA">
    <w:name w:val="A92851479F8D4BDEB259E96C8E6B5CBA"/>
    <w:rsid w:val="0030436D"/>
  </w:style>
  <w:style w:type="paragraph" w:customStyle="1" w:styleId="B5974FF51D684CE4B9599C4132FBB1DC">
    <w:name w:val="B5974FF51D684CE4B9599C4132FBB1DC"/>
    <w:rsid w:val="0030436D"/>
  </w:style>
  <w:style w:type="paragraph" w:customStyle="1" w:styleId="114C6E861F7941C8A2824613BA943FD7">
    <w:name w:val="114C6E861F7941C8A2824613BA943FD7"/>
    <w:rsid w:val="0030436D"/>
  </w:style>
  <w:style w:type="paragraph" w:customStyle="1" w:styleId="8B4BE5C038E34039BE91C2840A1A0234">
    <w:name w:val="8B4BE5C038E34039BE91C2840A1A0234"/>
    <w:rsid w:val="0030436D"/>
  </w:style>
  <w:style w:type="paragraph" w:customStyle="1" w:styleId="15D282A343D148B5A8B192441B74A535">
    <w:name w:val="15D282A343D148B5A8B192441B74A535"/>
    <w:rsid w:val="0030436D"/>
  </w:style>
  <w:style w:type="paragraph" w:customStyle="1" w:styleId="A35106715EF94FAB90C3AAC1C007160F">
    <w:name w:val="A35106715EF94FAB90C3AAC1C007160F"/>
    <w:rsid w:val="0030436D"/>
  </w:style>
  <w:style w:type="paragraph" w:customStyle="1" w:styleId="CE82150CE5244F82A2329DEDE8DB33D1">
    <w:name w:val="CE82150CE5244F82A2329DEDE8DB33D1"/>
    <w:rsid w:val="0030436D"/>
  </w:style>
  <w:style w:type="paragraph" w:customStyle="1" w:styleId="5D5695D8C96246008C0140E8CDA62E20">
    <w:name w:val="5D5695D8C96246008C0140E8CDA62E20"/>
    <w:rsid w:val="0030436D"/>
  </w:style>
  <w:style w:type="paragraph" w:customStyle="1" w:styleId="3CBCDAE2AEFC4D949D4B8B5E0F7057E1">
    <w:name w:val="3CBCDAE2AEFC4D949D4B8B5E0F7057E1"/>
    <w:rsid w:val="0030436D"/>
  </w:style>
  <w:style w:type="paragraph" w:customStyle="1" w:styleId="0D51045F46394C34BBBB1A629B3B0483">
    <w:name w:val="0D51045F46394C34BBBB1A629B3B0483"/>
    <w:rsid w:val="0030436D"/>
  </w:style>
  <w:style w:type="paragraph" w:customStyle="1" w:styleId="3AA56812F815426CB76573AA50ED5A9F">
    <w:name w:val="3AA56812F815426CB76573AA50ED5A9F"/>
    <w:rsid w:val="0030436D"/>
  </w:style>
  <w:style w:type="paragraph" w:customStyle="1" w:styleId="366A6DB434EB4360B7B85C74C5E08CA1">
    <w:name w:val="366A6DB434EB4360B7B85C74C5E08CA1"/>
    <w:rsid w:val="0030436D"/>
  </w:style>
  <w:style w:type="paragraph" w:customStyle="1" w:styleId="1FBD5BA35BA94618B771ECDE3C61E8FA">
    <w:name w:val="1FBD5BA35BA94618B771ECDE3C61E8FA"/>
    <w:rsid w:val="0030436D"/>
  </w:style>
  <w:style w:type="paragraph" w:customStyle="1" w:styleId="830A7E0DA1954756B51E59577179C2ED">
    <w:name w:val="830A7E0DA1954756B51E59577179C2ED"/>
    <w:rsid w:val="0030436D"/>
  </w:style>
  <w:style w:type="paragraph" w:customStyle="1" w:styleId="D3C4F6B7DB8343578BC0C0CC1C321E7C">
    <w:name w:val="D3C4F6B7DB8343578BC0C0CC1C321E7C"/>
    <w:rsid w:val="0030436D"/>
  </w:style>
  <w:style w:type="paragraph" w:customStyle="1" w:styleId="89A1DE72AA2C4012A5983FD098E1CAC8">
    <w:name w:val="89A1DE72AA2C4012A5983FD098E1CAC8"/>
    <w:rsid w:val="0030436D"/>
  </w:style>
  <w:style w:type="paragraph" w:customStyle="1" w:styleId="616A38421D1C46F1A861A84B58CD0DC9">
    <w:name w:val="616A38421D1C46F1A861A84B58CD0DC9"/>
    <w:rsid w:val="0030436D"/>
  </w:style>
  <w:style w:type="paragraph" w:customStyle="1" w:styleId="D3395BE0314F4197B615DBE1CE4F9D48">
    <w:name w:val="D3395BE0314F4197B615DBE1CE4F9D48"/>
    <w:rsid w:val="0030436D"/>
  </w:style>
  <w:style w:type="paragraph" w:customStyle="1" w:styleId="0A0DD78AF9F34277ACB327AD1BCB6EFC">
    <w:name w:val="0A0DD78AF9F34277ACB327AD1BCB6EFC"/>
    <w:rsid w:val="0030436D"/>
  </w:style>
  <w:style w:type="paragraph" w:customStyle="1" w:styleId="06AD010925DB43928E03663340419E50">
    <w:name w:val="06AD010925DB43928E03663340419E50"/>
    <w:rsid w:val="0030436D"/>
  </w:style>
  <w:style w:type="paragraph" w:customStyle="1" w:styleId="92DC3696F69C4211AB5259FA3B418F0C">
    <w:name w:val="92DC3696F69C4211AB5259FA3B418F0C"/>
    <w:rsid w:val="0030436D"/>
  </w:style>
  <w:style w:type="paragraph" w:customStyle="1" w:styleId="F7CE7428CACF47AD868EFFB4255DFF5E">
    <w:name w:val="F7CE7428CACF47AD868EFFB4255DFF5E"/>
    <w:rsid w:val="0030436D"/>
  </w:style>
  <w:style w:type="paragraph" w:customStyle="1" w:styleId="C98CB507FCE24CE58B3808B5439C992C">
    <w:name w:val="C98CB507FCE24CE58B3808B5439C992C"/>
    <w:rsid w:val="0030436D"/>
  </w:style>
  <w:style w:type="paragraph" w:customStyle="1" w:styleId="06599FFA11384DC3B2B6CD20D5DFABEB">
    <w:name w:val="06599FFA11384DC3B2B6CD20D5DFABEB"/>
    <w:rsid w:val="0030436D"/>
  </w:style>
  <w:style w:type="paragraph" w:customStyle="1" w:styleId="0724DE212B494EF7A6185D9F96AABA98">
    <w:name w:val="0724DE212B494EF7A6185D9F96AABA98"/>
    <w:rsid w:val="0030436D"/>
  </w:style>
  <w:style w:type="paragraph" w:customStyle="1" w:styleId="27C9602FE3EB43AD861D4638327720A9">
    <w:name w:val="27C9602FE3EB43AD861D4638327720A9"/>
    <w:rsid w:val="0030436D"/>
  </w:style>
  <w:style w:type="paragraph" w:customStyle="1" w:styleId="72B9FDBF11A7477DA5AD010AF31E2E90">
    <w:name w:val="72B9FDBF11A7477DA5AD010AF31E2E90"/>
    <w:rsid w:val="0030436D"/>
  </w:style>
  <w:style w:type="paragraph" w:customStyle="1" w:styleId="19256CBD8DDD4DB487B6C2A54B6CA8D7">
    <w:name w:val="19256CBD8DDD4DB487B6C2A54B6CA8D7"/>
    <w:rsid w:val="0030436D"/>
  </w:style>
  <w:style w:type="paragraph" w:customStyle="1" w:styleId="9A5E3B0F5C514BC9A56CE8F3CDF14C8E">
    <w:name w:val="9A5E3B0F5C514BC9A56CE8F3CDF14C8E"/>
    <w:rsid w:val="0030436D"/>
  </w:style>
  <w:style w:type="paragraph" w:customStyle="1" w:styleId="84BF242F6AA64AC9AB42FFFAA5B95B6A">
    <w:name w:val="84BF242F6AA64AC9AB42FFFAA5B95B6A"/>
    <w:rsid w:val="0030436D"/>
  </w:style>
  <w:style w:type="paragraph" w:customStyle="1" w:styleId="BA39068663714845A315B80A6F77A643">
    <w:name w:val="BA39068663714845A315B80A6F77A643"/>
    <w:rsid w:val="0030436D"/>
  </w:style>
  <w:style w:type="paragraph" w:customStyle="1" w:styleId="3784ABE8A71346B2BA68571B8D3B3808">
    <w:name w:val="3784ABE8A71346B2BA68571B8D3B3808"/>
    <w:rsid w:val="0030436D"/>
  </w:style>
  <w:style w:type="paragraph" w:customStyle="1" w:styleId="4C48C6519B2645D683C6DC50D3C64805">
    <w:name w:val="4C48C6519B2645D683C6DC50D3C64805"/>
    <w:rsid w:val="0030436D"/>
  </w:style>
  <w:style w:type="paragraph" w:customStyle="1" w:styleId="BAE7225B7F2B487282093F171B48B1F5">
    <w:name w:val="BAE7225B7F2B487282093F171B48B1F5"/>
    <w:rsid w:val="0030436D"/>
  </w:style>
  <w:style w:type="paragraph" w:customStyle="1" w:styleId="36B31FEB200449869979802D373E1A7C">
    <w:name w:val="36B31FEB200449869979802D373E1A7C"/>
    <w:rsid w:val="0030436D"/>
  </w:style>
  <w:style w:type="paragraph" w:customStyle="1" w:styleId="ADFD4B20DCCB4C46B23EDC6D1A0C1118">
    <w:name w:val="ADFD4B20DCCB4C46B23EDC6D1A0C1118"/>
    <w:rsid w:val="0030436D"/>
  </w:style>
  <w:style w:type="paragraph" w:customStyle="1" w:styleId="85AC70ACA95F4F0DA522821852884208">
    <w:name w:val="85AC70ACA95F4F0DA522821852884208"/>
    <w:rsid w:val="0030436D"/>
  </w:style>
  <w:style w:type="paragraph" w:customStyle="1" w:styleId="1573A0081C924721A72CA91C7192C9D0">
    <w:name w:val="1573A0081C924721A72CA91C7192C9D0"/>
    <w:rsid w:val="0030436D"/>
  </w:style>
  <w:style w:type="paragraph" w:customStyle="1" w:styleId="FD54549A3F2645758FDE1D547DFA1617">
    <w:name w:val="FD54549A3F2645758FDE1D547DFA1617"/>
    <w:rsid w:val="0030436D"/>
  </w:style>
  <w:style w:type="paragraph" w:customStyle="1" w:styleId="C882AAA2938C4E7AA2F4DDB4892862B4">
    <w:name w:val="C882AAA2938C4E7AA2F4DDB4892862B4"/>
    <w:rsid w:val="0030436D"/>
  </w:style>
  <w:style w:type="paragraph" w:customStyle="1" w:styleId="C5C9A3A72CA54758B7A410DF9C010C8F">
    <w:name w:val="C5C9A3A72CA54758B7A410DF9C010C8F"/>
    <w:rsid w:val="0030436D"/>
  </w:style>
  <w:style w:type="paragraph" w:customStyle="1" w:styleId="CE7B4B6F560649A9BC2CAD071A61C881">
    <w:name w:val="CE7B4B6F560649A9BC2CAD071A61C881"/>
    <w:rsid w:val="0030436D"/>
  </w:style>
  <w:style w:type="paragraph" w:customStyle="1" w:styleId="FF095C8D83C54813BDFC738A362E8E56">
    <w:name w:val="FF095C8D83C54813BDFC738A362E8E56"/>
    <w:rsid w:val="0030436D"/>
  </w:style>
  <w:style w:type="paragraph" w:customStyle="1" w:styleId="12BF11BE593A4ED9943FCF0F7BB91EF8">
    <w:name w:val="12BF11BE593A4ED9943FCF0F7BB91EF8"/>
    <w:rsid w:val="0030436D"/>
  </w:style>
  <w:style w:type="paragraph" w:customStyle="1" w:styleId="E152FCC1A7954FBC9E1D916BC2BBDB57">
    <w:name w:val="E152FCC1A7954FBC9E1D916BC2BBDB57"/>
    <w:rsid w:val="0030436D"/>
  </w:style>
  <w:style w:type="paragraph" w:customStyle="1" w:styleId="5404C2090CFE4436A8ACE6D6A484F79A">
    <w:name w:val="5404C2090CFE4436A8ACE6D6A484F79A"/>
    <w:rsid w:val="0030436D"/>
  </w:style>
  <w:style w:type="paragraph" w:customStyle="1" w:styleId="09B88853529F4AEB8F772126FD262478">
    <w:name w:val="09B88853529F4AEB8F772126FD262478"/>
    <w:rsid w:val="0030436D"/>
  </w:style>
  <w:style w:type="paragraph" w:customStyle="1" w:styleId="EB41F462693E4672BAF655C507D718FA">
    <w:name w:val="EB41F462693E4672BAF655C507D718FA"/>
    <w:rsid w:val="0030436D"/>
  </w:style>
  <w:style w:type="paragraph" w:customStyle="1" w:styleId="33311338FC2848008845501B4E01364F">
    <w:name w:val="33311338FC2848008845501B4E01364F"/>
    <w:rsid w:val="0030436D"/>
  </w:style>
  <w:style w:type="paragraph" w:customStyle="1" w:styleId="34861F583C4D41C9B1FC1C824985CF8A">
    <w:name w:val="34861F583C4D41C9B1FC1C824985CF8A"/>
    <w:rsid w:val="0030436D"/>
  </w:style>
  <w:style w:type="paragraph" w:customStyle="1" w:styleId="559A5E34CB8348A793F778D9D981F278">
    <w:name w:val="559A5E34CB8348A793F778D9D981F278"/>
    <w:rsid w:val="0030436D"/>
  </w:style>
  <w:style w:type="paragraph" w:customStyle="1" w:styleId="70A70F9E10444EE38A6AADFBD02E40D0">
    <w:name w:val="70A70F9E10444EE38A6AADFBD02E40D0"/>
    <w:rsid w:val="0030436D"/>
  </w:style>
  <w:style w:type="paragraph" w:customStyle="1" w:styleId="D8E908F28D884FB9B74BE4150A059600">
    <w:name w:val="D8E908F28D884FB9B74BE4150A059600"/>
    <w:rsid w:val="0030436D"/>
  </w:style>
  <w:style w:type="paragraph" w:customStyle="1" w:styleId="768A0AFD444445179E1B3492C1FE7C3E">
    <w:name w:val="768A0AFD444445179E1B3492C1FE7C3E"/>
    <w:rsid w:val="0030436D"/>
  </w:style>
  <w:style w:type="paragraph" w:customStyle="1" w:styleId="807CCEC5199647EDB263F2995252C3A4">
    <w:name w:val="807CCEC5199647EDB263F2995252C3A4"/>
    <w:rsid w:val="0030436D"/>
  </w:style>
  <w:style w:type="paragraph" w:customStyle="1" w:styleId="389924B8903C4DF884BBEBB7DDB9A670">
    <w:name w:val="389924B8903C4DF884BBEBB7DDB9A670"/>
    <w:rsid w:val="0030436D"/>
  </w:style>
  <w:style w:type="paragraph" w:customStyle="1" w:styleId="6C064B6F66844663870A3CF27448D907">
    <w:name w:val="6C064B6F66844663870A3CF27448D907"/>
    <w:rsid w:val="0030436D"/>
  </w:style>
  <w:style w:type="paragraph" w:customStyle="1" w:styleId="041D956CECF545F0829872610B26695F">
    <w:name w:val="041D956CECF545F0829872610B26695F"/>
    <w:rsid w:val="0030436D"/>
  </w:style>
  <w:style w:type="paragraph" w:customStyle="1" w:styleId="010E7F0FF2F041998ADD62712E028814">
    <w:name w:val="010E7F0FF2F041998ADD62712E028814"/>
    <w:rsid w:val="0030436D"/>
  </w:style>
  <w:style w:type="paragraph" w:customStyle="1" w:styleId="1B3A7E4DAF32483FA6A0607D1B1C4B2D">
    <w:name w:val="1B3A7E4DAF32483FA6A0607D1B1C4B2D"/>
    <w:rsid w:val="0030436D"/>
  </w:style>
  <w:style w:type="paragraph" w:customStyle="1" w:styleId="75AE2C56DF9C4A40A93E0B9BA2A35BAC">
    <w:name w:val="75AE2C56DF9C4A40A93E0B9BA2A35BAC"/>
    <w:rsid w:val="0030436D"/>
  </w:style>
  <w:style w:type="paragraph" w:customStyle="1" w:styleId="86089EBDBFF0465C967EFB0110113E14">
    <w:name w:val="86089EBDBFF0465C967EFB0110113E14"/>
    <w:rsid w:val="0030436D"/>
  </w:style>
  <w:style w:type="paragraph" w:customStyle="1" w:styleId="4461975EE92742779268C7FFD1F2735D">
    <w:name w:val="4461975EE92742779268C7FFD1F2735D"/>
    <w:rsid w:val="0030436D"/>
  </w:style>
  <w:style w:type="paragraph" w:customStyle="1" w:styleId="748D16C49DBC4784B6AEC5725A9A1B5E">
    <w:name w:val="748D16C49DBC4784B6AEC5725A9A1B5E"/>
    <w:rsid w:val="0030436D"/>
  </w:style>
  <w:style w:type="paragraph" w:customStyle="1" w:styleId="5ED692F646F246FDB4EE3F6B2DF62BC7">
    <w:name w:val="5ED692F646F246FDB4EE3F6B2DF62BC7"/>
    <w:rsid w:val="0030436D"/>
  </w:style>
  <w:style w:type="paragraph" w:customStyle="1" w:styleId="824C207DFF1A4B3791649D20F3EA0E82">
    <w:name w:val="824C207DFF1A4B3791649D20F3EA0E82"/>
    <w:rsid w:val="0030436D"/>
  </w:style>
  <w:style w:type="paragraph" w:customStyle="1" w:styleId="2AB79FA14F0A47579BFD4DC7D8AE01AC">
    <w:name w:val="2AB79FA14F0A47579BFD4DC7D8AE01AC"/>
    <w:rsid w:val="0030436D"/>
  </w:style>
  <w:style w:type="paragraph" w:customStyle="1" w:styleId="150FBC171AD444FEA7D266D254CFC6B9">
    <w:name w:val="150FBC171AD444FEA7D266D254CFC6B9"/>
    <w:rsid w:val="0030436D"/>
  </w:style>
  <w:style w:type="paragraph" w:customStyle="1" w:styleId="7958E398B0CE4E528519C22EEBD6D1E8">
    <w:name w:val="7958E398B0CE4E528519C22EEBD6D1E8"/>
    <w:rsid w:val="0030436D"/>
  </w:style>
  <w:style w:type="paragraph" w:customStyle="1" w:styleId="B37948C63E444886933D365AD1C490ED">
    <w:name w:val="B37948C63E444886933D365AD1C490ED"/>
    <w:rsid w:val="0030436D"/>
  </w:style>
  <w:style w:type="paragraph" w:customStyle="1" w:styleId="4D67EB80608743E9B03F1E0BB1DD86BB">
    <w:name w:val="4D67EB80608743E9B03F1E0BB1DD86BB"/>
    <w:rsid w:val="0030436D"/>
  </w:style>
  <w:style w:type="paragraph" w:customStyle="1" w:styleId="66F3807559A140C881A6C9FDE367921D">
    <w:name w:val="66F3807559A140C881A6C9FDE367921D"/>
    <w:rsid w:val="0030436D"/>
  </w:style>
  <w:style w:type="paragraph" w:customStyle="1" w:styleId="137DB6343DFC42D0803088ECB77FFC63">
    <w:name w:val="137DB6343DFC42D0803088ECB77FFC63"/>
    <w:rsid w:val="0030436D"/>
  </w:style>
  <w:style w:type="paragraph" w:customStyle="1" w:styleId="C21B9C3E87074139A9C846B1B4334AB3">
    <w:name w:val="C21B9C3E87074139A9C846B1B4334AB3"/>
    <w:rsid w:val="004161F5"/>
  </w:style>
  <w:style w:type="paragraph" w:customStyle="1" w:styleId="0423504971984E3CA014D7D54995C960">
    <w:name w:val="0423504971984E3CA014D7D54995C960"/>
    <w:rsid w:val="004161F5"/>
  </w:style>
  <w:style w:type="paragraph" w:customStyle="1" w:styleId="0D703D15EDEB4BA892A965B47933EA78">
    <w:name w:val="0D703D15EDEB4BA892A965B47933EA78"/>
    <w:rsid w:val="001A19DA"/>
  </w:style>
  <w:style w:type="paragraph" w:customStyle="1" w:styleId="CCC63D55607549C6ACA70BDE01F3B960">
    <w:name w:val="CCC63D55607549C6ACA70BDE01F3B960"/>
    <w:rsid w:val="0030436D"/>
  </w:style>
  <w:style w:type="paragraph" w:customStyle="1" w:styleId="D075EDCF3CBA4645939D53D4E6827CC8">
    <w:name w:val="D075EDCF3CBA4645939D53D4E6827CC8"/>
    <w:rsid w:val="0030436D"/>
  </w:style>
  <w:style w:type="paragraph" w:customStyle="1" w:styleId="6BA3C7299212465F997AB0DB2BDA020E">
    <w:name w:val="6BA3C7299212465F997AB0DB2BDA020E"/>
    <w:rsid w:val="0030436D"/>
  </w:style>
  <w:style w:type="paragraph" w:customStyle="1" w:styleId="999469CC767243D7BF8E1E4BCBB75CDB">
    <w:name w:val="999469CC767243D7BF8E1E4BCBB75CDB"/>
    <w:rsid w:val="0030436D"/>
  </w:style>
  <w:style w:type="paragraph" w:customStyle="1" w:styleId="879EC958F7814A529EFED3418D19EE8E">
    <w:name w:val="879EC958F7814A529EFED3418D19EE8E"/>
    <w:rsid w:val="0030436D"/>
  </w:style>
  <w:style w:type="paragraph" w:customStyle="1" w:styleId="E643C8AED8904819AEE4143893BD333E">
    <w:name w:val="E643C8AED8904819AEE4143893BD333E"/>
    <w:rsid w:val="001A19DA"/>
  </w:style>
  <w:style w:type="paragraph" w:customStyle="1" w:styleId="AE2B5BF9B9E74F56B506748F7976A62E">
    <w:name w:val="AE2B5BF9B9E74F56B506748F7976A62E"/>
    <w:rsid w:val="0030436D"/>
  </w:style>
  <w:style w:type="paragraph" w:customStyle="1" w:styleId="2745DFDD2ACB4EDAB4453C4B6FBAACB3">
    <w:name w:val="2745DFDD2ACB4EDAB4453C4B6FBAACB3"/>
    <w:rsid w:val="0030436D"/>
  </w:style>
  <w:style w:type="paragraph" w:customStyle="1" w:styleId="91C6B8084BAE47FFBCB899CF5CE39D6B">
    <w:name w:val="91C6B8084BAE47FFBCB899CF5CE39D6B"/>
    <w:rsid w:val="0030436D"/>
  </w:style>
  <w:style w:type="paragraph" w:customStyle="1" w:styleId="EA47334C1BD34921874597CEA20DEE9E">
    <w:name w:val="EA47334C1BD34921874597CEA20DEE9E"/>
    <w:rsid w:val="0030436D"/>
  </w:style>
  <w:style w:type="paragraph" w:customStyle="1" w:styleId="8ED99A5D4F95455D9B1FFE8C51CDB477">
    <w:name w:val="8ED99A5D4F95455D9B1FFE8C51CDB477"/>
    <w:rsid w:val="0030436D"/>
  </w:style>
  <w:style w:type="paragraph" w:customStyle="1" w:styleId="B14DE924FB8840E3A76DD73204966AE5">
    <w:name w:val="B14DE924FB8840E3A76DD73204966AE5"/>
    <w:rsid w:val="001A19DA"/>
  </w:style>
  <w:style w:type="paragraph" w:customStyle="1" w:styleId="74663930790046B8AC8776E823AD1C33">
    <w:name w:val="74663930790046B8AC8776E823AD1C33"/>
    <w:rsid w:val="0030436D"/>
  </w:style>
  <w:style w:type="paragraph" w:customStyle="1" w:styleId="F2F3227306A74582AF45D635B7DFF8A8">
    <w:name w:val="F2F3227306A74582AF45D635B7DFF8A8"/>
    <w:rsid w:val="0030436D"/>
  </w:style>
  <w:style w:type="paragraph" w:customStyle="1" w:styleId="729DBD19437C4F48AC80487AB44E8F00">
    <w:name w:val="729DBD19437C4F48AC80487AB44E8F00"/>
    <w:rsid w:val="0030436D"/>
  </w:style>
  <w:style w:type="paragraph" w:customStyle="1" w:styleId="58CF02384A5C4525A1ECF9C829B1E3FA">
    <w:name w:val="58CF02384A5C4525A1ECF9C829B1E3FA"/>
    <w:rsid w:val="0030436D"/>
  </w:style>
  <w:style w:type="paragraph" w:customStyle="1" w:styleId="579F0E2037EC440C82735204ADDFDDEF">
    <w:name w:val="579F0E2037EC440C82735204ADDFDDEF"/>
    <w:rsid w:val="0030436D"/>
  </w:style>
  <w:style w:type="paragraph" w:customStyle="1" w:styleId="A1D3FB9D6A2F4804A55EC1E8EF6A7600">
    <w:name w:val="A1D3FB9D6A2F4804A55EC1E8EF6A7600"/>
    <w:rsid w:val="0030436D"/>
  </w:style>
  <w:style w:type="paragraph" w:customStyle="1" w:styleId="2B1EB55332B5422DA65C42249FAB3774">
    <w:name w:val="2B1EB55332B5422DA65C42249FAB3774"/>
    <w:rsid w:val="0030436D"/>
  </w:style>
  <w:style w:type="paragraph" w:customStyle="1" w:styleId="BCE98337D02241B8857AFD528411F768">
    <w:name w:val="BCE98337D02241B8857AFD528411F768"/>
    <w:rsid w:val="001A19DA"/>
  </w:style>
  <w:style w:type="paragraph" w:customStyle="1" w:styleId="32FB4143627744729AEB8E63F41CFC84">
    <w:name w:val="32FB4143627744729AEB8E63F41CFC84"/>
    <w:rsid w:val="0030436D"/>
  </w:style>
  <w:style w:type="paragraph" w:customStyle="1" w:styleId="0BD65D37DEE9494AA0D9911933C9CF5C">
    <w:name w:val="0BD65D37DEE9494AA0D9911933C9CF5C"/>
    <w:rsid w:val="0030436D"/>
  </w:style>
  <w:style w:type="paragraph" w:customStyle="1" w:styleId="3B459BEEE33641169F5CD09EE668E6D2">
    <w:name w:val="3B459BEEE33641169F5CD09EE668E6D2"/>
    <w:rsid w:val="0030436D"/>
  </w:style>
  <w:style w:type="paragraph" w:customStyle="1" w:styleId="5940F626C2F341D38C7091CFC879A3C5">
    <w:name w:val="5940F626C2F341D38C7091CFC879A3C5"/>
    <w:rsid w:val="0030436D"/>
  </w:style>
  <w:style w:type="paragraph" w:customStyle="1" w:styleId="0239611909ED45938A2ABA4E862E4A85">
    <w:name w:val="0239611909ED45938A2ABA4E862E4A85"/>
    <w:rsid w:val="0030436D"/>
  </w:style>
  <w:style w:type="paragraph" w:customStyle="1" w:styleId="822E03C834BC4B40840E53BE0DDFBEC0">
    <w:name w:val="822E03C834BC4B40840E53BE0DDFBEC0"/>
    <w:rsid w:val="0030436D"/>
  </w:style>
  <w:style w:type="paragraph" w:customStyle="1" w:styleId="BD0F6200136945A89964C7AD61273A76">
    <w:name w:val="BD0F6200136945A89964C7AD61273A76"/>
    <w:rsid w:val="0030436D"/>
  </w:style>
  <w:style w:type="paragraph" w:customStyle="1" w:styleId="A1A1A9F88C704B8BB26A057CED586022">
    <w:name w:val="A1A1A9F88C704B8BB26A057CED586022"/>
    <w:rsid w:val="0030436D"/>
  </w:style>
  <w:style w:type="paragraph" w:customStyle="1" w:styleId="5CF969B3E2CE4DDBBE0AC7428610F6A3">
    <w:name w:val="5CF969B3E2CE4DDBBE0AC7428610F6A3"/>
    <w:rsid w:val="0030436D"/>
  </w:style>
  <w:style w:type="paragraph" w:customStyle="1" w:styleId="555A3F291BCE415FA35607A0B203C016">
    <w:name w:val="555A3F291BCE415FA35607A0B203C016"/>
    <w:rsid w:val="0030436D"/>
  </w:style>
  <w:style w:type="paragraph" w:customStyle="1" w:styleId="581519ED240D44749DABE335532F8744">
    <w:name w:val="581519ED240D44749DABE335532F8744"/>
    <w:rsid w:val="0030436D"/>
  </w:style>
  <w:style w:type="paragraph" w:customStyle="1" w:styleId="9391A6E2D1CE45A09CEAAB3CDEE33B36">
    <w:name w:val="9391A6E2D1CE45A09CEAAB3CDEE33B36"/>
    <w:rsid w:val="0030436D"/>
  </w:style>
  <w:style w:type="paragraph" w:customStyle="1" w:styleId="4A386274CE0646FDBE57551B5F6B5DBD">
    <w:name w:val="4A386274CE0646FDBE57551B5F6B5DBD"/>
    <w:rsid w:val="0030436D"/>
  </w:style>
  <w:style w:type="paragraph" w:customStyle="1" w:styleId="31A36504911B4DD485C4DFB02BF58F23">
    <w:name w:val="31A36504911B4DD485C4DFB02BF58F23"/>
    <w:rsid w:val="0030436D"/>
  </w:style>
  <w:style w:type="paragraph" w:customStyle="1" w:styleId="D284C51B21F24CE6A8B1FD0BAE2D70CB">
    <w:name w:val="D284C51B21F24CE6A8B1FD0BAE2D70CB"/>
    <w:rsid w:val="0030436D"/>
  </w:style>
  <w:style w:type="paragraph" w:customStyle="1" w:styleId="32713AAA360849EF8A2E4BB06043F792">
    <w:name w:val="32713AAA360849EF8A2E4BB06043F792"/>
    <w:rsid w:val="0030436D"/>
  </w:style>
  <w:style w:type="paragraph" w:customStyle="1" w:styleId="65DD3D545F1B43BB88F3A849F7AA9400">
    <w:name w:val="65DD3D545F1B43BB88F3A849F7AA9400"/>
    <w:rsid w:val="0030436D"/>
  </w:style>
  <w:style w:type="paragraph" w:customStyle="1" w:styleId="4153EAAE01EC42EC804EB9EBEDD2A74E">
    <w:name w:val="4153EAAE01EC42EC804EB9EBEDD2A74E"/>
    <w:rsid w:val="0030436D"/>
  </w:style>
  <w:style w:type="paragraph" w:customStyle="1" w:styleId="CB6EA5566C05465E9BC5DF73945A38D3">
    <w:name w:val="CB6EA5566C05465E9BC5DF73945A38D3"/>
    <w:rsid w:val="0030436D"/>
  </w:style>
  <w:style w:type="paragraph" w:customStyle="1" w:styleId="B35739209259453D9E368F2CCD208A70">
    <w:name w:val="B35739209259453D9E368F2CCD208A70"/>
    <w:rsid w:val="0030436D"/>
  </w:style>
  <w:style w:type="paragraph" w:customStyle="1" w:styleId="B37D3F1F16C14F3D8008A279E8B01F9C">
    <w:name w:val="B37D3F1F16C14F3D8008A279E8B01F9C"/>
    <w:rsid w:val="0030436D"/>
  </w:style>
  <w:style w:type="paragraph" w:customStyle="1" w:styleId="C5C5C9250EDC4BDBB5195EAE3BD84ACA">
    <w:name w:val="C5C5C9250EDC4BDBB5195EAE3BD84ACA"/>
    <w:rsid w:val="0030436D"/>
  </w:style>
  <w:style w:type="paragraph" w:customStyle="1" w:styleId="56D355F5302B4CDF8CCA3F4CC0A3F508">
    <w:name w:val="56D355F5302B4CDF8CCA3F4CC0A3F508"/>
    <w:rsid w:val="0030436D"/>
  </w:style>
  <w:style w:type="paragraph" w:customStyle="1" w:styleId="F627C2D5F8B448738A80A9CE48EA42CD">
    <w:name w:val="F627C2D5F8B448738A80A9CE48EA42CD"/>
    <w:rsid w:val="0030436D"/>
  </w:style>
  <w:style w:type="paragraph" w:customStyle="1" w:styleId="81B66D5B219545AA9A0EA1A88DB4AE2D">
    <w:name w:val="81B66D5B219545AA9A0EA1A88DB4AE2D"/>
    <w:rsid w:val="0030436D"/>
  </w:style>
  <w:style w:type="paragraph" w:customStyle="1" w:styleId="99ACF527F1634A2AA300C8800E29AFC8">
    <w:name w:val="99ACF527F1634A2AA300C8800E29AFC8"/>
    <w:rsid w:val="0030436D"/>
  </w:style>
  <w:style w:type="paragraph" w:customStyle="1" w:styleId="84C128A5FAA5419CB933302642D59390">
    <w:name w:val="84C128A5FAA5419CB933302642D59390"/>
    <w:rsid w:val="0030436D"/>
  </w:style>
  <w:style w:type="paragraph" w:customStyle="1" w:styleId="0C75A5BE95724BE684914E27C85E4B71">
    <w:name w:val="0C75A5BE95724BE684914E27C85E4B71"/>
    <w:rsid w:val="0030436D"/>
  </w:style>
  <w:style w:type="paragraph" w:customStyle="1" w:styleId="F193CB4EE2CD4F2EB3EF9B707F6CAF47">
    <w:name w:val="F193CB4EE2CD4F2EB3EF9B707F6CAF47"/>
    <w:rsid w:val="0030436D"/>
  </w:style>
  <w:style w:type="paragraph" w:customStyle="1" w:styleId="06EDCA18D2C34F4D974C794B7C7862D7">
    <w:name w:val="06EDCA18D2C34F4D974C794B7C7862D7"/>
    <w:rsid w:val="0030436D"/>
  </w:style>
  <w:style w:type="paragraph" w:customStyle="1" w:styleId="1734C0B0E50C4165979C1D1CD6EF5118">
    <w:name w:val="1734C0B0E50C4165979C1D1CD6EF5118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22CEB82C734321B0CE016302F911E9">
    <w:name w:val="9622CEB82C734321B0CE016302F911E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">
    <w:name w:val="4DA6D54110794714A3947FB41053504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5FDFBF134945B2BF39C7E79859F0ED">
    <w:name w:val="CB5FDFBF134945B2BF39C7E79859F0E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7256735BF942FB8FC659570B5872FF">
    <w:name w:val="047256735BF942FB8FC659570B5872FF"/>
    <w:rsid w:val="006239E1"/>
  </w:style>
  <w:style w:type="paragraph" w:customStyle="1" w:styleId="6EB2257E5DDE498E98DC42ED4E9EA10F">
    <w:name w:val="6EB2257E5DDE498E98DC42ED4E9EA10F"/>
    <w:rsid w:val="006239E1"/>
  </w:style>
  <w:style w:type="paragraph" w:customStyle="1" w:styleId="98F3A9EE91754E259AFD2F141BD88EC3">
    <w:name w:val="98F3A9EE91754E259AFD2F141BD88EC3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CE75B612C4202A581499679C2B3131">
    <w:name w:val="BA4CE75B612C4202A581499679C2B31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7F8750358B49AE8F6751DCEDD838971">
    <w:name w:val="7E7F8750358B49AE8F6751DCEDD8389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EF073F07734BD2836C5DAAE1509E381">
    <w:name w:val="FCEF073F07734BD2836C5DAAE1509E3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A6ACC0D6534B439068D87F8931105A1">
    <w:name w:val="41A6ACC0D6534B439068D87F8931105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BA44887A114D17B5C9E9586CED31671">
    <w:name w:val="39BA44887A114D17B5C9E9586CED316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FD366C0F5C4B1D8315BCAD123ABBE51">
    <w:name w:val="3FFD366C0F5C4B1D8315BCAD123ABBE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38DA79A020453798AAC4140F21E7F31">
    <w:name w:val="4438DA79A020453798AAC4140F21E7F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5104274BAF4978BF6207C750C18B4D1">
    <w:name w:val="F05104274BAF4978BF6207C750C18B4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9675E05B764A7E870BC5CDA0803E641">
    <w:name w:val="B49675E05B764A7E870BC5CDA0803E6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BE70EE3C5C406FB27D345B7C92BC7B1">
    <w:name w:val="54BE70EE3C5C406FB27D345B7C92BC7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5EE107317B4F06A1FFB59ECDDDFC0A1">
    <w:name w:val="925EE107317B4F06A1FFB59ECDDDFC0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3C2D3E468246A4A1BCA003D651844B1">
    <w:name w:val="DC3C2D3E468246A4A1BCA003D651844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DDFED6178C4067914C1681C24E8B191">
    <w:name w:val="1BDDFED6178C4067914C1681C24E8B1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EDE75BA8AF4B1E841E0C5447E0F4821">
    <w:name w:val="C4EDE75BA8AF4B1E841E0C5447E0F48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5974FF51D684CE4B9599C4132FBB1DC1">
    <w:name w:val="B5974FF51D684CE4B9599C4132FBB1D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C6E861F7941C8A2824613BA943FD71">
    <w:name w:val="114C6E861F7941C8A2824613BA943FD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4BE5C038E34039BE91C2840A1A02341">
    <w:name w:val="8B4BE5C038E34039BE91C2840A1A023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D282A343D148B5A8B192441B74A5351">
    <w:name w:val="15D282A343D148B5A8B192441B74A53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5106715EF94FAB90C3AAC1C007160F1">
    <w:name w:val="A35106715EF94FAB90C3AAC1C007160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82150CE5244F82A2329DEDE8DB33D11">
    <w:name w:val="CE82150CE5244F82A2329DEDE8DB33D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5D8C96246008C0140E8CDA62E201">
    <w:name w:val="5D5695D8C96246008C0140E8CDA62E2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51045F46394C34BBBB1A629B3B04831">
    <w:name w:val="0D51045F46394C34BBBB1A629B3B048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A56812F815426CB76573AA50ED5A9F1">
    <w:name w:val="3AA56812F815426CB76573AA50ED5A9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6A6DB434EB4360B7B85C74C5E08CA11">
    <w:name w:val="366A6DB434EB4360B7B85C74C5E08CA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BD5BA35BA94618B771ECDE3C61E8FA1">
    <w:name w:val="1FBD5BA35BA94618B771ECDE3C61E8F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0A7E0DA1954756B51E59577179C2ED1">
    <w:name w:val="830A7E0DA1954756B51E59577179C2E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C4F6B7DB8343578BC0C0CC1C321E7C1">
    <w:name w:val="D3C4F6B7DB8343578BC0C0CC1C321E7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A1DE72AA2C4012A5983FD098E1CAC81">
    <w:name w:val="89A1DE72AA2C4012A5983FD098E1CAC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395BE0314F4197B615DBE1CE4F9D481">
    <w:name w:val="D3395BE0314F4197B615DBE1CE4F9D4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DD78AF9F34277ACB327AD1BCB6EFC1">
    <w:name w:val="0A0DD78AF9F34277ACB327AD1BCB6EF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AD010925DB43928E03663340419E501">
    <w:name w:val="06AD010925DB43928E03663340419E5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DC3696F69C4211AB5259FA3B418F0C1">
    <w:name w:val="92DC3696F69C4211AB5259FA3B418F0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CE7428CACF47AD868EFFB4255DFF5E1">
    <w:name w:val="F7CE7428CACF47AD868EFFB4255DFF5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8CB507FCE24CE58B3808B5439C992C1">
    <w:name w:val="C98CB507FCE24CE58B3808B5439C992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599FFA11384DC3B2B6CD20D5DFABEB1">
    <w:name w:val="06599FFA11384DC3B2B6CD20D5DFABE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C9602FE3EB43AD861D4638327720A91">
    <w:name w:val="27C9602FE3EB43AD861D4638327720A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B9FDBF11A7477DA5AD010AF31E2E901">
    <w:name w:val="72B9FDBF11A7477DA5AD010AF31E2E9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256CBD8DDD4DB487B6C2A54B6CA8D71">
    <w:name w:val="19256CBD8DDD4DB487B6C2A54B6CA8D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E3B0F5C514BC9A56CE8F3CDF14C8E1">
    <w:name w:val="9A5E3B0F5C514BC9A56CE8F3CDF14C8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BF242F6AA64AC9AB42FFFAA5B95B6A1">
    <w:name w:val="84BF242F6AA64AC9AB42FFFAA5B95B6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9068663714845A315B80A6F77A6431">
    <w:name w:val="BA39068663714845A315B80A6F77A64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84ABE8A71346B2BA68571B8D3B38081">
    <w:name w:val="3784ABE8A71346B2BA68571B8D3B380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92818E23544CC0979C67945977F99A">
    <w:name w:val="C592818E23544CC0979C67945977F99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4889AE70AD434AA79CB2C25D82D4BA">
    <w:name w:val="B44889AE70AD434AA79CB2C25D82D4B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E17A9874747C1AC4D9286D999051F">
    <w:name w:val="5CBE17A9874747C1AC4D9286D999051F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27B746693496192A4092148813476">
    <w:name w:val="0E127B746693496192A409214881347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602206C4D74D3A80D8AA3144CB05CA">
    <w:name w:val="ED602206C4D74D3A80D8AA3144CB05C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A5A2C1EAF49D7AC3DDF63BC5AD700">
    <w:name w:val="764A5A2C1EAF49D7AC3DDF63BC5AD700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81387B9A30402A84817179D8E8A3DF">
    <w:name w:val="5B81387B9A30402A84817179D8E8A3DF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F2E1A4330847E8B96E185C1FAE9724">
    <w:name w:val="56F2E1A4330847E8B96E185C1FAE9724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6E2340BF441B89FBB3782736B2E20">
    <w:name w:val="82B6E2340BF441B89FBB3782736B2E20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BE64C42DF840F4BD14ECFF712E0639">
    <w:name w:val="C2BE64C42DF840F4BD14ECFF712E0639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E7225B7F2B487282093F171B48B1F51">
    <w:name w:val="BAE7225B7F2B487282093F171B48B1F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B31FEB200449869979802D373E1A7C1">
    <w:name w:val="36B31FEB200449869979802D373E1A7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FD4B20DCCB4C46B23EDC6D1A0C11181">
    <w:name w:val="ADFD4B20DCCB4C46B23EDC6D1A0C111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AC70ACA95F4F0DA5228218528842081">
    <w:name w:val="85AC70ACA95F4F0DA52282185288420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73A0081C924721A72CA91C7192C9D01">
    <w:name w:val="1573A0081C924721A72CA91C7192C9D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82AAA2938C4E7AA2F4DDB4892862B41">
    <w:name w:val="C882AAA2938C4E7AA2F4DDB4892862B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C9A3A72CA54758B7A410DF9C010C8F1">
    <w:name w:val="C5C9A3A72CA54758B7A410DF9C010C8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7B4B6F560649A9BC2CAD071A61C8811">
    <w:name w:val="CE7B4B6F560649A9BC2CAD071A61C88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095C8D83C54813BDFC738A362E8E561">
    <w:name w:val="FF095C8D83C54813BDFC738A362E8E5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BF11BE593A4ED9943FCF0F7BB91EF81">
    <w:name w:val="12BF11BE593A4ED9943FCF0F7BB91EF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04C2090CFE4436A8ACE6D6A484F79A1">
    <w:name w:val="5404C2090CFE4436A8ACE6D6A484F79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B88853529F4AEB8F772126FD2624781">
    <w:name w:val="09B88853529F4AEB8F772126FD26247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41F462693E4672BAF655C507D718FA1">
    <w:name w:val="EB41F462693E4672BAF655C507D718F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311338FC2848008845501B4E01364F1">
    <w:name w:val="33311338FC2848008845501B4E01364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861F583C4D41C9B1FC1C824985CF8A1">
    <w:name w:val="34861F583C4D41C9B1FC1C824985CF8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A70F9E10444EE38A6AADFBD02E40D01">
    <w:name w:val="70A70F9E10444EE38A6AADFBD02E40D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E908F28D884FB9B74BE4150A0596001">
    <w:name w:val="D8E908F28D884FB9B74BE4150A05960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8A0AFD444445179E1B3492C1FE7C3E1">
    <w:name w:val="768A0AFD444445179E1B3492C1FE7C3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7CCEC5199647EDB263F2995252C3A41">
    <w:name w:val="807CCEC5199647EDB263F2995252C3A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9924B8903C4DF884BBEBB7DDB9A6701">
    <w:name w:val="389924B8903C4DF884BBEBB7DDB9A67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DD44C192644BF8904A1A3C52663365">
    <w:name w:val="B6DD44C192644BF8904A1A3C52663365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92597A2C49482AB95CCFD3792BBD86">
    <w:name w:val="0492597A2C49482AB95CCFD3792BBD8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C021589D7B4C1490A685A097234C17">
    <w:name w:val="DBC021589D7B4C1490A685A097234C17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E0F3718A6C42C5AE6EF21876BF5203">
    <w:name w:val="9AE0F3718A6C42C5AE6EF21876BF5203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74A3BEC7AA441587B51A98D3473066">
    <w:name w:val="F174A3BEC7AA441587B51A98D3473066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376E11F1B44BA6B926BCD0E7B31264">
    <w:name w:val="04376E11F1B44BA6B926BCD0E7B31264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7948C63E444886933D365AD1C490ED1">
    <w:name w:val="B37948C63E444886933D365AD1C490E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67EB80608743E9B03F1E0BB1DD86BB1">
    <w:name w:val="4D67EB80608743E9B03F1E0BB1DD86B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F3807559A140C881A6C9FDE367921D1">
    <w:name w:val="66F3807559A140C881A6C9FDE367921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7DB6343DFC42D0803088ECB77FFC631">
    <w:name w:val="137DB6343DFC42D0803088ECB77FFC6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C63D55607549C6ACA70BDE01F3B9601">
    <w:name w:val="CCC63D55607549C6ACA70BDE01F3B96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A3C7299212465F997AB0DB2BDA020E1">
    <w:name w:val="6BA3C7299212465F997AB0DB2BDA020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9469CC767243D7BF8E1E4BCBB75CDB1">
    <w:name w:val="999469CC767243D7BF8E1E4BCBB75CD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9EC958F7814A529EFED3418D19EE8E1">
    <w:name w:val="879EC958F7814A529EFED3418D19EE8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E2B5BF9B9E74F56B506748F7976A62E1">
    <w:name w:val="AE2B5BF9B9E74F56B506748F7976A62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45DFDD2ACB4EDAB4453C4B6FBAACB31">
    <w:name w:val="2745DFDD2ACB4EDAB4453C4B6FBAACB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47334C1BD34921874597CEA20DEE9E1">
    <w:name w:val="EA47334C1BD34921874597CEA20DEE9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D99A5D4F95455D9B1FFE8C51CDB4771">
    <w:name w:val="8ED99A5D4F95455D9B1FFE8C51CDB47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663930790046B8AC8776E823AD1C331">
    <w:name w:val="74663930790046B8AC8776E823AD1C3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F3227306A74582AF45D635B7DFF8A81">
    <w:name w:val="F2F3227306A74582AF45D635B7DFF8A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9DBD19437C4F48AC80487AB44E8F001">
    <w:name w:val="729DBD19437C4F48AC80487AB44E8F0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9F0E2037EC440C82735204ADDFDDEF1">
    <w:name w:val="579F0E2037EC440C82735204ADDFDDE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D3FB9D6A2F4804A55EC1E8EF6A76001">
    <w:name w:val="A1D3FB9D6A2F4804A55EC1E8EF6A760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1EB55332B5422DA65C42249FAB37741">
    <w:name w:val="2B1EB55332B5422DA65C42249FAB377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2FB4143627744729AEB8E63F41CFC841">
    <w:name w:val="32FB4143627744729AEB8E63F41CFC8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D65D37DEE9494AA0D9911933C9CF5C1">
    <w:name w:val="0BD65D37DEE9494AA0D9911933C9CF5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40F626C2F341D38C7091CFC879A3C51">
    <w:name w:val="5940F626C2F341D38C7091CFC879A3C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39611909ED45938A2ABA4E862E4A851">
    <w:name w:val="0239611909ED45938A2ABA4E862E4A8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2E03C834BC4B40840E53BE0DDFBEC01">
    <w:name w:val="822E03C834BC4B40840E53BE0DDFBEC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0F6200136945A89964C7AD61273A761">
    <w:name w:val="BD0F6200136945A89964C7AD61273A7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A1A9F88C704B8BB26A057CED5860221">
    <w:name w:val="A1A1A9F88C704B8BB26A057CED58602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5A3F291BCE415FA35607A0B203C0161">
    <w:name w:val="555A3F291BCE415FA35607A0B203C01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1519ED240D44749DABE335532F87441">
    <w:name w:val="581519ED240D44749DABE335532F874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91A6E2D1CE45A09CEAAB3CDEE33B361">
    <w:name w:val="9391A6E2D1CE45A09CEAAB3CDEE33B3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386274CE0646FDBE57551B5F6B5DBD1">
    <w:name w:val="4A386274CE0646FDBE57551B5F6B5DB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A36504911B4DD485C4DFB02BF58F231">
    <w:name w:val="31A36504911B4DD485C4DFB02BF58F2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92035E5494A88A1939E0D3E6D2CD5">
    <w:name w:val="6BB92035E5494A88A1939E0D3E6D2CD5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F56E094F414722A20C4106381A4633">
    <w:name w:val="8BF56E094F414722A20C4106381A4633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033925F1D4494D9DB04AADF14E79D1">
    <w:name w:val="82033925F1D4494D9DB04AADF14E79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3">
    <w:name w:val="1734C0B0E50C4165979C1D1CD6EF5118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3">
    <w:name w:val="F4D6CB2241074A76A75ACE4A72F3BAC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3">
    <w:name w:val="5C6BE9DD57B042A78E73AE6C65AB81E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3">
    <w:name w:val="B94FF17A7DD844238942618D220CAEE0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3">
    <w:name w:val="96F24E541B0145AAA4C1F913603E646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3">
    <w:name w:val="2C3A3162D80445F78DDE0C5B1FC1D37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3">
    <w:name w:val="3BB3224C02224BE9B27FBD8B4FA44C85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22CEB82C734321B0CE016302F911E92">
    <w:name w:val="9622CEB82C734321B0CE016302F911E92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3">
    <w:name w:val="4DA6D54110794714A3947FB41053504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3">
    <w:name w:val="15FA136DFCC9400EA3643631FD9D49A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5FDFBF134945B2BF39C7E79859F0ED2">
    <w:name w:val="CB5FDFBF134945B2BF39C7E79859F0ED2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3">
    <w:name w:val="758EF154077D4EC492E0AA02749775E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3">
    <w:name w:val="60444590C5F4414E83C6454885D5753D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3">
    <w:name w:val="096DC268CB3744C7AF90E558EFABE7F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3">
    <w:name w:val="16EE3227410F4460A6706019F08584B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3">
    <w:name w:val="35C6ADD19D0A4F7F9AA8A8D4CCB1374F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3">
    <w:name w:val="0AD4EFDEB46F4DD3B07D7D864B6EAEB2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3">
    <w:name w:val="C969D259CE28476AA1EB44B74A93B0D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3">
    <w:name w:val="4163D3241B974CB9999FF0EC5B4E2B2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3">
    <w:name w:val="89495584885745569DDCF4FEC1482D05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3">
    <w:name w:val="66C6F6902A3B4D4CA7D745FDDA70B68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3">
    <w:name w:val="4CD965A9EE694FECADF2476D720E7B6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3">
    <w:name w:val="09E232A6ADC042DB884957F020A929B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3">
    <w:name w:val="3DF7FD3C5E5C4C0992D419903A5ACDD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3">
    <w:name w:val="CADFFF9D18954E1993F5C0789B03E17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3">
    <w:name w:val="657F90F891404138BEF4C8B0986FE70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3">
    <w:name w:val="C9113B8A854441D682CE5AC80AFB0860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3">
    <w:name w:val="A98CC7936C024C2988776FBA2CC670BD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3">
    <w:name w:val="2E9B36F7201C45DF99CA9FA9C42900A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3">
    <w:name w:val="09814CF1CD7A47D3BB560F37A96F9D58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3">
    <w:name w:val="7793DEAF92564508A217818A964BBBC0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3">
    <w:name w:val="872FF4CA11794B8A841DB2220DF10EA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3">
    <w:name w:val="4E97BD512F134974B65EC5CE1A1FFA5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3">
    <w:name w:val="43C24FC1DD4E4C25906C3761C0E444F2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3">
    <w:name w:val="6E5B51F8A20C49259CB13015EB12138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3">
    <w:name w:val="ACA81B7FEB124004A04A95F11ADBD7A7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3">
    <w:name w:val="E3F5175B57004446843F4F317C13BE7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3">
    <w:name w:val="6E2E25C8BD59485F83A4E1A3EB66C1C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3">
    <w:name w:val="74CADD3637F3476CAEF2795719E307AF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3">
    <w:name w:val="AB27C8C8D90949D99B80C3BCC40C6DB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3">
    <w:name w:val="BE6BAA36B4CE46CCBA1107A2CA86328D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3">
    <w:name w:val="98F3A9EE91754E259AFD2F141BD88EC3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3">
    <w:name w:val="A562792367E244C2B52C13434E400DB2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3">
    <w:name w:val="7E217E49FF2B4BCCB4F3ACCCBA86205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3">
    <w:name w:val="A6B6B6169038418C8F137F03A3BAC3E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3">
    <w:name w:val="BA84038C5BAB4BC98BCFD7720888F4E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3">
    <w:name w:val="2A85F1BB5E59479D91B2E845B74103B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3">
    <w:name w:val="734A0FEE22AB4D08A85FAFBB84445CB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3">
    <w:name w:val="3AE69983638E496B87E186B118E83D05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3">
    <w:name w:val="4E1B8BE8E635423EB269141E9E2912A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3">
    <w:name w:val="522C19E6AA2346A4966003129C441C2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3">
    <w:name w:val="DC6DBC8E8B3947CB8F9195F36B67D85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3">
    <w:name w:val="49487EF4E50B45EF8F8DF0A58099CB0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3">
    <w:name w:val="C6C5AA04D5744E5397F5B4C02E599FE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3">
    <w:name w:val="657845195F10471BB191FDF6254F450F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3">
    <w:name w:val="4261ABEBA6024587BD9BFFA89B86CBAD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3">
    <w:name w:val="ECE4C47E07C843CCA2D7255597D07705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3">
    <w:name w:val="9444CF760006459A89EF2B7CE3AFF2D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3">
    <w:name w:val="A451D5A1F2414B9AB219F05CFB3EC45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3">
    <w:name w:val="E58E1C4CC73644419B96786849CD0414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3">
    <w:name w:val="982533AA1A67444FAB6AD764FF1EF883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3">
    <w:name w:val="A8251704D7154EB4AAFD40739CBF3232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3">
    <w:name w:val="092F71A98DCB432994A49CF6A2418B1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3">
    <w:name w:val="FF714C39671F4059B6173089394CD3ED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3">
    <w:name w:val="28589E92AA8443098EDE0E709D3F980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3">
    <w:name w:val="7B8873B5DDFA49E29AD3D86C96355BE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3">
    <w:name w:val="7D53A91E55554B1E87906AAB7E66728B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92818E23544CC0979C67945977F99A3">
    <w:name w:val="C592818E23544CC0979C67945977F99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4889AE70AD434AA79CB2C25D82D4BA3">
    <w:name w:val="B44889AE70AD434AA79CB2C25D82D4B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E17A9874747C1AC4D9286D999051F3">
    <w:name w:val="5CBE17A9874747C1AC4D9286D999051F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27B746693496192A40921488134763">
    <w:name w:val="0E127B746693496192A409214881347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602206C4D74D3A80D8AA3144CB05CA3">
    <w:name w:val="ED602206C4D74D3A80D8AA3144CB05C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A5A2C1EAF49D7AC3DDF63BC5AD7003">
    <w:name w:val="764A5A2C1EAF49D7AC3DDF63BC5AD700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81387B9A30402A84817179D8E8A3DF3">
    <w:name w:val="5B81387B9A30402A84817179D8E8A3DF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F2E1A4330847E8B96E185C1FAE97243">
    <w:name w:val="56F2E1A4330847E8B96E185C1FAE9724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6E2340BF441B89FBB3782736B2E203">
    <w:name w:val="82B6E2340BF441B89FBB3782736B2E20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BE64C42DF840F4BD14ECFF712E06393">
    <w:name w:val="C2BE64C42DF840F4BD14ECFF712E0639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3">
    <w:name w:val="CA4E4ABAE5DA465E97A6237A7809538C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3">
    <w:name w:val="156AE4FD73954CA688AAE317B321396B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3">
    <w:name w:val="6D5A277E4DAE4119840AF2E2D970FC5F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3">
    <w:name w:val="586FFECF142C4598987272C037E4807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3">
    <w:name w:val="0FB6E5FECABF45829BB384A56029A28D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3">
    <w:name w:val="26164AFE8C004731B39F8D42AA79484B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3">
    <w:name w:val="143E6DFAA3A744858DA27EA69CF186A8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3">
    <w:name w:val="FB7E9068020A4D09974EA1EB0D07EBE0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3">
    <w:name w:val="B9DD229517514DD3BA30880642405144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3">
    <w:name w:val="4B4DB9EE858049CCB9AFBB15E50951BB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DD44C192644BF8904A1A3C526633652">
    <w:name w:val="B6DD44C192644BF8904A1A3C526633652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92597A2C49482AB95CCFD3792BBD863">
    <w:name w:val="0492597A2C49482AB95CCFD3792BBD8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C021589D7B4C1490A685A097234C173">
    <w:name w:val="DBC021589D7B4C1490A685A097234C17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E0F3718A6C42C5AE6EF21876BF52033">
    <w:name w:val="9AE0F3718A6C42C5AE6EF21876BF5203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74A3BEC7AA441587B51A98D34730663">
    <w:name w:val="F174A3BEC7AA441587B51A98D3473066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376E11F1B44BA6B926BCD0E7B312643">
    <w:name w:val="04376E11F1B44BA6B926BCD0E7B31264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3">
    <w:name w:val="7041F98D97294F33B27DB409BE8E34F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3">
    <w:name w:val="73AB6D1D873F4738BF61AE697637871D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3">
    <w:name w:val="520891A0A4C04E9D9F8A8F3644975CB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3">
    <w:name w:val="C582574595EA444189787F4DFB8EE37F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3">
    <w:name w:val="55670920D67C4481B676B57D42BEF39B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92035E5494A88A1939E0D3E6D2CD52">
    <w:name w:val="6BB92035E5494A88A1939E0D3E6D2CD52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F56E094F414722A20C4106381A46332">
    <w:name w:val="8BF56E094F414722A20C4106381A46332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033925F1D4494D9DB04AADF14E79D13">
    <w:name w:val="82033925F1D4494D9DB04AADF14E79D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761394B697469E8B38372AEA4FEDAE3">
    <w:name w:val="A3761394B697469E8B38372AEA4FEDA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93A7027917435A81C03ACC38B0A0553">
    <w:name w:val="9993A7027917435A81C03ACC38B0A055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52858E713D4397AC22D53F174758CA3">
    <w:name w:val="2A52858E713D4397AC22D53F174758CA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621C7EA3EA482DBADCA3E8E4C256713">
    <w:name w:val="54621C7EA3EA482DBADCA3E8E4C25671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99BDA9BF0C4F099DB46988DB25A7943">
    <w:name w:val="0199BDA9BF0C4F099DB46988DB25A794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9587BADF1E4CCBA5BD9B79BAB5EEDE3">
    <w:name w:val="489587BADF1E4CCBA5BD9B79BAB5EEDE3"/>
    <w:rsid w:val="001A19D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761394B697469E8B38372AEA4FEDAE">
    <w:name w:val="A3761394B697469E8B38372AEA4FEDAE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93A7027917435A81C03ACC38B0A055">
    <w:name w:val="9993A7027917435A81C03ACC38B0A055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52858E713D4397AC22D53F174758CA">
    <w:name w:val="2A52858E713D4397AC22D53F174758CA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621C7EA3EA482DBADCA3E8E4C25671">
    <w:name w:val="54621C7EA3EA482DBADCA3E8E4C256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99BDA9BF0C4F099DB46988DB25A794">
    <w:name w:val="0199BDA9BF0C4F099DB46988DB25A794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9587BADF1E4CCBA5BD9B79BAB5EEDE">
    <w:name w:val="489587BADF1E4CCBA5BD9B79BAB5EEDE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2713AAA360849EF8A2E4BB06043F7921">
    <w:name w:val="32713AAA360849EF8A2E4BB06043F79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DD3D545F1B43BB88F3A849F7AA94001">
    <w:name w:val="65DD3D545F1B43BB88F3A849F7AA940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53EAAE01EC42EC804EB9EBEDD2A74E1">
    <w:name w:val="4153EAAE01EC42EC804EB9EBEDD2A74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EA5566C05465E9BC5DF73945A38D31">
    <w:name w:val="CB6EA5566C05465E9BC5DF73945A38D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5739209259453D9E368F2CCD208A701">
    <w:name w:val="B35739209259453D9E368F2CCD208A7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7D3F1F16C14F3D8008A279E8B01F9C1">
    <w:name w:val="B37D3F1F16C14F3D8008A279E8B01F9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C5C9250EDC4BDBB5195EAE3BD84ACA1">
    <w:name w:val="C5C5C9250EDC4BDBB5195EAE3BD84AC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27C2D5F8B448738A80A9CE48EA42CD1">
    <w:name w:val="F627C2D5F8B448738A80A9CE48EA42C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1B66D5B219545AA9A0EA1A88DB4AE2D1">
    <w:name w:val="81B66D5B219545AA9A0EA1A88DB4AE2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ACF527F1634A2AA300C8800E29AFC81">
    <w:name w:val="99ACF527F1634A2AA300C8800E29AFC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C128A5FAA5419CB933302642D593901">
    <w:name w:val="84C128A5FAA5419CB933302642D5939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75A5BE95724BE684914E27C85E4B711">
    <w:name w:val="0C75A5BE95724BE684914E27C85E4B7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93CB4EE2CD4F2EB3EF9B707F6CAF471">
    <w:name w:val="F193CB4EE2CD4F2EB3EF9B707F6CAF4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EDCA18D2C34F4D974C794B7C7862D71">
    <w:name w:val="06EDCA18D2C34F4D974C794B7C7862D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7F51E339A64B4C8766B56419ADEF93">
    <w:name w:val="027F51E339A64B4C8766B56419ADEF93"/>
    <w:rsid w:val="0030436D"/>
  </w:style>
  <w:style w:type="paragraph" w:customStyle="1" w:styleId="7A072DC3B4274487A9A452B62116F022">
    <w:name w:val="7A072DC3B4274487A9A452B62116F022"/>
    <w:rsid w:val="0030436D"/>
  </w:style>
  <w:style w:type="paragraph" w:customStyle="1" w:styleId="6F491F270C5B4FD4A1AA8D5769C0B8F8">
    <w:name w:val="6F491F270C5B4FD4A1AA8D5769C0B8F8"/>
    <w:rsid w:val="0030436D"/>
  </w:style>
  <w:style w:type="paragraph" w:customStyle="1" w:styleId="04B592581FCE4124BABF4EA0E026B0C4">
    <w:name w:val="04B592581FCE4124BABF4EA0E026B0C4"/>
    <w:rsid w:val="0030436D"/>
  </w:style>
  <w:style w:type="paragraph" w:customStyle="1" w:styleId="899C3FF62E1F416EBBBA783D73C86BB6">
    <w:name w:val="899C3FF62E1F416EBBBA783D73C86BB6"/>
    <w:rsid w:val="0030436D"/>
  </w:style>
  <w:style w:type="paragraph" w:customStyle="1" w:styleId="68CACABFC3764DFE82E60597D5DC53D1">
    <w:name w:val="68CACABFC3764DFE82E60597D5DC53D1"/>
    <w:rsid w:val="0030436D"/>
  </w:style>
  <w:style w:type="paragraph" w:customStyle="1" w:styleId="0C58B6E7EAF34B869BC975949E9BDD7E">
    <w:name w:val="0C58B6E7EAF34B869BC975949E9BDD7E"/>
    <w:rsid w:val="0030436D"/>
  </w:style>
  <w:style w:type="paragraph" w:customStyle="1" w:styleId="CB9B527EF0B842B5BDFDEFFB3BC08ECB">
    <w:name w:val="CB9B527EF0B842B5BDFDEFFB3BC08ECB"/>
    <w:rsid w:val="0030436D"/>
  </w:style>
  <w:style w:type="paragraph" w:customStyle="1" w:styleId="8A83C6D841C24579B53746B39587444A">
    <w:name w:val="8A83C6D841C24579B53746B39587444A"/>
    <w:rsid w:val="0030436D"/>
  </w:style>
  <w:style w:type="paragraph" w:customStyle="1" w:styleId="FE33506324954E768DECDF20BD439808">
    <w:name w:val="FE33506324954E768DECDF20BD439808"/>
    <w:rsid w:val="0030436D"/>
  </w:style>
  <w:style w:type="paragraph" w:customStyle="1" w:styleId="1734C0B0E50C4165979C1D1CD6EF51181">
    <w:name w:val="1734C0B0E50C4165979C1D1CD6EF511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22CEB82C734321B0CE016302F911E91">
    <w:name w:val="9622CEB82C734321B0CE016302F911E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1">
    <w:name w:val="4DA6D54110794714A3947FB41053504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5FDFBF134945B2BF39C7E79859F0ED1">
    <w:name w:val="CB5FDFBF134945B2BF39C7E79859F0E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4CE75B612C4202A581499679C2B3132">
    <w:name w:val="BA4CE75B612C4202A581499679C2B31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7F8750358B49AE8F6751DCEDD838972">
    <w:name w:val="7E7F8750358B49AE8F6751DCEDD83897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EF073F07734BD2836C5DAAE1509E382">
    <w:name w:val="FCEF073F07734BD2836C5DAAE1509E3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A6ACC0D6534B439068D87F8931105A2">
    <w:name w:val="41A6ACC0D6534B439068D87F8931105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BA44887A114D17B5C9E9586CED31672">
    <w:name w:val="39BA44887A114D17B5C9E9586CED3167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FD366C0F5C4B1D8315BCAD123ABBE52">
    <w:name w:val="3FFD366C0F5C4B1D8315BCAD123ABBE5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38DA79A020453798AAC4140F21E7F32">
    <w:name w:val="4438DA79A020453798AAC4140F21E7F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5104274BAF4978BF6207C750C18B4D2">
    <w:name w:val="F05104274BAF4978BF6207C750C18B4D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9675E05B764A7E870BC5CDA0803E642">
    <w:name w:val="B49675E05B764A7E870BC5CDA0803E64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BE70EE3C5C406FB27D345B7C92BC7B2">
    <w:name w:val="54BE70EE3C5C406FB27D345B7C92BC7B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5EE107317B4F06A1FFB59ECDDDFC0A2">
    <w:name w:val="925EE107317B4F06A1FFB59ECDDDFC0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3C2D3E468246A4A1BCA003D651844B2">
    <w:name w:val="DC3C2D3E468246A4A1BCA003D651844B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DDFED6178C4067914C1681C24E8B192">
    <w:name w:val="1BDDFED6178C4067914C1681C24E8B19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EDE75BA8AF4B1E841E0C5447E0F4822">
    <w:name w:val="C4EDE75BA8AF4B1E841E0C5447E0F482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5974FF51D684CE4B9599C4132FBB1DC2">
    <w:name w:val="B5974FF51D684CE4B9599C4132FBB1D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14C6E861F7941C8A2824613BA943FD72">
    <w:name w:val="114C6E861F7941C8A2824613BA943FD7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4BE5C038E34039BE91C2840A1A02342">
    <w:name w:val="8B4BE5C038E34039BE91C2840A1A0234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D282A343D148B5A8B192441B74A5352">
    <w:name w:val="15D282A343D148B5A8B192441B74A535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5106715EF94FAB90C3AAC1C007160F2">
    <w:name w:val="A35106715EF94FAB90C3AAC1C007160F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82150CE5244F82A2329DEDE8DB33D12">
    <w:name w:val="CE82150CE5244F82A2329DEDE8DB33D1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5695D8C96246008C0140E8CDA62E202">
    <w:name w:val="5D5695D8C96246008C0140E8CDA62E2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51045F46394C34BBBB1A629B3B04832">
    <w:name w:val="0D51045F46394C34BBBB1A629B3B048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A56812F815426CB76573AA50ED5A9F2">
    <w:name w:val="3AA56812F815426CB76573AA50ED5A9F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6A6DB434EB4360B7B85C74C5E08CA12">
    <w:name w:val="366A6DB434EB4360B7B85C74C5E08CA1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BD5BA35BA94618B771ECDE3C61E8FA2">
    <w:name w:val="1FBD5BA35BA94618B771ECDE3C61E8F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0A7E0DA1954756B51E59577179C2ED2">
    <w:name w:val="830A7E0DA1954756B51E59577179C2ED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C4F6B7DB8343578BC0C0CC1C321E7C2">
    <w:name w:val="D3C4F6B7DB8343578BC0C0CC1C321E7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A1DE72AA2C4012A5983FD098E1CAC82">
    <w:name w:val="89A1DE72AA2C4012A5983FD098E1CAC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395BE0314F4197B615DBE1CE4F9D482">
    <w:name w:val="D3395BE0314F4197B615DBE1CE4F9D4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DD78AF9F34277ACB327AD1BCB6EFC2">
    <w:name w:val="0A0DD78AF9F34277ACB327AD1BCB6EF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AD010925DB43928E03663340419E502">
    <w:name w:val="06AD010925DB43928E03663340419E5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DC3696F69C4211AB5259FA3B418F0C2">
    <w:name w:val="92DC3696F69C4211AB5259FA3B418F0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CE7428CACF47AD868EFFB4255DFF5E2">
    <w:name w:val="F7CE7428CACF47AD868EFFB4255DFF5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8CB507FCE24CE58B3808B5439C992C2">
    <w:name w:val="C98CB507FCE24CE58B3808B5439C992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599FFA11384DC3B2B6CD20D5DFABEB2">
    <w:name w:val="06599FFA11384DC3B2B6CD20D5DFABEB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C9602FE3EB43AD861D4638327720A92">
    <w:name w:val="27C9602FE3EB43AD861D4638327720A9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B9FDBF11A7477DA5AD010AF31E2E902">
    <w:name w:val="72B9FDBF11A7477DA5AD010AF31E2E9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256CBD8DDD4DB487B6C2A54B6CA8D72">
    <w:name w:val="19256CBD8DDD4DB487B6C2A54B6CA8D7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E3B0F5C514BC9A56CE8F3CDF14C8E2">
    <w:name w:val="9A5E3B0F5C514BC9A56CE8F3CDF14C8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BF242F6AA64AC9AB42FFFAA5B95B6A2">
    <w:name w:val="84BF242F6AA64AC9AB42FFFAA5B95B6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39068663714845A315B80A6F77A6432">
    <w:name w:val="BA39068663714845A315B80A6F77A64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84ABE8A71346B2BA68571B8D3B38082">
    <w:name w:val="3784ABE8A71346B2BA68571B8D3B380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92818E23544CC0979C67945977F99A1">
    <w:name w:val="C592818E23544CC0979C67945977F99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4889AE70AD434AA79CB2C25D82D4BA1">
    <w:name w:val="B44889AE70AD434AA79CB2C25D82D4B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E17A9874747C1AC4D9286D999051F1">
    <w:name w:val="5CBE17A9874747C1AC4D9286D999051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27B746693496192A40921488134761">
    <w:name w:val="0E127B746693496192A409214881347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602206C4D74D3A80D8AA3144CB05CA1">
    <w:name w:val="ED602206C4D74D3A80D8AA3144CB05C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A5A2C1EAF49D7AC3DDF63BC5AD7001">
    <w:name w:val="764A5A2C1EAF49D7AC3DDF63BC5AD70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81387B9A30402A84817179D8E8A3DF1">
    <w:name w:val="5B81387B9A30402A84817179D8E8A3D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F2E1A4330847E8B96E185C1FAE97241">
    <w:name w:val="56F2E1A4330847E8B96E185C1FAE972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6E2340BF441B89FBB3782736B2E201">
    <w:name w:val="82B6E2340BF441B89FBB3782736B2E2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BE64C42DF840F4BD14ECFF712E06391">
    <w:name w:val="C2BE64C42DF840F4BD14ECFF712E0639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E7225B7F2B487282093F171B48B1F52">
    <w:name w:val="BAE7225B7F2B487282093F171B48B1F5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6B31FEB200449869979802D373E1A7C2">
    <w:name w:val="36B31FEB200449869979802D373E1A7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FD4B20DCCB4C46B23EDC6D1A0C11182">
    <w:name w:val="ADFD4B20DCCB4C46B23EDC6D1A0C111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AC70ACA95F4F0DA5228218528842082">
    <w:name w:val="85AC70ACA95F4F0DA52282185288420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73A0081C924721A72CA91C7192C9D02">
    <w:name w:val="1573A0081C924721A72CA91C7192C9D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82AAA2938C4E7AA2F4DDB4892862B42">
    <w:name w:val="C882AAA2938C4E7AA2F4DDB4892862B4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C9A3A72CA54758B7A410DF9C010C8F2">
    <w:name w:val="C5C9A3A72CA54758B7A410DF9C010C8F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7B4B6F560649A9BC2CAD071A61C8812">
    <w:name w:val="CE7B4B6F560649A9BC2CAD071A61C881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095C8D83C54813BDFC738A362E8E562">
    <w:name w:val="FF095C8D83C54813BDFC738A362E8E56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BF11BE593A4ED9943FCF0F7BB91EF82">
    <w:name w:val="12BF11BE593A4ED9943FCF0F7BB91EF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04C2090CFE4436A8ACE6D6A484F79A2">
    <w:name w:val="5404C2090CFE4436A8ACE6D6A484F79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B88853529F4AEB8F772126FD2624782">
    <w:name w:val="09B88853529F4AEB8F772126FD26247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41F462693E4672BAF655C507D718FA2">
    <w:name w:val="EB41F462693E4672BAF655C507D718F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311338FC2848008845501B4E01364F2">
    <w:name w:val="33311338FC2848008845501B4E01364F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861F583C4D41C9B1FC1C824985CF8A2">
    <w:name w:val="34861F583C4D41C9B1FC1C824985CF8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1">
    <w:name w:val="CA4E4ABAE5DA465E97A6237A7809538C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1">
    <w:name w:val="156AE4FD73954CA688AAE317B321396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1">
    <w:name w:val="6D5A277E4DAE4119840AF2E2D970FC5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1">
    <w:name w:val="586FFECF142C4598987272C037E4807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1">
    <w:name w:val="0FB6E5FECABF45829BB384A56029A28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1">
    <w:name w:val="26164AFE8C004731B39F8D42AA79484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1">
    <w:name w:val="143E6DFAA3A744858DA27EA69CF186A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1">
    <w:name w:val="FB7E9068020A4D09974EA1EB0D07EBE0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1">
    <w:name w:val="B9DD229517514DD3BA3088064240514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1">
    <w:name w:val="4B4DB9EE858049CCB9AFBB15E50951B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A70F9E10444EE38A6AADFBD02E40D02">
    <w:name w:val="70A70F9E10444EE38A6AADFBD02E40D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E908F28D884FB9B74BE4150A0596002">
    <w:name w:val="D8E908F28D884FB9B74BE4150A05960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8A0AFD444445179E1B3492C1FE7C3E2">
    <w:name w:val="768A0AFD444445179E1B3492C1FE7C3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7CCEC5199647EDB263F2995252C3A42">
    <w:name w:val="807CCEC5199647EDB263F2995252C3A4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9924B8903C4DF884BBEBB7DDB9A6702">
    <w:name w:val="389924B8903C4DF884BBEBB7DDB9A67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7F51E339A64B4C8766B56419ADEF931">
    <w:name w:val="027F51E339A64B4C8766B56419ADEF9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072DC3B4274487A9A452B62116F0221">
    <w:name w:val="7A072DC3B4274487A9A452B62116F022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491F270C5B4FD4A1AA8D5769C0B8F81">
    <w:name w:val="6F491F270C5B4FD4A1AA8D5769C0B8F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B592581FCE4124BABF4EA0E026B0C41">
    <w:name w:val="04B592581FCE4124BABF4EA0E026B0C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9C3FF62E1F416EBBBA783D73C86BB61">
    <w:name w:val="899C3FF62E1F416EBBBA783D73C86BB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8CACABFC3764DFE82E60597D5DC53D11">
    <w:name w:val="68CACABFC3764DFE82E60597D5DC53D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58B6E7EAF34B869BC975949E9BDD7E1">
    <w:name w:val="0C58B6E7EAF34B869BC975949E9BDD7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9B527EF0B842B5BDFDEFFB3BC08ECB1">
    <w:name w:val="CB9B527EF0B842B5BDFDEFFB3BC08EC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A83C6D841C24579B53746B39587444A1">
    <w:name w:val="8A83C6D841C24579B53746B39587444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E33506324954E768DECDF20BD4398081">
    <w:name w:val="FE33506324954E768DECDF20BD439808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DD44C192644BF8904A1A3C526633651">
    <w:name w:val="B6DD44C192644BF8904A1A3C5266336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92597A2C49482AB95CCFD3792BBD861">
    <w:name w:val="0492597A2C49482AB95CCFD3792BBD8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C021589D7B4C1490A685A097234C171">
    <w:name w:val="DBC021589D7B4C1490A685A097234C17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E0F3718A6C42C5AE6EF21876BF52031">
    <w:name w:val="9AE0F3718A6C42C5AE6EF21876BF520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74A3BEC7AA441587B51A98D34730661">
    <w:name w:val="F174A3BEC7AA441587B51A98D3473066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376E11F1B44BA6B926BCD0E7B312641">
    <w:name w:val="04376E11F1B44BA6B926BCD0E7B3126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7948C63E444886933D365AD1C490ED2">
    <w:name w:val="B37948C63E444886933D365AD1C490ED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67EB80608743E9B03F1E0BB1DD86BB2">
    <w:name w:val="4D67EB80608743E9B03F1E0BB1DD86BB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F3807559A140C881A6C9FDE367921D2">
    <w:name w:val="66F3807559A140C881A6C9FDE367921D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7DB6343DFC42D0803088ECB77FFC632">
    <w:name w:val="137DB6343DFC42D0803088ECB77FFC6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C63D55607549C6ACA70BDE01F3B9602">
    <w:name w:val="CCC63D55607549C6ACA70BDE01F3B96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A3C7299212465F997AB0DB2BDA020E2">
    <w:name w:val="6BA3C7299212465F997AB0DB2BDA020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9469CC767243D7BF8E1E4BCBB75CDB2">
    <w:name w:val="999469CC767243D7BF8E1E4BCBB75CDB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9EC958F7814A529EFED3418D19EE8E2">
    <w:name w:val="879EC958F7814A529EFED3418D19EE8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E2B5BF9B9E74F56B506748F7976A62E2">
    <w:name w:val="AE2B5BF9B9E74F56B506748F7976A62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745DFDD2ACB4EDAB4453C4B6FBAACB32">
    <w:name w:val="2745DFDD2ACB4EDAB4453C4B6FBAACB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47334C1BD34921874597CEA20DEE9E2">
    <w:name w:val="EA47334C1BD34921874597CEA20DEE9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ED99A5D4F95455D9B1FFE8C51CDB4772">
    <w:name w:val="8ED99A5D4F95455D9B1FFE8C51CDB477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663930790046B8AC8776E823AD1C332">
    <w:name w:val="74663930790046B8AC8776E823AD1C3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F3227306A74582AF45D635B7DFF8A82">
    <w:name w:val="F2F3227306A74582AF45D635B7DFF8A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29DBD19437C4F48AC80487AB44E8F002">
    <w:name w:val="729DBD19437C4F48AC80487AB44E8F0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9F0E2037EC440C82735204ADDFDDEF2">
    <w:name w:val="579F0E2037EC440C82735204ADDFDDEF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D3FB9D6A2F4804A55EC1E8EF6A76002">
    <w:name w:val="A1D3FB9D6A2F4804A55EC1E8EF6A760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1EB55332B5422DA65C42249FAB37742">
    <w:name w:val="2B1EB55332B5422DA65C42249FAB3774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2FB4143627744729AEB8E63F41CFC842">
    <w:name w:val="32FB4143627744729AEB8E63F41CFC84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D65D37DEE9494AA0D9911933C9CF5C2">
    <w:name w:val="0BD65D37DEE9494AA0D9911933C9CF5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40F626C2F341D38C7091CFC879A3C52">
    <w:name w:val="5940F626C2F341D38C7091CFC879A3C5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39611909ED45938A2ABA4E862E4A852">
    <w:name w:val="0239611909ED45938A2ABA4E862E4A85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2E03C834BC4B40840E53BE0DDFBEC02">
    <w:name w:val="822E03C834BC4B40840E53BE0DDFBEC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0F6200136945A89964C7AD61273A762">
    <w:name w:val="BD0F6200136945A89964C7AD61273A76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A1A9F88C704B8BB26A057CED5860222">
    <w:name w:val="A1A1A9F88C704B8BB26A057CED586022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5A3F291BCE415FA35607A0B203C0162">
    <w:name w:val="555A3F291BCE415FA35607A0B203C016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1519ED240D44749DABE335532F87442">
    <w:name w:val="581519ED240D44749DABE335532F8744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91A6E2D1CE45A09CEAAB3CDEE33B362">
    <w:name w:val="9391A6E2D1CE45A09CEAAB3CDEE33B36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386274CE0646FDBE57551B5F6B5DBD2">
    <w:name w:val="4A386274CE0646FDBE57551B5F6B5DBD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A36504911B4DD485C4DFB02BF58F232">
    <w:name w:val="31A36504911B4DD485C4DFB02BF58F2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92035E5494A88A1939E0D3E6D2CD51">
    <w:name w:val="6BB92035E5494A88A1939E0D3E6D2CD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F56E094F414722A20C4106381A46331">
    <w:name w:val="8BF56E094F414722A20C4106381A4633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033925F1D4494D9DB04AADF14E79D11">
    <w:name w:val="82033925F1D4494D9DB04AADF14E79D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761394B697469E8B38372AEA4FEDAE1">
    <w:name w:val="A3761394B697469E8B38372AEA4FEDA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93A7027917435A81C03ACC38B0A0551">
    <w:name w:val="9993A7027917435A81C03ACC38B0A055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52858E713D4397AC22D53F174758CA1">
    <w:name w:val="2A52858E713D4397AC22D53F174758CA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621C7EA3EA482DBADCA3E8E4C256711">
    <w:name w:val="54621C7EA3EA482DBADCA3E8E4C25671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99BDA9BF0C4F099DB46988DB25A7941">
    <w:name w:val="0199BDA9BF0C4F099DB46988DB25A794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9587BADF1E4CCBA5BD9B79BAB5EEDE1">
    <w:name w:val="489587BADF1E4CCBA5BD9B79BAB5EEDE1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2713AAA360849EF8A2E4BB06043F7922">
    <w:name w:val="32713AAA360849EF8A2E4BB06043F792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DD3D545F1B43BB88F3A849F7AA94002">
    <w:name w:val="65DD3D545F1B43BB88F3A849F7AA940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53EAAE01EC42EC804EB9EBEDD2A74E2">
    <w:name w:val="4153EAAE01EC42EC804EB9EBEDD2A74E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EA5566C05465E9BC5DF73945A38D32">
    <w:name w:val="CB6EA5566C05465E9BC5DF73945A38D3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5739209259453D9E368F2CCD208A702">
    <w:name w:val="B35739209259453D9E368F2CCD208A7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7D3F1F16C14F3D8008A279E8B01F9C2">
    <w:name w:val="B37D3F1F16C14F3D8008A279E8B01F9C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C5C9250EDC4BDBB5195EAE3BD84ACA2">
    <w:name w:val="C5C5C9250EDC4BDBB5195EAE3BD84ACA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27C2D5F8B448738A80A9CE48EA42CD2">
    <w:name w:val="F627C2D5F8B448738A80A9CE48EA42CD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1B66D5B219545AA9A0EA1A88DB4AE2D2">
    <w:name w:val="81B66D5B219545AA9A0EA1A88DB4AE2D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9ACF527F1634A2AA300C8800E29AFC82">
    <w:name w:val="99ACF527F1634A2AA300C8800E29AFC8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4C128A5FAA5419CB933302642D593902">
    <w:name w:val="84C128A5FAA5419CB933302642D59390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75A5BE95724BE684914E27C85E4B712">
    <w:name w:val="0C75A5BE95724BE684914E27C85E4B71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93CB4EE2CD4F2EB3EF9B707F6CAF472">
    <w:name w:val="F193CB4EE2CD4F2EB3EF9B707F6CAF47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EDCA18D2C34F4D974C794B7C7862D72">
    <w:name w:val="06EDCA18D2C34F4D974C794B7C7862D72"/>
    <w:rsid w:val="0030436D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BBB443-BABD-42CE-B821-29C4DE690462}"/>
</file>

<file path=customXml/itemProps2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2311</Words>
  <Characters>13175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2026-08-25T08:19:00Z</dcterms:created>
  <dcterms:modified xsi:type="dcterms:W3CDTF">2026-09-10T10:36:00Z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