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63669" w14:textId="77777777" w:rsidR="001C17E4" w:rsidRDefault="001C17E4" w:rsidP="00F4085D">
      <w:pPr>
        <w:pStyle w:val="Title"/>
        <w:rPr>
          <w:b/>
          <w:bCs/>
          <w:sz w:val="40"/>
          <w:szCs w:val="40"/>
        </w:rPr>
      </w:pPr>
    </w:p>
    <w:p w14:paraId="1A13F9FF" w14:textId="676673B3" w:rsidR="00F4085D" w:rsidRPr="00597958" w:rsidRDefault="003729FB" w:rsidP="00B8038E">
      <w:pPr>
        <w:pStyle w:val="Title"/>
        <w:jc w:val="center"/>
        <w:rPr>
          <w:b/>
          <w:bCs/>
          <w:sz w:val="40"/>
          <w:szCs w:val="40"/>
        </w:rPr>
      </w:pPr>
      <w:r w:rsidRPr="00597958">
        <w:rPr>
          <w:b/>
          <w:bCs/>
          <w:sz w:val="40"/>
          <w:szCs w:val="40"/>
        </w:rPr>
        <w:t xml:space="preserve">RCPI </w:t>
      </w:r>
      <w:r w:rsidR="007C0991" w:rsidRPr="00597958">
        <w:rPr>
          <w:b/>
          <w:bCs/>
          <w:sz w:val="40"/>
          <w:szCs w:val="40"/>
        </w:rPr>
        <w:t xml:space="preserve">Higher Specialist </w:t>
      </w:r>
      <w:r w:rsidR="002D7D98" w:rsidRPr="00597958">
        <w:rPr>
          <w:b/>
          <w:bCs/>
          <w:sz w:val="40"/>
          <w:szCs w:val="40"/>
        </w:rPr>
        <w:t>Training</w:t>
      </w:r>
      <w:r w:rsidR="007C0991" w:rsidRPr="00597958">
        <w:rPr>
          <w:b/>
          <w:bCs/>
          <w:sz w:val="40"/>
          <w:szCs w:val="40"/>
        </w:rPr>
        <w:t>:</w:t>
      </w:r>
      <w:r w:rsidR="00F4085D" w:rsidRPr="00597958">
        <w:rPr>
          <w:b/>
          <w:bCs/>
          <w:sz w:val="40"/>
          <w:szCs w:val="40"/>
        </w:rPr>
        <w:t xml:space="preserve"> </w:t>
      </w:r>
      <w:r w:rsidR="00C50623">
        <w:rPr>
          <w:b/>
          <w:bCs/>
          <w:sz w:val="40"/>
          <w:szCs w:val="40"/>
        </w:rPr>
        <w:t>Haemat</w:t>
      </w:r>
      <w:r w:rsidR="00F95BBB">
        <w:rPr>
          <w:b/>
          <w:bCs/>
          <w:sz w:val="40"/>
          <w:szCs w:val="40"/>
        </w:rPr>
        <w:t>ology</w:t>
      </w:r>
    </w:p>
    <w:p w14:paraId="609CAFC3" w14:textId="0E8919FD" w:rsidR="007C0991" w:rsidRPr="00597958" w:rsidRDefault="00F54DC5" w:rsidP="00F4085D">
      <w:pPr>
        <w:pStyle w:val="Title"/>
        <w:jc w:val="center"/>
        <w:rPr>
          <w:b/>
          <w:bCs/>
          <w:sz w:val="48"/>
          <w:szCs w:val="48"/>
        </w:rPr>
      </w:pPr>
      <w:r w:rsidRPr="00597958">
        <w:rPr>
          <w:b/>
          <w:bCs/>
          <w:sz w:val="48"/>
          <w:szCs w:val="48"/>
        </w:rPr>
        <w:t>Curriculum Vitae</w:t>
      </w:r>
    </w:p>
    <w:p w14:paraId="4C95BCCC" w14:textId="77777777" w:rsidR="007C0991" w:rsidRPr="007C0991" w:rsidRDefault="007C0991" w:rsidP="007C0991"/>
    <w:p w14:paraId="6E5B97C0" w14:textId="59A16C94" w:rsidR="00214ECC" w:rsidRPr="00F4085D" w:rsidRDefault="003729FB" w:rsidP="001C17E4">
      <w:pPr>
        <w:pStyle w:val="Heading1"/>
      </w:pPr>
      <w:r w:rsidRPr="00F4085D">
        <w:t>Personal Details</w:t>
      </w:r>
    </w:p>
    <w:tbl>
      <w:tblPr>
        <w:tblStyle w:val="TableGrid"/>
        <w:tblW w:w="5000" w:type="pct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7"/>
        <w:gridCol w:w="5823"/>
      </w:tblGrid>
      <w:tr w:rsidR="009E4AEB" w14:paraId="091518D3" w14:textId="77777777" w:rsidTr="001C17E4">
        <w:tc>
          <w:tcPr>
            <w:tcW w:w="1886" w:type="pct"/>
          </w:tcPr>
          <w:p w14:paraId="389B5775" w14:textId="2AE87A00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Full Name:</w:t>
            </w:r>
            <w:r w:rsidR="004D6768" w:rsidRPr="00597958">
              <w:rPr>
                <w:b/>
                <w:bCs/>
              </w:rPr>
              <w:t xml:space="preserve"> </w:t>
            </w:r>
          </w:p>
          <w:p w14:paraId="46EE3531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589689032"/>
            <w:placeholder>
              <w:docPart w:val="1734C0B0E50C4165979C1D1CD6EF5118"/>
            </w:placeholder>
            <w:showingPlcHdr/>
          </w:sdtPr>
          <w:sdtContent>
            <w:tc>
              <w:tcPr>
                <w:tcW w:w="3114" w:type="pct"/>
              </w:tcPr>
              <w:p w14:paraId="3B7B6D19" w14:textId="14E466E6" w:rsidR="009E4AEB" w:rsidRDefault="001C17E4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773EA148" w14:textId="77777777" w:rsidTr="001C17E4">
        <w:tc>
          <w:tcPr>
            <w:tcW w:w="1886" w:type="pct"/>
          </w:tcPr>
          <w:p w14:paraId="1A696EB3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Medical Council (IMC) Registration Number:</w:t>
            </w:r>
          </w:p>
          <w:p w14:paraId="096607BC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rPr>
              <w:rStyle w:val="BodyTextChar"/>
            </w:rPr>
            <w:id w:val="-490786477"/>
            <w:placeholder>
              <w:docPart w:val="F4D6CB2241074A76A75ACE4A72F3BACA"/>
            </w:placeholder>
            <w:showingPlcHdr/>
          </w:sdtPr>
          <w:sdtEndPr>
            <w:rPr>
              <w:rStyle w:val="DefaultParagraphFont"/>
            </w:rPr>
          </w:sdtEndPr>
          <w:sdtContent>
            <w:tc>
              <w:tcPr>
                <w:tcW w:w="3114" w:type="pct"/>
              </w:tcPr>
              <w:p w14:paraId="2A4369CD" w14:textId="4DD25E0D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4AEB" w14:paraId="36E9348D" w14:textId="77777777" w:rsidTr="001C17E4">
        <w:tc>
          <w:tcPr>
            <w:tcW w:w="1886" w:type="pct"/>
          </w:tcPr>
          <w:p w14:paraId="66F58537" w14:textId="77777777" w:rsidR="009E4AEB" w:rsidRPr="00597958" w:rsidRDefault="009E4AEB" w:rsidP="009E4AEB">
            <w:pPr>
              <w:rPr>
                <w:b/>
                <w:bCs/>
              </w:rPr>
            </w:pPr>
            <w:r w:rsidRPr="00597958">
              <w:rPr>
                <w:b/>
                <w:bCs/>
              </w:rPr>
              <w:t>Please list any prior medical registrations i.e. (GMC):</w:t>
            </w:r>
          </w:p>
          <w:p w14:paraId="38BE2FC2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tc>
          <w:tcPr>
            <w:tcW w:w="3114" w:type="pct"/>
          </w:tcPr>
          <w:sdt>
            <w:sdtPr>
              <w:id w:val="658587351"/>
              <w:placeholder>
                <w:docPart w:val="5C6BE9DD57B042A78E73AE6C65AB81E9"/>
              </w:placeholder>
              <w:showingPlcHdr/>
            </w:sdtPr>
            <w:sdtContent>
              <w:p w14:paraId="26432B61" w14:textId="09D5BCC7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sdtContent>
          </w:sdt>
          <w:p w14:paraId="733AEED4" w14:textId="07A4BC3E" w:rsidR="004D6768" w:rsidRPr="004D6768" w:rsidRDefault="004D6768" w:rsidP="004D6768">
            <w:pPr>
              <w:tabs>
                <w:tab w:val="left" w:pos="1640"/>
              </w:tabs>
            </w:pPr>
          </w:p>
        </w:tc>
      </w:tr>
      <w:tr w:rsidR="009E4AEB" w14:paraId="452C156E" w14:textId="77777777" w:rsidTr="001C17E4">
        <w:tc>
          <w:tcPr>
            <w:tcW w:w="1886" w:type="pct"/>
          </w:tcPr>
          <w:p w14:paraId="65480A4E" w14:textId="24C98232" w:rsidR="009E4AEB" w:rsidRPr="00597958" w:rsidRDefault="00846BF0" w:rsidP="009E4AE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Current </w:t>
            </w:r>
            <w:r w:rsidR="009E4AEB" w:rsidRPr="00597958">
              <w:rPr>
                <w:b/>
                <w:bCs/>
              </w:rPr>
              <w:t>Post:</w:t>
            </w:r>
          </w:p>
          <w:p w14:paraId="2B91D0AD" w14:textId="77777777" w:rsidR="009E4AEB" w:rsidRPr="00597958" w:rsidRDefault="009E4AEB" w:rsidP="3FE541D5">
            <w:pPr>
              <w:rPr>
                <w:b/>
                <w:bCs/>
              </w:rPr>
            </w:pPr>
          </w:p>
        </w:tc>
        <w:sdt>
          <w:sdtPr>
            <w:id w:val="-725217108"/>
            <w:placeholder>
              <w:docPart w:val="B94FF17A7DD844238942618D220CAEE0"/>
            </w:placeholder>
            <w:showingPlcHdr/>
          </w:sdtPr>
          <w:sdtContent>
            <w:tc>
              <w:tcPr>
                <w:tcW w:w="3114" w:type="pct"/>
              </w:tcPr>
              <w:p w14:paraId="13FF5351" w14:textId="76ACC4B8" w:rsidR="009E4AEB" w:rsidRDefault="00B16633" w:rsidP="3FE541D5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655309A5" w14:textId="417B04D7" w:rsidR="009E4AEB" w:rsidRDefault="009E4AEB" w:rsidP="3FE541D5"/>
    <w:p w14:paraId="50627E4A" w14:textId="277579A8" w:rsidR="00597958" w:rsidRDefault="002931FF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17D4E05" wp14:editId="447BA1E7">
                <wp:simplePos x="0" y="0"/>
                <wp:positionH relativeFrom="margin">
                  <wp:align>right</wp:align>
                </wp:positionH>
                <wp:positionV relativeFrom="paragraph">
                  <wp:posOffset>1898097</wp:posOffset>
                </wp:positionV>
                <wp:extent cx="5925820" cy="1404620"/>
                <wp:effectExtent l="0" t="0" r="17780" b="165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58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7A552B" w14:textId="1E6C5670" w:rsidR="002931FF" w:rsidRPr="003B26DE" w:rsidRDefault="003B26DE" w:rsidP="003B26DE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</w:pPr>
                            <w:r w:rsidRPr="009E1E94">
                              <w:rPr>
                                <w:b/>
                                <w:bCs/>
                                <w:sz w:val="28"/>
                                <w:szCs w:val="24"/>
                              </w:rPr>
                              <w:t xml:space="preserve">Please adhere to the word limit guidelines where provided. Any word count exceeding the limit will be disregarded.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17D4E0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15.4pt;margin-top:149.45pt;width:466.6pt;height:110.6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">
                <v:textbox style="mso-fit-shape-to-text:t">
                  <w:txbxContent>
                    <w:p w14:paraId="0B7A552B" w14:textId="1E6C5670" w:rsidR="002931FF" w:rsidRPr="003B26DE" w:rsidRDefault="003B26DE" w:rsidP="003B26DE">
                      <w:pPr>
                        <w:jc w:val="center"/>
                        <w:rPr>
                          <w:b/>
                          <w:bCs/>
                          <w:sz w:val="28"/>
                          <w:szCs w:val="24"/>
                        </w:rPr>
                      </w:pPr>
                      <w:r w:rsidRPr="009E1E94">
                        <w:rPr>
                          <w:b/>
                          <w:bCs/>
                          <w:sz w:val="28"/>
                          <w:szCs w:val="24"/>
                        </w:rPr>
                        <w:t xml:space="preserve">Please adhere to the word limit guidelines where provided. Any word count exceeding the limit will be disregarded.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97958">
        <w:br w:type="page"/>
      </w:r>
    </w:p>
    <w:p w14:paraId="63F6142D" w14:textId="77777777" w:rsidR="00846BF0" w:rsidRPr="00846BF0" w:rsidRDefault="00846BF0" w:rsidP="00846BF0">
      <w:pPr>
        <w:pStyle w:val="Heading1"/>
      </w:pPr>
      <w:r w:rsidRPr="00846BF0">
        <w:lastRenderedPageBreak/>
        <w:t>Career Objective / Personal Statement</w:t>
      </w:r>
    </w:p>
    <w:p w14:paraId="7270FBE1" w14:textId="77777777" w:rsidR="00846BF0" w:rsidRDefault="00846BF0" w:rsidP="00846BF0">
      <w:pPr>
        <w:rPr>
          <w:b/>
          <w:bCs/>
        </w:rPr>
      </w:pPr>
      <w:r w:rsidRPr="00846BF0">
        <w:rPr>
          <w:b/>
          <w:bCs/>
        </w:rPr>
        <w:t>Brief statement (250 words) outlining your motivation for a career in medicine, chosen specialty, and career goals within the HSE.</w:t>
      </w:r>
    </w:p>
    <w:sdt>
      <w:sdtPr>
        <w:rPr>
          <w:b/>
          <w:bCs/>
        </w:rPr>
        <w:id w:val="-1539039204"/>
        <w:placeholder>
          <w:docPart w:val="C2AE718F29D543A9A17E24959BBA00FE"/>
        </w:placeholder>
        <w:showingPlcHdr/>
      </w:sdtPr>
      <w:sdtContent>
        <w:p w14:paraId="21497E6C" w14:textId="31D80EF5" w:rsidR="00846BF0" w:rsidRPr="00846BF0" w:rsidRDefault="00846BF0" w:rsidP="00846BF0">
          <w:pPr>
            <w:rPr>
              <w:b/>
              <w:bCs/>
            </w:rPr>
          </w:pPr>
          <w:r w:rsidRPr="00F10F93">
            <w:rPr>
              <w:rStyle w:val="PlaceholderText"/>
            </w:rPr>
            <w:t>Click or tap here to enter text.</w:t>
          </w:r>
        </w:p>
      </w:sdtContent>
    </w:sdt>
    <w:p w14:paraId="18146BAE" w14:textId="77777777" w:rsidR="00846BF0" w:rsidRDefault="00846BF0" w:rsidP="00846BF0"/>
    <w:p w14:paraId="73ED809F" w14:textId="619479E0" w:rsidR="00214ECC" w:rsidRDefault="003729FB" w:rsidP="001C17E4">
      <w:pPr>
        <w:pStyle w:val="Heading1"/>
      </w:pPr>
      <w:r>
        <w:t>Commitment to Specialty &amp; Career Motivation</w:t>
      </w:r>
    </w:p>
    <w:p w14:paraId="3808862C" w14:textId="77777777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Why are you interested in this specialty?</w:t>
      </w:r>
      <w:r w:rsidR="002D7D98" w:rsidRPr="00597958">
        <w:rPr>
          <w:b/>
          <w:bCs/>
        </w:rPr>
        <w:t xml:space="preserve"> (200 words)</w:t>
      </w:r>
    </w:p>
    <w:p w14:paraId="63A91466" w14:textId="26842EEA" w:rsidR="00214ECC" w:rsidRDefault="00000000" w:rsidP="00597958">
      <w:sdt>
        <w:sdtPr>
          <w:id w:val="-1365520692"/>
          <w:placeholder>
            <w:docPart w:val="767E5F504CE04A3283DBB5C362BF53DD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B918E70" w14:textId="4FEC28B6" w:rsidR="00846BF0" w:rsidRDefault="00846BF0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experiences have influenced your decision to pursue this area? (200 words)</w:t>
      </w:r>
    </w:p>
    <w:sdt>
      <w:sdtPr>
        <w:id w:val="407199932"/>
        <w:placeholder>
          <w:docPart w:val="F355F48608D144A48EEAD6924FFD0D7E"/>
        </w:placeholder>
        <w:showingPlcHdr/>
      </w:sdtPr>
      <w:sdtContent>
        <w:p w14:paraId="471A4DB6" w14:textId="3655BCCF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51C12F35" w14:textId="470024D3" w:rsidR="00597958" w:rsidRPr="00597958" w:rsidRDefault="003729FB" w:rsidP="00597958">
      <w:pPr>
        <w:pStyle w:val="ListParagraph"/>
        <w:numPr>
          <w:ilvl w:val="0"/>
          <w:numId w:val="14"/>
        </w:numPr>
        <w:rPr>
          <w:b/>
          <w:bCs/>
        </w:rPr>
      </w:pPr>
      <w:r w:rsidRPr="00597958">
        <w:rPr>
          <w:b/>
          <w:bCs/>
        </w:rPr>
        <w:t>What steps have you taken to build your career in this specialty? (e.g., rotations, audits,</w:t>
      </w:r>
      <w:r>
        <w:t xml:space="preserve"> </w:t>
      </w:r>
      <w:r w:rsidRPr="00597958">
        <w:rPr>
          <w:b/>
          <w:bCs/>
        </w:rPr>
        <w:t>courses, research)</w:t>
      </w:r>
      <w:r w:rsidR="002D7D98" w:rsidRPr="00597958">
        <w:rPr>
          <w:b/>
          <w:bCs/>
        </w:rPr>
        <w:t xml:space="preserve"> (200 words)</w:t>
      </w:r>
    </w:p>
    <w:p w14:paraId="3E3713EA" w14:textId="000B6F80" w:rsidR="009E4AEB" w:rsidRDefault="00000000" w:rsidP="00597958">
      <w:sdt>
        <w:sdtPr>
          <w:id w:val="-462970739"/>
          <w:placeholder>
            <w:docPart w:val="15FA136DFCC9400EA3643631FD9D49AC"/>
          </w:placeholder>
          <w:showingPlcHdr/>
        </w:sdtPr>
        <w:sdtContent>
          <w:r w:rsidR="00B16633" w:rsidRPr="000E7C9F">
            <w:rPr>
              <w:rStyle w:val="PlaceholderText"/>
            </w:rPr>
            <w:t>Click or tap here to enter text.</w:t>
          </w:r>
        </w:sdtContent>
      </w:sdt>
    </w:p>
    <w:p w14:paraId="6D446B95" w14:textId="156007D2" w:rsidR="007C3707" w:rsidRDefault="00846BF0" w:rsidP="00846BF0">
      <w:pPr>
        <w:pStyle w:val="ListParagraph"/>
        <w:numPr>
          <w:ilvl w:val="0"/>
          <w:numId w:val="14"/>
        </w:numPr>
        <w:rPr>
          <w:b/>
          <w:bCs/>
        </w:rPr>
      </w:pPr>
      <w:r w:rsidRPr="00846BF0">
        <w:rPr>
          <w:b/>
          <w:bCs/>
        </w:rPr>
        <w:t>What are your short- and long-term career goals in this field? (200 words)</w:t>
      </w:r>
    </w:p>
    <w:sdt>
      <w:sdtPr>
        <w:id w:val="-1794284309"/>
        <w:placeholder>
          <w:docPart w:val="619986A706C241EEB358AA78A64A02CB"/>
        </w:placeholder>
        <w:showingPlcHdr/>
      </w:sdtPr>
      <w:sdtContent>
        <w:p w14:paraId="1218BEFA" w14:textId="77EB5171" w:rsidR="00846BF0" w:rsidRPr="00846BF0" w:rsidRDefault="00846BF0" w:rsidP="00846BF0">
          <w:r w:rsidRPr="00F10F93">
            <w:rPr>
              <w:rStyle w:val="PlaceholderText"/>
            </w:rPr>
            <w:t>Click or tap here to enter text.</w:t>
          </w:r>
        </w:p>
      </w:sdtContent>
    </w:sdt>
    <w:p w14:paraId="448A1778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4C6806A8" w14:textId="0248F921" w:rsidR="002D7D98" w:rsidRDefault="003729FB" w:rsidP="001C17E4">
      <w:pPr>
        <w:pStyle w:val="Heading1"/>
      </w:pPr>
      <w:r>
        <w:lastRenderedPageBreak/>
        <w:t>Medical Education &amp; Qualifications</w:t>
      </w:r>
      <w:r w:rsidR="002D7D98">
        <w:t xml:space="preserve"> – Including Memberships</w:t>
      </w:r>
      <w:r w:rsidR="00C7253B">
        <w:t xml:space="preserve"> and Courses</w:t>
      </w:r>
    </w:p>
    <w:p w14:paraId="71241A66" w14:textId="68A2E640" w:rsidR="00214ECC" w:rsidRDefault="003729FB">
      <w:r>
        <w:t>(Reverse chronological order)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06"/>
        <w:gridCol w:w="1793"/>
        <w:gridCol w:w="1833"/>
        <w:gridCol w:w="1825"/>
        <w:gridCol w:w="2093"/>
      </w:tblGrid>
      <w:tr w:rsidR="002D7D98" w:rsidRPr="00F4085D" w14:paraId="35B37414" w14:textId="77777777" w:rsidTr="00597958">
        <w:tc>
          <w:tcPr>
            <w:tcW w:w="966" w:type="pct"/>
            <w:vAlign w:val="center"/>
          </w:tcPr>
          <w:p w14:paraId="4C671E88" w14:textId="3B9550AC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959" w:type="pct"/>
            <w:vAlign w:val="center"/>
          </w:tcPr>
          <w:p w14:paraId="2B0B3421" w14:textId="19A96826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980" w:type="pct"/>
            <w:vAlign w:val="center"/>
          </w:tcPr>
          <w:p w14:paraId="67DBAA6E" w14:textId="3B3C11AA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Institution</w:t>
            </w:r>
          </w:p>
        </w:tc>
        <w:tc>
          <w:tcPr>
            <w:tcW w:w="976" w:type="pct"/>
            <w:vAlign w:val="center"/>
          </w:tcPr>
          <w:p w14:paraId="712632FF" w14:textId="7C6786CB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Result (where relevant)</w:t>
            </w:r>
          </w:p>
        </w:tc>
        <w:tc>
          <w:tcPr>
            <w:tcW w:w="1119" w:type="pct"/>
            <w:vAlign w:val="center"/>
          </w:tcPr>
          <w:p w14:paraId="617F5633" w14:textId="6987EB8D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B16633" w:rsidRPr="00F4085D">
              <w:rPr>
                <w:b/>
                <w:bCs/>
              </w:rPr>
              <w:t xml:space="preserve"> </w:t>
            </w:r>
            <w:r w:rsidR="00F4085D" w:rsidRPr="00F4085D">
              <w:rPr>
                <w:b/>
                <w:bCs/>
              </w:rPr>
              <w:t>A</w:t>
            </w:r>
            <w:r w:rsidR="00B16633" w:rsidRPr="00F4085D">
              <w:rPr>
                <w:b/>
                <w:bCs/>
              </w:rPr>
              <w:t>ttached</w:t>
            </w:r>
          </w:p>
        </w:tc>
      </w:tr>
      <w:tr w:rsidR="002D7D98" w14:paraId="3A517A0A" w14:textId="77777777" w:rsidTr="00597958">
        <w:sdt>
          <w:sdtPr>
            <w:id w:val="908119073"/>
            <w:placeholder>
              <w:docPart w:val="758EF154077D4EC492E0AA02749775EE"/>
            </w:placeholder>
            <w:showingPlcHdr/>
          </w:sdtPr>
          <w:sdtContent>
            <w:tc>
              <w:tcPr>
                <w:tcW w:w="966" w:type="pct"/>
              </w:tcPr>
              <w:p w14:paraId="407904E6" w14:textId="7D7C9955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22730788"/>
            <w:placeholder>
              <w:docPart w:val="60444590C5F4414E83C6454885D5753D"/>
            </w:placeholder>
            <w:showingPlcHdr/>
          </w:sdtPr>
          <w:sdtContent>
            <w:tc>
              <w:tcPr>
                <w:tcW w:w="959" w:type="pct"/>
              </w:tcPr>
              <w:p w14:paraId="7DBDB907" w14:textId="4C9AC59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81860075"/>
            <w:placeholder>
              <w:docPart w:val="096DC268CB3744C7AF90E558EFABE7F6"/>
            </w:placeholder>
            <w:showingPlcHdr/>
          </w:sdtPr>
          <w:sdtContent>
            <w:tc>
              <w:tcPr>
                <w:tcW w:w="980" w:type="pct"/>
              </w:tcPr>
              <w:p w14:paraId="72703AB3" w14:textId="6E71EC0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32394641"/>
            <w:placeholder>
              <w:docPart w:val="16EE3227410F4460A6706019F08584BA"/>
            </w:placeholder>
            <w:showingPlcHdr/>
          </w:sdtPr>
          <w:sdtContent>
            <w:tc>
              <w:tcPr>
                <w:tcW w:w="976" w:type="pct"/>
              </w:tcPr>
              <w:p w14:paraId="5688DA4A" w14:textId="6DDA52B4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65CA4B16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787340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B2B2D10" w14:textId="1CAF67AE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2568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5D011A5B" w14:textId="77777777" w:rsidTr="00597958">
        <w:sdt>
          <w:sdtPr>
            <w:id w:val="91911584"/>
            <w:placeholder>
              <w:docPart w:val="35C6ADD19D0A4F7F9AA8A8D4CCB1374F"/>
            </w:placeholder>
            <w:showingPlcHdr/>
          </w:sdtPr>
          <w:sdtContent>
            <w:tc>
              <w:tcPr>
                <w:tcW w:w="966" w:type="pct"/>
              </w:tcPr>
              <w:p w14:paraId="62C3AD32" w14:textId="6638C231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35587923"/>
            <w:placeholder>
              <w:docPart w:val="0AD4EFDEB46F4DD3B07D7D864B6EAEB2"/>
            </w:placeholder>
            <w:showingPlcHdr/>
          </w:sdtPr>
          <w:sdtContent>
            <w:tc>
              <w:tcPr>
                <w:tcW w:w="959" w:type="pct"/>
              </w:tcPr>
              <w:p w14:paraId="07D82FA8" w14:textId="5BFD2166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26490040"/>
            <w:placeholder>
              <w:docPart w:val="C969D259CE28476AA1EB44B74A93B0DE"/>
            </w:placeholder>
            <w:showingPlcHdr/>
          </w:sdtPr>
          <w:sdtContent>
            <w:tc>
              <w:tcPr>
                <w:tcW w:w="980" w:type="pct"/>
              </w:tcPr>
              <w:p w14:paraId="0BA9075E" w14:textId="162F6E1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7513618"/>
            <w:placeholder>
              <w:docPart w:val="4163D3241B974CB9999FF0EC5B4E2B21"/>
            </w:placeholder>
            <w:showingPlcHdr/>
          </w:sdtPr>
          <w:sdtContent>
            <w:tc>
              <w:tcPr>
                <w:tcW w:w="976" w:type="pct"/>
              </w:tcPr>
              <w:p w14:paraId="6E8C51A0" w14:textId="061DBBD0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5034CFD9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-15206148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182454F9" w14:textId="15169319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74236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D7D98" w14:paraId="183CA3AF" w14:textId="77777777" w:rsidTr="00597958">
        <w:sdt>
          <w:sdtPr>
            <w:id w:val="-1907910357"/>
            <w:placeholder>
              <w:docPart w:val="89495584885745569DDCF4FEC1482D05"/>
            </w:placeholder>
            <w:showingPlcHdr/>
          </w:sdtPr>
          <w:sdtContent>
            <w:tc>
              <w:tcPr>
                <w:tcW w:w="966" w:type="pct"/>
              </w:tcPr>
              <w:p w14:paraId="0E5CF259" w14:textId="2F2E8C43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28454616"/>
            <w:placeholder>
              <w:docPart w:val="66C6F6902A3B4D4CA7D745FDDA70B68A"/>
            </w:placeholder>
            <w:showingPlcHdr/>
          </w:sdtPr>
          <w:sdtContent>
            <w:tc>
              <w:tcPr>
                <w:tcW w:w="959" w:type="pct"/>
              </w:tcPr>
              <w:p w14:paraId="1EC9F948" w14:textId="05AC5BB2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74382817"/>
            <w:placeholder>
              <w:docPart w:val="4CD965A9EE694FECADF2476D720E7B6E"/>
            </w:placeholder>
            <w:showingPlcHdr/>
          </w:sdtPr>
          <w:sdtContent>
            <w:tc>
              <w:tcPr>
                <w:tcW w:w="980" w:type="pct"/>
              </w:tcPr>
              <w:p w14:paraId="456CF46E" w14:textId="0F54226E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90455234"/>
            <w:placeholder>
              <w:docPart w:val="09E232A6ADC042DB884957F020A929BA"/>
            </w:placeholder>
            <w:showingPlcHdr/>
          </w:sdtPr>
          <w:sdtContent>
            <w:tc>
              <w:tcPr>
                <w:tcW w:w="976" w:type="pct"/>
              </w:tcPr>
              <w:p w14:paraId="7FE9FF6A" w14:textId="3A9642D9" w:rsidR="002D7D98" w:rsidRDefault="00B16633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119" w:type="pct"/>
            <w:vAlign w:val="center"/>
          </w:tcPr>
          <w:p w14:paraId="36CC5BCB" w14:textId="77777777" w:rsidR="00B8038E" w:rsidRDefault="00B8038E" w:rsidP="00B8038E">
            <w:pPr>
              <w:jc w:val="center"/>
            </w:pPr>
            <w:r>
              <w:t xml:space="preserve">Yes </w:t>
            </w:r>
            <w:sdt>
              <w:sdtPr>
                <w:id w:val="1892150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4EF89572" w14:textId="58EA593B" w:rsidR="002D7D98" w:rsidRDefault="00B8038E" w:rsidP="00B8038E">
            <w:pPr>
              <w:jc w:val="center"/>
            </w:pPr>
            <w:r>
              <w:t xml:space="preserve">No </w:t>
            </w:r>
            <w:sdt>
              <w:sdtPr>
                <w:id w:val="124599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-330375359"/>
          <w15:repeatingSection/>
        </w:sdtPr>
        <w:sdtContent>
          <w:sdt>
            <w:sdtPr>
              <w:id w:val="-798216025"/>
              <w:placeholder>
                <w:docPart w:val="DefaultPlaceholder_-1854013435"/>
              </w:placeholder>
              <w15:repeatingSectionItem/>
            </w:sdtPr>
            <w:sdtContent>
              <w:tr w:rsidR="002D7D98" w14:paraId="5CD8502D" w14:textId="77777777" w:rsidTr="00597958">
                <w:sdt>
                  <w:sdtPr>
                    <w:id w:val="-1580284213"/>
                    <w:placeholder>
                      <w:docPart w:val="3DF7FD3C5E5C4C0992D419903A5ACDD9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69603CA0" w14:textId="31EEC6B0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305995904"/>
                    <w:placeholder>
                      <w:docPart w:val="CADFFF9D18954E1993F5C0789B03E179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2C02ADFA" w14:textId="10A0B363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33035023"/>
                    <w:placeholder>
                      <w:docPart w:val="657F90F891404138BEF4C8B0986FE706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7DD92037" w14:textId="133D9C3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428025460"/>
                    <w:placeholder>
                      <w:docPart w:val="C9113B8A854441D682CE5AC80AFB086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0DB5DA5D" w14:textId="57818F06" w:rsidR="002D7D98" w:rsidRDefault="00B16633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0A7C3A81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763258660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486E958" w14:textId="5ADD1B89" w:rsidR="002D7D98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2011206119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  <w:sdt>
            <w:sdtPr>
              <w:id w:val="-865827514"/>
              <w:placeholder>
                <w:docPart w:val="0423504971984E3CA014D7D54995C960"/>
              </w:placeholder>
              <w15:repeatingSectionItem/>
            </w:sdtPr>
            <w:sdtContent>
              <w:tr w:rsidR="00C95D05" w14:paraId="6FDD2C08" w14:textId="77777777" w:rsidTr="00597958">
                <w:sdt>
                  <w:sdtPr>
                    <w:id w:val="645398200"/>
                    <w:placeholder>
                      <w:docPart w:val="A98CC7936C024C2988776FBA2CC670BD"/>
                    </w:placeholder>
                    <w:showingPlcHdr/>
                  </w:sdtPr>
                  <w:sdtContent>
                    <w:tc>
                      <w:tcPr>
                        <w:tcW w:w="966" w:type="pct"/>
                      </w:tcPr>
                      <w:p w14:paraId="0395932B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101691547"/>
                    <w:placeholder>
                      <w:docPart w:val="2E9B36F7201C45DF99CA9FA9C42900AE"/>
                    </w:placeholder>
                    <w:showingPlcHdr/>
                  </w:sdtPr>
                  <w:sdtContent>
                    <w:tc>
                      <w:tcPr>
                        <w:tcW w:w="959" w:type="pct"/>
                      </w:tcPr>
                      <w:p w14:paraId="1C3B902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489561908"/>
                    <w:placeholder>
                      <w:docPart w:val="09814CF1CD7A47D3BB560F37A96F9D58"/>
                    </w:placeholder>
                    <w:showingPlcHdr/>
                  </w:sdtPr>
                  <w:sdtContent>
                    <w:tc>
                      <w:tcPr>
                        <w:tcW w:w="980" w:type="pct"/>
                      </w:tcPr>
                      <w:p w14:paraId="3415A5C5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1829473414"/>
                    <w:placeholder>
                      <w:docPart w:val="7793DEAF92564508A217818A964BBBC0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3D855799" w14:textId="77777777" w:rsidR="00C95D05" w:rsidRDefault="00C95D05" w:rsidP="00CA379F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1119" w:type="pct"/>
                    <w:vAlign w:val="center"/>
                  </w:tcPr>
                  <w:p w14:paraId="78FDA8C5" w14:textId="77777777" w:rsidR="00B8038E" w:rsidRDefault="00B8038E" w:rsidP="00B8038E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-1150594116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3F7E6B0A" w14:textId="364082AE" w:rsidR="00C95D05" w:rsidRDefault="00B8038E" w:rsidP="00B8038E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7001509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2DCA766C" w14:textId="77777777" w:rsidR="00846BF0" w:rsidRDefault="00846BF0" w:rsidP="00846BF0"/>
    <w:p w14:paraId="45EC413B" w14:textId="77777777" w:rsidR="00846BF0" w:rsidRDefault="00846BF0" w:rsidP="00846BF0"/>
    <w:p w14:paraId="75B4FEB0" w14:textId="541B1391" w:rsidR="3FE541D5" w:rsidRDefault="002D7D98" w:rsidP="001C17E4">
      <w:pPr>
        <w:pStyle w:val="Heading1"/>
      </w:pPr>
      <w:r>
        <w:t>Current Professional Registrations</w:t>
      </w:r>
      <w:r w:rsidR="00F4085D">
        <w:t xml:space="preserve"> </w:t>
      </w:r>
      <w:r w:rsidR="2D96377B">
        <w:t>(IMC, GMC, etc)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400"/>
        <w:gridCol w:w="1350"/>
        <w:gridCol w:w="1530"/>
        <w:gridCol w:w="1825"/>
        <w:gridCol w:w="1472"/>
        <w:gridCol w:w="1773"/>
      </w:tblGrid>
      <w:tr w:rsidR="002D7D98" w:rsidRPr="00F4085D" w14:paraId="1972A308" w14:textId="77777777" w:rsidTr="002E140B">
        <w:tc>
          <w:tcPr>
            <w:tcW w:w="749" w:type="pct"/>
            <w:vAlign w:val="center"/>
          </w:tcPr>
          <w:p w14:paraId="2D6CA276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Award</w:t>
            </w:r>
          </w:p>
        </w:tc>
        <w:tc>
          <w:tcPr>
            <w:tcW w:w="722" w:type="pct"/>
            <w:vAlign w:val="center"/>
          </w:tcPr>
          <w:p w14:paraId="3BA16062" w14:textId="7777777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Year</w:t>
            </w:r>
          </w:p>
        </w:tc>
        <w:tc>
          <w:tcPr>
            <w:tcW w:w="818" w:type="pct"/>
            <w:vAlign w:val="center"/>
          </w:tcPr>
          <w:p w14:paraId="48D6EE85" w14:textId="52C3B1E7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Registration or Membership number</w:t>
            </w:r>
          </w:p>
        </w:tc>
        <w:tc>
          <w:tcPr>
            <w:tcW w:w="976" w:type="pct"/>
            <w:vAlign w:val="center"/>
          </w:tcPr>
          <w:p w14:paraId="38FB6F70" w14:textId="64C19A9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Professional Body/Regulator</w:t>
            </w:r>
          </w:p>
        </w:tc>
        <w:tc>
          <w:tcPr>
            <w:tcW w:w="787" w:type="pct"/>
            <w:vAlign w:val="center"/>
          </w:tcPr>
          <w:p w14:paraId="6CAB59A6" w14:textId="7027AE7D" w:rsidR="002D7D98" w:rsidRPr="00F4085D" w:rsidRDefault="002D7D98" w:rsidP="00F4085D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Good Standing Status</w:t>
            </w:r>
          </w:p>
        </w:tc>
        <w:tc>
          <w:tcPr>
            <w:tcW w:w="948" w:type="pct"/>
            <w:vAlign w:val="center"/>
          </w:tcPr>
          <w:p w14:paraId="0662DADA" w14:textId="182D7738" w:rsidR="002D7D98" w:rsidRPr="00F4085D" w:rsidRDefault="002D7D98" w:rsidP="00597958">
            <w:pPr>
              <w:jc w:val="center"/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</w:t>
            </w:r>
            <w:r w:rsidR="00F4085D" w:rsidRPr="00F4085D">
              <w:rPr>
                <w:b/>
                <w:bCs/>
              </w:rPr>
              <w:t xml:space="preserve"> Attached</w:t>
            </w:r>
          </w:p>
        </w:tc>
      </w:tr>
      <w:tr w:rsidR="002D7D98" w14:paraId="41C6CEE2" w14:textId="77777777" w:rsidTr="002E140B">
        <w:sdt>
          <w:sdtPr>
            <w:id w:val="483131998"/>
            <w:placeholder>
              <w:docPart w:val="872FF4CA11794B8A841DB2220DF10EA6"/>
            </w:placeholder>
            <w:showingPlcHdr/>
          </w:sdtPr>
          <w:sdtContent>
            <w:tc>
              <w:tcPr>
                <w:tcW w:w="749" w:type="pct"/>
              </w:tcPr>
              <w:p w14:paraId="5DE52878" w14:textId="705B3DA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322032356"/>
            <w:placeholder>
              <w:docPart w:val="4E97BD512F134974B65EC5CE1A1FFA5C"/>
            </w:placeholder>
            <w:showingPlcHdr/>
          </w:sdtPr>
          <w:sdtContent>
            <w:tc>
              <w:tcPr>
                <w:tcW w:w="722" w:type="pct"/>
              </w:tcPr>
              <w:p w14:paraId="3B4E7722" w14:textId="48736194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041407279"/>
            <w:placeholder>
              <w:docPart w:val="43C24FC1DD4E4C25906C3761C0E444F2"/>
            </w:placeholder>
            <w:showingPlcHdr/>
          </w:sdtPr>
          <w:sdtContent>
            <w:tc>
              <w:tcPr>
                <w:tcW w:w="818" w:type="pct"/>
              </w:tcPr>
              <w:p w14:paraId="4433956D" w14:textId="37C027FA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3204762"/>
            <w:placeholder>
              <w:docPart w:val="6E5B51F8A20C49259CB13015EB121389"/>
            </w:placeholder>
            <w:showingPlcHdr/>
          </w:sdtPr>
          <w:sdtContent>
            <w:tc>
              <w:tcPr>
                <w:tcW w:w="976" w:type="pct"/>
              </w:tcPr>
              <w:p w14:paraId="4C3D30A3" w14:textId="7A36AFB5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489550416"/>
            <w:placeholder>
              <w:docPart w:val="ACA81B7FEB124004A04A95F11ADBD7A7"/>
            </w:placeholder>
            <w:showingPlcHdr/>
          </w:sdtPr>
          <w:sdtContent>
            <w:tc>
              <w:tcPr>
                <w:tcW w:w="787" w:type="pct"/>
              </w:tcPr>
              <w:p w14:paraId="4E8C2E90" w14:textId="2B1B9F91" w:rsidR="002D7D98" w:rsidRDefault="00B16633" w:rsidP="00503B70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019818F" w14:textId="77777777" w:rsidR="001B2E81" w:rsidRDefault="001B2E81" w:rsidP="00597958">
            <w:pPr>
              <w:jc w:val="center"/>
            </w:pPr>
            <w:r>
              <w:t xml:space="preserve">Yes </w:t>
            </w:r>
            <w:sdt>
              <w:sdtPr>
                <w:id w:val="-1966805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59703C51" w14:textId="668C266B" w:rsidR="002D7D98" w:rsidRDefault="001B2E81" w:rsidP="00597958">
            <w:pPr>
              <w:jc w:val="center"/>
            </w:pPr>
            <w:r>
              <w:t xml:space="preserve">No </w:t>
            </w:r>
            <w:sdt>
              <w:sdtPr>
                <w:id w:val="-1393879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</w:t>
            </w:r>
          </w:p>
        </w:tc>
      </w:tr>
      <w:tr w:rsidR="00B16633" w14:paraId="5CF6427D" w14:textId="77777777" w:rsidTr="002E140B">
        <w:sdt>
          <w:sdtPr>
            <w:id w:val="1117254231"/>
            <w:placeholder>
              <w:docPart w:val="E3F5175B57004446843F4F317C13BE7C"/>
            </w:placeholder>
            <w:showingPlcHdr/>
          </w:sdtPr>
          <w:sdtContent>
            <w:tc>
              <w:tcPr>
                <w:tcW w:w="749" w:type="pct"/>
              </w:tcPr>
              <w:p w14:paraId="1F6A3CE1" w14:textId="0D7E4A4E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481267477"/>
            <w:placeholder>
              <w:docPart w:val="E3F5175B57004446843F4F317C13BE7C"/>
            </w:placeholder>
            <w:showingPlcHdr/>
          </w:sdtPr>
          <w:sdtContent>
            <w:tc>
              <w:tcPr>
                <w:tcW w:w="722" w:type="pct"/>
              </w:tcPr>
              <w:p w14:paraId="49AE3929" w14:textId="11473093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797141339"/>
            <w:placeholder>
              <w:docPart w:val="E3F5175B57004446843F4F317C13BE7C"/>
            </w:placeholder>
            <w:showingPlcHdr/>
          </w:sdtPr>
          <w:sdtContent>
            <w:tc>
              <w:tcPr>
                <w:tcW w:w="818" w:type="pct"/>
              </w:tcPr>
              <w:p w14:paraId="3BD3C74A" w14:textId="4EBC7E53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687439813"/>
            <w:placeholder>
              <w:docPart w:val="E3F5175B57004446843F4F317C13BE7C"/>
            </w:placeholder>
            <w:showingPlcHdr/>
          </w:sdtPr>
          <w:sdtContent>
            <w:tc>
              <w:tcPr>
                <w:tcW w:w="976" w:type="pct"/>
              </w:tcPr>
              <w:p w14:paraId="46914337" w14:textId="236C19EF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1375810897"/>
            <w:placeholder>
              <w:docPart w:val="E3F5175B57004446843F4F317C13BE7C"/>
            </w:placeholder>
            <w:showingPlcHdr/>
          </w:sdtPr>
          <w:sdtContent>
            <w:tc>
              <w:tcPr>
                <w:tcW w:w="787" w:type="pct"/>
              </w:tcPr>
              <w:p w14:paraId="4DCC6CF2" w14:textId="08FFE0E8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18A6E352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04525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367C6332" w14:textId="556B6FB1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-638496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B16633" w14:paraId="4F6A290C" w14:textId="77777777" w:rsidTr="002E140B">
        <w:sdt>
          <w:sdtPr>
            <w:id w:val="1476033184"/>
            <w:placeholder>
              <w:docPart w:val="6E2E25C8BD59485F83A4E1A3EB66C1CA"/>
            </w:placeholder>
            <w:showingPlcHdr/>
          </w:sdtPr>
          <w:sdtContent>
            <w:tc>
              <w:tcPr>
                <w:tcW w:w="749" w:type="pct"/>
              </w:tcPr>
              <w:p w14:paraId="15160684" w14:textId="3068EB49" w:rsidR="00B16633" w:rsidRDefault="00B16633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549758554"/>
            <w:placeholder>
              <w:docPart w:val="6E2E25C8BD59485F83A4E1A3EB66C1CA"/>
            </w:placeholder>
            <w:showingPlcHdr/>
          </w:sdtPr>
          <w:sdtContent>
            <w:tc>
              <w:tcPr>
                <w:tcW w:w="722" w:type="pct"/>
              </w:tcPr>
              <w:p w14:paraId="0904B07A" w14:textId="1E7F1B52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896020294"/>
            <w:placeholder>
              <w:docPart w:val="6E2E25C8BD59485F83A4E1A3EB66C1CA"/>
            </w:placeholder>
            <w:showingPlcHdr/>
          </w:sdtPr>
          <w:sdtContent>
            <w:tc>
              <w:tcPr>
                <w:tcW w:w="818" w:type="pct"/>
              </w:tcPr>
              <w:p w14:paraId="13F2E67B" w14:textId="1999A3AE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599177780"/>
            <w:placeholder>
              <w:docPart w:val="6E2E25C8BD59485F83A4E1A3EB66C1CA"/>
            </w:placeholder>
            <w:showingPlcHdr/>
          </w:sdtPr>
          <w:sdtContent>
            <w:tc>
              <w:tcPr>
                <w:tcW w:w="976" w:type="pct"/>
              </w:tcPr>
              <w:p w14:paraId="6880ABF6" w14:textId="7E43ED6A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id w:val="-100342745"/>
            <w:placeholder>
              <w:docPart w:val="6E2E25C8BD59485F83A4E1A3EB66C1CA"/>
            </w:placeholder>
            <w:showingPlcHdr/>
          </w:sdtPr>
          <w:sdtContent>
            <w:tc>
              <w:tcPr>
                <w:tcW w:w="787" w:type="pct"/>
              </w:tcPr>
              <w:p w14:paraId="2B51EDCF" w14:textId="4050B2EF" w:rsidR="00B16633" w:rsidRDefault="004556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948" w:type="pct"/>
            <w:vAlign w:val="center"/>
          </w:tcPr>
          <w:p w14:paraId="651296AA" w14:textId="77777777" w:rsidR="001B2E81" w:rsidRDefault="001B2E81" w:rsidP="001B2E81">
            <w:pPr>
              <w:jc w:val="center"/>
            </w:pPr>
            <w:r>
              <w:t xml:space="preserve">Yes </w:t>
            </w:r>
            <w:sdt>
              <w:sdtPr>
                <w:id w:val="7267327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  <w:p w14:paraId="011CF831" w14:textId="152AD978" w:rsidR="00B16633" w:rsidRDefault="001B2E81" w:rsidP="001B2E81">
            <w:pPr>
              <w:jc w:val="center"/>
            </w:pPr>
            <w:r>
              <w:t xml:space="preserve">No </w:t>
            </w:r>
            <w:sdt>
              <w:sdtPr>
                <w:id w:val="1576017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sdt>
        <w:sdtPr>
          <w:id w:val="874125203"/>
          <w15:repeatingSection/>
        </w:sdtPr>
        <w:sdtContent>
          <w:sdt>
            <w:sdtPr>
              <w:id w:val="-709956330"/>
              <w:placeholder>
                <w:docPart w:val="DefaultPlaceholder_-1854013435"/>
              </w:placeholder>
              <w15:repeatingSectionItem/>
            </w:sdtPr>
            <w:sdtContent>
              <w:tr w:rsidR="00B16633" w14:paraId="788C3D77" w14:textId="77777777" w:rsidTr="002E140B">
                <w:sdt>
                  <w:sdtPr>
                    <w:id w:val="1184713080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49" w:type="pct"/>
                      </w:tcPr>
                      <w:p w14:paraId="220FAB30" w14:textId="7FD7EF89" w:rsidR="00B16633" w:rsidRDefault="00B16633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783115795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22" w:type="pct"/>
                      </w:tcPr>
                      <w:p w14:paraId="4E270E41" w14:textId="05C25C2D" w:rsidR="00B16633" w:rsidRDefault="0045560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95885616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818" w:type="pct"/>
                      </w:tcPr>
                      <w:p w14:paraId="4B5AA7D5" w14:textId="0D998394" w:rsidR="00B16633" w:rsidRDefault="0045560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155542618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976" w:type="pct"/>
                      </w:tcPr>
                      <w:p w14:paraId="6FE57682" w14:textId="68A400E9" w:rsidR="00B16633" w:rsidRDefault="0045560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sdt>
                  <w:sdtPr>
                    <w:id w:val="-2081815259"/>
                    <w:placeholder>
                      <w:docPart w:val="74CADD3637F3476CAEF2795719E307AF"/>
                    </w:placeholder>
                    <w:showingPlcHdr/>
                  </w:sdtPr>
                  <w:sdtContent>
                    <w:tc>
                      <w:tcPr>
                        <w:tcW w:w="787" w:type="pct"/>
                      </w:tcPr>
                      <w:p w14:paraId="51005B27" w14:textId="0E607325" w:rsidR="00B16633" w:rsidRDefault="0045560B" w:rsidP="00076DED">
                        <w:r w:rsidRPr="000E7C9F">
                          <w:rPr>
                            <w:rStyle w:val="PlaceholderText"/>
                          </w:rPr>
                          <w:t>Click or tap here to enter text.</w:t>
                        </w:r>
                      </w:p>
                    </w:tc>
                  </w:sdtContent>
                </w:sdt>
                <w:tc>
                  <w:tcPr>
                    <w:tcW w:w="948" w:type="pct"/>
                    <w:vAlign w:val="center"/>
                  </w:tcPr>
                  <w:p w14:paraId="68DBCCD3" w14:textId="77777777" w:rsidR="001B2E81" w:rsidRDefault="001B2E81" w:rsidP="001B2E81">
                    <w:pPr>
                      <w:jc w:val="center"/>
                    </w:pPr>
                    <w:r>
                      <w:t xml:space="preserve">Yes </w:t>
                    </w:r>
                    <w:sdt>
                      <w:sdtPr>
                        <w:id w:val="1338659954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  <w:p w14:paraId="15B5BFD0" w14:textId="718469B3" w:rsidR="00B16633" w:rsidRDefault="001B2E81" w:rsidP="001B2E81">
                    <w:pPr>
                      <w:jc w:val="center"/>
                    </w:pPr>
                    <w:r>
                      <w:t xml:space="preserve">No </w:t>
                    </w:r>
                    <w:sdt>
                      <w:sdtPr>
                        <w:id w:val="-162241428"/>
                        <w14:checkbox>
                          <w14:checked w14:val="0"/>
                          <w14:checkedState w14:val="2612" w14:font="MS Gothic"/>
                          <w14:uncheckedState w14:val="2610" w14:font="MS Gothic"/>
                        </w14:checkbox>
                      </w:sdtPr>
                      <w:sdtContent>
                        <w:r>
                          <w:rPr>
                            <w:rFonts w:ascii="MS Gothic" w:eastAsia="MS Gothic" w:hAnsi="MS Gothic" w:hint="eastAsia"/>
                          </w:rPr>
                          <w:t>☐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14:paraId="14AD253B" w14:textId="77777777" w:rsidR="00214ECC" w:rsidRDefault="003729FB" w:rsidP="001C17E4">
      <w:pPr>
        <w:pStyle w:val="Heading1"/>
      </w:pPr>
      <w:r>
        <w:lastRenderedPageBreak/>
        <w:t>Clinical Employment History</w:t>
      </w:r>
    </w:p>
    <w:p w14:paraId="5179FB9C" w14:textId="77777777" w:rsidR="00214ECC" w:rsidRDefault="003729FB">
      <w:r>
        <w:t>(Reverse chronological order)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6803"/>
      </w:tblGrid>
      <w:tr w:rsidR="002E140B" w14:paraId="2D16504D" w14:textId="77777777" w:rsidTr="00E70F08">
        <w:tc>
          <w:tcPr>
            <w:tcW w:w="9350" w:type="dxa"/>
            <w:gridSpan w:val="2"/>
          </w:tcPr>
          <w:p w14:paraId="57CB4B58" w14:textId="1AB17230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686753930"/>
                <w:placeholder>
                  <w:docPart w:val="AB27C8C8D90949D99B80C3BCC40C6D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97958" w14:paraId="20EAB3EC" w14:textId="77777777" w:rsidTr="002E140B">
        <w:tc>
          <w:tcPr>
            <w:tcW w:w="2547" w:type="dxa"/>
          </w:tcPr>
          <w:p w14:paraId="4C1371F0" w14:textId="773A0F9E" w:rsidR="00597958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440499352"/>
            <w:placeholder>
              <w:docPart w:val="BE6BAA36B4CE46CCBA1107A2CA863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2106E778" w14:textId="1DAEE8EA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09CE63E9" w14:textId="77777777" w:rsidTr="002E140B">
        <w:tc>
          <w:tcPr>
            <w:tcW w:w="2547" w:type="dxa"/>
          </w:tcPr>
          <w:p w14:paraId="67052997" w14:textId="449E67BD" w:rsidR="00597958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2124885619"/>
            <w:placeholder>
              <w:docPart w:val="98F3A9EE91754E259AFD2F141BD88EC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C198349" w14:textId="208FC157" w:rsidR="00597958" w:rsidRDefault="002E140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597958" w14:paraId="423BA94B" w14:textId="77777777" w:rsidTr="002E140B">
        <w:tc>
          <w:tcPr>
            <w:tcW w:w="2547" w:type="dxa"/>
          </w:tcPr>
          <w:p w14:paraId="4DDB93B2" w14:textId="7F833D2D" w:rsidR="00597958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546410146"/>
            <w:placeholder>
              <w:docPart w:val="A562792367E244C2B52C13434E400DB2"/>
            </w:placeholder>
            <w:showingPlcHdr/>
          </w:sdtPr>
          <w:sdtContent>
            <w:tc>
              <w:tcPr>
                <w:tcW w:w="6803" w:type="dxa"/>
              </w:tcPr>
              <w:p w14:paraId="7BBDFA63" w14:textId="4FCAA322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97958" w14:paraId="6A2FA343" w14:textId="77777777" w:rsidTr="002E140B">
        <w:tc>
          <w:tcPr>
            <w:tcW w:w="2547" w:type="dxa"/>
          </w:tcPr>
          <w:p w14:paraId="05DA6982" w14:textId="689D0E30" w:rsidR="00597958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410228021"/>
            <w:placeholder>
              <w:docPart w:val="7E217E49FF2B4BCCB4F3ACCCBA862056"/>
            </w:placeholder>
            <w:showingPlcHdr/>
          </w:sdtPr>
          <w:sdtContent>
            <w:tc>
              <w:tcPr>
                <w:tcW w:w="6803" w:type="dxa"/>
              </w:tcPr>
              <w:p w14:paraId="270E49BD" w14:textId="7ED909CB" w:rsidR="00597958" w:rsidRDefault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B6D8532" w14:textId="77777777" w:rsidTr="002E140B">
        <w:tc>
          <w:tcPr>
            <w:tcW w:w="2547" w:type="dxa"/>
            <w:vAlign w:val="center"/>
          </w:tcPr>
          <w:p w14:paraId="1A6FF483" w14:textId="5F5E73E1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231271951"/>
            <w:placeholder>
              <w:docPart w:val="A6B6B6169038418C8F137F03A3BAC3E6"/>
            </w:placeholder>
            <w:showingPlcHdr/>
          </w:sdtPr>
          <w:sdtContent>
            <w:tc>
              <w:tcPr>
                <w:tcW w:w="6803" w:type="dxa"/>
              </w:tcPr>
              <w:p w14:paraId="54041384" w14:textId="42470ED5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3223303B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0818E58" w14:textId="4F1E665E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1542626127"/>
            <w:placeholder>
              <w:docPart w:val="BA84038C5BAB4BC98BCFD7720888F4EA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653EB7EF" w14:textId="1922AE72" w:rsidR="002E140B" w:rsidRDefault="002E140B" w:rsidP="002E140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75158259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7BB683" w14:textId="63BF9A7B" w:rsidR="002E140B" w:rsidRDefault="002E140B" w:rsidP="002E140B"/>
        </w:tc>
      </w:tr>
      <w:tr w:rsidR="002E140B" w14:paraId="11904FE7" w14:textId="77777777" w:rsidTr="00E70F08">
        <w:tc>
          <w:tcPr>
            <w:tcW w:w="9350" w:type="dxa"/>
            <w:gridSpan w:val="2"/>
          </w:tcPr>
          <w:p w14:paraId="17040DC0" w14:textId="139C208D" w:rsidR="002E140B" w:rsidRDefault="002E140B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236849598"/>
                <w:placeholder>
                  <w:docPart w:val="2A85F1BB5E59479D91B2E845B74103B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E140B" w14:paraId="0D159708" w14:textId="77777777" w:rsidTr="002E140B">
        <w:tc>
          <w:tcPr>
            <w:tcW w:w="2547" w:type="dxa"/>
          </w:tcPr>
          <w:p w14:paraId="6855F987" w14:textId="77777777" w:rsidR="002E140B" w:rsidRDefault="002E140B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1122346841"/>
            <w:placeholder>
              <w:docPart w:val="734A0FEE22AB4D08A85FAFBB84445CB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45529B1E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3FF24D13" w14:textId="77777777" w:rsidTr="002E140B">
        <w:tc>
          <w:tcPr>
            <w:tcW w:w="2547" w:type="dxa"/>
          </w:tcPr>
          <w:p w14:paraId="104FCC2D" w14:textId="77777777" w:rsidR="002E140B" w:rsidRDefault="002E140B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682545086"/>
            <w:placeholder>
              <w:docPart w:val="3AE69983638E496B87E186B118E83D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0588BA6" w14:textId="77777777" w:rsidR="002E140B" w:rsidRDefault="002E140B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E140B" w14:paraId="15579743" w14:textId="77777777" w:rsidTr="002E140B">
        <w:tc>
          <w:tcPr>
            <w:tcW w:w="2547" w:type="dxa"/>
          </w:tcPr>
          <w:p w14:paraId="4D83AFB6" w14:textId="77777777" w:rsidR="002E140B" w:rsidRDefault="002E140B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2074315478"/>
            <w:placeholder>
              <w:docPart w:val="4E1B8BE8E635423EB269141E9E2912AC"/>
            </w:placeholder>
            <w:showingPlcHdr/>
          </w:sdtPr>
          <w:sdtContent>
            <w:tc>
              <w:tcPr>
                <w:tcW w:w="6803" w:type="dxa"/>
              </w:tcPr>
              <w:p w14:paraId="4FF8C2D7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48B155F2" w14:textId="77777777" w:rsidTr="002E140B">
        <w:tc>
          <w:tcPr>
            <w:tcW w:w="2547" w:type="dxa"/>
          </w:tcPr>
          <w:p w14:paraId="5C52A10E" w14:textId="77777777" w:rsidR="002E140B" w:rsidRDefault="002E140B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2138367119"/>
            <w:placeholder>
              <w:docPart w:val="522C19E6AA2346A4966003129C441C2C"/>
            </w:placeholder>
            <w:showingPlcHdr/>
          </w:sdtPr>
          <w:sdtContent>
            <w:tc>
              <w:tcPr>
                <w:tcW w:w="6803" w:type="dxa"/>
              </w:tcPr>
              <w:p w14:paraId="68F98D5F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090BAA34" w14:textId="77777777" w:rsidTr="002E140B">
        <w:tc>
          <w:tcPr>
            <w:tcW w:w="2547" w:type="dxa"/>
            <w:vAlign w:val="center"/>
          </w:tcPr>
          <w:p w14:paraId="563AF5FC" w14:textId="77777777" w:rsidR="002E140B" w:rsidRDefault="002E140B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212111084"/>
            <w:placeholder>
              <w:docPart w:val="DC6DBC8E8B3947CB8F9195F36B67D85A"/>
            </w:placeholder>
            <w:showingPlcHdr/>
          </w:sdtPr>
          <w:sdtContent>
            <w:tc>
              <w:tcPr>
                <w:tcW w:w="6803" w:type="dxa"/>
              </w:tcPr>
              <w:p w14:paraId="2EFBB2EB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680F5A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1F8D55A6" w14:textId="77777777" w:rsidR="002E140B" w:rsidRDefault="002E140B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274300943"/>
            <w:placeholder>
              <w:docPart w:val="49487EF4E50B45EF8F8DF0A58099CB0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C1B8318" w14:textId="77777777" w:rsidR="002E140B" w:rsidRDefault="002E140B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E140B" w14:paraId="1CBA9A3D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5BE705" w14:textId="56DDBCAD" w:rsidR="002E140B" w:rsidRDefault="002E140B" w:rsidP="002E140B"/>
        </w:tc>
      </w:tr>
      <w:tr w:rsidR="003B26DE" w14:paraId="29811970" w14:textId="77777777" w:rsidTr="00E70F08">
        <w:tc>
          <w:tcPr>
            <w:tcW w:w="9350" w:type="dxa"/>
            <w:gridSpan w:val="2"/>
          </w:tcPr>
          <w:p w14:paraId="51439A3E" w14:textId="154634FF" w:rsidR="003B26DE" w:rsidRDefault="003B26D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608309008"/>
                <w:placeholder>
                  <w:docPart w:val="A2698321A51C4D75AD58054348C12C3A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510B2BBB" w14:textId="77777777" w:rsidTr="002E140B">
        <w:tc>
          <w:tcPr>
            <w:tcW w:w="2547" w:type="dxa"/>
          </w:tcPr>
          <w:p w14:paraId="58B99A27" w14:textId="77777777" w:rsidR="003B26DE" w:rsidRDefault="003B26D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730763433"/>
            <w:placeholder>
              <w:docPart w:val="D7173E37A8CC42958F596D7E4F182CC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35BBA69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0C3D8DAA" w14:textId="77777777" w:rsidTr="002E140B">
        <w:tc>
          <w:tcPr>
            <w:tcW w:w="2547" w:type="dxa"/>
          </w:tcPr>
          <w:p w14:paraId="349979C1" w14:textId="77777777" w:rsidR="003B26DE" w:rsidRDefault="003B26D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536535339"/>
            <w:placeholder>
              <w:docPart w:val="10F53B8B7E0247EF97BF9EDCEFA860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EE0AC43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22ED0B5C" w14:textId="77777777" w:rsidTr="002E140B">
        <w:tc>
          <w:tcPr>
            <w:tcW w:w="2547" w:type="dxa"/>
          </w:tcPr>
          <w:p w14:paraId="30706808" w14:textId="77777777" w:rsidR="003B26DE" w:rsidRDefault="003B26D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224690168"/>
            <w:placeholder>
              <w:docPart w:val="CBD982DD81904E84AAE76F6DAFC7ADE0"/>
            </w:placeholder>
            <w:showingPlcHdr/>
          </w:sdtPr>
          <w:sdtContent>
            <w:tc>
              <w:tcPr>
                <w:tcW w:w="6803" w:type="dxa"/>
              </w:tcPr>
              <w:p w14:paraId="6353DA5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2DCF062" w14:textId="77777777" w:rsidTr="002E140B">
        <w:tc>
          <w:tcPr>
            <w:tcW w:w="2547" w:type="dxa"/>
          </w:tcPr>
          <w:p w14:paraId="7AD99FA3" w14:textId="77777777" w:rsidR="003B26DE" w:rsidRDefault="003B26D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548500921"/>
            <w:placeholder>
              <w:docPart w:val="390EE82AF8A648ADB30341964727E31F"/>
            </w:placeholder>
            <w:showingPlcHdr/>
          </w:sdtPr>
          <w:sdtContent>
            <w:tc>
              <w:tcPr>
                <w:tcW w:w="6803" w:type="dxa"/>
              </w:tcPr>
              <w:p w14:paraId="09CE1A8B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55DB8B82" w14:textId="77777777" w:rsidTr="002E140B">
        <w:tc>
          <w:tcPr>
            <w:tcW w:w="2547" w:type="dxa"/>
            <w:vAlign w:val="center"/>
          </w:tcPr>
          <w:p w14:paraId="30FEA7AF" w14:textId="77777777" w:rsidR="003B26DE" w:rsidRDefault="003B26DE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1752195572"/>
            <w:placeholder>
              <w:docPart w:val="B0A7918792F74AF7B0392C104CD435BB"/>
            </w:placeholder>
            <w:showingPlcHdr/>
          </w:sdtPr>
          <w:sdtContent>
            <w:tc>
              <w:tcPr>
                <w:tcW w:w="6803" w:type="dxa"/>
              </w:tcPr>
              <w:p w14:paraId="3473B460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7E7EADCA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6283E2C0" w14:textId="77777777" w:rsidR="003B26DE" w:rsidRDefault="003B26D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557692111"/>
            <w:placeholder>
              <w:docPart w:val="5F55B9AB92A24257B48EAB5AEBE4FCAB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789EC87F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E0F0BD8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CDE0FBF" w14:textId="44769BDD" w:rsidR="003B26DE" w:rsidRDefault="003B26DE" w:rsidP="002E140B"/>
        </w:tc>
      </w:tr>
      <w:tr w:rsidR="003B26DE" w14:paraId="11636EF5" w14:textId="77777777" w:rsidTr="00E70F08">
        <w:tc>
          <w:tcPr>
            <w:tcW w:w="9350" w:type="dxa"/>
            <w:gridSpan w:val="2"/>
          </w:tcPr>
          <w:p w14:paraId="3C93E921" w14:textId="3E66F578" w:rsidR="003B26DE" w:rsidRDefault="003B26D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-1470202978"/>
                <w:placeholder>
                  <w:docPart w:val="86AEF3528D414F839952F297F3855BB7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798C3AAB" w14:textId="77777777" w:rsidTr="002E140B">
        <w:tc>
          <w:tcPr>
            <w:tcW w:w="2547" w:type="dxa"/>
          </w:tcPr>
          <w:p w14:paraId="2EA469EC" w14:textId="77777777" w:rsidR="003B26DE" w:rsidRDefault="003B26D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1135475215"/>
            <w:placeholder>
              <w:docPart w:val="662301B0DFCC445C9DB687BAA6A998EF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480500F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219BD2DA" w14:textId="77777777" w:rsidTr="002E140B">
        <w:tc>
          <w:tcPr>
            <w:tcW w:w="2547" w:type="dxa"/>
          </w:tcPr>
          <w:p w14:paraId="13B3AFA1" w14:textId="77777777" w:rsidR="003B26DE" w:rsidRDefault="003B26D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684556552"/>
            <w:placeholder>
              <w:docPart w:val="7591FE166A694A9AB66A9BF1863FF9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6F65708D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0DE34284" w14:textId="77777777" w:rsidTr="002E140B">
        <w:tc>
          <w:tcPr>
            <w:tcW w:w="2547" w:type="dxa"/>
          </w:tcPr>
          <w:p w14:paraId="71F4B1F6" w14:textId="77777777" w:rsidR="003B26DE" w:rsidRDefault="003B26D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1977863987"/>
            <w:placeholder>
              <w:docPart w:val="C143B5AD3CF3465B978C857418C01691"/>
            </w:placeholder>
            <w:showingPlcHdr/>
          </w:sdtPr>
          <w:sdtContent>
            <w:tc>
              <w:tcPr>
                <w:tcW w:w="6803" w:type="dxa"/>
              </w:tcPr>
              <w:p w14:paraId="535C101E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71C3750A" w14:textId="77777777" w:rsidTr="002E140B">
        <w:tc>
          <w:tcPr>
            <w:tcW w:w="2547" w:type="dxa"/>
          </w:tcPr>
          <w:p w14:paraId="627B7FD8" w14:textId="77777777" w:rsidR="003B26DE" w:rsidRDefault="003B26D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915830303"/>
            <w:placeholder>
              <w:docPart w:val="B3A9702833664964A0CC9821EEBA269A"/>
            </w:placeholder>
            <w:showingPlcHdr/>
          </w:sdtPr>
          <w:sdtContent>
            <w:tc>
              <w:tcPr>
                <w:tcW w:w="6803" w:type="dxa"/>
              </w:tcPr>
              <w:p w14:paraId="36E45CA8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231A7C8" w14:textId="77777777" w:rsidTr="002E140B">
        <w:tc>
          <w:tcPr>
            <w:tcW w:w="2547" w:type="dxa"/>
            <w:vAlign w:val="center"/>
          </w:tcPr>
          <w:p w14:paraId="726E02EE" w14:textId="77777777" w:rsidR="003B26DE" w:rsidRDefault="003B26DE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-453722637"/>
            <w:placeholder>
              <w:docPart w:val="2E95C93E7B8840B1AF96EE296C3462D7"/>
            </w:placeholder>
            <w:showingPlcHdr/>
          </w:sdtPr>
          <w:sdtContent>
            <w:tc>
              <w:tcPr>
                <w:tcW w:w="6803" w:type="dxa"/>
              </w:tcPr>
              <w:p w14:paraId="01735FDF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74182849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05FE7F39" w14:textId="77777777" w:rsidR="003B26DE" w:rsidRDefault="003B26D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2092151678"/>
            <w:placeholder>
              <w:docPart w:val="0BB22DBA65F44FF8864558D11BE199D9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0F636B4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520624E4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DCE6504" w14:textId="2B5030A5" w:rsidR="003B26DE" w:rsidRDefault="003B26DE" w:rsidP="002E140B"/>
        </w:tc>
      </w:tr>
      <w:tr w:rsidR="003B26DE" w14:paraId="0A8C39C7" w14:textId="77777777" w:rsidTr="00E70F08">
        <w:tc>
          <w:tcPr>
            <w:tcW w:w="9350" w:type="dxa"/>
            <w:gridSpan w:val="2"/>
          </w:tcPr>
          <w:p w14:paraId="11FF4F27" w14:textId="64DE9E3F" w:rsidR="003B26DE" w:rsidRDefault="003B26D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144718186"/>
                <w:placeholder>
                  <w:docPart w:val="CD58DF7ED83A450D84FB7C6991FF8B6E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2379FFA5" w14:textId="77777777" w:rsidTr="002E140B">
        <w:tc>
          <w:tcPr>
            <w:tcW w:w="2547" w:type="dxa"/>
          </w:tcPr>
          <w:p w14:paraId="40913A05" w14:textId="77777777" w:rsidR="003B26DE" w:rsidRDefault="003B26D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-57870155"/>
            <w:placeholder>
              <w:docPart w:val="10023A29D74B4AA6BA013164CF3D9653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1E6BAA89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6DDF6C51" w14:textId="77777777" w:rsidTr="002E140B">
        <w:tc>
          <w:tcPr>
            <w:tcW w:w="2547" w:type="dxa"/>
          </w:tcPr>
          <w:p w14:paraId="1A51276C" w14:textId="77777777" w:rsidR="003B26DE" w:rsidRDefault="003B26D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-1339921815"/>
            <w:placeholder>
              <w:docPart w:val="E7624C9E7D6F4280AF94DC0390A817B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366222D7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68D5D836" w14:textId="77777777" w:rsidTr="002E140B">
        <w:tc>
          <w:tcPr>
            <w:tcW w:w="2547" w:type="dxa"/>
          </w:tcPr>
          <w:p w14:paraId="2F4B53F1" w14:textId="77777777" w:rsidR="003B26DE" w:rsidRDefault="003B26D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1517067398"/>
            <w:placeholder>
              <w:docPart w:val="FDE9F96E6755417692BBC7FC6C040507"/>
            </w:placeholder>
            <w:showingPlcHdr/>
          </w:sdtPr>
          <w:sdtContent>
            <w:tc>
              <w:tcPr>
                <w:tcW w:w="6803" w:type="dxa"/>
              </w:tcPr>
              <w:p w14:paraId="77E00968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5A89EF4" w14:textId="77777777" w:rsidTr="002E140B">
        <w:tc>
          <w:tcPr>
            <w:tcW w:w="2547" w:type="dxa"/>
          </w:tcPr>
          <w:p w14:paraId="6ED46C27" w14:textId="77777777" w:rsidR="003B26DE" w:rsidRDefault="003B26D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537573842"/>
            <w:placeholder>
              <w:docPart w:val="9299AA1EA1E548D99DC6057FC03BAB36"/>
            </w:placeholder>
            <w:showingPlcHdr/>
          </w:sdtPr>
          <w:sdtContent>
            <w:tc>
              <w:tcPr>
                <w:tcW w:w="6803" w:type="dxa"/>
              </w:tcPr>
              <w:p w14:paraId="6645FA8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CF38B5D" w14:textId="77777777" w:rsidTr="002E140B">
        <w:tc>
          <w:tcPr>
            <w:tcW w:w="2547" w:type="dxa"/>
            <w:vAlign w:val="center"/>
          </w:tcPr>
          <w:p w14:paraId="50E6B9ED" w14:textId="77777777" w:rsidR="003B26DE" w:rsidRDefault="003B26DE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1594743685"/>
            <w:placeholder>
              <w:docPart w:val="52085D9289864C04A2027F7206115A59"/>
            </w:placeholder>
            <w:showingPlcHdr/>
          </w:sdtPr>
          <w:sdtContent>
            <w:tc>
              <w:tcPr>
                <w:tcW w:w="6803" w:type="dxa"/>
              </w:tcPr>
              <w:p w14:paraId="3E779748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1282A031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63618F8" w14:textId="77777777" w:rsidR="003B26DE" w:rsidRDefault="003B26D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528494618"/>
            <w:placeholder>
              <w:docPart w:val="D1603E881EBC4825BB3ACB0E37AC40CB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1468C60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2D3BE6C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482582" w14:textId="3C3553DA" w:rsidR="003B26DE" w:rsidRDefault="003B26DE" w:rsidP="002E140B"/>
        </w:tc>
      </w:tr>
      <w:tr w:rsidR="003B26DE" w14:paraId="2A801772" w14:textId="77777777" w:rsidTr="00E70F08">
        <w:tc>
          <w:tcPr>
            <w:tcW w:w="9350" w:type="dxa"/>
            <w:gridSpan w:val="2"/>
          </w:tcPr>
          <w:p w14:paraId="0E0D2CE5" w14:textId="05D3CCC7" w:rsidR="003B26DE" w:rsidRDefault="003B26DE">
            <w:r w:rsidRPr="00F4085D">
              <w:rPr>
                <w:b/>
                <w:bCs/>
              </w:rPr>
              <w:t>Position (Intern; SHO; Reg)</w:t>
            </w:r>
            <w:r>
              <w:rPr>
                <w:b/>
                <w:bCs/>
              </w:rPr>
              <w:t xml:space="preserve">: </w:t>
            </w:r>
            <w:sdt>
              <w:sdtPr>
                <w:rPr>
                  <w:b/>
                  <w:bCs/>
                </w:rPr>
                <w:id w:val="894237419"/>
                <w:placeholder>
                  <w:docPart w:val="DB7F4467103045A8A8ED1D95197E8A61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26C31495" w14:textId="77777777" w:rsidTr="002E140B">
        <w:tc>
          <w:tcPr>
            <w:tcW w:w="2547" w:type="dxa"/>
          </w:tcPr>
          <w:p w14:paraId="0F104A7B" w14:textId="77777777" w:rsidR="003B26DE" w:rsidRDefault="003B26DE">
            <w:r w:rsidRPr="00F4085D">
              <w:rPr>
                <w:b/>
                <w:bCs/>
              </w:rPr>
              <w:t>Start Date</w:t>
            </w:r>
          </w:p>
        </w:tc>
        <w:sdt>
          <w:sdtPr>
            <w:id w:val="2016106109"/>
            <w:placeholder>
              <w:docPart w:val="21F4A8E63CDF4A89ADF859DB3FD8901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7F0610E5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185937E7" w14:textId="77777777" w:rsidTr="002E140B">
        <w:tc>
          <w:tcPr>
            <w:tcW w:w="2547" w:type="dxa"/>
          </w:tcPr>
          <w:p w14:paraId="24F9677B" w14:textId="77777777" w:rsidR="003B26DE" w:rsidRDefault="003B26DE">
            <w:r w:rsidRPr="00F4085D">
              <w:rPr>
                <w:b/>
                <w:bCs/>
              </w:rPr>
              <w:t>End Date</w:t>
            </w:r>
          </w:p>
        </w:tc>
        <w:sdt>
          <w:sdtPr>
            <w:id w:val="1508870805"/>
            <w:placeholder>
              <w:docPart w:val="EAE1A41B0864477A88F09CED7928239C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803" w:type="dxa"/>
              </w:tcPr>
              <w:p w14:paraId="0F039AE0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1EA000B3" w14:textId="77777777" w:rsidTr="002E140B">
        <w:tc>
          <w:tcPr>
            <w:tcW w:w="2547" w:type="dxa"/>
          </w:tcPr>
          <w:p w14:paraId="31C2590F" w14:textId="77777777" w:rsidR="003B26DE" w:rsidRDefault="003B26DE">
            <w:r w:rsidRPr="00F4085D">
              <w:rPr>
                <w:b/>
                <w:bCs/>
              </w:rPr>
              <w:t>Hospital</w:t>
            </w:r>
          </w:p>
        </w:tc>
        <w:sdt>
          <w:sdtPr>
            <w:id w:val="-718508982"/>
            <w:placeholder>
              <w:docPart w:val="ABB35B118A6C40A38A4890187954A6FF"/>
            </w:placeholder>
            <w:showingPlcHdr/>
          </w:sdtPr>
          <w:sdtContent>
            <w:tc>
              <w:tcPr>
                <w:tcW w:w="6803" w:type="dxa"/>
              </w:tcPr>
              <w:p w14:paraId="07DF5A8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7B7F05B2" w14:textId="77777777" w:rsidTr="002E140B">
        <w:tc>
          <w:tcPr>
            <w:tcW w:w="2547" w:type="dxa"/>
          </w:tcPr>
          <w:p w14:paraId="7B4793D6" w14:textId="77777777" w:rsidR="003B26DE" w:rsidRDefault="003B26DE">
            <w:r w:rsidRPr="00F4085D">
              <w:rPr>
                <w:b/>
                <w:bCs/>
              </w:rPr>
              <w:t>Specialty</w:t>
            </w:r>
          </w:p>
        </w:tc>
        <w:sdt>
          <w:sdtPr>
            <w:id w:val="-1311247240"/>
            <w:placeholder>
              <w:docPart w:val="C9F357CE5A39445AABCC2993DA99FA9A"/>
            </w:placeholder>
            <w:showingPlcHdr/>
          </w:sdtPr>
          <w:sdtContent>
            <w:tc>
              <w:tcPr>
                <w:tcW w:w="6803" w:type="dxa"/>
              </w:tcPr>
              <w:p w14:paraId="03FF7D8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9287B86" w14:textId="77777777" w:rsidTr="002E140B">
        <w:tc>
          <w:tcPr>
            <w:tcW w:w="2547" w:type="dxa"/>
            <w:vAlign w:val="center"/>
          </w:tcPr>
          <w:p w14:paraId="530A6836" w14:textId="77777777" w:rsidR="003B26DE" w:rsidRDefault="003B26DE" w:rsidP="002E140B">
            <w:proofErr w:type="gramStart"/>
            <w:r w:rsidRPr="00F4085D">
              <w:rPr>
                <w:b/>
                <w:bCs/>
              </w:rPr>
              <w:t>Sub Specialty</w:t>
            </w:r>
            <w:proofErr w:type="gramEnd"/>
            <w:r w:rsidRPr="00F4085D">
              <w:rPr>
                <w:b/>
                <w:bCs/>
              </w:rPr>
              <w:t xml:space="preserve"> (where applicable</w:t>
            </w:r>
          </w:p>
        </w:tc>
        <w:sdt>
          <w:sdtPr>
            <w:id w:val="393554179"/>
            <w:placeholder>
              <w:docPart w:val="7562C11562FC4E5BA508CB01C9CA8EC9"/>
            </w:placeholder>
            <w:showingPlcHdr/>
          </w:sdtPr>
          <w:sdtContent>
            <w:tc>
              <w:tcPr>
                <w:tcW w:w="6803" w:type="dxa"/>
              </w:tcPr>
              <w:p w14:paraId="514CC4D8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F35AA4E" w14:textId="77777777" w:rsidTr="002E140B">
        <w:tc>
          <w:tcPr>
            <w:tcW w:w="2547" w:type="dxa"/>
            <w:tcBorders>
              <w:bottom w:val="single" w:sz="4" w:space="0" w:color="auto"/>
            </w:tcBorders>
          </w:tcPr>
          <w:p w14:paraId="71176A1E" w14:textId="77777777" w:rsidR="003B26DE" w:rsidRDefault="003B26DE" w:rsidP="002E140B">
            <w:r w:rsidRPr="00F4085D">
              <w:rPr>
                <w:b/>
                <w:bCs/>
              </w:rPr>
              <w:t>Summary of clinical duties</w:t>
            </w:r>
          </w:p>
        </w:tc>
        <w:sdt>
          <w:sdtPr>
            <w:id w:val="-1168404944"/>
            <w:placeholder>
              <w:docPart w:val="4253926DCBD04608848E5CD49F91381D"/>
            </w:placeholder>
            <w:showingPlcHdr/>
          </w:sdtPr>
          <w:sdtContent>
            <w:tc>
              <w:tcPr>
                <w:tcW w:w="6803" w:type="dxa"/>
                <w:tcBorders>
                  <w:bottom w:val="single" w:sz="4" w:space="0" w:color="auto"/>
                </w:tcBorders>
              </w:tcPr>
              <w:p w14:paraId="2A4EE1B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1D1B4C27" w14:textId="77777777" w:rsidTr="002E140B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D34C1A" w14:textId="2329EE8E" w:rsidR="003B26DE" w:rsidRDefault="003B26DE" w:rsidP="002E140B"/>
        </w:tc>
      </w:tr>
    </w:tbl>
    <w:p w14:paraId="331865AA" w14:textId="77777777" w:rsidR="003B26DE" w:rsidRDefault="003B26DE">
      <w:pPr>
        <w:pStyle w:val="Heading1"/>
      </w:pPr>
    </w:p>
    <w:p w14:paraId="20EF97BA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77947B8A" w14:textId="4A00EF77" w:rsidR="00214ECC" w:rsidRDefault="007C3707">
      <w:pPr>
        <w:pStyle w:val="Heading1"/>
      </w:pPr>
      <w:r>
        <w:lastRenderedPageBreak/>
        <w:t>A</w:t>
      </w:r>
      <w:r w:rsidR="003729FB">
        <w:t>udit &amp; Quality Improvement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520"/>
      </w:tblGrid>
      <w:tr w:rsidR="008525FA" w14:paraId="1AC9EFE7" w14:textId="77777777" w:rsidTr="0019370D">
        <w:tc>
          <w:tcPr>
            <w:tcW w:w="9350" w:type="dxa"/>
            <w:gridSpan w:val="2"/>
          </w:tcPr>
          <w:p w14:paraId="4B30661B" w14:textId="0BD9ED4B" w:rsidR="008525FA" w:rsidRDefault="008525FA" w:rsidP="002D7D98">
            <w:r w:rsidRPr="00F4085D">
              <w:rPr>
                <w:b/>
                <w:bCs/>
              </w:rPr>
              <w:t>Project Title</w:t>
            </w:r>
            <w:r w:rsidR="00CD745A"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871966618"/>
                <w:placeholder>
                  <w:docPart w:val="C6C5AA04D5744E5397F5B4C02E599FEC"/>
                </w:placeholder>
                <w:showingPlcHdr/>
              </w:sdtPr>
              <w:sdtContent>
                <w:r w:rsidR="00CD745A"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8525FA" w14:paraId="176303B5" w14:textId="77777777" w:rsidTr="00A0792E">
        <w:tc>
          <w:tcPr>
            <w:tcW w:w="2830" w:type="dxa"/>
            <w:vAlign w:val="center"/>
          </w:tcPr>
          <w:p w14:paraId="50053F71" w14:textId="65A68AAE" w:rsidR="008525FA" w:rsidRDefault="00CD745A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766196237"/>
            <w:placeholder>
              <w:docPart w:val="657845195F10471BB191FDF6254F450F"/>
            </w:placeholder>
            <w:showingPlcHdr/>
          </w:sdtPr>
          <w:sdtContent>
            <w:tc>
              <w:tcPr>
                <w:tcW w:w="6520" w:type="dxa"/>
              </w:tcPr>
              <w:p w14:paraId="745FB9AC" w14:textId="2D45EB7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0F3FFF85" w14:textId="77777777" w:rsidTr="00A0792E">
        <w:tc>
          <w:tcPr>
            <w:tcW w:w="2830" w:type="dxa"/>
            <w:vAlign w:val="center"/>
          </w:tcPr>
          <w:p w14:paraId="4C91F2EC" w14:textId="6D80818A" w:rsidR="008525FA" w:rsidRDefault="00CD745A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6211C1B" w14:textId="0510C58D" w:rsidR="008525FA" w:rsidRDefault="00CD745A" w:rsidP="002D7D98">
            <w:r>
              <w:t xml:space="preserve">Yes </w:t>
            </w:r>
            <w:sdt>
              <w:sdtPr>
                <w:id w:val="20904971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303281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465389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3C6DB542" w14:textId="77777777" w:rsidTr="00A0792E">
        <w:tc>
          <w:tcPr>
            <w:tcW w:w="2830" w:type="dxa"/>
            <w:vAlign w:val="center"/>
          </w:tcPr>
          <w:p w14:paraId="3B040F6A" w14:textId="721E8324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609892518"/>
            <w:placeholder>
              <w:docPart w:val="4261ABEBA6024587BD9BFFA89B86CBA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25D02023" w14:textId="60E95C39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6F6B3E4" w14:textId="77777777" w:rsidTr="00A0792E">
        <w:tc>
          <w:tcPr>
            <w:tcW w:w="2830" w:type="dxa"/>
            <w:vAlign w:val="center"/>
          </w:tcPr>
          <w:p w14:paraId="6ABC61BA" w14:textId="05A981FC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212185724"/>
            <w:placeholder>
              <w:docPart w:val="ECE4C47E07C843CCA2D7255597D0770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7FE0445" w14:textId="66AEC1FD" w:rsidR="00CD745A" w:rsidRDefault="00CD745A" w:rsidP="002D7D98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8525FA" w14:paraId="65E572C5" w14:textId="77777777" w:rsidTr="00A0792E">
        <w:tc>
          <w:tcPr>
            <w:tcW w:w="2830" w:type="dxa"/>
            <w:vAlign w:val="center"/>
          </w:tcPr>
          <w:p w14:paraId="098C6AF8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53A3E46" w14:textId="77777777" w:rsidR="008525FA" w:rsidRDefault="008525FA" w:rsidP="00CD745A"/>
        </w:tc>
        <w:sdt>
          <w:sdtPr>
            <w:id w:val="-2029861939"/>
            <w:placeholder>
              <w:docPart w:val="9444CF760006459A89EF2B7CE3AFF2D1"/>
            </w:placeholder>
            <w:showingPlcHdr/>
          </w:sdtPr>
          <w:sdtContent>
            <w:tc>
              <w:tcPr>
                <w:tcW w:w="6520" w:type="dxa"/>
              </w:tcPr>
              <w:p w14:paraId="4673DCAB" w14:textId="7BD41298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510BFC14" w14:textId="77777777" w:rsidTr="00A0792E">
        <w:tc>
          <w:tcPr>
            <w:tcW w:w="2830" w:type="dxa"/>
            <w:vAlign w:val="center"/>
          </w:tcPr>
          <w:p w14:paraId="53BD32ED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E70E9ED" w14:textId="77777777" w:rsidR="008525FA" w:rsidRDefault="008525FA" w:rsidP="00CD745A"/>
        </w:tc>
        <w:sdt>
          <w:sdtPr>
            <w:id w:val="-719363920"/>
            <w:placeholder>
              <w:docPart w:val="A451D5A1F2414B9AB219F05CFB3EC45E"/>
            </w:placeholder>
            <w:showingPlcHdr/>
          </w:sdtPr>
          <w:sdtContent>
            <w:tc>
              <w:tcPr>
                <w:tcW w:w="6520" w:type="dxa"/>
              </w:tcPr>
              <w:p w14:paraId="3CCAF454" w14:textId="4840209E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525FA" w14:paraId="39BC37AF" w14:textId="77777777" w:rsidTr="00A0792E">
        <w:tc>
          <w:tcPr>
            <w:tcW w:w="2830" w:type="dxa"/>
            <w:vAlign w:val="center"/>
          </w:tcPr>
          <w:p w14:paraId="53D262A2" w14:textId="3E26B4B9" w:rsidR="008525FA" w:rsidRDefault="00CD745A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912965953"/>
            <w:placeholder>
              <w:docPart w:val="E58E1C4CC73644419B96786849CD0414"/>
            </w:placeholder>
            <w:showingPlcHdr/>
          </w:sdtPr>
          <w:sdtContent>
            <w:tc>
              <w:tcPr>
                <w:tcW w:w="6520" w:type="dxa"/>
              </w:tcPr>
              <w:p w14:paraId="491EB2BF" w14:textId="28F05A7B" w:rsidR="008525FA" w:rsidRDefault="00CD745A" w:rsidP="002D7D98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07F3663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7F4CCE51" w14:textId="1AFEBF49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093FA3A" w14:textId="50DD70BB" w:rsidR="00CD745A" w:rsidRDefault="00CD745A" w:rsidP="002D7D98">
            <w:r>
              <w:t xml:space="preserve">Yes </w:t>
            </w:r>
            <w:sdt>
              <w:sdtPr>
                <w:id w:val="-174155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842779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2CA7D1C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ED39AD" w14:textId="2B8086D9" w:rsidR="00CD745A" w:rsidRDefault="00CD745A" w:rsidP="002D7D98"/>
        </w:tc>
      </w:tr>
      <w:tr w:rsidR="002931FF" w14:paraId="3014636D" w14:textId="77777777" w:rsidTr="0019370D">
        <w:tc>
          <w:tcPr>
            <w:tcW w:w="9350" w:type="dxa"/>
            <w:gridSpan w:val="2"/>
          </w:tcPr>
          <w:p w14:paraId="3216CF1D" w14:textId="1DE606A3" w:rsidR="002931FF" w:rsidRDefault="002931FF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974721409"/>
                <w:placeholder>
                  <w:docPart w:val="982533AA1A67444FAB6AD764FF1EF88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2931FF" w14:paraId="6E261133" w14:textId="77777777" w:rsidTr="00A0792E">
        <w:tc>
          <w:tcPr>
            <w:tcW w:w="2830" w:type="dxa"/>
            <w:vAlign w:val="center"/>
          </w:tcPr>
          <w:p w14:paraId="193728E9" w14:textId="77777777" w:rsidR="002931FF" w:rsidRDefault="002931FF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11206397"/>
            <w:placeholder>
              <w:docPart w:val="A8251704D7154EB4AAFD40739CBF3232"/>
            </w:placeholder>
            <w:showingPlcHdr/>
          </w:sdtPr>
          <w:sdtContent>
            <w:tc>
              <w:tcPr>
                <w:tcW w:w="6520" w:type="dxa"/>
              </w:tcPr>
              <w:p w14:paraId="74294417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77831E41" w14:textId="77777777" w:rsidTr="00A0792E">
        <w:tc>
          <w:tcPr>
            <w:tcW w:w="2830" w:type="dxa"/>
            <w:vAlign w:val="center"/>
          </w:tcPr>
          <w:p w14:paraId="456ED2A1" w14:textId="77777777" w:rsidR="002931FF" w:rsidRDefault="002931FF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47934321" w14:textId="77777777" w:rsidR="002931FF" w:rsidRDefault="002931FF" w:rsidP="002D7D98">
            <w:r>
              <w:t xml:space="preserve">Yes </w:t>
            </w:r>
            <w:sdt>
              <w:sdtPr>
                <w:id w:val="-1040520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77652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98431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7A824D50" w14:textId="77777777" w:rsidTr="00A0792E">
        <w:tc>
          <w:tcPr>
            <w:tcW w:w="2830" w:type="dxa"/>
            <w:vAlign w:val="center"/>
          </w:tcPr>
          <w:p w14:paraId="7C2C9893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1197582324"/>
            <w:placeholder>
              <w:docPart w:val="092F71A98DCB432994A49CF6A2418B1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5E62E12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220D0D2D" w14:textId="77777777" w:rsidTr="00A0792E">
        <w:tc>
          <w:tcPr>
            <w:tcW w:w="2830" w:type="dxa"/>
            <w:vAlign w:val="center"/>
          </w:tcPr>
          <w:p w14:paraId="73DD0207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-1815936946"/>
            <w:placeholder>
              <w:docPart w:val="FF714C39671F4059B6173089394CD3E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00A3AC13" w14:textId="77777777" w:rsidR="002931FF" w:rsidRDefault="002931FF" w:rsidP="00CA379F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2931FF" w14:paraId="4766F2A8" w14:textId="77777777" w:rsidTr="00A0792E">
        <w:tc>
          <w:tcPr>
            <w:tcW w:w="2830" w:type="dxa"/>
            <w:vAlign w:val="center"/>
          </w:tcPr>
          <w:p w14:paraId="69BF3AA2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68394289" w14:textId="77777777" w:rsidR="002931FF" w:rsidRDefault="002931FF" w:rsidP="00CD745A"/>
        </w:tc>
        <w:sdt>
          <w:sdtPr>
            <w:id w:val="-347414704"/>
            <w:placeholder>
              <w:docPart w:val="28589E92AA8443098EDE0E709D3F9809"/>
            </w:placeholder>
            <w:showingPlcHdr/>
          </w:sdtPr>
          <w:sdtContent>
            <w:tc>
              <w:tcPr>
                <w:tcW w:w="6520" w:type="dxa"/>
              </w:tcPr>
              <w:p w14:paraId="77BA76A8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BB1FDDC" w14:textId="77777777" w:rsidTr="00A0792E">
        <w:tc>
          <w:tcPr>
            <w:tcW w:w="2830" w:type="dxa"/>
            <w:vAlign w:val="center"/>
          </w:tcPr>
          <w:p w14:paraId="5377F8F6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3C96DEB8" w14:textId="77777777" w:rsidR="002931FF" w:rsidRDefault="002931FF" w:rsidP="00CD745A"/>
        </w:tc>
        <w:sdt>
          <w:sdtPr>
            <w:id w:val="1700431310"/>
            <w:placeholder>
              <w:docPart w:val="7B8873B5DDFA49E29AD3D86C96355BEA"/>
            </w:placeholder>
            <w:showingPlcHdr/>
          </w:sdtPr>
          <w:sdtContent>
            <w:tc>
              <w:tcPr>
                <w:tcW w:w="6520" w:type="dxa"/>
              </w:tcPr>
              <w:p w14:paraId="02EAFB2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0E4CEAFE" w14:textId="77777777" w:rsidTr="00A0792E">
        <w:tc>
          <w:tcPr>
            <w:tcW w:w="2830" w:type="dxa"/>
            <w:vAlign w:val="center"/>
          </w:tcPr>
          <w:p w14:paraId="4664899C" w14:textId="77777777" w:rsidR="002931FF" w:rsidRDefault="002931FF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1829975207"/>
            <w:placeholder>
              <w:docPart w:val="7D53A91E55554B1E87906AAB7E66728B"/>
            </w:placeholder>
            <w:showingPlcHdr/>
          </w:sdtPr>
          <w:sdtContent>
            <w:tc>
              <w:tcPr>
                <w:tcW w:w="6520" w:type="dxa"/>
              </w:tcPr>
              <w:p w14:paraId="1A000859" w14:textId="77777777" w:rsidR="002931FF" w:rsidRDefault="002931FF" w:rsidP="00CA379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931FF" w14:paraId="10142A32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37DFCFA4" w14:textId="77777777" w:rsidR="002931FF" w:rsidRPr="00F4085D" w:rsidRDefault="002931FF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2D975A" w14:textId="77777777" w:rsidR="002931FF" w:rsidRDefault="002931FF" w:rsidP="002D7D98">
            <w:r>
              <w:t xml:space="preserve">Yes </w:t>
            </w:r>
            <w:sdt>
              <w:sdtPr>
                <w:id w:val="2144620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065066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2931FF" w14:paraId="49840D28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A3731D" w14:textId="14911BD9" w:rsidR="002931FF" w:rsidRDefault="002931FF" w:rsidP="002D7D98"/>
        </w:tc>
      </w:tr>
      <w:tr w:rsidR="003B26DE" w14:paraId="101E15C2" w14:textId="77777777" w:rsidTr="0019370D">
        <w:tc>
          <w:tcPr>
            <w:tcW w:w="9350" w:type="dxa"/>
            <w:gridSpan w:val="2"/>
          </w:tcPr>
          <w:p w14:paraId="6154DFE4" w14:textId="3742FE5A" w:rsidR="003B26DE" w:rsidRDefault="003B26D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572927510"/>
                <w:placeholder>
                  <w:docPart w:val="D52B2B88AB08438DA817370CB31CEF12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5EBCE022" w14:textId="77777777" w:rsidTr="00A0792E">
        <w:tc>
          <w:tcPr>
            <w:tcW w:w="2830" w:type="dxa"/>
            <w:vAlign w:val="center"/>
          </w:tcPr>
          <w:p w14:paraId="6D35647A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720134967"/>
            <w:placeholder>
              <w:docPart w:val="5C61D06BF7884102A199EBF5DEEE9CA9"/>
            </w:placeholder>
            <w:showingPlcHdr/>
          </w:sdtPr>
          <w:sdtContent>
            <w:tc>
              <w:tcPr>
                <w:tcW w:w="6520" w:type="dxa"/>
              </w:tcPr>
              <w:p w14:paraId="345C949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B5D252F" w14:textId="77777777" w:rsidTr="00A0792E">
        <w:tc>
          <w:tcPr>
            <w:tcW w:w="2830" w:type="dxa"/>
            <w:vAlign w:val="center"/>
          </w:tcPr>
          <w:p w14:paraId="0EEF678C" w14:textId="77777777" w:rsidR="003B26DE" w:rsidRDefault="003B26D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11642E9E" w14:textId="77777777" w:rsidR="003B26DE" w:rsidRDefault="003B26DE" w:rsidP="002D7D98">
            <w:r>
              <w:t xml:space="preserve">Yes </w:t>
            </w:r>
            <w:sdt>
              <w:sdtPr>
                <w:id w:val="92507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396971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81309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596D84B4" w14:textId="77777777" w:rsidTr="00A0792E">
        <w:tc>
          <w:tcPr>
            <w:tcW w:w="2830" w:type="dxa"/>
            <w:vAlign w:val="center"/>
          </w:tcPr>
          <w:p w14:paraId="4F686858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876274768"/>
            <w:placeholder>
              <w:docPart w:val="85FC5EC80FDF403EBF0FAB4C71EF3BC4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377E3DD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4FA20B83" w14:textId="77777777" w:rsidTr="00A0792E">
        <w:tc>
          <w:tcPr>
            <w:tcW w:w="2830" w:type="dxa"/>
            <w:vAlign w:val="center"/>
          </w:tcPr>
          <w:p w14:paraId="5988CB20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213077895"/>
            <w:placeholder>
              <w:docPart w:val="ED17080EF5BC4CE890C82F543C62E78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FE56D61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1538C53F" w14:textId="77777777" w:rsidTr="00A0792E">
        <w:tc>
          <w:tcPr>
            <w:tcW w:w="2830" w:type="dxa"/>
            <w:vAlign w:val="center"/>
          </w:tcPr>
          <w:p w14:paraId="16A08260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26B651ED" w14:textId="77777777" w:rsidR="003B26DE" w:rsidRDefault="003B26DE" w:rsidP="00CD745A"/>
        </w:tc>
        <w:sdt>
          <w:sdtPr>
            <w:id w:val="-1543133217"/>
            <w:placeholder>
              <w:docPart w:val="A7371C9749654B99B4D602E5A299EF7B"/>
            </w:placeholder>
            <w:showingPlcHdr/>
          </w:sdtPr>
          <w:sdtContent>
            <w:tc>
              <w:tcPr>
                <w:tcW w:w="6520" w:type="dxa"/>
              </w:tcPr>
              <w:p w14:paraId="3B71BBA7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45FC448" w14:textId="77777777" w:rsidTr="00A0792E">
        <w:tc>
          <w:tcPr>
            <w:tcW w:w="2830" w:type="dxa"/>
            <w:vAlign w:val="center"/>
          </w:tcPr>
          <w:p w14:paraId="3DF3B19E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What was the measurable impact?</w:t>
            </w:r>
          </w:p>
          <w:p w14:paraId="48F1C8EC" w14:textId="77777777" w:rsidR="003B26DE" w:rsidRDefault="003B26DE" w:rsidP="00CD745A"/>
        </w:tc>
        <w:sdt>
          <w:sdtPr>
            <w:id w:val="1737735657"/>
            <w:placeholder>
              <w:docPart w:val="33B63D1F50484585A6AB3692A5DC55C2"/>
            </w:placeholder>
            <w:showingPlcHdr/>
          </w:sdtPr>
          <w:sdtContent>
            <w:tc>
              <w:tcPr>
                <w:tcW w:w="6520" w:type="dxa"/>
              </w:tcPr>
              <w:p w14:paraId="7EB5ED5B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3CB9A62" w14:textId="77777777" w:rsidTr="00A0792E">
        <w:tc>
          <w:tcPr>
            <w:tcW w:w="2830" w:type="dxa"/>
            <w:vAlign w:val="center"/>
          </w:tcPr>
          <w:p w14:paraId="08F9BA54" w14:textId="77777777" w:rsidR="003B26DE" w:rsidRDefault="003B26D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95865468"/>
            <w:placeholder>
              <w:docPart w:val="4D272ACB934C46939416A934EC1FF53A"/>
            </w:placeholder>
            <w:showingPlcHdr/>
          </w:sdtPr>
          <w:sdtContent>
            <w:tc>
              <w:tcPr>
                <w:tcW w:w="6520" w:type="dxa"/>
              </w:tcPr>
              <w:p w14:paraId="6F6DD685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5B11B05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14EE9B5D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20CAF8A2" w14:textId="77777777" w:rsidR="003B26DE" w:rsidRDefault="003B26DE" w:rsidP="002D7D98">
            <w:r>
              <w:t xml:space="preserve">Yes </w:t>
            </w:r>
            <w:sdt>
              <w:sdtPr>
                <w:id w:val="1391385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2040202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70F7F024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666330" w14:textId="276A621F" w:rsidR="003B26DE" w:rsidRDefault="003B26DE" w:rsidP="002D7D98"/>
        </w:tc>
      </w:tr>
      <w:tr w:rsidR="003B26DE" w14:paraId="66471F3D" w14:textId="77777777" w:rsidTr="0019370D">
        <w:tc>
          <w:tcPr>
            <w:tcW w:w="9350" w:type="dxa"/>
            <w:gridSpan w:val="2"/>
          </w:tcPr>
          <w:p w14:paraId="16B9859A" w14:textId="29D61099" w:rsidR="003B26DE" w:rsidRDefault="003B26D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627506471"/>
                <w:placeholder>
                  <w:docPart w:val="738235CE12E244709EA784C996A07093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3DC99829" w14:textId="77777777" w:rsidTr="00A0792E">
        <w:tc>
          <w:tcPr>
            <w:tcW w:w="2830" w:type="dxa"/>
            <w:vAlign w:val="center"/>
          </w:tcPr>
          <w:p w14:paraId="51864D23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659811131"/>
            <w:placeholder>
              <w:docPart w:val="7B86DCBD69E849549CE46A3AF209DD27"/>
            </w:placeholder>
            <w:showingPlcHdr/>
          </w:sdtPr>
          <w:sdtContent>
            <w:tc>
              <w:tcPr>
                <w:tcW w:w="6520" w:type="dxa"/>
              </w:tcPr>
              <w:p w14:paraId="284A19B9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D1878EC" w14:textId="77777777" w:rsidTr="00A0792E">
        <w:tc>
          <w:tcPr>
            <w:tcW w:w="2830" w:type="dxa"/>
            <w:vAlign w:val="center"/>
          </w:tcPr>
          <w:p w14:paraId="79DF4172" w14:textId="77777777" w:rsidR="003B26DE" w:rsidRDefault="003B26D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04DEA97B" w14:textId="77777777" w:rsidR="003B26DE" w:rsidRDefault="003B26DE" w:rsidP="002D7D98">
            <w:r>
              <w:t xml:space="preserve">Yes </w:t>
            </w:r>
            <w:sdt>
              <w:sdtPr>
                <w:id w:val="-1757346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17565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706300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016760E1" w14:textId="77777777" w:rsidTr="00A0792E">
        <w:tc>
          <w:tcPr>
            <w:tcW w:w="2830" w:type="dxa"/>
            <w:vAlign w:val="center"/>
          </w:tcPr>
          <w:p w14:paraId="5EE3DA23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874613690"/>
            <w:placeholder>
              <w:docPart w:val="E3A371DB9C7A4B9D92A9C70D3AEDDFC8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63459D6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4BEFF971" w14:textId="77777777" w:rsidTr="00A0792E">
        <w:tc>
          <w:tcPr>
            <w:tcW w:w="2830" w:type="dxa"/>
            <w:vAlign w:val="center"/>
          </w:tcPr>
          <w:p w14:paraId="75FC4E0F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4118506"/>
            <w:placeholder>
              <w:docPart w:val="D2009B2FA8E044C8A7FC2D1BE80A1F37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6B4B89BD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5B487596" w14:textId="77777777" w:rsidTr="00A0792E">
        <w:tc>
          <w:tcPr>
            <w:tcW w:w="2830" w:type="dxa"/>
            <w:vAlign w:val="center"/>
          </w:tcPr>
          <w:p w14:paraId="50413F8A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722F62A7" w14:textId="77777777" w:rsidR="003B26DE" w:rsidRDefault="003B26DE" w:rsidP="00CD745A"/>
        </w:tc>
        <w:sdt>
          <w:sdtPr>
            <w:id w:val="609323805"/>
            <w:placeholder>
              <w:docPart w:val="28442E971FB947CD9F729CE87C634A7E"/>
            </w:placeholder>
            <w:showingPlcHdr/>
          </w:sdtPr>
          <w:sdtContent>
            <w:tc>
              <w:tcPr>
                <w:tcW w:w="6520" w:type="dxa"/>
              </w:tcPr>
              <w:p w14:paraId="1EE8927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15D50CA" w14:textId="77777777" w:rsidTr="00A0792E">
        <w:tc>
          <w:tcPr>
            <w:tcW w:w="2830" w:type="dxa"/>
            <w:vAlign w:val="center"/>
          </w:tcPr>
          <w:p w14:paraId="05D3F3D5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2F3DDAEB" w14:textId="77777777" w:rsidR="003B26DE" w:rsidRDefault="003B26DE" w:rsidP="00CD745A"/>
        </w:tc>
        <w:sdt>
          <w:sdtPr>
            <w:id w:val="794018731"/>
            <w:placeholder>
              <w:docPart w:val="D76472EA92AC4ED0858A934B2924A7BD"/>
            </w:placeholder>
            <w:showingPlcHdr/>
          </w:sdtPr>
          <w:sdtContent>
            <w:tc>
              <w:tcPr>
                <w:tcW w:w="6520" w:type="dxa"/>
              </w:tcPr>
              <w:p w14:paraId="7304271C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844E1D8" w14:textId="77777777" w:rsidTr="00A0792E">
        <w:tc>
          <w:tcPr>
            <w:tcW w:w="2830" w:type="dxa"/>
            <w:vAlign w:val="center"/>
          </w:tcPr>
          <w:p w14:paraId="73F11358" w14:textId="77777777" w:rsidR="003B26DE" w:rsidRDefault="003B26D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-569196666"/>
            <w:placeholder>
              <w:docPart w:val="6AA2F104C18744BAB0FD3AEDCECFCEAE"/>
            </w:placeholder>
            <w:showingPlcHdr/>
          </w:sdtPr>
          <w:sdtContent>
            <w:tc>
              <w:tcPr>
                <w:tcW w:w="6520" w:type="dxa"/>
              </w:tcPr>
              <w:p w14:paraId="02801F7E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ED1AB17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5598D05F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627EA01F" w14:textId="77777777" w:rsidR="003B26DE" w:rsidRDefault="003B26DE" w:rsidP="002D7D98">
            <w:r>
              <w:t xml:space="preserve">Yes </w:t>
            </w:r>
            <w:sdt>
              <w:sdtPr>
                <w:id w:val="-443143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12754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7D48D8CA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9D656D" w14:textId="07AD9913" w:rsidR="003B26DE" w:rsidRDefault="003B26DE" w:rsidP="002D7D98"/>
        </w:tc>
      </w:tr>
      <w:tr w:rsidR="003B26DE" w14:paraId="5D7FA1C4" w14:textId="77777777" w:rsidTr="0019370D">
        <w:tc>
          <w:tcPr>
            <w:tcW w:w="9350" w:type="dxa"/>
            <w:gridSpan w:val="2"/>
          </w:tcPr>
          <w:p w14:paraId="1C1B4701" w14:textId="1D90FE9A" w:rsidR="003B26DE" w:rsidRDefault="003B26DE" w:rsidP="002D7D98">
            <w:r w:rsidRPr="00F4085D">
              <w:rPr>
                <w:b/>
                <w:bCs/>
              </w:rPr>
              <w:t>Project Title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1060012306"/>
                <w:placeholder>
                  <w:docPart w:val="4A8C15C5743A4A19A1292B63727AFDFE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4C6F937C" w14:textId="77777777" w:rsidTr="00A0792E">
        <w:tc>
          <w:tcPr>
            <w:tcW w:w="2830" w:type="dxa"/>
            <w:vAlign w:val="center"/>
          </w:tcPr>
          <w:p w14:paraId="046DC315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  <w:r>
              <w:rPr>
                <w:b/>
                <w:bCs/>
              </w:rPr>
              <w:t>:</w:t>
            </w:r>
          </w:p>
        </w:tc>
        <w:sdt>
          <w:sdtPr>
            <w:id w:val="-664244530"/>
            <w:placeholder>
              <w:docPart w:val="4F38482CD5A9414B996E90731F75DED2"/>
            </w:placeholder>
            <w:showingPlcHdr/>
          </w:sdtPr>
          <w:sdtContent>
            <w:tc>
              <w:tcPr>
                <w:tcW w:w="6520" w:type="dxa"/>
              </w:tcPr>
              <w:p w14:paraId="01E1BF2B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80B8335" w14:textId="77777777" w:rsidTr="00A0792E">
        <w:tc>
          <w:tcPr>
            <w:tcW w:w="2830" w:type="dxa"/>
            <w:vAlign w:val="center"/>
          </w:tcPr>
          <w:p w14:paraId="6F79E519" w14:textId="77777777" w:rsidR="003B26DE" w:rsidRDefault="003B26DE" w:rsidP="00CD745A">
            <w:r w:rsidRPr="00F4085D">
              <w:rPr>
                <w:b/>
                <w:bCs/>
              </w:rPr>
              <w:t>Was the audit cycle completed?</w:t>
            </w:r>
          </w:p>
        </w:tc>
        <w:tc>
          <w:tcPr>
            <w:tcW w:w="6520" w:type="dxa"/>
          </w:tcPr>
          <w:p w14:paraId="3256D3E3" w14:textId="77777777" w:rsidR="003B26DE" w:rsidRDefault="003B26DE" w:rsidP="002D7D98">
            <w:r>
              <w:t xml:space="preserve">Yes </w:t>
            </w:r>
            <w:sdt>
              <w:sdtPr>
                <w:id w:val="726887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41146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991836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697D0085" w14:textId="77777777" w:rsidTr="00A0792E">
        <w:tc>
          <w:tcPr>
            <w:tcW w:w="2830" w:type="dxa"/>
            <w:vAlign w:val="center"/>
          </w:tcPr>
          <w:p w14:paraId="7CB556A0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Start Date</w:t>
            </w:r>
          </w:p>
        </w:tc>
        <w:sdt>
          <w:sdtPr>
            <w:id w:val="-1701546976"/>
            <w:placeholder>
              <w:docPart w:val="6246EFFADF374928BF6579BE00EEE5BE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53C9382D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07CFB8D2" w14:textId="77777777" w:rsidTr="00A0792E">
        <w:tc>
          <w:tcPr>
            <w:tcW w:w="2830" w:type="dxa"/>
            <w:vAlign w:val="center"/>
          </w:tcPr>
          <w:p w14:paraId="7B89D6EA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Audit End Date</w:t>
            </w:r>
          </w:p>
        </w:tc>
        <w:sdt>
          <w:sdtPr>
            <w:id w:val="1382132769"/>
            <w:placeholder>
              <w:docPart w:val="612FA868D2FE478F9D630C53CCCFAB80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520" w:type="dxa"/>
              </w:tcPr>
              <w:p w14:paraId="7206BEB9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4C951A27" w14:textId="77777777" w:rsidTr="00A0792E">
        <w:tc>
          <w:tcPr>
            <w:tcW w:w="2830" w:type="dxa"/>
            <w:vAlign w:val="center"/>
          </w:tcPr>
          <w:p w14:paraId="46F1FC46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change did you implement?</w:t>
            </w:r>
          </w:p>
          <w:p w14:paraId="4C67D4CF" w14:textId="77777777" w:rsidR="003B26DE" w:rsidRDefault="003B26DE" w:rsidP="00CD745A"/>
        </w:tc>
        <w:sdt>
          <w:sdtPr>
            <w:id w:val="-700242699"/>
            <w:placeholder>
              <w:docPart w:val="5622648FB8DA43D28D2648E54ECED366"/>
            </w:placeholder>
            <w:showingPlcHdr/>
          </w:sdtPr>
          <w:sdtContent>
            <w:tc>
              <w:tcPr>
                <w:tcW w:w="6520" w:type="dxa"/>
              </w:tcPr>
              <w:p w14:paraId="465BD8B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ED46C2C" w14:textId="77777777" w:rsidTr="00A0792E">
        <w:tc>
          <w:tcPr>
            <w:tcW w:w="2830" w:type="dxa"/>
            <w:vAlign w:val="center"/>
          </w:tcPr>
          <w:p w14:paraId="0F191CD1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What was the measurable impact?</w:t>
            </w:r>
          </w:p>
          <w:p w14:paraId="51733ED0" w14:textId="77777777" w:rsidR="003B26DE" w:rsidRDefault="003B26DE" w:rsidP="00CD745A"/>
        </w:tc>
        <w:sdt>
          <w:sdtPr>
            <w:id w:val="539177532"/>
            <w:placeholder>
              <w:docPart w:val="2CD2776494554177B7AFBC5C6AF58E3D"/>
            </w:placeholder>
            <w:showingPlcHdr/>
          </w:sdtPr>
          <w:sdtContent>
            <w:tc>
              <w:tcPr>
                <w:tcW w:w="6520" w:type="dxa"/>
              </w:tcPr>
              <w:p w14:paraId="4D3D96F1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37CB1D9D" w14:textId="77777777" w:rsidTr="00A0792E">
        <w:tc>
          <w:tcPr>
            <w:tcW w:w="2830" w:type="dxa"/>
            <w:vAlign w:val="center"/>
          </w:tcPr>
          <w:p w14:paraId="4646BEE8" w14:textId="77777777" w:rsidR="003B26DE" w:rsidRDefault="003B26DE" w:rsidP="00CD745A">
            <w:r w:rsidRPr="00F4085D">
              <w:rPr>
                <w:b/>
                <w:bCs/>
              </w:rPr>
              <w:t>Overall Outcome</w:t>
            </w:r>
          </w:p>
        </w:tc>
        <w:sdt>
          <w:sdtPr>
            <w:id w:val="1958521829"/>
            <w:placeholder>
              <w:docPart w:val="8CCAEB083088458EA2656F911A03EABD"/>
            </w:placeholder>
            <w:showingPlcHdr/>
          </w:sdtPr>
          <w:sdtContent>
            <w:tc>
              <w:tcPr>
                <w:tcW w:w="6520" w:type="dxa"/>
              </w:tcPr>
              <w:p w14:paraId="2316ABD7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7EF6C04" w14:textId="77777777" w:rsidTr="00A0792E"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63BE6F5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520" w:type="dxa"/>
            <w:tcBorders>
              <w:bottom w:val="single" w:sz="4" w:space="0" w:color="auto"/>
            </w:tcBorders>
          </w:tcPr>
          <w:p w14:paraId="4317ED17" w14:textId="77777777" w:rsidR="003B26DE" w:rsidRDefault="003B26DE" w:rsidP="002D7D98">
            <w:r>
              <w:t xml:space="preserve">Yes </w:t>
            </w:r>
            <w:sdt>
              <w:sdtPr>
                <w:id w:val="-945145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489690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7BD68F2E" w14:textId="77777777" w:rsidTr="00CD745A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F9512" w14:textId="23EB1038" w:rsidR="003B26DE" w:rsidRDefault="003B26DE" w:rsidP="002D7D98"/>
        </w:tc>
      </w:tr>
    </w:tbl>
    <w:p w14:paraId="6670EE57" w14:textId="77777777" w:rsidR="003B26DE" w:rsidRDefault="003B26DE">
      <w:pPr>
        <w:pStyle w:val="Heading1"/>
      </w:pPr>
    </w:p>
    <w:p w14:paraId="2EABD8A7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16155EEC" w14:textId="15746DFA" w:rsidR="00214ECC" w:rsidRDefault="003729FB">
      <w:pPr>
        <w:pStyle w:val="Heading1"/>
      </w:pPr>
      <w:r>
        <w:lastRenderedPageBreak/>
        <w:t>Research &amp; Publications</w:t>
      </w:r>
    </w:p>
    <w:p w14:paraId="0987AE42" w14:textId="3FC96AF3" w:rsidR="00C7253B" w:rsidRDefault="00C7253B" w:rsidP="00C7253B">
      <w:r>
        <w:t>Publications, Presentations, Ongoing research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23"/>
        <w:gridCol w:w="6627"/>
      </w:tblGrid>
      <w:tr w:rsidR="00CD745A" w14:paraId="6F75DC21" w14:textId="77777777" w:rsidTr="00695860">
        <w:tc>
          <w:tcPr>
            <w:tcW w:w="9350" w:type="dxa"/>
            <w:gridSpan w:val="2"/>
          </w:tcPr>
          <w:p w14:paraId="59BAD478" w14:textId="7A22C06D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870296156"/>
                <w:placeholder>
                  <w:docPart w:val="CA4E4ABAE5DA465E97A6237A7809538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769739CE" w14:textId="77777777" w:rsidTr="00CD745A">
        <w:tc>
          <w:tcPr>
            <w:tcW w:w="2723" w:type="dxa"/>
            <w:vAlign w:val="center"/>
          </w:tcPr>
          <w:p w14:paraId="178AC458" w14:textId="56A0B311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587663669"/>
            <w:placeholder>
              <w:docPart w:val="156AE4FD73954CA688AAE317B321396B"/>
            </w:placeholder>
            <w:showingPlcHdr/>
          </w:sdtPr>
          <w:sdtContent>
            <w:tc>
              <w:tcPr>
                <w:tcW w:w="6627" w:type="dxa"/>
              </w:tcPr>
              <w:p w14:paraId="419B1C3D" w14:textId="3D84B99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15DA0842" w14:textId="77777777" w:rsidTr="00CD745A">
        <w:tc>
          <w:tcPr>
            <w:tcW w:w="2723" w:type="dxa"/>
            <w:vAlign w:val="center"/>
          </w:tcPr>
          <w:p w14:paraId="22919863" w14:textId="26D703DD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2132510190"/>
            <w:placeholder>
              <w:docPart w:val="6D5A277E4DAE4119840AF2E2D970FC5F"/>
            </w:placeholder>
            <w:showingPlcHdr/>
          </w:sdtPr>
          <w:sdtContent>
            <w:tc>
              <w:tcPr>
                <w:tcW w:w="6627" w:type="dxa"/>
              </w:tcPr>
              <w:p w14:paraId="468FCDE1" w14:textId="3348A058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5D715A34" w14:textId="77777777" w:rsidTr="00CD745A">
        <w:tc>
          <w:tcPr>
            <w:tcW w:w="2723" w:type="dxa"/>
            <w:vAlign w:val="center"/>
          </w:tcPr>
          <w:p w14:paraId="1275C95C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687B8572" w14:textId="77777777" w:rsidR="00CD745A" w:rsidRDefault="00CD745A" w:rsidP="00CD745A"/>
        </w:tc>
        <w:sdt>
          <w:sdtPr>
            <w:id w:val="281088364"/>
            <w:placeholder>
              <w:docPart w:val="586FFECF142C4598987272C037E4807A"/>
            </w:placeholder>
            <w:showingPlcHdr/>
          </w:sdtPr>
          <w:sdtContent>
            <w:tc>
              <w:tcPr>
                <w:tcW w:w="6627" w:type="dxa"/>
              </w:tcPr>
              <w:p w14:paraId="65BB4C77" w14:textId="59DC1FA6" w:rsidR="00CD745A" w:rsidRDefault="00CD745A" w:rsidP="00C7253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7E170BE8" w14:textId="77777777" w:rsidTr="00CD745A">
        <w:tc>
          <w:tcPr>
            <w:tcW w:w="2723" w:type="dxa"/>
            <w:vAlign w:val="center"/>
          </w:tcPr>
          <w:p w14:paraId="609E6916" w14:textId="6B8BFF7A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721250372"/>
            <w:placeholder>
              <w:docPart w:val="0FB6E5FECABF45829BB384A56029A28D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383255EC" w14:textId="595583B5" w:rsidR="00CD745A" w:rsidRDefault="00CD745A" w:rsidP="00C7253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4F9E7C13" w14:textId="77777777" w:rsidTr="00CD745A">
        <w:tc>
          <w:tcPr>
            <w:tcW w:w="2723" w:type="dxa"/>
            <w:vAlign w:val="center"/>
          </w:tcPr>
          <w:p w14:paraId="5530C6EE" w14:textId="4E8D55D8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B4C77D8" w14:textId="617357C6" w:rsidR="00CD745A" w:rsidRDefault="00CD745A" w:rsidP="00CD745A">
            <w:r>
              <w:t xml:space="preserve">Complete  </w:t>
            </w:r>
            <w:sdt>
              <w:sdtPr>
                <w:id w:val="1566837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398199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2CDB46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4AF9FBD7" w14:textId="2CFFB4CF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733F3DA5" w14:textId="295D5213" w:rsidR="00CD745A" w:rsidRDefault="00CD745A" w:rsidP="00CD745A">
            <w:r>
              <w:t xml:space="preserve">Yes </w:t>
            </w:r>
            <w:sdt>
              <w:sdtPr>
                <w:id w:val="-1816093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080904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5C942432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0EF3430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3B1F1C1" w14:textId="0CFC388F" w:rsidR="00CD745A" w:rsidRDefault="00CD745A" w:rsidP="00CD745A"/>
        </w:tc>
      </w:tr>
      <w:tr w:rsidR="00CD745A" w14:paraId="2CAAEA55" w14:textId="77777777" w:rsidTr="00695860">
        <w:tc>
          <w:tcPr>
            <w:tcW w:w="9350" w:type="dxa"/>
            <w:gridSpan w:val="2"/>
          </w:tcPr>
          <w:p w14:paraId="0912AE07" w14:textId="52BA6C09" w:rsidR="00CD745A" w:rsidRDefault="00CD745A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>:</w:t>
            </w:r>
            <w:r w:rsidR="00A0792E">
              <w:rPr>
                <w:b/>
                <w:bCs/>
              </w:rPr>
              <w:t xml:space="preserve"> </w:t>
            </w:r>
            <w:r w:rsidR="00A0792E">
              <w:rPr>
                <w:b/>
                <w:bCs/>
              </w:rPr>
              <w:tab/>
            </w:r>
            <w:r w:rsidR="00A0792E"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-2134250045"/>
                <w:placeholder>
                  <w:docPart w:val="26164AFE8C004731B39F8D42AA79484B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CD745A" w14:paraId="45561211" w14:textId="77777777" w:rsidTr="00CD745A">
        <w:tc>
          <w:tcPr>
            <w:tcW w:w="2723" w:type="dxa"/>
            <w:vAlign w:val="center"/>
          </w:tcPr>
          <w:p w14:paraId="33EC83AA" w14:textId="77777777" w:rsidR="00CD745A" w:rsidRDefault="00CD745A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039898715"/>
            <w:placeholder>
              <w:docPart w:val="143E6DFAA3A744858DA27EA69CF186A8"/>
            </w:placeholder>
            <w:showingPlcHdr/>
          </w:sdtPr>
          <w:sdtContent>
            <w:tc>
              <w:tcPr>
                <w:tcW w:w="6627" w:type="dxa"/>
              </w:tcPr>
              <w:p w14:paraId="1383E0DC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C5D06A4" w14:textId="77777777" w:rsidTr="00CD745A">
        <w:tc>
          <w:tcPr>
            <w:tcW w:w="2723" w:type="dxa"/>
            <w:vAlign w:val="center"/>
          </w:tcPr>
          <w:p w14:paraId="11FFEE38" w14:textId="77777777" w:rsidR="00CD745A" w:rsidRDefault="00CD745A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1849295955"/>
            <w:placeholder>
              <w:docPart w:val="FB7E9068020A4D09974EA1EB0D07EBE0"/>
            </w:placeholder>
            <w:showingPlcHdr/>
          </w:sdtPr>
          <w:sdtContent>
            <w:tc>
              <w:tcPr>
                <w:tcW w:w="6627" w:type="dxa"/>
              </w:tcPr>
              <w:p w14:paraId="22629E3B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38F6B4EE" w14:textId="77777777" w:rsidTr="00CD745A">
        <w:tc>
          <w:tcPr>
            <w:tcW w:w="2723" w:type="dxa"/>
            <w:vAlign w:val="center"/>
          </w:tcPr>
          <w:p w14:paraId="57D486D0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F44AD1C" w14:textId="77777777" w:rsidR="00CD745A" w:rsidRDefault="00CD745A" w:rsidP="00CD745A"/>
        </w:tc>
        <w:sdt>
          <w:sdtPr>
            <w:id w:val="666522276"/>
            <w:placeholder>
              <w:docPart w:val="B9DD229517514DD3BA30880642405144"/>
            </w:placeholder>
            <w:showingPlcHdr/>
          </w:sdtPr>
          <w:sdtContent>
            <w:tc>
              <w:tcPr>
                <w:tcW w:w="6627" w:type="dxa"/>
              </w:tcPr>
              <w:p w14:paraId="58B1D2F4" w14:textId="77777777" w:rsidR="00CD745A" w:rsidRDefault="00CD745A" w:rsidP="00076DED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D745A" w14:paraId="4929BB4B" w14:textId="77777777" w:rsidTr="00CD745A">
        <w:tc>
          <w:tcPr>
            <w:tcW w:w="2723" w:type="dxa"/>
            <w:vAlign w:val="center"/>
          </w:tcPr>
          <w:p w14:paraId="6B87E394" w14:textId="77777777" w:rsidR="00CD745A" w:rsidRDefault="00CD745A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039040763"/>
            <w:placeholder>
              <w:docPart w:val="4B4DB9EE858049CCB9AFBB15E50951BB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7328BCA" w14:textId="77777777" w:rsidR="00CD745A" w:rsidRDefault="00CD745A" w:rsidP="00076DED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CD745A" w14:paraId="5C3E6963" w14:textId="77777777" w:rsidTr="00CD745A">
        <w:tc>
          <w:tcPr>
            <w:tcW w:w="2723" w:type="dxa"/>
            <w:vAlign w:val="center"/>
          </w:tcPr>
          <w:p w14:paraId="61031033" w14:textId="77777777" w:rsidR="00CD745A" w:rsidRDefault="00CD745A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4D915A34" w14:textId="77777777" w:rsidR="00CD745A" w:rsidRDefault="00CD745A" w:rsidP="00CD745A">
            <w:r>
              <w:t xml:space="preserve">Complete  </w:t>
            </w:r>
            <w:sdt>
              <w:sdtPr>
                <w:id w:val="75818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5975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4C8207BE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615DD567" w14:textId="77777777" w:rsidR="00CD745A" w:rsidRPr="00F4085D" w:rsidRDefault="00CD745A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67D0B379" w14:textId="77777777" w:rsidR="00CD745A" w:rsidRDefault="00CD745A" w:rsidP="00CD745A">
            <w:r>
              <w:t xml:space="preserve">Yes </w:t>
            </w:r>
            <w:sdt>
              <w:sdtPr>
                <w:id w:val="138547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664535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CD745A" w14:paraId="1EB756F8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6FD53F" w14:textId="77777777" w:rsidR="00CD745A" w:rsidRPr="00F4085D" w:rsidRDefault="00CD745A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54A7D4" w14:textId="2F4A5C0F" w:rsidR="00CD745A" w:rsidRDefault="00CD745A" w:rsidP="00CD745A"/>
        </w:tc>
      </w:tr>
      <w:tr w:rsidR="003B26DE" w14:paraId="5322EB3E" w14:textId="77777777" w:rsidTr="00695860">
        <w:tc>
          <w:tcPr>
            <w:tcW w:w="9350" w:type="dxa"/>
            <w:gridSpan w:val="2"/>
          </w:tcPr>
          <w:p w14:paraId="48ADEB26" w14:textId="780482A9" w:rsidR="003B26DE" w:rsidRDefault="003B26D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1717235152"/>
                <w:placeholder>
                  <w:docPart w:val="9092E21455F04D088E08A3B3329A966C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798E3A84" w14:textId="77777777" w:rsidTr="00CD745A">
        <w:tc>
          <w:tcPr>
            <w:tcW w:w="2723" w:type="dxa"/>
            <w:vAlign w:val="center"/>
          </w:tcPr>
          <w:p w14:paraId="7DA78C93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449459092"/>
            <w:placeholder>
              <w:docPart w:val="FAE38B133153430C97C5D902CB8CC0D7"/>
            </w:placeholder>
            <w:showingPlcHdr/>
          </w:sdtPr>
          <w:sdtContent>
            <w:tc>
              <w:tcPr>
                <w:tcW w:w="6627" w:type="dxa"/>
              </w:tcPr>
              <w:p w14:paraId="1FC8E88D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88D53CC" w14:textId="77777777" w:rsidTr="00CD745A">
        <w:tc>
          <w:tcPr>
            <w:tcW w:w="2723" w:type="dxa"/>
            <w:vAlign w:val="center"/>
          </w:tcPr>
          <w:p w14:paraId="6067DD3A" w14:textId="77777777" w:rsidR="003B26DE" w:rsidRDefault="003B26D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953669340"/>
            <w:placeholder>
              <w:docPart w:val="96A1663A02624CA69D0A59601A594735"/>
            </w:placeholder>
            <w:showingPlcHdr/>
          </w:sdtPr>
          <w:sdtContent>
            <w:tc>
              <w:tcPr>
                <w:tcW w:w="6627" w:type="dxa"/>
              </w:tcPr>
              <w:p w14:paraId="0B9EDCE7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4529C7C" w14:textId="77777777" w:rsidTr="00CD745A">
        <w:tc>
          <w:tcPr>
            <w:tcW w:w="2723" w:type="dxa"/>
            <w:vAlign w:val="center"/>
          </w:tcPr>
          <w:p w14:paraId="10D496B3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46A5FF7C" w14:textId="77777777" w:rsidR="003B26DE" w:rsidRDefault="003B26DE" w:rsidP="00CD745A"/>
        </w:tc>
        <w:sdt>
          <w:sdtPr>
            <w:id w:val="760810036"/>
            <w:placeholder>
              <w:docPart w:val="F442007450924436B8759D1E760DA3A4"/>
            </w:placeholder>
            <w:showingPlcHdr/>
          </w:sdtPr>
          <w:sdtContent>
            <w:tc>
              <w:tcPr>
                <w:tcW w:w="6627" w:type="dxa"/>
              </w:tcPr>
              <w:p w14:paraId="6947033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0E4759B4" w14:textId="77777777" w:rsidTr="00CD745A">
        <w:tc>
          <w:tcPr>
            <w:tcW w:w="2723" w:type="dxa"/>
            <w:vAlign w:val="center"/>
          </w:tcPr>
          <w:p w14:paraId="504A1C89" w14:textId="77777777" w:rsidR="003B26DE" w:rsidRDefault="003B26D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1478677018"/>
            <w:placeholder>
              <w:docPart w:val="10D99C5F1B3349CC815CCDBA7B5FFAE9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4635854B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3FC94D19" w14:textId="77777777" w:rsidTr="00CD745A">
        <w:tc>
          <w:tcPr>
            <w:tcW w:w="2723" w:type="dxa"/>
            <w:vAlign w:val="center"/>
          </w:tcPr>
          <w:p w14:paraId="6248FE7E" w14:textId="77777777" w:rsidR="003B26DE" w:rsidRDefault="003B26D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25581924" w14:textId="77777777" w:rsidR="003B26DE" w:rsidRDefault="003B26DE" w:rsidP="00CD745A">
            <w:r>
              <w:t xml:space="preserve">Complete  </w:t>
            </w:r>
            <w:sdt>
              <w:sdtPr>
                <w:id w:val="798338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1857077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613BF4BD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289F9BD0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0E294B57" w14:textId="77777777" w:rsidR="003B26DE" w:rsidRDefault="003B26DE" w:rsidP="00CD745A">
            <w:r>
              <w:t xml:space="preserve">Yes </w:t>
            </w:r>
            <w:sdt>
              <w:sdtPr>
                <w:id w:val="1371736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615411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1761DC24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428CFF9" w14:textId="77777777" w:rsidR="003B26DE" w:rsidRPr="00F4085D" w:rsidRDefault="003B26D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BF7114" w14:textId="2516D560" w:rsidR="003B26DE" w:rsidRDefault="003B26DE" w:rsidP="00CD745A"/>
        </w:tc>
      </w:tr>
      <w:tr w:rsidR="003B26DE" w14:paraId="7B8B7BFC" w14:textId="77777777" w:rsidTr="00695860">
        <w:tc>
          <w:tcPr>
            <w:tcW w:w="9350" w:type="dxa"/>
            <w:gridSpan w:val="2"/>
          </w:tcPr>
          <w:p w14:paraId="3CDCBEAB" w14:textId="33A6DF45" w:rsidR="003B26DE" w:rsidRDefault="003B26D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781543707"/>
                <w:placeholder>
                  <w:docPart w:val="012FF6DAB51343DBAA5BD45A58961EFA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0CD73088" w14:textId="77777777" w:rsidTr="00CD745A">
        <w:tc>
          <w:tcPr>
            <w:tcW w:w="2723" w:type="dxa"/>
            <w:vAlign w:val="center"/>
          </w:tcPr>
          <w:p w14:paraId="312078E5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745559984"/>
            <w:placeholder>
              <w:docPart w:val="80D728F8F3C64C1A9A0B9CE4B3693D67"/>
            </w:placeholder>
            <w:showingPlcHdr/>
          </w:sdtPr>
          <w:sdtContent>
            <w:tc>
              <w:tcPr>
                <w:tcW w:w="6627" w:type="dxa"/>
              </w:tcPr>
              <w:p w14:paraId="45CAB6E4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228D7674" w14:textId="77777777" w:rsidTr="00CD745A">
        <w:tc>
          <w:tcPr>
            <w:tcW w:w="2723" w:type="dxa"/>
            <w:vAlign w:val="center"/>
          </w:tcPr>
          <w:p w14:paraId="366D93DE" w14:textId="77777777" w:rsidR="003B26DE" w:rsidRDefault="003B26D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477432035"/>
            <w:placeholder>
              <w:docPart w:val="4B5E3C9EBA1940C58DFDEB04568B0CE8"/>
            </w:placeholder>
            <w:showingPlcHdr/>
          </w:sdtPr>
          <w:sdtContent>
            <w:tc>
              <w:tcPr>
                <w:tcW w:w="6627" w:type="dxa"/>
              </w:tcPr>
              <w:p w14:paraId="24CE89E9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21CC135" w14:textId="77777777" w:rsidTr="00CD745A">
        <w:tc>
          <w:tcPr>
            <w:tcW w:w="2723" w:type="dxa"/>
            <w:vAlign w:val="center"/>
          </w:tcPr>
          <w:p w14:paraId="28060C92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0B1CFB02" w14:textId="77777777" w:rsidR="003B26DE" w:rsidRDefault="003B26DE" w:rsidP="00CD745A"/>
        </w:tc>
        <w:sdt>
          <w:sdtPr>
            <w:id w:val="1153957970"/>
            <w:placeholder>
              <w:docPart w:val="B3485E4E56184BF8BE0A530914291585"/>
            </w:placeholder>
            <w:showingPlcHdr/>
          </w:sdtPr>
          <w:sdtContent>
            <w:tc>
              <w:tcPr>
                <w:tcW w:w="6627" w:type="dxa"/>
              </w:tcPr>
              <w:p w14:paraId="71D63784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BB28FFF" w14:textId="77777777" w:rsidTr="00CD745A">
        <w:tc>
          <w:tcPr>
            <w:tcW w:w="2723" w:type="dxa"/>
            <w:vAlign w:val="center"/>
          </w:tcPr>
          <w:p w14:paraId="642CEAA3" w14:textId="77777777" w:rsidR="003B26DE" w:rsidRDefault="003B26D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-2051059246"/>
            <w:placeholder>
              <w:docPart w:val="257ED03E6AB845F0AB1D29F4BB7E35B5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2A326DFF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0B4B15CA" w14:textId="77777777" w:rsidTr="00CD745A">
        <w:tc>
          <w:tcPr>
            <w:tcW w:w="2723" w:type="dxa"/>
            <w:vAlign w:val="center"/>
          </w:tcPr>
          <w:p w14:paraId="3C4B2AF7" w14:textId="77777777" w:rsidR="003B26DE" w:rsidRDefault="003B26D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2ABC0CFD" w14:textId="77777777" w:rsidR="003B26DE" w:rsidRDefault="003B26DE" w:rsidP="00CD745A">
            <w:r>
              <w:t xml:space="preserve">Complete  </w:t>
            </w:r>
            <w:sdt>
              <w:sdtPr>
                <w:id w:val="948127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10724962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340D2F62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5A8F8B9F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4FEC372A" w14:textId="77777777" w:rsidR="003B26DE" w:rsidRDefault="003B26DE" w:rsidP="00CD745A">
            <w:r>
              <w:t xml:space="preserve">Yes </w:t>
            </w:r>
            <w:sdt>
              <w:sdtPr>
                <w:id w:val="-13541832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4744453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5CED4D87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DF965E" w14:textId="77777777" w:rsidR="003B26DE" w:rsidRPr="00F4085D" w:rsidRDefault="003B26D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989733" w14:textId="7052CD9C" w:rsidR="003B26DE" w:rsidRDefault="003B26DE" w:rsidP="00CD745A"/>
        </w:tc>
      </w:tr>
      <w:tr w:rsidR="003B26DE" w14:paraId="47EA069C" w14:textId="77777777" w:rsidTr="00695860">
        <w:tc>
          <w:tcPr>
            <w:tcW w:w="9350" w:type="dxa"/>
            <w:gridSpan w:val="2"/>
          </w:tcPr>
          <w:p w14:paraId="38E86EA8" w14:textId="54D965E4" w:rsidR="003B26DE" w:rsidRDefault="003B26DE" w:rsidP="00C7253B">
            <w:r w:rsidRPr="00F4085D">
              <w:rPr>
                <w:b/>
                <w:bCs/>
              </w:rPr>
              <w:t>Title of Item</w:t>
            </w:r>
            <w:r>
              <w:rPr>
                <w:b/>
                <w:bCs/>
              </w:rPr>
              <w:t xml:space="preserve">: </w:t>
            </w:r>
            <w:r>
              <w:rPr>
                <w:b/>
                <w:bCs/>
              </w:rPr>
              <w:tab/>
            </w:r>
            <w:r>
              <w:rPr>
                <w:b/>
                <w:bCs/>
              </w:rPr>
              <w:tab/>
            </w:r>
            <w:sdt>
              <w:sdtPr>
                <w:rPr>
                  <w:b/>
                  <w:bCs/>
                </w:rPr>
                <w:id w:val="512194478"/>
                <w:placeholder>
                  <w:docPart w:val="79901C821E824D33BED031547FADA396"/>
                </w:placeholder>
                <w:showingPlcHdr/>
              </w:sdtPr>
              <w:sdtContent>
                <w:r w:rsidRPr="000E7C9F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3B26DE" w14:paraId="17DB1E65" w14:textId="77777777" w:rsidTr="00CD745A">
        <w:tc>
          <w:tcPr>
            <w:tcW w:w="2723" w:type="dxa"/>
            <w:vAlign w:val="center"/>
          </w:tcPr>
          <w:p w14:paraId="780C77DE" w14:textId="77777777" w:rsidR="003B26DE" w:rsidRDefault="003B26DE" w:rsidP="00CD745A">
            <w:r w:rsidRPr="00F4085D">
              <w:rPr>
                <w:b/>
                <w:bCs/>
              </w:rPr>
              <w:t>Role</w:t>
            </w:r>
          </w:p>
        </w:tc>
        <w:sdt>
          <w:sdtPr>
            <w:id w:val="-1318802721"/>
            <w:placeholder>
              <w:docPart w:val="D5E2163B935F4BD6AD81C8F0D2DBDAC2"/>
            </w:placeholder>
            <w:showingPlcHdr/>
          </w:sdtPr>
          <w:sdtContent>
            <w:tc>
              <w:tcPr>
                <w:tcW w:w="6627" w:type="dxa"/>
              </w:tcPr>
              <w:p w14:paraId="115F80C1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6D2CE4E" w14:textId="77777777" w:rsidTr="00CD745A">
        <w:tc>
          <w:tcPr>
            <w:tcW w:w="2723" w:type="dxa"/>
            <w:vAlign w:val="center"/>
          </w:tcPr>
          <w:p w14:paraId="4C29B799" w14:textId="77777777" w:rsidR="003B26DE" w:rsidRDefault="003B26DE" w:rsidP="00CD745A">
            <w:r w:rsidRPr="00F4085D">
              <w:rPr>
                <w:b/>
                <w:bCs/>
              </w:rPr>
              <w:t>Publication/Conference Name</w:t>
            </w:r>
          </w:p>
        </w:tc>
        <w:sdt>
          <w:sdtPr>
            <w:id w:val="-1804997019"/>
            <w:placeholder>
              <w:docPart w:val="F22C0C83F09D403087780EC5752D2C93"/>
            </w:placeholder>
            <w:showingPlcHdr/>
          </w:sdtPr>
          <w:sdtContent>
            <w:tc>
              <w:tcPr>
                <w:tcW w:w="6627" w:type="dxa"/>
              </w:tcPr>
              <w:p w14:paraId="7775372E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372E8F06" w14:textId="77777777" w:rsidTr="00CD745A">
        <w:tc>
          <w:tcPr>
            <w:tcW w:w="2723" w:type="dxa"/>
            <w:vAlign w:val="center"/>
          </w:tcPr>
          <w:p w14:paraId="40416412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DOI link where applicable</w:t>
            </w:r>
          </w:p>
          <w:p w14:paraId="27A8E94C" w14:textId="77777777" w:rsidR="003B26DE" w:rsidRDefault="003B26DE" w:rsidP="00CD745A"/>
        </w:tc>
        <w:sdt>
          <w:sdtPr>
            <w:id w:val="-92858126"/>
            <w:placeholder>
              <w:docPart w:val="59E09F653F0A4495B2AFCAA6DFFA6CF7"/>
            </w:placeholder>
            <w:showingPlcHdr/>
          </w:sdtPr>
          <w:sdtContent>
            <w:tc>
              <w:tcPr>
                <w:tcW w:w="6627" w:type="dxa"/>
              </w:tcPr>
              <w:p w14:paraId="160ACB86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3F204AC" w14:textId="77777777" w:rsidTr="00CD745A">
        <w:tc>
          <w:tcPr>
            <w:tcW w:w="2723" w:type="dxa"/>
            <w:vAlign w:val="center"/>
          </w:tcPr>
          <w:p w14:paraId="1031ADA1" w14:textId="77777777" w:rsidR="003B26DE" w:rsidRDefault="003B26DE" w:rsidP="00CD745A">
            <w:r w:rsidRPr="00F4085D">
              <w:rPr>
                <w:b/>
                <w:bCs/>
              </w:rPr>
              <w:t>Publication/Presentation Date</w:t>
            </w:r>
          </w:p>
        </w:tc>
        <w:sdt>
          <w:sdtPr>
            <w:id w:val="1429003844"/>
            <w:placeholder>
              <w:docPart w:val="B2CACCF274CE437E9824772C526D5986"/>
            </w:placeholder>
            <w:showingPlcHdr/>
            <w:date>
              <w:dateFormat w:val="dd/MM/yyyy"/>
              <w:lid w:val="en-IE"/>
              <w:storeMappedDataAs w:val="dateTime"/>
              <w:calendar w:val="gregorian"/>
            </w:date>
          </w:sdtPr>
          <w:sdtContent>
            <w:tc>
              <w:tcPr>
                <w:tcW w:w="6627" w:type="dxa"/>
              </w:tcPr>
              <w:p w14:paraId="5CDEA1CC" w14:textId="77777777" w:rsidR="003B26DE" w:rsidRDefault="003B26DE" w:rsidP="00CA2CEB">
                <w:r w:rsidRPr="00076DED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3B26DE" w14:paraId="70798B5E" w14:textId="77777777" w:rsidTr="00CD745A">
        <w:tc>
          <w:tcPr>
            <w:tcW w:w="2723" w:type="dxa"/>
            <w:vAlign w:val="center"/>
          </w:tcPr>
          <w:p w14:paraId="56AA1419" w14:textId="77777777" w:rsidR="003B26DE" w:rsidRDefault="003B26DE" w:rsidP="00CD745A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27" w:type="dxa"/>
          </w:tcPr>
          <w:p w14:paraId="55D1E636" w14:textId="77777777" w:rsidR="003B26DE" w:rsidRDefault="003B26DE" w:rsidP="00CD745A">
            <w:r>
              <w:t xml:space="preserve">Complete  </w:t>
            </w:r>
            <w:sdt>
              <w:sdtPr>
                <w:id w:val="951826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62911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09F7D100" w14:textId="77777777" w:rsidTr="00CD745A"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14:paraId="01E4889E" w14:textId="77777777" w:rsidR="003B26DE" w:rsidRPr="00F4085D" w:rsidRDefault="003B26DE" w:rsidP="00CD745A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27" w:type="dxa"/>
            <w:tcBorders>
              <w:bottom w:val="single" w:sz="4" w:space="0" w:color="auto"/>
            </w:tcBorders>
          </w:tcPr>
          <w:p w14:paraId="3759C56E" w14:textId="77777777" w:rsidR="003B26DE" w:rsidRDefault="003B26DE" w:rsidP="00CD745A">
            <w:r>
              <w:t xml:space="preserve">Yes </w:t>
            </w:r>
            <w:sdt>
              <w:sdtPr>
                <w:id w:val="-756441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8011942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09FDB70A" w14:textId="77777777" w:rsidTr="00CD745A">
        <w:tc>
          <w:tcPr>
            <w:tcW w:w="27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319B4C9" w14:textId="77777777" w:rsidR="003B26DE" w:rsidRPr="00F4085D" w:rsidRDefault="003B26DE" w:rsidP="00CD745A">
            <w:pPr>
              <w:rPr>
                <w:b/>
                <w:bCs/>
              </w:rPr>
            </w:pPr>
          </w:p>
        </w:tc>
        <w:tc>
          <w:tcPr>
            <w:tcW w:w="66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3936F3" w14:textId="6511E248" w:rsidR="003B26DE" w:rsidRDefault="003B26DE" w:rsidP="00CD745A"/>
        </w:tc>
      </w:tr>
    </w:tbl>
    <w:p w14:paraId="217DAF30" w14:textId="77777777" w:rsidR="00CD745A" w:rsidRDefault="00CD745A" w:rsidP="00C7253B"/>
    <w:p w14:paraId="6AB6560D" w14:textId="77777777" w:rsidR="003B26DE" w:rsidRDefault="003B26DE">
      <w:pPr>
        <w:rPr>
          <w:rFonts w:asciiTheme="majorHAnsi" w:eastAsiaTheme="majorEastAsia" w:hAnsiTheme="majorHAnsi" w:cstheme="majorBidi"/>
          <w:b/>
          <w:bCs/>
          <w:color w:val="0024BB"/>
          <w:sz w:val="28"/>
          <w:szCs w:val="28"/>
        </w:rPr>
      </w:pPr>
      <w:r>
        <w:br w:type="page"/>
      </w:r>
    </w:p>
    <w:p w14:paraId="01499F46" w14:textId="3EC6C668" w:rsidR="00214ECC" w:rsidRDefault="003729FB">
      <w:pPr>
        <w:pStyle w:val="Heading1"/>
      </w:pPr>
      <w:r>
        <w:lastRenderedPageBreak/>
        <w:t>Teaching 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E9708F" w14:paraId="66F7ED9E" w14:textId="77777777" w:rsidTr="00A0792E">
        <w:tc>
          <w:tcPr>
            <w:tcW w:w="2689" w:type="dxa"/>
          </w:tcPr>
          <w:p w14:paraId="1ADD563F" w14:textId="0A257E3C" w:rsidR="00E9708F" w:rsidRDefault="00E9708F">
            <w:r w:rsidRPr="00F4085D">
              <w:rPr>
                <w:b/>
                <w:bCs/>
              </w:rPr>
              <w:t>Role</w:t>
            </w:r>
          </w:p>
        </w:tc>
        <w:sdt>
          <w:sdtPr>
            <w:id w:val="902106861"/>
            <w:placeholder>
              <w:docPart w:val="7041F98D97294F33B27DB409BE8E34F1"/>
            </w:placeholder>
            <w:showingPlcHdr/>
          </w:sdtPr>
          <w:sdtContent>
            <w:tc>
              <w:tcPr>
                <w:tcW w:w="6661" w:type="dxa"/>
              </w:tcPr>
              <w:p w14:paraId="38426A61" w14:textId="6DC414F8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B740C1B" w14:textId="77777777" w:rsidTr="00A0792E">
        <w:tc>
          <w:tcPr>
            <w:tcW w:w="2689" w:type="dxa"/>
          </w:tcPr>
          <w:p w14:paraId="5063B332" w14:textId="5483306F" w:rsidR="00E9708F" w:rsidRDefault="00E9708F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619653"/>
            <w:placeholder>
              <w:docPart w:val="73AB6D1D873F4738BF61AE697637871D"/>
            </w:placeholder>
            <w:showingPlcHdr/>
          </w:sdtPr>
          <w:sdtContent>
            <w:tc>
              <w:tcPr>
                <w:tcW w:w="6661" w:type="dxa"/>
              </w:tcPr>
              <w:p w14:paraId="1BDE551D" w14:textId="5EDF4B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66CA38CE" w14:textId="77777777" w:rsidTr="00A0792E">
        <w:tc>
          <w:tcPr>
            <w:tcW w:w="2689" w:type="dxa"/>
          </w:tcPr>
          <w:p w14:paraId="6E014817" w14:textId="4BF4295B" w:rsidR="00E9708F" w:rsidRDefault="00E9708F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1642029865"/>
            <w:placeholder>
              <w:docPart w:val="520891A0A4C04E9D9F8A8F3644975CB1"/>
            </w:placeholder>
            <w:showingPlcHdr/>
          </w:sdtPr>
          <w:sdtContent>
            <w:tc>
              <w:tcPr>
                <w:tcW w:w="6661" w:type="dxa"/>
              </w:tcPr>
              <w:p w14:paraId="423783DB" w14:textId="2A8EDBCC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37EA1DB7" w14:textId="77777777" w:rsidTr="00A0792E">
        <w:tc>
          <w:tcPr>
            <w:tcW w:w="2689" w:type="dxa"/>
          </w:tcPr>
          <w:p w14:paraId="287584B0" w14:textId="77777777" w:rsidR="00E9708F" w:rsidRPr="00F4085D" w:rsidRDefault="00E9708F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76F22547" w14:textId="77777777" w:rsidR="00E9708F" w:rsidRDefault="00E9708F"/>
        </w:tc>
        <w:sdt>
          <w:sdtPr>
            <w:id w:val="206851474"/>
            <w:placeholder>
              <w:docPart w:val="C582574595EA444189787F4DFB8EE37F"/>
            </w:placeholder>
            <w:showingPlcHdr/>
          </w:sdtPr>
          <w:sdtContent>
            <w:tc>
              <w:tcPr>
                <w:tcW w:w="6661" w:type="dxa"/>
              </w:tcPr>
              <w:p w14:paraId="428D0AF4" w14:textId="14E793E1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4B70A0A3" w14:textId="77777777" w:rsidTr="00A0792E">
        <w:tc>
          <w:tcPr>
            <w:tcW w:w="2689" w:type="dxa"/>
          </w:tcPr>
          <w:p w14:paraId="2B82BE9D" w14:textId="190108BB" w:rsidR="00E9708F" w:rsidRDefault="00E9708F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51D74B4D" w14:textId="3CBD99A1" w:rsidR="00E9708F" w:rsidRDefault="00E9708F">
            <w:r>
              <w:t xml:space="preserve">Complete  </w:t>
            </w:r>
            <w:sdt>
              <w:sdtPr>
                <w:id w:val="17780520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19889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605DD3C8" w14:textId="77777777" w:rsidTr="00A0792E">
        <w:tc>
          <w:tcPr>
            <w:tcW w:w="2689" w:type="dxa"/>
          </w:tcPr>
          <w:p w14:paraId="3ACF7AFC" w14:textId="2D9BB58C" w:rsidR="00E9708F" w:rsidRDefault="00E9708F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44629995"/>
            <w:placeholder>
              <w:docPart w:val="55670920D67C4481B676B57D42BEF39B"/>
            </w:placeholder>
            <w:showingPlcHdr/>
          </w:sdtPr>
          <w:sdtContent>
            <w:tc>
              <w:tcPr>
                <w:tcW w:w="6661" w:type="dxa"/>
              </w:tcPr>
              <w:p w14:paraId="44ADF35B" w14:textId="075D342D" w:rsidR="00E9708F" w:rsidRDefault="00E9708F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9708F" w14:paraId="566A2045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119B54C1" w14:textId="25B16C01" w:rsidR="00E9708F" w:rsidRPr="00F4085D" w:rsidRDefault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0F0F3B7F" w14:textId="318FBCA3" w:rsidR="00E9708F" w:rsidRDefault="00E9708F">
            <w:r>
              <w:t xml:space="preserve">Yes </w:t>
            </w:r>
            <w:sdt>
              <w:sdtPr>
                <w:id w:val="1017657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9493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E9708F" w14:paraId="3B48CE59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BA6886" w14:textId="557267F9" w:rsidR="00E9708F" w:rsidRDefault="00E9708F"/>
        </w:tc>
      </w:tr>
      <w:tr w:rsidR="003B26DE" w14:paraId="78CD210F" w14:textId="77777777" w:rsidTr="00A0792E">
        <w:tc>
          <w:tcPr>
            <w:tcW w:w="2689" w:type="dxa"/>
          </w:tcPr>
          <w:p w14:paraId="63410CA5" w14:textId="559BDE05" w:rsidR="003B26DE" w:rsidRDefault="003B26D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823662306"/>
            <w:placeholder>
              <w:docPart w:val="57689B1D169C4BF78CE45050CCD92169"/>
            </w:placeholder>
            <w:showingPlcHdr/>
          </w:sdtPr>
          <w:sdtContent>
            <w:tc>
              <w:tcPr>
                <w:tcW w:w="6661" w:type="dxa"/>
              </w:tcPr>
              <w:p w14:paraId="518F12B2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64A72E0" w14:textId="77777777" w:rsidTr="00A0792E">
        <w:tc>
          <w:tcPr>
            <w:tcW w:w="2689" w:type="dxa"/>
          </w:tcPr>
          <w:p w14:paraId="707A39F4" w14:textId="77777777" w:rsidR="003B26DE" w:rsidRDefault="003B26D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595624915"/>
            <w:placeholder>
              <w:docPart w:val="41C08EB6C73A43A7973935F67C247C4E"/>
            </w:placeholder>
            <w:showingPlcHdr/>
          </w:sdtPr>
          <w:sdtContent>
            <w:tc>
              <w:tcPr>
                <w:tcW w:w="6661" w:type="dxa"/>
              </w:tcPr>
              <w:p w14:paraId="1C0E291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3F1E7E8D" w14:textId="77777777" w:rsidTr="00A0792E">
        <w:tc>
          <w:tcPr>
            <w:tcW w:w="2689" w:type="dxa"/>
          </w:tcPr>
          <w:p w14:paraId="5125E553" w14:textId="77777777" w:rsidR="003B26DE" w:rsidRDefault="003B26D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-898056514"/>
            <w:placeholder>
              <w:docPart w:val="EE1C950F7BE246FEA7F0367998080CAB"/>
            </w:placeholder>
            <w:showingPlcHdr/>
          </w:sdtPr>
          <w:sdtContent>
            <w:tc>
              <w:tcPr>
                <w:tcW w:w="6661" w:type="dxa"/>
              </w:tcPr>
              <w:p w14:paraId="35DB74D9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4DC1EBD3" w14:textId="77777777" w:rsidTr="00A0792E">
        <w:tc>
          <w:tcPr>
            <w:tcW w:w="2689" w:type="dxa"/>
          </w:tcPr>
          <w:p w14:paraId="0FE9B946" w14:textId="77777777" w:rsidR="003B26DE" w:rsidRPr="00F4085D" w:rsidRDefault="003B26DE" w:rsidP="00E9708F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147561F0" w14:textId="77777777" w:rsidR="003B26DE" w:rsidRDefault="003B26DE"/>
        </w:tc>
        <w:sdt>
          <w:sdtPr>
            <w:id w:val="-742798524"/>
            <w:placeholder>
              <w:docPart w:val="75330C66E3B1482398676EEF445EAEA2"/>
            </w:placeholder>
            <w:showingPlcHdr/>
          </w:sdtPr>
          <w:sdtContent>
            <w:tc>
              <w:tcPr>
                <w:tcW w:w="6661" w:type="dxa"/>
              </w:tcPr>
              <w:p w14:paraId="763AEDCE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3365D2BF" w14:textId="77777777" w:rsidTr="00A0792E">
        <w:tc>
          <w:tcPr>
            <w:tcW w:w="2689" w:type="dxa"/>
          </w:tcPr>
          <w:p w14:paraId="2380DE63" w14:textId="77777777" w:rsidR="003B26DE" w:rsidRDefault="003B26D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21E0428D" w14:textId="77777777" w:rsidR="003B26DE" w:rsidRDefault="003B26DE">
            <w:r>
              <w:t xml:space="preserve">Complete  </w:t>
            </w:r>
            <w:sdt>
              <w:sdtPr>
                <w:id w:val="1517043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-887570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5448080B" w14:textId="77777777" w:rsidTr="00A0792E">
        <w:tc>
          <w:tcPr>
            <w:tcW w:w="2689" w:type="dxa"/>
          </w:tcPr>
          <w:p w14:paraId="6452B3B7" w14:textId="77777777" w:rsidR="003B26DE" w:rsidRDefault="003B26D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2035691599"/>
            <w:placeholder>
              <w:docPart w:val="58D5E0E756694791924CB45CABC70625"/>
            </w:placeholder>
            <w:showingPlcHdr/>
          </w:sdtPr>
          <w:sdtContent>
            <w:tc>
              <w:tcPr>
                <w:tcW w:w="6661" w:type="dxa"/>
              </w:tcPr>
              <w:p w14:paraId="53C55483" w14:textId="77777777" w:rsidR="003B26DE" w:rsidRDefault="003B26DE" w:rsidP="00CA2CEB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3B26DE" w14:paraId="66153011" w14:textId="77777777" w:rsidTr="00A0792E">
        <w:tc>
          <w:tcPr>
            <w:tcW w:w="2689" w:type="dxa"/>
            <w:tcBorders>
              <w:bottom w:val="single" w:sz="4" w:space="0" w:color="auto"/>
            </w:tcBorders>
          </w:tcPr>
          <w:p w14:paraId="6A6981C2" w14:textId="77777777" w:rsidR="003B26DE" w:rsidRPr="00F4085D" w:rsidRDefault="003B26D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6CA3E1AA" w14:textId="77777777" w:rsidR="003B26DE" w:rsidRDefault="003B26DE">
            <w:r>
              <w:t xml:space="preserve">Yes </w:t>
            </w:r>
            <w:sdt>
              <w:sdtPr>
                <w:id w:val="-1676491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1227107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6791DE10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2CD270" w14:textId="77777777" w:rsidR="0045560B" w:rsidRDefault="0045560B" w:rsidP="000B319E"/>
        </w:tc>
      </w:tr>
      <w:tr w:rsidR="0045560B" w14:paraId="278CDB1B" w14:textId="77777777" w:rsidTr="000B319E">
        <w:tc>
          <w:tcPr>
            <w:tcW w:w="2689" w:type="dxa"/>
          </w:tcPr>
          <w:p w14:paraId="620101AC" w14:textId="77777777" w:rsidR="0045560B" w:rsidRDefault="0045560B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998422875"/>
            <w:placeholder>
              <w:docPart w:val="256A8DBABB5141C2B8296EF8664E106E"/>
            </w:placeholder>
            <w:showingPlcHdr/>
          </w:sdtPr>
          <w:sdtContent>
            <w:tc>
              <w:tcPr>
                <w:tcW w:w="6661" w:type="dxa"/>
              </w:tcPr>
              <w:p w14:paraId="5BAA18F8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04BEF39F" w14:textId="77777777" w:rsidTr="000B319E">
        <w:tc>
          <w:tcPr>
            <w:tcW w:w="2689" w:type="dxa"/>
          </w:tcPr>
          <w:p w14:paraId="61BE5BB2" w14:textId="77777777" w:rsidR="0045560B" w:rsidRDefault="0045560B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1817219910"/>
            <w:placeholder>
              <w:docPart w:val="918844F535144BEB96A9378442666684"/>
            </w:placeholder>
            <w:showingPlcHdr/>
          </w:sdtPr>
          <w:sdtContent>
            <w:tc>
              <w:tcPr>
                <w:tcW w:w="6661" w:type="dxa"/>
              </w:tcPr>
              <w:p w14:paraId="5ED0A10A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7A26D2D6" w14:textId="77777777" w:rsidTr="000B319E">
        <w:tc>
          <w:tcPr>
            <w:tcW w:w="2689" w:type="dxa"/>
          </w:tcPr>
          <w:p w14:paraId="2C94DF53" w14:textId="77777777" w:rsidR="0045560B" w:rsidRDefault="0045560B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114559868"/>
            <w:placeholder>
              <w:docPart w:val="66B713BF2D4241D6A8E1392B3D5FA601"/>
            </w:placeholder>
            <w:showingPlcHdr/>
          </w:sdtPr>
          <w:sdtContent>
            <w:tc>
              <w:tcPr>
                <w:tcW w:w="6661" w:type="dxa"/>
              </w:tcPr>
              <w:p w14:paraId="66482E58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4E18DF6B" w14:textId="77777777" w:rsidTr="000B319E">
        <w:tc>
          <w:tcPr>
            <w:tcW w:w="2689" w:type="dxa"/>
          </w:tcPr>
          <w:p w14:paraId="3E735906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6A2B09A1" w14:textId="77777777" w:rsidR="0045560B" w:rsidRDefault="0045560B" w:rsidP="000B319E"/>
        </w:tc>
        <w:sdt>
          <w:sdtPr>
            <w:id w:val="1413749111"/>
            <w:placeholder>
              <w:docPart w:val="AF87A4EF38A34B518D3CAE060BC7E962"/>
            </w:placeholder>
            <w:showingPlcHdr/>
          </w:sdtPr>
          <w:sdtContent>
            <w:tc>
              <w:tcPr>
                <w:tcW w:w="6661" w:type="dxa"/>
              </w:tcPr>
              <w:p w14:paraId="101D4626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5C5C5CDA" w14:textId="77777777" w:rsidTr="000B319E">
        <w:tc>
          <w:tcPr>
            <w:tcW w:w="2689" w:type="dxa"/>
          </w:tcPr>
          <w:p w14:paraId="2B3FEDE1" w14:textId="77777777" w:rsidR="0045560B" w:rsidRDefault="0045560B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E959AB1" w14:textId="77777777" w:rsidR="0045560B" w:rsidRDefault="0045560B" w:rsidP="000B319E">
            <w:r>
              <w:t xml:space="preserve">Complete  </w:t>
            </w:r>
            <w:sdt>
              <w:sdtPr>
                <w:id w:val="963695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473502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7F73C34C" w14:textId="77777777" w:rsidTr="000B319E">
        <w:tc>
          <w:tcPr>
            <w:tcW w:w="2689" w:type="dxa"/>
          </w:tcPr>
          <w:p w14:paraId="5E630E41" w14:textId="77777777" w:rsidR="0045560B" w:rsidRDefault="0045560B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-351182442"/>
            <w:placeholder>
              <w:docPart w:val="930603E0EBEE402AADE56FD3C1DE3837"/>
            </w:placeholder>
            <w:showingPlcHdr/>
          </w:sdtPr>
          <w:sdtContent>
            <w:tc>
              <w:tcPr>
                <w:tcW w:w="6661" w:type="dxa"/>
              </w:tcPr>
              <w:p w14:paraId="1926C582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50E56397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171827DC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4BDD01B" w14:textId="77777777" w:rsidR="0045560B" w:rsidRDefault="0045560B" w:rsidP="000B319E">
            <w:r>
              <w:t xml:space="preserve">Yes </w:t>
            </w:r>
            <w:sdt>
              <w:sdtPr>
                <w:id w:val="245705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76164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60B2E062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13C680" w14:textId="77777777" w:rsidR="0045560B" w:rsidRDefault="0045560B" w:rsidP="000B319E"/>
        </w:tc>
      </w:tr>
      <w:tr w:rsidR="0045560B" w14:paraId="617D37E3" w14:textId="77777777" w:rsidTr="000B319E">
        <w:tc>
          <w:tcPr>
            <w:tcW w:w="2689" w:type="dxa"/>
          </w:tcPr>
          <w:p w14:paraId="4956FF2B" w14:textId="77777777" w:rsidR="0045560B" w:rsidRDefault="0045560B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-2037033718"/>
            <w:placeholder>
              <w:docPart w:val="260891B7B85B47668EC3E523421546EE"/>
            </w:placeholder>
            <w:showingPlcHdr/>
          </w:sdtPr>
          <w:sdtContent>
            <w:tc>
              <w:tcPr>
                <w:tcW w:w="6661" w:type="dxa"/>
              </w:tcPr>
              <w:p w14:paraId="29880038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75E6D97C" w14:textId="77777777" w:rsidTr="000B319E">
        <w:tc>
          <w:tcPr>
            <w:tcW w:w="2689" w:type="dxa"/>
          </w:tcPr>
          <w:p w14:paraId="1BD5ED9D" w14:textId="77777777" w:rsidR="0045560B" w:rsidRDefault="0045560B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1080059452"/>
            <w:placeholder>
              <w:docPart w:val="286C3C8A556941EC823B19ED709E5970"/>
            </w:placeholder>
            <w:showingPlcHdr/>
          </w:sdtPr>
          <w:sdtContent>
            <w:tc>
              <w:tcPr>
                <w:tcW w:w="6661" w:type="dxa"/>
              </w:tcPr>
              <w:p w14:paraId="790953F5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53331DBB" w14:textId="77777777" w:rsidTr="000B319E">
        <w:tc>
          <w:tcPr>
            <w:tcW w:w="2689" w:type="dxa"/>
          </w:tcPr>
          <w:p w14:paraId="34325113" w14:textId="77777777" w:rsidR="0045560B" w:rsidRDefault="0045560B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1650942334"/>
            <w:placeholder>
              <w:docPart w:val="3886F8575A6C48A285F46447290FA9AD"/>
            </w:placeholder>
            <w:showingPlcHdr/>
          </w:sdtPr>
          <w:sdtContent>
            <w:tc>
              <w:tcPr>
                <w:tcW w:w="6661" w:type="dxa"/>
              </w:tcPr>
              <w:p w14:paraId="095D1674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2B7D7782" w14:textId="77777777" w:rsidTr="000B319E">
        <w:tc>
          <w:tcPr>
            <w:tcW w:w="2689" w:type="dxa"/>
          </w:tcPr>
          <w:p w14:paraId="6B08749C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E6E712B" w14:textId="77777777" w:rsidR="0045560B" w:rsidRDefault="0045560B" w:rsidP="000B319E"/>
        </w:tc>
        <w:sdt>
          <w:sdtPr>
            <w:id w:val="1699805063"/>
            <w:placeholder>
              <w:docPart w:val="6FB2D3BEF8A74739BAB2A91EC26DEF4C"/>
            </w:placeholder>
            <w:showingPlcHdr/>
          </w:sdtPr>
          <w:sdtContent>
            <w:tc>
              <w:tcPr>
                <w:tcW w:w="6661" w:type="dxa"/>
              </w:tcPr>
              <w:p w14:paraId="2DF85910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2272BBFD" w14:textId="77777777" w:rsidTr="000B319E">
        <w:tc>
          <w:tcPr>
            <w:tcW w:w="2689" w:type="dxa"/>
          </w:tcPr>
          <w:p w14:paraId="075E6EA7" w14:textId="77777777" w:rsidR="0045560B" w:rsidRDefault="0045560B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4CC7A787" w14:textId="77777777" w:rsidR="0045560B" w:rsidRDefault="0045560B" w:rsidP="000B319E">
            <w:r>
              <w:t xml:space="preserve">Complete  </w:t>
            </w:r>
            <w:sdt>
              <w:sdtPr>
                <w:id w:val="1780687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855316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3C194079" w14:textId="77777777" w:rsidTr="000B319E">
        <w:tc>
          <w:tcPr>
            <w:tcW w:w="2689" w:type="dxa"/>
          </w:tcPr>
          <w:p w14:paraId="26A29980" w14:textId="77777777" w:rsidR="0045560B" w:rsidRDefault="0045560B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114185844"/>
            <w:placeholder>
              <w:docPart w:val="3906871343D94DE0991C085B4491B0DB"/>
            </w:placeholder>
            <w:showingPlcHdr/>
          </w:sdtPr>
          <w:sdtContent>
            <w:tc>
              <w:tcPr>
                <w:tcW w:w="6661" w:type="dxa"/>
              </w:tcPr>
              <w:p w14:paraId="46E78D01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0D225D4A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2FCB2505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lastRenderedPageBreak/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1F57FA19" w14:textId="77777777" w:rsidR="0045560B" w:rsidRDefault="0045560B" w:rsidP="000B319E">
            <w:r>
              <w:t xml:space="preserve">Yes </w:t>
            </w:r>
            <w:sdt>
              <w:sdtPr>
                <w:id w:val="127907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354808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0F1E2CFA" w14:textId="77777777" w:rsidTr="000B319E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DB24C3" w14:textId="77777777" w:rsidR="0045560B" w:rsidRDefault="0045560B" w:rsidP="000B319E"/>
        </w:tc>
      </w:tr>
      <w:tr w:rsidR="0045560B" w14:paraId="4E703E08" w14:textId="77777777" w:rsidTr="000B319E">
        <w:tc>
          <w:tcPr>
            <w:tcW w:w="2689" w:type="dxa"/>
          </w:tcPr>
          <w:p w14:paraId="13B02806" w14:textId="77777777" w:rsidR="0045560B" w:rsidRDefault="0045560B" w:rsidP="000B319E">
            <w:r w:rsidRPr="00F4085D">
              <w:rPr>
                <w:b/>
                <w:bCs/>
              </w:rPr>
              <w:t>Role</w:t>
            </w:r>
          </w:p>
        </w:tc>
        <w:sdt>
          <w:sdtPr>
            <w:id w:val="1721235803"/>
            <w:placeholder>
              <w:docPart w:val="401DE69719874E7F956BD3811CAF21E9"/>
            </w:placeholder>
            <w:showingPlcHdr/>
          </w:sdtPr>
          <w:sdtContent>
            <w:tc>
              <w:tcPr>
                <w:tcW w:w="6661" w:type="dxa"/>
              </w:tcPr>
              <w:p w14:paraId="67FC204E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48673C36" w14:textId="77777777" w:rsidTr="000B319E">
        <w:tc>
          <w:tcPr>
            <w:tcW w:w="2689" w:type="dxa"/>
          </w:tcPr>
          <w:p w14:paraId="43088FC0" w14:textId="77777777" w:rsidR="0045560B" w:rsidRDefault="0045560B" w:rsidP="000B319E">
            <w:r w:rsidRPr="00F4085D">
              <w:rPr>
                <w:b/>
                <w:bCs/>
              </w:rPr>
              <w:t>Institution</w:t>
            </w:r>
          </w:p>
        </w:tc>
        <w:sdt>
          <w:sdtPr>
            <w:id w:val="-2105023588"/>
            <w:placeholder>
              <w:docPart w:val="1E9F9A794F784A698B987B56D75BA502"/>
            </w:placeholder>
            <w:showingPlcHdr/>
          </w:sdtPr>
          <w:sdtContent>
            <w:tc>
              <w:tcPr>
                <w:tcW w:w="6661" w:type="dxa"/>
              </w:tcPr>
              <w:p w14:paraId="3A7F803B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24E79F93" w14:textId="77777777" w:rsidTr="000B319E">
        <w:tc>
          <w:tcPr>
            <w:tcW w:w="2689" w:type="dxa"/>
          </w:tcPr>
          <w:p w14:paraId="3B7DC938" w14:textId="77777777" w:rsidR="0045560B" w:rsidRDefault="0045560B" w:rsidP="000B319E">
            <w:r w:rsidRPr="00F4085D">
              <w:rPr>
                <w:b/>
                <w:bCs/>
              </w:rPr>
              <w:t>Teaching Delivered</w:t>
            </w:r>
          </w:p>
        </w:tc>
        <w:sdt>
          <w:sdtPr>
            <w:id w:val="869954021"/>
            <w:placeholder>
              <w:docPart w:val="EED158A1A0B745BD99A6138D27C9FD1A"/>
            </w:placeholder>
            <w:showingPlcHdr/>
          </w:sdtPr>
          <w:sdtContent>
            <w:tc>
              <w:tcPr>
                <w:tcW w:w="6661" w:type="dxa"/>
              </w:tcPr>
              <w:p w14:paraId="639D4EDF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4A8C70EC" w14:textId="77777777" w:rsidTr="000B319E">
        <w:tc>
          <w:tcPr>
            <w:tcW w:w="2689" w:type="dxa"/>
          </w:tcPr>
          <w:p w14:paraId="64E186B8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Audience</w:t>
            </w:r>
          </w:p>
          <w:p w14:paraId="3AFA2326" w14:textId="77777777" w:rsidR="0045560B" w:rsidRDefault="0045560B" w:rsidP="000B319E"/>
        </w:tc>
        <w:sdt>
          <w:sdtPr>
            <w:id w:val="-1136020957"/>
            <w:placeholder>
              <w:docPart w:val="071AED5CDFE84236A17D54CF145F4252"/>
            </w:placeholder>
            <w:showingPlcHdr/>
          </w:sdtPr>
          <w:sdtContent>
            <w:tc>
              <w:tcPr>
                <w:tcW w:w="6661" w:type="dxa"/>
              </w:tcPr>
              <w:p w14:paraId="29234EA2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2994B572" w14:textId="77777777" w:rsidTr="000B319E">
        <w:tc>
          <w:tcPr>
            <w:tcW w:w="2689" w:type="dxa"/>
          </w:tcPr>
          <w:p w14:paraId="08D4DFEF" w14:textId="77777777" w:rsidR="0045560B" w:rsidRDefault="0045560B" w:rsidP="000B319E">
            <w:r w:rsidRPr="00F4085D">
              <w:rPr>
                <w:b/>
                <w:bCs/>
              </w:rPr>
              <w:t>Complete or Ongoing</w:t>
            </w:r>
          </w:p>
        </w:tc>
        <w:tc>
          <w:tcPr>
            <w:tcW w:w="6661" w:type="dxa"/>
          </w:tcPr>
          <w:p w14:paraId="699F9143" w14:textId="77777777" w:rsidR="0045560B" w:rsidRDefault="0045560B" w:rsidP="000B319E">
            <w:r>
              <w:t xml:space="preserve">Complete  </w:t>
            </w:r>
            <w:sdt>
              <w:sdtPr>
                <w:id w:val="1082102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Ongoing </w:t>
            </w:r>
            <w:sdt>
              <w:sdtPr>
                <w:id w:val="491992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45560B" w14:paraId="44B1A3A3" w14:textId="77777777" w:rsidTr="000B319E">
        <w:tc>
          <w:tcPr>
            <w:tcW w:w="2689" w:type="dxa"/>
          </w:tcPr>
          <w:p w14:paraId="4901A4CA" w14:textId="77777777" w:rsidR="0045560B" w:rsidRDefault="0045560B" w:rsidP="000B319E">
            <w:r w:rsidRPr="00F4085D">
              <w:rPr>
                <w:b/>
                <w:bCs/>
              </w:rPr>
              <w:t>Feedback/Outcomes</w:t>
            </w:r>
          </w:p>
        </w:tc>
        <w:sdt>
          <w:sdtPr>
            <w:id w:val="273595120"/>
            <w:placeholder>
              <w:docPart w:val="8715B561A15D48B5B28F53530AFF58FD"/>
            </w:placeholder>
            <w:showingPlcHdr/>
          </w:sdtPr>
          <w:sdtContent>
            <w:tc>
              <w:tcPr>
                <w:tcW w:w="6661" w:type="dxa"/>
              </w:tcPr>
              <w:p w14:paraId="5F1BB312" w14:textId="77777777" w:rsidR="0045560B" w:rsidRDefault="0045560B" w:rsidP="000B319E">
                <w:r w:rsidRPr="000E7C9F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5560B" w14:paraId="396BE0A5" w14:textId="77777777" w:rsidTr="000B319E">
        <w:tc>
          <w:tcPr>
            <w:tcW w:w="2689" w:type="dxa"/>
            <w:tcBorders>
              <w:bottom w:val="single" w:sz="4" w:space="0" w:color="auto"/>
            </w:tcBorders>
          </w:tcPr>
          <w:p w14:paraId="6DDF85D8" w14:textId="77777777" w:rsidR="0045560B" w:rsidRPr="00F4085D" w:rsidRDefault="0045560B" w:rsidP="000B319E">
            <w:pPr>
              <w:rPr>
                <w:b/>
                <w:bCs/>
              </w:rPr>
            </w:pPr>
            <w:r w:rsidRPr="00F4085D">
              <w:rPr>
                <w:b/>
                <w:bCs/>
              </w:rPr>
              <w:t>Supporting Documentation Attached</w:t>
            </w:r>
          </w:p>
        </w:tc>
        <w:tc>
          <w:tcPr>
            <w:tcW w:w="6661" w:type="dxa"/>
            <w:tcBorders>
              <w:bottom w:val="single" w:sz="4" w:space="0" w:color="auto"/>
            </w:tcBorders>
          </w:tcPr>
          <w:p w14:paraId="331EA34F" w14:textId="77777777" w:rsidR="0045560B" w:rsidRDefault="0045560B" w:rsidP="000B319E">
            <w:r>
              <w:t xml:space="preserve">Yes </w:t>
            </w:r>
            <w:sdt>
              <w:sdtPr>
                <w:id w:val="-597101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ab/>
              <w:t xml:space="preserve">No </w:t>
            </w:r>
            <w:sdt>
              <w:sdtPr>
                <w:id w:val="-1807535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</w:tr>
      <w:tr w:rsidR="003B26DE" w14:paraId="544F23F3" w14:textId="77777777" w:rsidTr="00E9708F">
        <w:tc>
          <w:tcPr>
            <w:tcW w:w="93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E1D903" w14:textId="340597C3" w:rsidR="003B26DE" w:rsidRDefault="003B26DE"/>
        </w:tc>
      </w:tr>
    </w:tbl>
    <w:p w14:paraId="45A509DC" w14:textId="77777777" w:rsidR="003B26DE" w:rsidRDefault="003B26DE" w:rsidP="00F211F0">
      <w:pPr>
        <w:pStyle w:val="Heading1"/>
      </w:pPr>
    </w:p>
    <w:sectPr w:rsidR="003B26DE" w:rsidSect="001C17E4">
      <w:headerReference w:type="default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BBD3E" w14:textId="77777777" w:rsidR="005E4D3F" w:rsidRDefault="005E4D3F" w:rsidP="001B2E81">
      <w:pPr>
        <w:spacing w:after="0" w:line="240" w:lineRule="auto"/>
      </w:pPr>
      <w:r>
        <w:separator/>
      </w:r>
    </w:p>
  </w:endnote>
  <w:endnote w:type="continuationSeparator" w:id="0">
    <w:p w14:paraId="49328950" w14:textId="77777777" w:rsidR="005E4D3F" w:rsidRDefault="005E4D3F" w:rsidP="001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58028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54CBEC" w14:textId="5E77B792" w:rsidR="007C3707" w:rsidRDefault="007C3707" w:rsidP="007C3707">
        <w:pPr>
          <w:pStyle w:val="Footer"/>
        </w:pP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7E1E" w14:textId="43A246CF" w:rsidR="007C3707" w:rsidRDefault="007C3707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4CB0B" w14:textId="77777777" w:rsidR="005E4D3F" w:rsidRDefault="005E4D3F" w:rsidP="001B2E81">
      <w:pPr>
        <w:spacing w:after="0" w:line="240" w:lineRule="auto"/>
      </w:pPr>
      <w:r>
        <w:separator/>
      </w:r>
    </w:p>
  </w:footnote>
  <w:footnote w:type="continuationSeparator" w:id="0">
    <w:p w14:paraId="33919910" w14:textId="77777777" w:rsidR="005E4D3F" w:rsidRDefault="005E4D3F" w:rsidP="001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E8575" w14:textId="04B3FF8B" w:rsidR="007C3707" w:rsidRDefault="007C3707">
    <w:pPr>
      <w:pStyle w:val="Header"/>
    </w:pPr>
    <w:r>
      <w:ptab w:relativeTo="margin" w:alignment="right" w:leader="none"/>
    </w:r>
    <w:r>
      <w:t xml:space="preserve">RCPI HST Application CV: </w:t>
    </w:r>
    <w:proofErr w:type="spellStart"/>
    <w:r w:rsidR="00C50623">
      <w:t>Haemat</w:t>
    </w:r>
    <w:r w:rsidR="00F95BBB">
      <w:t>ology</w:t>
    </w:r>
    <w:proofErr w:type="spellEnd"/>
  </w:p>
  <w:p w14:paraId="497A380F" w14:textId="734246AE" w:rsidR="001B2E81" w:rsidRDefault="001B2E8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2179E" w14:textId="07AAD990" w:rsidR="001B2E81" w:rsidRDefault="00C50623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76E2EC5" wp14:editId="46921B67">
          <wp:simplePos x="0" y="0"/>
          <wp:positionH relativeFrom="column">
            <wp:posOffset>-660400</wp:posOffset>
          </wp:positionH>
          <wp:positionV relativeFrom="paragraph">
            <wp:posOffset>-201295</wp:posOffset>
          </wp:positionV>
          <wp:extent cx="3172460" cy="1159510"/>
          <wp:effectExtent l="0" t="0" r="8890" b="2540"/>
          <wp:wrapTopAndBottom/>
          <wp:docPr id="2621075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210759" name="Picture 2621075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72460" cy="1159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C991F84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4D49D1"/>
    <w:multiLevelType w:val="hybridMultilevel"/>
    <w:tmpl w:val="10A4BC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B52007"/>
    <w:multiLevelType w:val="hybridMultilevel"/>
    <w:tmpl w:val="7E4CAD6C"/>
    <w:lvl w:ilvl="0" w:tplc="AD448DD2">
      <w:start w:val="1"/>
      <w:numFmt w:val="decimal"/>
      <w:lvlText w:val="%1."/>
      <w:lvlJc w:val="left"/>
      <w:pPr>
        <w:ind w:left="720" w:hanging="360"/>
      </w:pPr>
    </w:lvl>
    <w:lvl w:ilvl="1" w:tplc="304C2162">
      <w:start w:val="1"/>
      <w:numFmt w:val="lowerLetter"/>
      <w:lvlText w:val="%2."/>
      <w:lvlJc w:val="left"/>
      <w:pPr>
        <w:ind w:left="1440" w:hanging="360"/>
      </w:pPr>
    </w:lvl>
    <w:lvl w:ilvl="2" w:tplc="FCF0101E">
      <w:start w:val="1"/>
      <w:numFmt w:val="lowerRoman"/>
      <w:lvlText w:val="%3."/>
      <w:lvlJc w:val="right"/>
      <w:pPr>
        <w:ind w:left="2160" w:hanging="180"/>
      </w:pPr>
    </w:lvl>
    <w:lvl w:ilvl="3" w:tplc="BFDCED42">
      <w:start w:val="1"/>
      <w:numFmt w:val="decimal"/>
      <w:lvlText w:val="%4."/>
      <w:lvlJc w:val="left"/>
      <w:pPr>
        <w:ind w:left="2880" w:hanging="360"/>
      </w:pPr>
    </w:lvl>
    <w:lvl w:ilvl="4" w:tplc="9DA67E82">
      <w:start w:val="1"/>
      <w:numFmt w:val="lowerLetter"/>
      <w:lvlText w:val="%5."/>
      <w:lvlJc w:val="left"/>
      <w:pPr>
        <w:ind w:left="3600" w:hanging="360"/>
      </w:pPr>
    </w:lvl>
    <w:lvl w:ilvl="5" w:tplc="E46222B2">
      <w:start w:val="1"/>
      <w:numFmt w:val="lowerRoman"/>
      <w:lvlText w:val="%6."/>
      <w:lvlJc w:val="right"/>
      <w:pPr>
        <w:ind w:left="4320" w:hanging="180"/>
      </w:pPr>
    </w:lvl>
    <w:lvl w:ilvl="6" w:tplc="5FDA97E8">
      <w:start w:val="1"/>
      <w:numFmt w:val="decimal"/>
      <w:lvlText w:val="%7."/>
      <w:lvlJc w:val="left"/>
      <w:pPr>
        <w:ind w:left="5040" w:hanging="360"/>
      </w:pPr>
    </w:lvl>
    <w:lvl w:ilvl="7" w:tplc="22A0B658">
      <w:start w:val="1"/>
      <w:numFmt w:val="lowerLetter"/>
      <w:lvlText w:val="%8."/>
      <w:lvlJc w:val="left"/>
      <w:pPr>
        <w:ind w:left="5760" w:hanging="360"/>
      </w:pPr>
    </w:lvl>
    <w:lvl w:ilvl="8" w:tplc="F3A832D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24607B"/>
    <w:multiLevelType w:val="hybridMultilevel"/>
    <w:tmpl w:val="04B026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D944C34"/>
    <w:multiLevelType w:val="hybridMultilevel"/>
    <w:tmpl w:val="584602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2142C"/>
    <w:multiLevelType w:val="hybridMultilevel"/>
    <w:tmpl w:val="27EE41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D03EC6"/>
    <w:multiLevelType w:val="hybridMultilevel"/>
    <w:tmpl w:val="0F30E36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1F2C7B"/>
    <w:multiLevelType w:val="hybridMultilevel"/>
    <w:tmpl w:val="5CFE185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1806701">
    <w:abstractNumId w:val="11"/>
  </w:num>
  <w:num w:numId="2" w16cid:durableId="1203786471">
    <w:abstractNumId w:val="8"/>
  </w:num>
  <w:num w:numId="3" w16cid:durableId="417601461">
    <w:abstractNumId w:val="6"/>
  </w:num>
  <w:num w:numId="4" w16cid:durableId="1775980722">
    <w:abstractNumId w:val="5"/>
  </w:num>
  <w:num w:numId="5" w16cid:durableId="228343893">
    <w:abstractNumId w:val="4"/>
  </w:num>
  <w:num w:numId="6" w16cid:durableId="2097943450">
    <w:abstractNumId w:val="7"/>
  </w:num>
  <w:num w:numId="7" w16cid:durableId="2109152698">
    <w:abstractNumId w:val="3"/>
  </w:num>
  <w:num w:numId="8" w16cid:durableId="1635867508">
    <w:abstractNumId w:val="2"/>
  </w:num>
  <w:num w:numId="9" w16cid:durableId="1632787737">
    <w:abstractNumId w:val="1"/>
  </w:num>
  <w:num w:numId="10" w16cid:durableId="645209773">
    <w:abstractNumId w:val="0"/>
  </w:num>
  <w:num w:numId="11" w16cid:durableId="1357002592">
    <w:abstractNumId w:val="10"/>
  </w:num>
  <w:num w:numId="12" w16cid:durableId="954025059">
    <w:abstractNumId w:val="12"/>
  </w:num>
  <w:num w:numId="13" w16cid:durableId="1694188166">
    <w:abstractNumId w:val="13"/>
  </w:num>
  <w:num w:numId="14" w16cid:durableId="889731661">
    <w:abstractNumId w:val="14"/>
  </w:num>
  <w:num w:numId="15" w16cid:durableId="1684742980">
    <w:abstractNumId w:val="15"/>
  </w:num>
  <w:num w:numId="16" w16cid:durableId="1393891575">
    <w:abstractNumId w:val="9"/>
  </w:num>
  <w:num w:numId="17" w16cid:durableId="15711127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cumentProtection w:edit="forms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1DFE"/>
    <w:rsid w:val="0006063C"/>
    <w:rsid w:val="00081140"/>
    <w:rsid w:val="000834D5"/>
    <w:rsid w:val="0015074B"/>
    <w:rsid w:val="001B2E81"/>
    <w:rsid w:val="001C17E4"/>
    <w:rsid w:val="00214ECC"/>
    <w:rsid w:val="002319B9"/>
    <w:rsid w:val="002931FF"/>
    <w:rsid w:val="0029639D"/>
    <w:rsid w:val="002D7D98"/>
    <w:rsid w:val="002E140B"/>
    <w:rsid w:val="00326F90"/>
    <w:rsid w:val="003729FB"/>
    <w:rsid w:val="003B26DE"/>
    <w:rsid w:val="0045560B"/>
    <w:rsid w:val="004A41F5"/>
    <w:rsid w:val="004D6768"/>
    <w:rsid w:val="00547911"/>
    <w:rsid w:val="00555D87"/>
    <w:rsid w:val="00572FD8"/>
    <w:rsid w:val="00597958"/>
    <w:rsid w:val="005A051B"/>
    <w:rsid w:val="005C2683"/>
    <w:rsid w:val="005E4D3F"/>
    <w:rsid w:val="006D0099"/>
    <w:rsid w:val="0075109E"/>
    <w:rsid w:val="007C0991"/>
    <w:rsid w:val="007C3707"/>
    <w:rsid w:val="00803524"/>
    <w:rsid w:val="00821B93"/>
    <w:rsid w:val="00846BF0"/>
    <w:rsid w:val="00850DCF"/>
    <w:rsid w:val="008525FA"/>
    <w:rsid w:val="009A7B67"/>
    <w:rsid w:val="009E4AEB"/>
    <w:rsid w:val="00A0792E"/>
    <w:rsid w:val="00A3281A"/>
    <w:rsid w:val="00A36383"/>
    <w:rsid w:val="00AA1D8D"/>
    <w:rsid w:val="00B16633"/>
    <w:rsid w:val="00B47730"/>
    <w:rsid w:val="00B8038E"/>
    <w:rsid w:val="00BC3393"/>
    <w:rsid w:val="00BD4838"/>
    <w:rsid w:val="00C47B11"/>
    <w:rsid w:val="00C50623"/>
    <w:rsid w:val="00C7253B"/>
    <w:rsid w:val="00C95D05"/>
    <w:rsid w:val="00CB0664"/>
    <w:rsid w:val="00CD745A"/>
    <w:rsid w:val="00DA296B"/>
    <w:rsid w:val="00DC2290"/>
    <w:rsid w:val="00E9708F"/>
    <w:rsid w:val="00F0672B"/>
    <w:rsid w:val="00F211F0"/>
    <w:rsid w:val="00F277ED"/>
    <w:rsid w:val="00F4085D"/>
    <w:rsid w:val="00F54DC5"/>
    <w:rsid w:val="00F85A62"/>
    <w:rsid w:val="00F94BC3"/>
    <w:rsid w:val="00F95107"/>
    <w:rsid w:val="00F95BBB"/>
    <w:rsid w:val="00FC693F"/>
    <w:rsid w:val="013003D7"/>
    <w:rsid w:val="01D3084F"/>
    <w:rsid w:val="09148FBD"/>
    <w:rsid w:val="0985AE4E"/>
    <w:rsid w:val="0B73C59C"/>
    <w:rsid w:val="0CE122BF"/>
    <w:rsid w:val="0DD6B9FE"/>
    <w:rsid w:val="10E59C75"/>
    <w:rsid w:val="125B3369"/>
    <w:rsid w:val="14BE1E3E"/>
    <w:rsid w:val="15A496DB"/>
    <w:rsid w:val="19056071"/>
    <w:rsid w:val="1B5F724A"/>
    <w:rsid w:val="1FB809EA"/>
    <w:rsid w:val="232909D8"/>
    <w:rsid w:val="25CD4F7B"/>
    <w:rsid w:val="26990713"/>
    <w:rsid w:val="26C0C10D"/>
    <w:rsid w:val="2B3C14FD"/>
    <w:rsid w:val="2D96377B"/>
    <w:rsid w:val="300EB099"/>
    <w:rsid w:val="30BDFE8C"/>
    <w:rsid w:val="32EB38F7"/>
    <w:rsid w:val="34E9FE57"/>
    <w:rsid w:val="359F11C3"/>
    <w:rsid w:val="35DA3F28"/>
    <w:rsid w:val="3A056833"/>
    <w:rsid w:val="3A5730DD"/>
    <w:rsid w:val="3AEC04AB"/>
    <w:rsid w:val="3F5352D5"/>
    <w:rsid w:val="3FE541D5"/>
    <w:rsid w:val="42F16941"/>
    <w:rsid w:val="45164F2B"/>
    <w:rsid w:val="46B26368"/>
    <w:rsid w:val="48CBC21F"/>
    <w:rsid w:val="4BED656B"/>
    <w:rsid w:val="51B2FBD2"/>
    <w:rsid w:val="5D2E224B"/>
    <w:rsid w:val="623245C4"/>
    <w:rsid w:val="647F8E21"/>
    <w:rsid w:val="66FE928F"/>
    <w:rsid w:val="689C4EBD"/>
    <w:rsid w:val="6954CC0D"/>
    <w:rsid w:val="6EAD3D8D"/>
    <w:rsid w:val="6FFA73B0"/>
    <w:rsid w:val="771B880B"/>
    <w:rsid w:val="77B5CE6B"/>
    <w:rsid w:val="7ABB2A26"/>
    <w:rsid w:val="7B91232E"/>
    <w:rsid w:val="7C706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CA3D516"/>
  <w14:defaultImageDpi w14:val="330"/>
  <w15:docId w15:val="{AB873603-DE17-41F5-80D2-AB816BF9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33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C17E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1C17E4"/>
    <w:rPr>
      <w:rFonts w:asciiTheme="majorHAnsi" w:eastAsiaTheme="majorEastAsia" w:hAnsiTheme="majorHAnsi" w:cstheme="majorBidi"/>
      <w:b/>
      <w:bCs/>
      <w:color w:val="0024BB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1C17E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C17E4"/>
    <w:rPr>
      <w:rFonts w:asciiTheme="majorHAnsi" w:eastAsiaTheme="majorEastAsia" w:hAnsiTheme="majorHAnsi" w:cstheme="majorBidi"/>
      <w:color w:val="0024BB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3729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29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729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29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29F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29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29F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211F0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D6768"/>
    <w:rPr>
      <w:color w:val="666666"/>
    </w:rPr>
  </w:style>
  <w:style w:type="character" w:customStyle="1" w:styleId="Style1">
    <w:name w:val="Style1"/>
    <w:basedOn w:val="DefaultParagraphFont"/>
    <w:uiPriority w:val="1"/>
    <w:rsid w:val="004D6768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73B27-4766-44DE-B2C7-DC30E78096C6}"/>
      </w:docPartPr>
      <w:docPartBody>
        <w:p w:rsidR="004161F5" w:rsidRDefault="006239E1"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F4D6CB2241074A76A75ACE4A72F3BA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06D984-996F-4188-AD83-7436A5AE6724}"/>
      </w:docPartPr>
      <w:docPartBody>
        <w:p w:rsidR="004161F5" w:rsidRDefault="00AE2DB9" w:rsidP="00AE2DB9">
          <w:pPr>
            <w:pStyle w:val="F4D6CB2241074A76A75ACE4A72F3BA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BE9DD57B042A78E73AE6C65AB8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F4F7B-EAED-47D4-8B71-F4775D8F4544}"/>
      </w:docPartPr>
      <w:docPartBody>
        <w:p w:rsidR="004161F5" w:rsidRDefault="00AE2DB9" w:rsidP="00AE2DB9">
          <w:pPr>
            <w:pStyle w:val="5C6BE9DD57B042A78E73AE6C65AB81E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4FF17A7DD844238942618D220CA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5E0032-1341-4D0F-B597-801AF050C595}"/>
      </w:docPartPr>
      <w:docPartBody>
        <w:p w:rsidR="004161F5" w:rsidRDefault="00AE2DB9" w:rsidP="00AE2DB9">
          <w:pPr>
            <w:pStyle w:val="B94FF17A7DD844238942618D220CAE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67E5F504CE04A3283DBB5C362BF53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7E6A42-BB2E-40B9-AE64-BFA7347232A8}"/>
      </w:docPartPr>
      <w:docPartBody>
        <w:p w:rsidR="004161F5" w:rsidRDefault="00AE2DB9" w:rsidP="00AE2DB9">
          <w:pPr>
            <w:pStyle w:val="767E5F504CE04A3283DBB5C362BF53D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FA136DFCC9400EA3643631FD9D49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B60779-9F46-4D74-94B2-D299C2C9AFD9}"/>
      </w:docPartPr>
      <w:docPartBody>
        <w:p w:rsidR="004161F5" w:rsidRDefault="00AE2DB9" w:rsidP="00AE2DB9">
          <w:pPr>
            <w:pStyle w:val="15FA136DFCC9400EA3643631FD9D49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8EF154077D4EC492E0AA0274977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E277D-3252-4113-AC48-C899209A754F}"/>
      </w:docPartPr>
      <w:docPartBody>
        <w:p w:rsidR="004161F5" w:rsidRDefault="00AE2DB9" w:rsidP="00AE2DB9">
          <w:pPr>
            <w:pStyle w:val="758EF154077D4EC492E0AA02749775E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444590C5F4414E83C6454885D575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F436DA-3489-4320-8325-06E594784086}"/>
      </w:docPartPr>
      <w:docPartBody>
        <w:p w:rsidR="004161F5" w:rsidRDefault="00AE2DB9" w:rsidP="00AE2DB9">
          <w:pPr>
            <w:pStyle w:val="60444590C5F4414E83C6454885D5753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DC268CB3744C7AF90E558EFABE7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76E13A-442E-4E8D-AA90-5CA24E1A2261}"/>
      </w:docPartPr>
      <w:docPartBody>
        <w:p w:rsidR="004161F5" w:rsidRDefault="00AE2DB9" w:rsidP="00AE2DB9">
          <w:pPr>
            <w:pStyle w:val="096DC268CB3744C7AF90E558EFABE7F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EE3227410F4460A6706019F0858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13660-F959-4A4E-ACCD-65148B842725}"/>
      </w:docPartPr>
      <w:docPartBody>
        <w:p w:rsidR="004161F5" w:rsidRDefault="00AE2DB9" w:rsidP="00AE2DB9">
          <w:pPr>
            <w:pStyle w:val="16EE3227410F4460A6706019F08584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C6ADD19D0A4F7F9AA8A8D4CCB13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FD5B49-E395-4B75-9078-B586EE5C441E}"/>
      </w:docPartPr>
      <w:docPartBody>
        <w:p w:rsidR="004161F5" w:rsidRDefault="00AE2DB9" w:rsidP="00AE2DB9">
          <w:pPr>
            <w:pStyle w:val="35C6ADD19D0A4F7F9AA8A8D4CCB1374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D4EFDEB46F4DD3B07D7D864B6EAE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21FFA-1B3A-40C3-A3FC-DC043194BF35}"/>
      </w:docPartPr>
      <w:docPartBody>
        <w:p w:rsidR="004161F5" w:rsidRDefault="00AE2DB9" w:rsidP="00AE2DB9">
          <w:pPr>
            <w:pStyle w:val="0AD4EFDEB46F4DD3B07D7D864B6EAE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69D259CE28476AA1EB44B74A93B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996CCC-E867-4E95-91D1-688A9161C977}"/>
      </w:docPartPr>
      <w:docPartBody>
        <w:p w:rsidR="004161F5" w:rsidRDefault="00AE2DB9" w:rsidP="00AE2DB9">
          <w:pPr>
            <w:pStyle w:val="C969D259CE28476AA1EB44B74A93B0D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63D3241B974CB9999FF0EC5B4E2B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62E07F-4AE9-4D0D-A78D-9F30A789EEBF}"/>
      </w:docPartPr>
      <w:docPartBody>
        <w:p w:rsidR="004161F5" w:rsidRDefault="00AE2DB9" w:rsidP="00AE2DB9">
          <w:pPr>
            <w:pStyle w:val="4163D3241B974CB9999FF0EC5B4E2B2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495584885745569DDCF4FEC1482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29761-65B4-40B4-8D59-62FC7BDC1D80}"/>
      </w:docPartPr>
      <w:docPartBody>
        <w:p w:rsidR="004161F5" w:rsidRDefault="00AE2DB9" w:rsidP="00AE2DB9">
          <w:pPr>
            <w:pStyle w:val="89495584885745569DDCF4FEC1482D0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C6F6902A3B4D4CA7D745FDDA70B6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0C5269-6BC0-4E87-AF90-388993DC23A2}"/>
      </w:docPartPr>
      <w:docPartBody>
        <w:p w:rsidR="004161F5" w:rsidRDefault="00AE2DB9" w:rsidP="00AE2DB9">
          <w:pPr>
            <w:pStyle w:val="66C6F6902A3B4D4CA7D745FDDA70B68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D965A9EE694FECADF2476D720E7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494C3C-F041-4984-AA6E-E0EA6A8C6F70}"/>
      </w:docPartPr>
      <w:docPartBody>
        <w:p w:rsidR="004161F5" w:rsidRDefault="00AE2DB9" w:rsidP="00AE2DB9">
          <w:pPr>
            <w:pStyle w:val="4CD965A9EE694FECADF2476D720E7B6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E232A6ADC042DB884957F020A92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097FA8-BB4E-41CD-B6D7-9908A8EB60FD}"/>
      </w:docPartPr>
      <w:docPartBody>
        <w:p w:rsidR="004161F5" w:rsidRDefault="00AE2DB9" w:rsidP="00AE2DB9">
          <w:pPr>
            <w:pStyle w:val="09E232A6ADC042DB884957F020A929B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F7FD3C5E5C4C0992D419903A5ACD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2E0D55-BED0-4FEA-8D33-AE1441A65F99}"/>
      </w:docPartPr>
      <w:docPartBody>
        <w:p w:rsidR="004161F5" w:rsidRDefault="00AE2DB9" w:rsidP="00AE2DB9">
          <w:pPr>
            <w:pStyle w:val="3DF7FD3C5E5C4C0992D419903A5ACDD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F90F891404138BEF4C8B0986FE7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A60B8-E470-4127-A5B4-873BBF17DD31}"/>
      </w:docPartPr>
      <w:docPartBody>
        <w:p w:rsidR="004161F5" w:rsidRDefault="00AE2DB9" w:rsidP="00AE2DB9">
          <w:pPr>
            <w:pStyle w:val="657F90F891404138BEF4C8B0986FE70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113B8A854441D682CE5AC80AFB08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B38CB9-2DDF-42F9-A31F-4D2754EDDF19}"/>
      </w:docPartPr>
      <w:docPartBody>
        <w:p w:rsidR="004161F5" w:rsidRDefault="00AE2DB9" w:rsidP="00AE2DB9">
          <w:pPr>
            <w:pStyle w:val="C9113B8A854441D682CE5AC80AFB086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F5175B57004446843F4F317C13BE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BD9BF7-596D-466C-85B2-187839F777C4}"/>
      </w:docPartPr>
      <w:docPartBody>
        <w:p w:rsidR="004161F5" w:rsidRDefault="00AE2DB9" w:rsidP="00AE2DB9">
          <w:pPr>
            <w:pStyle w:val="E3F5175B57004446843F4F317C13BE7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CADD3637F3476CAEF2795719E307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C9D11-0987-4FAD-9B17-E23F574D16FE}"/>
      </w:docPartPr>
      <w:docPartBody>
        <w:p w:rsidR="004161F5" w:rsidRDefault="00AE2DB9" w:rsidP="00AE2DB9">
          <w:pPr>
            <w:pStyle w:val="74CADD3637F3476CAEF2795719E307A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2E25C8BD59485F83A4E1A3EB66C1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078445E-FB06-421F-8F3E-82635DF5DD87}"/>
      </w:docPartPr>
      <w:docPartBody>
        <w:p w:rsidR="004161F5" w:rsidRDefault="00AE2DB9" w:rsidP="00AE2DB9">
          <w:pPr>
            <w:pStyle w:val="6E2E25C8BD59485F83A4E1A3EB66C1C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DFFF9D18954E1993F5C0789B03E1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ACF19C-3772-49DC-928C-8678FE964B3A}"/>
      </w:docPartPr>
      <w:docPartBody>
        <w:p w:rsidR="004161F5" w:rsidRDefault="00AE2DB9" w:rsidP="00AE2DB9">
          <w:pPr>
            <w:pStyle w:val="CADFFF9D18954E1993F5C0789B03E17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2FF4CA11794B8A841DB2220DF10E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3E1A22-8CF0-4C92-B742-0B28EE306AA7}"/>
      </w:docPartPr>
      <w:docPartBody>
        <w:p w:rsidR="004161F5" w:rsidRDefault="00AE2DB9" w:rsidP="00AE2DB9">
          <w:pPr>
            <w:pStyle w:val="872FF4CA11794B8A841DB2220DF10EA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97BD512F134974B65EC5CE1A1FF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E046DF-0E89-4173-ABB4-0DF853182A25}"/>
      </w:docPartPr>
      <w:docPartBody>
        <w:p w:rsidR="004161F5" w:rsidRDefault="00AE2DB9" w:rsidP="00AE2DB9">
          <w:pPr>
            <w:pStyle w:val="4E97BD512F134974B65EC5CE1A1FFA5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C24FC1DD4E4C25906C3761C0E444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BFC25A-1106-431C-A300-2D25188900C2}"/>
      </w:docPartPr>
      <w:docPartBody>
        <w:p w:rsidR="004161F5" w:rsidRDefault="00AE2DB9" w:rsidP="00AE2DB9">
          <w:pPr>
            <w:pStyle w:val="43C24FC1DD4E4C25906C3761C0E444F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5B51F8A20C49259CB13015EB121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97F9A-6A64-42B5-9CB9-AB1F40B96597}"/>
      </w:docPartPr>
      <w:docPartBody>
        <w:p w:rsidR="004161F5" w:rsidRDefault="00AE2DB9" w:rsidP="00AE2DB9">
          <w:pPr>
            <w:pStyle w:val="6E5B51F8A20C49259CB13015EB12138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CA81B7FEB124004A04A95F11ADBD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E7ECD-8C01-4AF7-AFEA-B0800360660B}"/>
      </w:docPartPr>
      <w:docPartBody>
        <w:p w:rsidR="004161F5" w:rsidRDefault="00AE2DB9" w:rsidP="00AE2DB9">
          <w:pPr>
            <w:pStyle w:val="ACA81B7FEB124004A04A95F11ADBD7A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27C8C8D90949D99B80C3BCC40C6D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D9C572-48A3-4B5B-A698-D70BF3B8EE4F}"/>
      </w:docPartPr>
      <w:docPartBody>
        <w:p w:rsidR="004161F5" w:rsidRDefault="00AE2DB9" w:rsidP="00AE2DB9">
          <w:pPr>
            <w:pStyle w:val="AB27C8C8D90949D99B80C3BCC40C6D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6BAA36B4CE46CCBA1107A2CA863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091F43-6FB5-4DE3-90BA-1F5CB1BE177C}"/>
      </w:docPartPr>
      <w:docPartBody>
        <w:p w:rsidR="004161F5" w:rsidRDefault="00AE2DB9" w:rsidP="00AE2DB9">
          <w:pPr>
            <w:pStyle w:val="BE6BAA36B4CE46CCBA1107A2CA863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8F3A9EE91754E259AFD2F141BD88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4782-090E-4202-89A3-7460A328DBC9}"/>
      </w:docPartPr>
      <w:docPartBody>
        <w:p w:rsidR="004161F5" w:rsidRDefault="00AE2DB9" w:rsidP="00AE2DB9">
          <w:pPr>
            <w:pStyle w:val="98F3A9EE91754E259AFD2F141BD88EC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562792367E244C2B52C13434E400D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BC04D-AA94-4DEA-B6F9-D2C7FDD19880}"/>
      </w:docPartPr>
      <w:docPartBody>
        <w:p w:rsidR="004161F5" w:rsidRDefault="00AE2DB9" w:rsidP="00AE2DB9">
          <w:pPr>
            <w:pStyle w:val="A562792367E244C2B52C13434E400DB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E217E49FF2B4BCCB4F3ACCCBA862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E59D7B-E3FE-4D7D-8A48-537138D4823B}"/>
      </w:docPartPr>
      <w:docPartBody>
        <w:p w:rsidR="004161F5" w:rsidRDefault="00AE2DB9" w:rsidP="00AE2DB9">
          <w:pPr>
            <w:pStyle w:val="7E217E49FF2B4BCCB4F3ACCCBA86205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B6B6169038418C8F137F03A3BAC3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F87BEC-2A59-4383-B98F-182EA6BFABD0}"/>
      </w:docPartPr>
      <w:docPartBody>
        <w:p w:rsidR="004161F5" w:rsidRDefault="00AE2DB9" w:rsidP="00AE2DB9">
          <w:pPr>
            <w:pStyle w:val="A6B6B6169038418C8F137F03A3BAC3E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A84038C5BAB4BC98BCFD7720888F4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C7E6F5-D38E-4E1B-B3B1-04EFC4E90A7F}"/>
      </w:docPartPr>
      <w:docPartBody>
        <w:p w:rsidR="004161F5" w:rsidRDefault="00AE2DB9" w:rsidP="00AE2DB9">
          <w:pPr>
            <w:pStyle w:val="BA84038C5BAB4BC98BCFD7720888F4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85F1BB5E59479D91B2E845B74103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F6E3BA-30FF-46D0-B7D0-83FCC66A2AA1}"/>
      </w:docPartPr>
      <w:docPartBody>
        <w:p w:rsidR="004161F5" w:rsidRDefault="00AE2DB9" w:rsidP="00AE2DB9">
          <w:pPr>
            <w:pStyle w:val="2A85F1BB5E59479D91B2E845B74103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4A0FEE22AB4D08A85FAFBB84445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DDBE88-E99F-4792-9E9A-42C68B064E9A}"/>
      </w:docPartPr>
      <w:docPartBody>
        <w:p w:rsidR="004161F5" w:rsidRDefault="00AE2DB9" w:rsidP="00AE2DB9">
          <w:pPr>
            <w:pStyle w:val="734A0FEE22AB4D08A85FAFBB84445CB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3AE69983638E496B87E186B118E83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A5A97-697E-41AB-AC27-9442240C6BC5}"/>
      </w:docPartPr>
      <w:docPartBody>
        <w:p w:rsidR="004161F5" w:rsidRDefault="00AE2DB9" w:rsidP="00AE2DB9">
          <w:pPr>
            <w:pStyle w:val="3AE69983638E496B87E186B118E83D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E1B8BE8E635423EB269141E9E2912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F44324-33D8-4AD5-BC47-777873C12F19}"/>
      </w:docPartPr>
      <w:docPartBody>
        <w:p w:rsidR="004161F5" w:rsidRDefault="00AE2DB9" w:rsidP="00AE2DB9">
          <w:pPr>
            <w:pStyle w:val="4E1B8BE8E635423EB269141E9E2912A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2C19E6AA2346A4966003129C441C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F70BCF-6F6C-429F-8953-A4366B1ADB4B}"/>
      </w:docPartPr>
      <w:docPartBody>
        <w:p w:rsidR="004161F5" w:rsidRDefault="00AE2DB9" w:rsidP="00AE2DB9">
          <w:pPr>
            <w:pStyle w:val="522C19E6AA2346A4966003129C441C2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6DBC8E8B3947CB8F9195F36B67D8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1466C3-0938-40F3-B80E-AC752137F2CD}"/>
      </w:docPartPr>
      <w:docPartBody>
        <w:p w:rsidR="004161F5" w:rsidRDefault="00AE2DB9" w:rsidP="00AE2DB9">
          <w:pPr>
            <w:pStyle w:val="DC6DBC8E8B3947CB8F9195F36B67D85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487EF4E50B45EF8F8DF0A58099C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3BE07-E9E5-44D9-9E25-682D3147F98A}"/>
      </w:docPartPr>
      <w:docPartBody>
        <w:p w:rsidR="004161F5" w:rsidRDefault="00AE2DB9" w:rsidP="00AE2DB9">
          <w:pPr>
            <w:pStyle w:val="49487EF4E50B45EF8F8DF0A58099CB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C5AA04D5744E5397F5B4C02E599F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108B47-84B5-43E6-81C0-FF80CE0638F8}"/>
      </w:docPartPr>
      <w:docPartBody>
        <w:p w:rsidR="004161F5" w:rsidRDefault="00AE2DB9" w:rsidP="00AE2DB9">
          <w:pPr>
            <w:pStyle w:val="C6C5AA04D5744E5397F5B4C02E599FE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7845195F10471BB191FDF6254F45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696-8872-4F3D-8F49-4B1D149150F6}"/>
      </w:docPartPr>
      <w:docPartBody>
        <w:p w:rsidR="004161F5" w:rsidRDefault="00AE2DB9" w:rsidP="00AE2DB9">
          <w:pPr>
            <w:pStyle w:val="657845195F10471BB191FDF6254F450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1ABEBA6024587BD9BFFA89B86CB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739A1F-2A7E-415C-83F2-9ED9DB2B6482}"/>
      </w:docPartPr>
      <w:docPartBody>
        <w:p w:rsidR="004161F5" w:rsidRDefault="00AE2DB9" w:rsidP="00AE2DB9">
          <w:pPr>
            <w:pStyle w:val="4261ABEBA6024587BD9BFFA89B86CBA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CE4C47E07C843CCA2D7255597D077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40068E-C5F7-4300-826A-70045CCF3146}"/>
      </w:docPartPr>
      <w:docPartBody>
        <w:p w:rsidR="004161F5" w:rsidRDefault="00AE2DB9" w:rsidP="00AE2DB9">
          <w:pPr>
            <w:pStyle w:val="ECE4C47E07C843CCA2D7255597D0770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44CF760006459A89EF2B7CE3AFF2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37F74E-9D31-46C5-8E68-8ABBD337504B}"/>
      </w:docPartPr>
      <w:docPartBody>
        <w:p w:rsidR="004161F5" w:rsidRDefault="00AE2DB9" w:rsidP="00AE2DB9">
          <w:pPr>
            <w:pStyle w:val="9444CF760006459A89EF2B7CE3AFF2D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51D5A1F2414B9AB219F05CFB3EC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D5F82-167F-4B9B-844B-4C0F7B0C8B6B}"/>
      </w:docPartPr>
      <w:docPartBody>
        <w:p w:rsidR="004161F5" w:rsidRDefault="00AE2DB9" w:rsidP="00AE2DB9">
          <w:pPr>
            <w:pStyle w:val="A451D5A1F2414B9AB219F05CFB3EC45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8E1C4CC73644419B96786849CD0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9E4E2-5DC9-4412-995E-2CD5C1732424}"/>
      </w:docPartPr>
      <w:docPartBody>
        <w:p w:rsidR="004161F5" w:rsidRDefault="00AE2DB9" w:rsidP="00AE2DB9">
          <w:pPr>
            <w:pStyle w:val="E58E1C4CC73644419B96786849CD041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4E4ABAE5DA465E97A6237A780953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D22589-F299-4C9E-863D-694D8BA5F36C}"/>
      </w:docPartPr>
      <w:docPartBody>
        <w:p w:rsidR="004161F5" w:rsidRDefault="00AE2DB9" w:rsidP="00AE2DB9">
          <w:pPr>
            <w:pStyle w:val="CA4E4ABAE5DA465E97A6237A7809538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56AE4FD73954CA688AAE317B32139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A54D89-F76C-4B3C-8579-EA2E8196A733}"/>
      </w:docPartPr>
      <w:docPartBody>
        <w:p w:rsidR="004161F5" w:rsidRDefault="00AE2DB9" w:rsidP="00AE2DB9">
          <w:pPr>
            <w:pStyle w:val="156AE4FD73954CA688AAE317B321396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D5A277E4DAE4119840AF2E2D970F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4D2EF1-8C4B-40AD-A1A3-1058D7398D87}"/>
      </w:docPartPr>
      <w:docPartBody>
        <w:p w:rsidR="004161F5" w:rsidRDefault="00AE2DB9" w:rsidP="00AE2DB9">
          <w:pPr>
            <w:pStyle w:val="6D5A277E4DAE4119840AF2E2D970FC5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6FFECF142C4598987272C037E480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9FFF58-CD8B-47CA-9A92-700D5D4B22EB}"/>
      </w:docPartPr>
      <w:docPartBody>
        <w:p w:rsidR="004161F5" w:rsidRDefault="00AE2DB9" w:rsidP="00AE2DB9">
          <w:pPr>
            <w:pStyle w:val="586FFECF142C4598987272C037E4807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FB6E5FECABF45829BB384A56029A2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77E3C-E47F-492F-917F-B367670F50BA}"/>
      </w:docPartPr>
      <w:docPartBody>
        <w:p w:rsidR="004161F5" w:rsidRDefault="00AE2DB9" w:rsidP="00AE2DB9">
          <w:pPr>
            <w:pStyle w:val="0FB6E5FECABF45829BB384A56029A28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164AFE8C004731B39F8D42AA7948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844EF-ADD6-4262-AAB4-675971BC0AAA}"/>
      </w:docPartPr>
      <w:docPartBody>
        <w:p w:rsidR="004161F5" w:rsidRDefault="00AE2DB9" w:rsidP="00AE2DB9">
          <w:pPr>
            <w:pStyle w:val="26164AFE8C004731B39F8D42AA79484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3E6DFAA3A744858DA27EA69CF186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DE8A8C-51C0-4144-89BC-3515CCD83F1A}"/>
      </w:docPartPr>
      <w:docPartBody>
        <w:p w:rsidR="004161F5" w:rsidRDefault="00AE2DB9" w:rsidP="00AE2DB9">
          <w:pPr>
            <w:pStyle w:val="143E6DFAA3A744858DA27EA69CF186A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7E9068020A4D09974EA1EB0D07EB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3BAB17-855A-4C4D-874A-93CE948C9AA3}"/>
      </w:docPartPr>
      <w:docPartBody>
        <w:p w:rsidR="004161F5" w:rsidRDefault="00AE2DB9" w:rsidP="00AE2DB9">
          <w:pPr>
            <w:pStyle w:val="FB7E9068020A4D09974EA1EB0D07EB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DD229517514DD3BA308806424051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61FEA-3A97-41F3-97BB-88D258595AF0}"/>
      </w:docPartPr>
      <w:docPartBody>
        <w:p w:rsidR="004161F5" w:rsidRDefault="00AE2DB9" w:rsidP="00AE2DB9">
          <w:pPr>
            <w:pStyle w:val="B9DD229517514DD3BA3088064240514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4DB9EE858049CCB9AFBB15E50951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4E822-6637-475A-9ECE-360D82B14F33}"/>
      </w:docPartPr>
      <w:docPartBody>
        <w:p w:rsidR="004161F5" w:rsidRDefault="00AE2DB9" w:rsidP="00AE2DB9">
          <w:pPr>
            <w:pStyle w:val="4B4DB9EE858049CCB9AFBB15E50951BB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041F98D97294F33B27DB409BE8E34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810D7-BAC3-4F3C-AC22-3015849488B2}"/>
      </w:docPartPr>
      <w:docPartBody>
        <w:p w:rsidR="004161F5" w:rsidRDefault="00AE2DB9" w:rsidP="00AE2DB9">
          <w:pPr>
            <w:pStyle w:val="7041F98D97294F33B27DB409BE8E34F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AB6D1D873F4738BF61AE69763787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8F29A2-919B-4DA5-9E94-2D5172BCF8D4}"/>
      </w:docPartPr>
      <w:docPartBody>
        <w:p w:rsidR="004161F5" w:rsidRDefault="00AE2DB9" w:rsidP="00AE2DB9">
          <w:pPr>
            <w:pStyle w:val="73AB6D1D873F4738BF61AE69763787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91A0A4C04E9D9F8A8F3644975C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D65F44-5DDA-48A4-9642-C993305A98EF}"/>
      </w:docPartPr>
      <w:docPartBody>
        <w:p w:rsidR="004161F5" w:rsidRDefault="00AE2DB9" w:rsidP="00AE2DB9">
          <w:pPr>
            <w:pStyle w:val="520891A0A4C04E9D9F8A8F3644975CB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582574595EA444189787F4DFB8EE3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C8631A-6AFE-4F51-999B-F563E850910A}"/>
      </w:docPartPr>
      <w:docPartBody>
        <w:p w:rsidR="004161F5" w:rsidRDefault="00AE2DB9" w:rsidP="00AE2DB9">
          <w:pPr>
            <w:pStyle w:val="C582574595EA444189787F4DFB8EE37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5670920D67C4481B676B57D42BEF3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03B76D-B474-4900-B332-874E7E539ED4}"/>
      </w:docPartPr>
      <w:docPartBody>
        <w:p w:rsidR="004161F5" w:rsidRDefault="00AE2DB9" w:rsidP="00AE2DB9">
          <w:pPr>
            <w:pStyle w:val="55670920D67C4481B676B57D42BEF39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34C0B0E50C4165979C1D1CD6EF51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4D27D-680B-4463-BD9E-6BFD859A660B}"/>
      </w:docPartPr>
      <w:docPartBody>
        <w:p w:rsidR="004161F5" w:rsidRDefault="00AE2DB9" w:rsidP="00AE2DB9">
          <w:pPr>
            <w:pStyle w:val="1734C0B0E50C4165979C1D1CD6EF511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2533AA1A67444FAB6AD764FF1EF8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1F7DA-E9F2-4032-A788-B62BA60378EC}"/>
      </w:docPartPr>
      <w:docPartBody>
        <w:p w:rsidR="00667F4B" w:rsidRDefault="00AE2DB9" w:rsidP="00AE2DB9">
          <w:pPr>
            <w:pStyle w:val="982533AA1A67444FAB6AD764FF1EF88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8251704D7154EB4AAFD40739CBF3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8B767D-4E47-48E7-8104-5FCB54E20DFF}"/>
      </w:docPartPr>
      <w:docPartBody>
        <w:p w:rsidR="00667F4B" w:rsidRDefault="00AE2DB9" w:rsidP="00AE2DB9">
          <w:pPr>
            <w:pStyle w:val="A8251704D7154EB4AAFD40739CBF323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2F71A98DCB432994A49CF6A2418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1B163-2111-47F1-BE3E-715B36098DE9}"/>
      </w:docPartPr>
      <w:docPartBody>
        <w:p w:rsidR="00667F4B" w:rsidRDefault="00AE2DB9" w:rsidP="00AE2DB9">
          <w:pPr>
            <w:pStyle w:val="092F71A98DCB432994A49CF6A2418B1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F714C39671F4059B6173089394CD3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16FAE-E734-44BE-A31F-E00E026FC3BC}"/>
      </w:docPartPr>
      <w:docPartBody>
        <w:p w:rsidR="00667F4B" w:rsidRDefault="00AE2DB9" w:rsidP="00AE2DB9">
          <w:pPr>
            <w:pStyle w:val="FF714C39671F4059B6173089394CD3E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589E92AA8443098EDE0E709D3F98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F60FC3-714F-41B4-9890-9A9052B837B3}"/>
      </w:docPartPr>
      <w:docPartBody>
        <w:p w:rsidR="00667F4B" w:rsidRDefault="00AE2DB9" w:rsidP="00AE2DB9">
          <w:pPr>
            <w:pStyle w:val="28589E92AA8443098EDE0E709D3F980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873B5DDFA49E29AD3D86C96355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5AA905-D309-487F-A1AF-07580395F905}"/>
      </w:docPartPr>
      <w:docPartBody>
        <w:p w:rsidR="00667F4B" w:rsidRDefault="00AE2DB9" w:rsidP="00AE2DB9">
          <w:pPr>
            <w:pStyle w:val="7B8873B5DDFA49E29AD3D86C96355BE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53A91E55554B1E87906AAB7E6672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7CBF7F-A57D-47C2-BCA3-E8C041F05825}"/>
      </w:docPartPr>
      <w:docPartBody>
        <w:p w:rsidR="00667F4B" w:rsidRDefault="00AE2DB9" w:rsidP="00AE2DB9">
          <w:pPr>
            <w:pStyle w:val="7D53A91E55554B1E87906AAB7E66728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423504971984E3CA014D7D54995C9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E8ACEB-C183-4290-B4AE-E71E975A024E}"/>
      </w:docPartPr>
      <w:docPartBody>
        <w:p w:rsidR="00667F4B" w:rsidRDefault="004161F5" w:rsidP="004161F5">
          <w:pPr>
            <w:pStyle w:val="0423504971984E3CA014D7D54995C960"/>
          </w:pPr>
          <w:r w:rsidRPr="00076DED">
            <w:rPr>
              <w:rStyle w:val="PlaceholderText"/>
            </w:rPr>
            <w:t>Enter any content that you want to repeat, including other content controls. You can also insert this control around table rows in order to repeat parts of a table.</w:t>
          </w:r>
        </w:p>
      </w:docPartBody>
    </w:docPart>
    <w:docPart>
      <w:docPartPr>
        <w:name w:val="A98CC7936C024C2988776FBA2CC670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25606D-72F2-420D-A4A5-2B1138A8CD5E}"/>
      </w:docPartPr>
      <w:docPartBody>
        <w:p w:rsidR="00667F4B" w:rsidRDefault="00AE2DB9" w:rsidP="00AE2DB9">
          <w:pPr>
            <w:pStyle w:val="A98CC7936C024C2988776FBA2CC670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B36F7201C45DF99CA9FA9C42900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A1CBC0-41C9-418E-9952-13C00E6ED73C}"/>
      </w:docPartPr>
      <w:docPartBody>
        <w:p w:rsidR="00667F4B" w:rsidRDefault="00AE2DB9" w:rsidP="00AE2DB9">
          <w:pPr>
            <w:pStyle w:val="2E9B36F7201C45DF99CA9FA9C42900A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814CF1CD7A47D3BB560F37A96F9D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5433EE-A462-4E7A-9841-E73A061EB40C}"/>
      </w:docPartPr>
      <w:docPartBody>
        <w:p w:rsidR="00667F4B" w:rsidRDefault="00AE2DB9" w:rsidP="00AE2DB9">
          <w:pPr>
            <w:pStyle w:val="09814CF1CD7A47D3BB560F37A96F9D5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793DEAF92564508A217818A964BBB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1393E0-001B-4B7D-A421-D9B6B2CA1FE4}"/>
      </w:docPartPr>
      <w:docPartBody>
        <w:p w:rsidR="00667F4B" w:rsidRDefault="00AE2DB9" w:rsidP="00AE2DB9">
          <w:pPr>
            <w:pStyle w:val="7793DEAF92564508A217818A964BBBC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AE718F29D543A9A17E24959BBA00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C526C1-B3E4-4377-B0F6-CB955B4ED163}"/>
      </w:docPartPr>
      <w:docPartBody>
        <w:p w:rsidR="00A9419E" w:rsidRDefault="00AE2DB9" w:rsidP="00AE2DB9">
          <w:pPr>
            <w:pStyle w:val="C2AE718F29D543A9A17E24959BBA00FE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355F48608D144A48EEAD6924FFD0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E026B2-94B3-4356-9116-409DFE8CBC89}"/>
      </w:docPartPr>
      <w:docPartBody>
        <w:p w:rsidR="00A9419E" w:rsidRDefault="00AE2DB9" w:rsidP="00AE2DB9">
          <w:pPr>
            <w:pStyle w:val="F355F48608D144A48EEAD6924FFD0D7E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19986A706C241EEB358AA78A64A0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051B21-E7E8-4FE3-92E1-B571BC2C1544}"/>
      </w:docPartPr>
      <w:docPartBody>
        <w:p w:rsidR="00A9419E" w:rsidRDefault="00AE2DB9" w:rsidP="00AE2DB9">
          <w:pPr>
            <w:pStyle w:val="619986A706C241EEB358AA78A64A02CB2"/>
          </w:pPr>
          <w:r w:rsidRPr="00F10F93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698321A51C4D75AD58054348C12C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BB44B0-0D88-4CDF-8299-892C161D2C96}"/>
      </w:docPartPr>
      <w:docPartBody>
        <w:p w:rsidR="00A9419E" w:rsidRDefault="00AE2DB9" w:rsidP="00AE2DB9">
          <w:pPr>
            <w:pStyle w:val="A2698321A51C4D75AD58054348C12C3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173E37A8CC42958F596D7E4F182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2E6F92-1E6F-4338-AE22-698416DFB19C}"/>
      </w:docPartPr>
      <w:docPartBody>
        <w:p w:rsidR="00A9419E" w:rsidRDefault="00AE2DB9" w:rsidP="00AE2DB9">
          <w:pPr>
            <w:pStyle w:val="D7173E37A8CC42958F596D7E4F182CC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10F53B8B7E0247EF97BF9EDCEFA86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8DA50E-AC64-4F75-A06F-FC5CE3C5A2AD}"/>
      </w:docPartPr>
      <w:docPartBody>
        <w:p w:rsidR="00A9419E" w:rsidRDefault="00AE2DB9" w:rsidP="00AE2DB9">
          <w:pPr>
            <w:pStyle w:val="10F53B8B7E0247EF97BF9EDCEFA860ED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BD982DD81904E84AAE76F6DAFC7AD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4DE966-E569-4BEE-A0AC-5AF04C53A715}"/>
      </w:docPartPr>
      <w:docPartBody>
        <w:p w:rsidR="00A9419E" w:rsidRDefault="00AE2DB9" w:rsidP="00AE2DB9">
          <w:pPr>
            <w:pStyle w:val="CBD982DD81904E84AAE76F6DAFC7ADE0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EE82AF8A648ADB30341964727E3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58971-6A30-4242-A31B-7003E6CE353D}"/>
      </w:docPartPr>
      <w:docPartBody>
        <w:p w:rsidR="00A9419E" w:rsidRDefault="00AE2DB9" w:rsidP="00AE2DB9">
          <w:pPr>
            <w:pStyle w:val="390EE82AF8A648ADB30341964727E31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A7918792F74AF7B0392C104CD435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CDDD69-E29B-4114-8BFC-C3F315131A3D}"/>
      </w:docPartPr>
      <w:docPartBody>
        <w:p w:rsidR="00A9419E" w:rsidRDefault="00AE2DB9" w:rsidP="00AE2DB9">
          <w:pPr>
            <w:pStyle w:val="B0A7918792F74AF7B0392C104CD435B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55B9AB92A24257B48EAB5AEBE4F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878A0-D568-4919-985D-5CC81F34858C}"/>
      </w:docPartPr>
      <w:docPartBody>
        <w:p w:rsidR="00A9419E" w:rsidRDefault="00AE2DB9" w:rsidP="00AE2DB9">
          <w:pPr>
            <w:pStyle w:val="5F55B9AB92A24257B48EAB5AEBE4FCA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AEF3528D414F839952F297F3855B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A48C4B-D348-4412-87D9-64183C49B6FF}"/>
      </w:docPartPr>
      <w:docPartBody>
        <w:p w:rsidR="00A9419E" w:rsidRDefault="00AE2DB9" w:rsidP="00AE2DB9">
          <w:pPr>
            <w:pStyle w:val="86AEF3528D414F839952F297F3855BB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2301B0DFCC445C9DB687BAA6A998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F6C583-BFBB-4418-8984-5554472725D7}"/>
      </w:docPartPr>
      <w:docPartBody>
        <w:p w:rsidR="00A9419E" w:rsidRDefault="00AE2DB9" w:rsidP="00AE2DB9">
          <w:pPr>
            <w:pStyle w:val="662301B0DFCC445C9DB687BAA6A998EF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591FE166A694A9AB66A9BF1863FF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CA137B-D6D2-4B32-A53B-23FDF0C3C8A3}"/>
      </w:docPartPr>
      <w:docPartBody>
        <w:p w:rsidR="00A9419E" w:rsidRDefault="00AE2DB9" w:rsidP="00AE2DB9">
          <w:pPr>
            <w:pStyle w:val="7591FE166A694A9AB66A9BF1863FF91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C143B5AD3CF3465B978C857418C016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52411-4BFA-47E4-87C7-FFB1277857F8}"/>
      </w:docPartPr>
      <w:docPartBody>
        <w:p w:rsidR="00A9419E" w:rsidRDefault="00AE2DB9" w:rsidP="00AE2DB9">
          <w:pPr>
            <w:pStyle w:val="C143B5AD3CF3465B978C857418C0169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A9702833664964A0CC9821EEBA26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C5B4AE-DF5D-4F4E-8AF2-0F7E4F20FE8B}"/>
      </w:docPartPr>
      <w:docPartBody>
        <w:p w:rsidR="00A9419E" w:rsidRDefault="00AE2DB9" w:rsidP="00AE2DB9">
          <w:pPr>
            <w:pStyle w:val="B3A9702833664964A0CC9821EEBA269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95C93E7B8840B1AF96EE296C3462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C4F1F1-5A50-4B45-8EFB-222BA434687C}"/>
      </w:docPartPr>
      <w:docPartBody>
        <w:p w:rsidR="00A9419E" w:rsidRDefault="00AE2DB9" w:rsidP="00AE2DB9">
          <w:pPr>
            <w:pStyle w:val="2E95C93E7B8840B1AF96EE296C3462D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BB22DBA65F44FF8864558D11BE199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A5AB6-0BAC-4A1F-B86B-E70FE182D4AE}"/>
      </w:docPartPr>
      <w:docPartBody>
        <w:p w:rsidR="00A9419E" w:rsidRDefault="00AE2DB9" w:rsidP="00AE2DB9">
          <w:pPr>
            <w:pStyle w:val="0BB22DBA65F44FF8864558D11BE199D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58DF7ED83A450D84FB7C6991FF8B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B3BB38-1AE6-44B3-9E67-38EEF317506D}"/>
      </w:docPartPr>
      <w:docPartBody>
        <w:p w:rsidR="00A9419E" w:rsidRDefault="00AE2DB9" w:rsidP="00AE2DB9">
          <w:pPr>
            <w:pStyle w:val="CD58DF7ED83A450D84FB7C6991FF8B6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023A29D74B4AA6BA013164CF3D96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C4F91-B763-40FE-A683-1C41086503BC}"/>
      </w:docPartPr>
      <w:docPartBody>
        <w:p w:rsidR="00A9419E" w:rsidRDefault="00AE2DB9" w:rsidP="00AE2DB9">
          <w:pPr>
            <w:pStyle w:val="10023A29D74B4AA6BA013164CF3D9653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7624C9E7D6F4280AF94DC0390A817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75C8C2-6399-46E7-B30D-A0D0AADF4C23}"/>
      </w:docPartPr>
      <w:docPartBody>
        <w:p w:rsidR="00A9419E" w:rsidRDefault="00AE2DB9" w:rsidP="00AE2DB9">
          <w:pPr>
            <w:pStyle w:val="E7624C9E7D6F4280AF94DC0390A817B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FDE9F96E6755417692BBC7FC6C0405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676A04-0257-495A-B2EA-CE81CAB05007}"/>
      </w:docPartPr>
      <w:docPartBody>
        <w:p w:rsidR="00A9419E" w:rsidRDefault="00AE2DB9" w:rsidP="00AE2DB9">
          <w:pPr>
            <w:pStyle w:val="FDE9F96E6755417692BBC7FC6C04050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299AA1EA1E548D99DC6057FC03BAB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5A15F8-F201-4027-B6A0-C9F9A2720A3B}"/>
      </w:docPartPr>
      <w:docPartBody>
        <w:p w:rsidR="00A9419E" w:rsidRDefault="00AE2DB9" w:rsidP="00AE2DB9">
          <w:pPr>
            <w:pStyle w:val="9299AA1EA1E548D99DC6057FC03BAB3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2085D9289864C04A2027F7206115A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C2EF1B-3F76-4FE5-B370-527D3B08D0E9}"/>
      </w:docPartPr>
      <w:docPartBody>
        <w:p w:rsidR="00A9419E" w:rsidRDefault="00AE2DB9" w:rsidP="00AE2DB9">
          <w:pPr>
            <w:pStyle w:val="52085D9289864C04A2027F7206115A5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603E881EBC4825BB3ACB0E37AC40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1CE78-6578-48ED-8D40-784E1E9F6CBF}"/>
      </w:docPartPr>
      <w:docPartBody>
        <w:p w:rsidR="00A9419E" w:rsidRDefault="00AE2DB9" w:rsidP="00AE2DB9">
          <w:pPr>
            <w:pStyle w:val="D1603E881EBC4825BB3ACB0E37AC40C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B7F4467103045A8A8ED1D95197E8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18A564-AE11-4F7D-80E8-49CA38FD3C1E}"/>
      </w:docPartPr>
      <w:docPartBody>
        <w:p w:rsidR="00A9419E" w:rsidRDefault="00AE2DB9" w:rsidP="00AE2DB9">
          <w:pPr>
            <w:pStyle w:val="DB7F4467103045A8A8ED1D95197E8A61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F4A8E63CDF4A89ADF859DB3FD89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624556-5DE2-4D19-A73F-AAA419F891F6}"/>
      </w:docPartPr>
      <w:docPartBody>
        <w:p w:rsidR="00A9419E" w:rsidRDefault="00AE2DB9" w:rsidP="00AE2DB9">
          <w:pPr>
            <w:pStyle w:val="21F4A8E63CDF4A89ADF859DB3FD8901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AE1A41B0864477A88F09CED792823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C3C682-9A06-4F68-B521-FDBE8394D6C8}"/>
      </w:docPartPr>
      <w:docPartBody>
        <w:p w:rsidR="00A9419E" w:rsidRDefault="00AE2DB9" w:rsidP="00AE2DB9">
          <w:pPr>
            <w:pStyle w:val="EAE1A41B0864477A88F09CED7928239C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BB35B118A6C40A38A4890187954A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FE75F-561D-4DB9-8B42-2482F72ED75D}"/>
      </w:docPartPr>
      <w:docPartBody>
        <w:p w:rsidR="00A9419E" w:rsidRDefault="00AE2DB9" w:rsidP="00AE2DB9">
          <w:pPr>
            <w:pStyle w:val="ABB35B118A6C40A38A4890187954A6FF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F357CE5A39445AABCC2993DA99FA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EEC68-B911-46EE-9089-B398A40DB943}"/>
      </w:docPartPr>
      <w:docPartBody>
        <w:p w:rsidR="00A9419E" w:rsidRDefault="00AE2DB9" w:rsidP="00AE2DB9">
          <w:pPr>
            <w:pStyle w:val="C9F357CE5A39445AABCC2993DA99FA9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62C11562FC4E5BA508CB01C9CA8E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801A59-A899-4F8D-8C2D-4D45854E54E5}"/>
      </w:docPartPr>
      <w:docPartBody>
        <w:p w:rsidR="00A9419E" w:rsidRDefault="00AE2DB9" w:rsidP="00AE2DB9">
          <w:pPr>
            <w:pStyle w:val="7562C11562FC4E5BA508CB01C9CA8EC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53926DCBD04608848E5CD49F9138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EE9EE0-A9D5-423B-B611-4BF15957F68B}"/>
      </w:docPartPr>
      <w:docPartBody>
        <w:p w:rsidR="00A9419E" w:rsidRDefault="00AE2DB9" w:rsidP="00AE2DB9">
          <w:pPr>
            <w:pStyle w:val="4253926DCBD04608848E5CD49F91381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2B2B88AB08438DA817370CB31CEF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C33E0-E50B-4605-B003-30F1399500F1}"/>
      </w:docPartPr>
      <w:docPartBody>
        <w:p w:rsidR="00A9419E" w:rsidRDefault="00AE2DB9" w:rsidP="00AE2DB9">
          <w:pPr>
            <w:pStyle w:val="D52B2B88AB08438DA817370CB31CEF1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C61D06BF7884102A199EBF5DEEE9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038E4-1265-4BDC-AAAC-9741C8DDBF98}"/>
      </w:docPartPr>
      <w:docPartBody>
        <w:p w:rsidR="00A9419E" w:rsidRDefault="00AE2DB9" w:rsidP="00AE2DB9">
          <w:pPr>
            <w:pStyle w:val="5C61D06BF7884102A199EBF5DEEE9CA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5FC5EC80FDF403EBF0FAB4C71EF3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24442-BC26-4B63-8733-7E3A90277FD6}"/>
      </w:docPartPr>
      <w:docPartBody>
        <w:p w:rsidR="00A9419E" w:rsidRDefault="00AE2DB9" w:rsidP="00AE2DB9">
          <w:pPr>
            <w:pStyle w:val="85FC5EC80FDF403EBF0FAB4C71EF3BC4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ED17080EF5BC4CE890C82F543C62E7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585628-CA3F-483E-9994-DEE0D07B17FC}"/>
      </w:docPartPr>
      <w:docPartBody>
        <w:p w:rsidR="00A9419E" w:rsidRDefault="00AE2DB9" w:rsidP="00AE2DB9">
          <w:pPr>
            <w:pStyle w:val="ED17080EF5BC4CE890C82F543C62E78B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A7371C9749654B99B4D602E5A299EF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DE7747-68D4-4171-9E0A-1222A019CE0B}"/>
      </w:docPartPr>
      <w:docPartBody>
        <w:p w:rsidR="00A9419E" w:rsidRDefault="00AE2DB9" w:rsidP="00AE2DB9">
          <w:pPr>
            <w:pStyle w:val="A7371C9749654B99B4D602E5A299EF7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3B63D1F50484585A6AB3692A5DC55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CDFEA5-207A-406A-B482-F53C9CA59365}"/>
      </w:docPartPr>
      <w:docPartBody>
        <w:p w:rsidR="00A9419E" w:rsidRDefault="00AE2DB9" w:rsidP="00AE2DB9">
          <w:pPr>
            <w:pStyle w:val="33B63D1F50484585A6AB3692A5DC55C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272ACB934C46939416A934EC1FF5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1EBFF-6E9D-4BF9-AC4F-AD11D8DBCBB2}"/>
      </w:docPartPr>
      <w:docPartBody>
        <w:p w:rsidR="00A9419E" w:rsidRDefault="00AE2DB9" w:rsidP="00AE2DB9">
          <w:pPr>
            <w:pStyle w:val="4D272ACB934C46939416A934EC1FF53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8235CE12E244709EA784C996A070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4821B7-0234-4CAA-9B61-03DA6CDDA23A}"/>
      </w:docPartPr>
      <w:docPartBody>
        <w:p w:rsidR="00A9419E" w:rsidRDefault="00AE2DB9" w:rsidP="00AE2DB9">
          <w:pPr>
            <w:pStyle w:val="738235CE12E244709EA784C996A0709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86DCBD69E849549CE46A3AF209D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082828-9350-426B-9754-E137797AD52E}"/>
      </w:docPartPr>
      <w:docPartBody>
        <w:p w:rsidR="00A9419E" w:rsidRDefault="00AE2DB9" w:rsidP="00AE2DB9">
          <w:pPr>
            <w:pStyle w:val="7B86DCBD69E849549CE46A3AF209DD2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A371DB9C7A4B9D92A9C70D3AEDDF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FE5765-A371-4304-B328-BEC06067B6F4}"/>
      </w:docPartPr>
      <w:docPartBody>
        <w:p w:rsidR="00A9419E" w:rsidRDefault="00AE2DB9" w:rsidP="00AE2DB9">
          <w:pPr>
            <w:pStyle w:val="E3A371DB9C7A4B9D92A9C70D3AEDDFC8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D2009B2FA8E044C8A7FC2D1BE80A1F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23ABE-6869-48EE-B72D-814127AC93DD}"/>
      </w:docPartPr>
      <w:docPartBody>
        <w:p w:rsidR="00A9419E" w:rsidRDefault="00AE2DB9" w:rsidP="00AE2DB9">
          <w:pPr>
            <w:pStyle w:val="D2009B2FA8E044C8A7FC2D1BE80A1F37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28442E971FB947CD9F729CE87C634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D7E0F-9C72-4FBB-B067-60C43A980EEC}"/>
      </w:docPartPr>
      <w:docPartBody>
        <w:p w:rsidR="00A9419E" w:rsidRDefault="00AE2DB9" w:rsidP="00AE2DB9">
          <w:pPr>
            <w:pStyle w:val="28442E971FB947CD9F729CE87C634A7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76472EA92AC4ED0858A934B2924A7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D56D3B-ACB4-4B44-B325-5E49640836E5}"/>
      </w:docPartPr>
      <w:docPartBody>
        <w:p w:rsidR="00A9419E" w:rsidRDefault="00AE2DB9" w:rsidP="00AE2DB9">
          <w:pPr>
            <w:pStyle w:val="D76472EA92AC4ED0858A934B2924A7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AA2F104C18744BAB0FD3AEDCECFCE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F630D-B255-427C-95D0-3485551741B1}"/>
      </w:docPartPr>
      <w:docPartBody>
        <w:p w:rsidR="00A9419E" w:rsidRDefault="00AE2DB9" w:rsidP="00AE2DB9">
          <w:pPr>
            <w:pStyle w:val="6AA2F104C18744BAB0FD3AEDCECFCEA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8C15C5743A4A19A1292B63727AF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BD62CE-F47A-4DD9-99F6-22EBFB71F8A3}"/>
      </w:docPartPr>
      <w:docPartBody>
        <w:p w:rsidR="00A9419E" w:rsidRDefault="00AE2DB9" w:rsidP="00AE2DB9">
          <w:pPr>
            <w:pStyle w:val="4A8C15C5743A4A19A1292B63727AFDF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38482CD5A9414B996E90731F75DE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0E342-9E3A-4AB9-9ECF-B17504F5E8BA}"/>
      </w:docPartPr>
      <w:docPartBody>
        <w:p w:rsidR="00A9419E" w:rsidRDefault="00AE2DB9" w:rsidP="00AE2DB9">
          <w:pPr>
            <w:pStyle w:val="4F38482CD5A9414B996E90731F75DED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46EFFADF374928BF6579BE00EEE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7AA30-E99D-45F5-AF46-A62A82979AEF}"/>
      </w:docPartPr>
      <w:docPartBody>
        <w:p w:rsidR="00A9419E" w:rsidRDefault="00AE2DB9" w:rsidP="00AE2DB9">
          <w:pPr>
            <w:pStyle w:val="6246EFFADF374928BF6579BE00EEE5BE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612FA868D2FE478F9D630C53CCCFA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C0D388-D651-4F5B-9064-CD9272F25E97}"/>
      </w:docPartPr>
      <w:docPartBody>
        <w:p w:rsidR="00A9419E" w:rsidRDefault="00AE2DB9" w:rsidP="00AE2DB9">
          <w:pPr>
            <w:pStyle w:val="612FA868D2FE478F9D630C53CCCFAB80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622648FB8DA43D28D2648E54ECED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4703A1-E99B-4738-8E71-D7E8E61A7ABD}"/>
      </w:docPartPr>
      <w:docPartBody>
        <w:p w:rsidR="00A9419E" w:rsidRDefault="00AE2DB9" w:rsidP="00AE2DB9">
          <w:pPr>
            <w:pStyle w:val="5622648FB8DA43D28D2648E54ECED36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CD2776494554177B7AFBC5C6AF58E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917A74-C02F-4727-B703-D5A32F29A83D}"/>
      </w:docPartPr>
      <w:docPartBody>
        <w:p w:rsidR="00A9419E" w:rsidRDefault="00AE2DB9" w:rsidP="00AE2DB9">
          <w:pPr>
            <w:pStyle w:val="2CD2776494554177B7AFBC5C6AF58E3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CAEB083088458EA2656F911A03E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7ECC2-CB2E-451B-AF86-93AA4ECD9B67}"/>
      </w:docPartPr>
      <w:docPartBody>
        <w:p w:rsidR="00A9419E" w:rsidRDefault="00AE2DB9" w:rsidP="00AE2DB9">
          <w:pPr>
            <w:pStyle w:val="8CCAEB083088458EA2656F911A03EABD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092E21455F04D088E08A3B3329A966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459858-48AC-4C9B-8A84-ACCA255AF362}"/>
      </w:docPartPr>
      <w:docPartBody>
        <w:p w:rsidR="00A9419E" w:rsidRDefault="00AE2DB9" w:rsidP="00AE2DB9">
          <w:pPr>
            <w:pStyle w:val="9092E21455F04D088E08A3B3329A966C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AE38B133153430C97C5D902CB8CC0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00BA4-7298-401D-86CF-38F776348E05}"/>
      </w:docPartPr>
      <w:docPartBody>
        <w:p w:rsidR="00A9419E" w:rsidRDefault="00AE2DB9" w:rsidP="00AE2DB9">
          <w:pPr>
            <w:pStyle w:val="FAE38B133153430C97C5D902CB8CC0D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A1663A02624CA69D0A59601A594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DDCEB8-71C9-48DA-AE17-9A21F673A332}"/>
      </w:docPartPr>
      <w:docPartBody>
        <w:p w:rsidR="00A9419E" w:rsidRDefault="00AE2DB9" w:rsidP="00AE2DB9">
          <w:pPr>
            <w:pStyle w:val="96A1663A02624CA69D0A59601A59473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442007450924436B8759D1E760DA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58F8D2-D083-44DC-AF5A-D75C73F01A78}"/>
      </w:docPartPr>
      <w:docPartBody>
        <w:p w:rsidR="00A9419E" w:rsidRDefault="00AE2DB9" w:rsidP="00AE2DB9">
          <w:pPr>
            <w:pStyle w:val="F442007450924436B8759D1E760DA3A4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D99C5F1B3349CC815CCDBA7B5FFA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C1B7EC-6850-4473-8E6B-4CA525E157C6}"/>
      </w:docPartPr>
      <w:docPartBody>
        <w:p w:rsidR="00A9419E" w:rsidRDefault="00AE2DB9" w:rsidP="00AE2DB9">
          <w:pPr>
            <w:pStyle w:val="10D99C5F1B3349CC815CCDBA7B5FFAE9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012FF6DAB51343DBAA5BD45A58961E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68548E-1C46-4E02-AB64-FE0F208758F4}"/>
      </w:docPartPr>
      <w:docPartBody>
        <w:p w:rsidR="00A9419E" w:rsidRDefault="00AE2DB9" w:rsidP="00AE2DB9">
          <w:pPr>
            <w:pStyle w:val="012FF6DAB51343DBAA5BD45A58961EFA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D728F8F3C64C1A9A0B9CE4B3693D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0FC-AD2E-4824-B5E9-F8AF644BA44C}"/>
      </w:docPartPr>
      <w:docPartBody>
        <w:p w:rsidR="00A9419E" w:rsidRDefault="00AE2DB9" w:rsidP="00AE2DB9">
          <w:pPr>
            <w:pStyle w:val="80D728F8F3C64C1A9A0B9CE4B3693D6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5E3C9EBA1940C58DFDEB04568B0C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F8A75C-3826-40A7-B723-6B4E52ABC608}"/>
      </w:docPartPr>
      <w:docPartBody>
        <w:p w:rsidR="00A9419E" w:rsidRDefault="00AE2DB9" w:rsidP="00AE2DB9">
          <w:pPr>
            <w:pStyle w:val="4B5E3C9EBA1940C58DFDEB04568B0CE8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3485E4E56184BF8BE0A530914291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E4B57C-D938-402A-B3D8-492E729AEEF4}"/>
      </w:docPartPr>
      <w:docPartBody>
        <w:p w:rsidR="00A9419E" w:rsidRDefault="00AE2DB9" w:rsidP="00AE2DB9">
          <w:pPr>
            <w:pStyle w:val="B3485E4E56184BF8BE0A53091429158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7ED03E6AB845F0AB1D29F4BB7E35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545FDE-9552-49A7-95F2-353AEE7B41EC}"/>
      </w:docPartPr>
      <w:docPartBody>
        <w:p w:rsidR="00A9419E" w:rsidRDefault="00AE2DB9" w:rsidP="00AE2DB9">
          <w:pPr>
            <w:pStyle w:val="257ED03E6AB845F0AB1D29F4BB7E35B5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79901C821E824D33BED031547FADA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1BC79D-27C7-47CD-B58C-935961ACD965}"/>
      </w:docPartPr>
      <w:docPartBody>
        <w:p w:rsidR="00A9419E" w:rsidRDefault="00AE2DB9" w:rsidP="00AE2DB9">
          <w:pPr>
            <w:pStyle w:val="79901C821E824D33BED031547FADA396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E2163B935F4BD6AD81C8F0D2DBD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926BD5-4A4D-404F-B248-30E46B513245}"/>
      </w:docPartPr>
      <w:docPartBody>
        <w:p w:rsidR="00A9419E" w:rsidRDefault="00AE2DB9" w:rsidP="00AE2DB9">
          <w:pPr>
            <w:pStyle w:val="D5E2163B935F4BD6AD81C8F0D2DBDAC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22C0C83F09D403087780EC5752D2C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BF1A7C-5DCD-4CF1-8BE6-C2755F8C855E}"/>
      </w:docPartPr>
      <w:docPartBody>
        <w:p w:rsidR="00A9419E" w:rsidRDefault="00AE2DB9" w:rsidP="00AE2DB9">
          <w:pPr>
            <w:pStyle w:val="F22C0C83F09D403087780EC5752D2C93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E09F653F0A4495B2AFCAA6DFFA6C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190C2F-8F3F-4F9C-907B-DC0EAA0CDD97}"/>
      </w:docPartPr>
      <w:docPartBody>
        <w:p w:rsidR="00A9419E" w:rsidRDefault="00AE2DB9" w:rsidP="00AE2DB9">
          <w:pPr>
            <w:pStyle w:val="59E09F653F0A4495B2AFCAA6DFFA6CF7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CACCF274CE437E9824772C526D59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FE6E1F-8FAD-4A81-994C-167D910C6B71}"/>
      </w:docPartPr>
      <w:docPartBody>
        <w:p w:rsidR="00A9419E" w:rsidRDefault="00AE2DB9" w:rsidP="00AE2DB9">
          <w:pPr>
            <w:pStyle w:val="B2CACCF274CE437E9824772C526D59862"/>
          </w:pPr>
          <w:r w:rsidRPr="00076DED">
            <w:rPr>
              <w:rStyle w:val="PlaceholderText"/>
            </w:rPr>
            <w:t>Click or tap to enter a date.</w:t>
          </w:r>
        </w:p>
      </w:docPartBody>
    </w:docPart>
    <w:docPart>
      <w:docPartPr>
        <w:name w:val="57689B1D169C4BF78CE45050CCD92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A40AD6-706F-47EC-BA70-4301B8D9B5FD}"/>
      </w:docPartPr>
      <w:docPartBody>
        <w:p w:rsidR="00A9419E" w:rsidRDefault="00AE2DB9" w:rsidP="00AE2DB9">
          <w:pPr>
            <w:pStyle w:val="57689B1D169C4BF78CE45050CCD92169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1C08EB6C73A43A7973935F67C247C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261C07-8039-4EFA-842C-94EB70B77CBD}"/>
      </w:docPartPr>
      <w:docPartBody>
        <w:p w:rsidR="00A9419E" w:rsidRDefault="00AE2DB9" w:rsidP="00AE2DB9">
          <w:pPr>
            <w:pStyle w:val="41C08EB6C73A43A7973935F67C247C4E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1C950F7BE246FEA7F0367998080C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E270D5-0E31-4CF2-B105-896E1FE55782}"/>
      </w:docPartPr>
      <w:docPartBody>
        <w:p w:rsidR="00A9419E" w:rsidRDefault="00AE2DB9" w:rsidP="00AE2DB9">
          <w:pPr>
            <w:pStyle w:val="EE1C950F7BE246FEA7F0367998080CAB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5330C66E3B1482398676EEF445EA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B4E9D9-0607-4456-958B-1C5804CAA7FE}"/>
      </w:docPartPr>
      <w:docPartBody>
        <w:p w:rsidR="00A9419E" w:rsidRDefault="00AE2DB9" w:rsidP="00AE2DB9">
          <w:pPr>
            <w:pStyle w:val="75330C66E3B1482398676EEF445EAEA2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D5E0E756694791924CB45CABC706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FF12D-BE8D-4761-8006-02EFE02871BA}"/>
      </w:docPartPr>
      <w:docPartBody>
        <w:p w:rsidR="00A9419E" w:rsidRDefault="00AE2DB9" w:rsidP="00AE2DB9">
          <w:pPr>
            <w:pStyle w:val="58D5E0E756694791924CB45CABC706252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56A8DBABB5141C2B8296EF8664E10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9285F7-CF63-494A-B433-0CF963D543CC}"/>
      </w:docPartPr>
      <w:docPartBody>
        <w:p w:rsidR="00A9419E" w:rsidRDefault="00AE2DB9" w:rsidP="00AE2DB9">
          <w:pPr>
            <w:pStyle w:val="256A8DBABB5141C2B8296EF8664E106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18844F535144BEB96A93784426666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44405B-B25A-48C8-85DA-CB8A8729D019}"/>
      </w:docPartPr>
      <w:docPartBody>
        <w:p w:rsidR="00A9419E" w:rsidRDefault="00AE2DB9" w:rsidP="00AE2DB9">
          <w:pPr>
            <w:pStyle w:val="918844F535144BEB96A9378442666684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B713BF2D4241D6A8E1392B3D5FA6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148EB6-7B02-4017-A486-20B47678AEC3}"/>
      </w:docPartPr>
      <w:docPartBody>
        <w:p w:rsidR="00A9419E" w:rsidRDefault="00AE2DB9" w:rsidP="00AE2DB9">
          <w:pPr>
            <w:pStyle w:val="66B713BF2D4241D6A8E1392B3D5FA601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F87A4EF38A34B518D3CAE060BC7E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0EAFE9-AD58-42EE-ADA6-002F2AD6321E}"/>
      </w:docPartPr>
      <w:docPartBody>
        <w:p w:rsidR="00A9419E" w:rsidRDefault="00AE2DB9" w:rsidP="00AE2DB9">
          <w:pPr>
            <w:pStyle w:val="AF87A4EF38A34B518D3CAE060BC7E96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30603E0EBEE402AADE56FD3C1DE38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6FAC2-A3F7-4940-97E0-9FF14568AD17}"/>
      </w:docPartPr>
      <w:docPartBody>
        <w:p w:rsidR="00A9419E" w:rsidRDefault="00AE2DB9" w:rsidP="00AE2DB9">
          <w:pPr>
            <w:pStyle w:val="930603E0EBEE402AADE56FD3C1DE3837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0891B7B85B47668EC3E523421546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C432E-D1FB-4352-B0DB-36F15D89EA2B}"/>
      </w:docPartPr>
      <w:docPartBody>
        <w:p w:rsidR="00A9419E" w:rsidRDefault="00AE2DB9" w:rsidP="00AE2DB9">
          <w:pPr>
            <w:pStyle w:val="260891B7B85B47668EC3E523421546EE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86C3C8A556941EC823B19ED709E5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1B0BD5-CFC2-40D0-B8B9-9370C54DE97C}"/>
      </w:docPartPr>
      <w:docPartBody>
        <w:p w:rsidR="00A9419E" w:rsidRDefault="00AE2DB9" w:rsidP="00AE2DB9">
          <w:pPr>
            <w:pStyle w:val="286C3C8A556941EC823B19ED709E5970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86F8575A6C48A285F46447290FA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E6CB34-59B3-4A3C-B548-C50E66744B54}"/>
      </w:docPartPr>
      <w:docPartBody>
        <w:p w:rsidR="00A9419E" w:rsidRDefault="00AE2DB9" w:rsidP="00AE2DB9">
          <w:pPr>
            <w:pStyle w:val="3886F8575A6C48A285F46447290FA9A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B2D3BEF8A74739BAB2A91EC26DE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CE924B-CA67-46AC-BE9B-C442C41A1F4A}"/>
      </w:docPartPr>
      <w:docPartBody>
        <w:p w:rsidR="00A9419E" w:rsidRDefault="00AE2DB9" w:rsidP="00AE2DB9">
          <w:pPr>
            <w:pStyle w:val="6FB2D3BEF8A74739BAB2A91EC26DEF4C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906871343D94DE0991C085B4491B0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9C35F-C089-4D4A-9C82-610160A56538}"/>
      </w:docPartPr>
      <w:docPartBody>
        <w:p w:rsidR="00A9419E" w:rsidRDefault="00AE2DB9" w:rsidP="00AE2DB9">
          <w:pPr>
            <w:pStyle w:val="3906871343D94DE0991C085B4491B0DB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01DE69719874E7F956BD3811CAF2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582872-FBD4-4092-A8E7-1DE49EE1722E}"/>
      </w:docPartPr>
      <w:docPartBody>
        <w:p w:rsidR="00A9419E" w:rsidRDefault="00AE2DB9" w:rsidP="00AE2DB9">
          <w:pPr>
            <w:pStyle w:val="401DE69719874E7F956BD3811CAF21E9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E9F9A794F784A698B987B56D75BA5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06E560-8569-4E37-A451-8E666A716968}"/>
      </w:docPartPr>
      <w:docPartBody>
        <w:p w:rsidR="00A9419E" w:rsidRDefault="00AE2DB9" w:rsidP="00AE2DB9">
          <w:pPr>
            <w:pStyle w:val="1E9F9A794F784A698B987B56D75BA50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ED158A1A0B745BD99A6138D27C9FD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6767CE-7D91-4C3D-ADF6-2A83321B4492}"/>
      </w:docPartPr>
      <w:docPartBody>
        <w:p w:rsidR="00A9419E" w:rsidRDefault="00AE2DB9" w:rsidP="00AE2DB9">
          <w:pPr>
            <w:pStyle w:val="EED158A1A0B745BD99A6138D27C9FD1A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1AED5CDFE84236A17D54CF145F4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1FA97C-B081-4C79-974A-3E4D691198DF}"/>
      </w:docPartPr>
      <w:docPartBody>
        <w:p w:rsidR="00A9419E" w:rsidRDefault="00AE2DB9" w:rsidP="00AE2DB9">
          <w:pPr>
            <w:pStyle w:val="071AED5CDFE84236A17D54CF145F4252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15B561A15D48B5B28F53530AFF58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22FAA-E4AB-4FBB-B1A1-709F9F8DF18B}"/>
      </w:docPartPr>
      <w:docPartBody>
        <w:p w:rsidR="00A9419E" w:rsidRDefault="00AE2DB9" w:rsidP="00AE2DB9">
          <w:pPr>
            <w:pStyle w:val="8715B561A15D48B5B28F53530AFF58FD1"/>
          </w:pPr>
          <w:r w:rsidRPr="000E7C9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9E1"/>
    <w:rsid w:val="00041DFE"/>
    <w:rsid w:val="004161F5"/>
    <w:rsid w:val="004801B2"/>
    <w:rsid w:val="005A051B"/>
    <w:rsid w:val="005D799D"/>
    <w:rsid w:val="006239E1"/>
    <w:rsid w:val="00667F4B"/>
    <w:rsid w:val="006D0099"/>
    <w:rsid w:val="00850DCF"/>
    <w:rsid w:val="009A5C93"/>
    <w:rsid w:val="00A15147"/>
    <w:rsid w:val="00A9419E"/>
    <w:rsid w:val="00AE2DB9"/>
    <w:rsid w:val="00B302C0"/>
    <w:rsid w:val="00BC3393"/>
    <w:rsid w:val="00BD0B7C"/>
    <w:rsid w:val="00CC30F1"/>
    <w:rsid w:val="00EE6B93"/>
    <w:rsid w:val="00F2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E2DB9"/>
    <w:rPr>
      <w:color w:val="666666"/>
    </w:rPr>
  </w:style>
  <w:style w:type="paragraph" w:customStyle="1" w:styleId="0423504971984E3CA014D7D54995C960">
    <w:name w:val="0423504971984E3CA014D7D54995C960"/>
    <w:rsid w:val="004161F5"/>
  </w:style>
  <w:style w:type="paragraph" w:customStyle="1" w:styleId="1734C0B0E50C4165979C1D1CD6EF51182">
    <w:name w:val="1734C0B0E50C4165979C1D1CD6EF511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D6CB2241074A76A75ACE4A72F3BACA2">
    <w:name w:val="F4D6CB2241074A76A75ACE4A72F3BAC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BE9DD57B042A78E73AE6C65AB81E92">
    <w:name w:val="5C6BE9DD57B042A78E73AE6C65AB81E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4FF17A7DD844238942618D220CAEE02">
    <w:name w:val="B94FF17A7DD844238942618D220CAEE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2AE718F29D543A9A17E24959BBA00FE2">
    <w:name w:val="C2AE718F29D543A9A17E24959BBA00F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67E5F504CE04A3283DBB5C362BF53DD2">
    <w:name w:val="767E5F504CE04A3283DBB5C362BF53D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355F48608D144A48EEAD6924FFD0D7E2">
    <w:name w:val="F355F48608D144A48EEAD6924FFD0D7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FA136DFCC9400EA3643631FD9D49AC2">
    <w:name w:val="15FA136DFCC9400EA3643631FD9D49A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9986A706C241EEB358AA78A64A02CB2">
    <w:name w:val="619986A706C241EEB358AA78A64A02C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8EF154077D4EC492E0AA02749775EE2">
    <w:name w:val="758EF154077D4EC492E0AA02749775E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0444590C5F4414E83C6454885D5753D2">
    <w:name w:val="60444590C5F4414E83C6454885D5753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6DC268CB3744C7AF90E558EFABE7F62">
    <w:name w:val="096DC268CB3744C7AF90E558EFABE7F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6EE3227410F4460A6706019F08584BA2">
    <w:name w:val="16EE3227410F4460A6706019F08584B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5C6ADD19D0A4F7F9AA8A8D4CCB1374F2">
    <w:name w:val="35C6ADD19D0A4F7F9AA8A8D4CCB1374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AD4EFDEB46F4DD3B07D7D864B6EAEB22">
    <w:name w:val="0AD4EFDEB46F4DD3B07D7D864B6EAEB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69D259CE28476AA1EB44B74A93B0DE2">
    <w:name w:val="C969D259CE28476AA1EB44B74A93B0D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63D3241B974CB9999FF0EC5B4E2B212">
    <w:name w:val="4163D3241B974CB9999FF0EC5B4E2B2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9495584885745569DDCF4FEC1482D052">
    <w:name w:val="89495584885745569DDCF4FEC1482D0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C6F6902A3B4D4CA7D745FDDA70B68A2">
    <w:name w:val="66C6F6902A3B4D4CA7D745FDDA70B68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CD965A9EE694FECADF2476D720E7B6E2">
    <w:name w:val="4CD965A9EE694FECADF2476D720E7B6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E232A6ADC042DB884957F020A929BA2">
    <w:name w:val="09E232A6ADC042DB884957F020A929B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DF7FD3C5E5C4C0992D419903A5ACDD92">
    <w:name w:val="3DF7FD3C5E5C4C0992D419903A5ACDD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DFFF9D18954E1993F5C0789B03E1792">
    <w:name w:val="CADFFF9D18954E1993F5C0789B03E17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F90F891404138BEF4C8B0986FE7062">
    <w:name w:val="657F90F891404138BEF4C8B0986FE70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113B8A854441D682CE5AC80AFB08602">
    <w:name w:val="C9113B8A854441D682CE5AC80AFB086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98CC7936C024C2988776FBA2CC670BD2">
    <w:name w:val="A98CC7936C024C2988776FBA2CC670B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B36F7201C45DF99CA9FA9C42900AE2">
    <w:name w:val="2E9B36F7201C45DF99CA9FA9C42900A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814CF1CD7A47D3BB560F37A96F9D582">
    <w:name w:val="09814CF1CD7A47D3BB560F37A96F9D5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793DEAF92564508A217818A964BBBC02">
    <w:name w:val="7793DEAF92564508A217818A964BBBC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2FF4CA11794B8A841DB2220DF10EA62">
    <w:name w:val="872FF4CA11794B8A841DB2220DF10EA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97BD512F134974B65EC5CE1A1FFA5C2">
    <w:name w:val="4E97BD512F134974B65EC5CE1A1FFA5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3C24FC1DD4E4C25906C3761C0E444F22">
    <w:name w:val="43C24FC1DD4E4C25906C3761C0E444F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5B51F8A20C49259CB13015EB1213892">
    <w:name w:val="6E5B51F8A20C49259CB13015EB12138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CA81B7FEB124004A04A95F11ADBD7A72">
    <w:name w:val="ACA81B7FEB124004A04A95F11ADBD7A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F5175B57004446843F4F317C13BE7C2">
    <w:name w:val="E3F5175B57004446843F4F317C13BE7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E2E25C8BD59485F83A4E1A3EB66C1CA2">
    <w:name w:val="6E2E25C8BD59485F83A4E1A3EB66C1C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4CADD3637F3476CAEF2795719E307AF2">
    <w:name w:val="74CADD3637F3476CAEF2795719E307A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27C8C8D90949D99B80C3BCC40C6DB12">
    <w:name w:val="AB27C8C8D90949D99B80C3BCC40C6DB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E6BAA36B4CE46CCBA1107A2CA86328D2">
    <w:name w:val="BE6BAA36B4CE46CCBA1107A2CA86328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F3A9EE91754E259AFD2F141BD88EC32">
    <w:name w:val="98F3A9EE91754E259AFD2F141BD88EC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562792367E244C2B52C13434E400DB22">
    <w:name w:val="A562792367E244C2B52C13434E400DB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E217E49FF2B4BCCB4F3ACCCBA8620562">
    <w:name w:val="7E217E49FF2B4BCCB4F3ACCCBA86205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6B6B6169038418C8F137F03A3BAC3E62">
    <w:name w:val="A6B6B6169038418C8F137F03A3BAC3E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A84038C5BAB4BC98BCFD7720888F4EA2">
    <w:name w:val="BA84038C5BAB4BC98BCFD7720888F4E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A85F1BB5E59479D91B2E845B74103B12">
    <w:name w:val="2A85F1BB5E59479D91B2E845B74103B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4A0FEE22AB4D08A85FAFBB84445CB92">
    <w:name w:val="734A0FEE22AB4D08A85FAFBB84445CB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AE69983638E496B87E186B118E83D052">
    <w:name w:val="3AE69983638E496B87E186B118E83D0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E1B8BE8E635423EB269141E9E2912AC2">
    <w:name w:val="4E1B8BE8E635423EB269141E9E2912A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2C19E6AA2346A4966003129C441C2C2">
    <w:name w:val="522C19E6AA2346A4966003129C441C2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C6DBC8E8B3947CB8F9195F36B67D85A2">
    <w:name w:val="DC6DBC8E8B3947CB8F9195F36B67D85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9487EF4E50B45EF8F8DF0A58099CB092">
    <w:name w:val="49487EF4E50B45EF8F8DF0A58099CB0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2698321A51C4D75AD58054348C12C3A2">
    <w:name w:val="A2698321A51C4D75AD58054348C12C3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173E37A8CC42958F596D7E4F182CC02">
    <w:name w:val="D7173E37A8CC42958F596D7E4F182CC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F53B8B7E0247EF97BF9EDCEFA860ED2">
    <w:name w:val="10F53B8B7E0247EF97BF9EDCEFA860E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BD982DD81904E84AAE76F6DAFC7ADE02">
    <w:name w:val="CBD982DD81904E84AAE76F6DAFC7ADE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0EE82AF8A648ADB30341964727E31F2">
    <w:name w:val="390EE82AF8A648ADB30341964727E31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0A7918792F74AF7B0392C104CD435BB2">
    <w:name w:val="B0A7918792F74AF7B0392C104CD435B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F55B9AB92A24257B48EAB5AEBE4FCAB2">
    <w:name w:val="5F55B9AB92A24257B48EAB5AEBE4FCA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6AEF3528D414F839952F297F3855BB72">
    <w:name w:val="86AEF3528D414F839952F297F3855BB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2301B0DFCC445C9DB687BAA6A998EF2">
    <w:name w:val="662301B0DFCC445C9DB687BAA6A998E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91FE166A694A9AB66A9BF1863FF9192">
    <w:name w:val="7591FE166A694A9AB66A9BF1863FF91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143B5AD3CF3465B978C857418C016912">
    <w:name w:val="C143B5AD3CF3465B978C857418C0169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A9702833664964A0CC9821EEBA269A2">
    <w:name w:val="B3A9702833664964A0CC9821EEBA269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E95C93E7B8840B1AF96EE296C3462D72">
    <w:name w:val="2E95C93E7B8840B1AF96EE296C3462D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BB22DBA65F44FF8864558D11BE199D92">
    <w:name w:val="0BB22DBA65F44FF8864558D11BE199D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D58DF7ED83A450D84FB7C6991FF8B6E2">
    <w:name w:val="CD58DF7ED83A450D84FB7C6991FF8B6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023A29D74B4AA6BA013164CF3D96532">
    <w:name w:val="10023A29D74B4AA6BA013164CF3D965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7624C9E7D6F4280AF94DC0390A817B02">
    <w:name w:val="E7624C9E7D6F4280AF94DC0390A817B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DE9F96E6755417692BBC7FC6C0405072">
    <w:name w:val="FDE9F96E6755417692BBC7FC6C04050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299AA1EA1E548D99DC6057FC03BAB362">
    <w:name w:val="9299AA1EA1E548D99DC6057FC03BAB3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5D9289864C04A2027F7206115A592">
    <w:name w:val="52085D9289864C04A2027F7206115A5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1603E881EBC4825BB3ACB0E37AC40CB2">
    <w:name w:val="D1603E881EBC4825BB3ACB0E37AC40C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B7F4467103045A8A8ED1D95197E8A612">
    <w:name w:val="DB7F4467103045A8A8ED1D95197E8A6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1F4A8E63CDF4A89ADF859DB3FD890142">
    <w:name w:val="21F4A8E63CDF4A89ADF859DB3FD8901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AE1A41B0864477A88F09CED7928239C2">
    <w:name w:val="EAE1A41B0864477A88F09CED7928239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BB35B118A6C40A38A4890187954A6FF2">
    <w:name w:val="ABB35B118A6C40A38A4890187954A6F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9F357CE5A39445AABCC2993DA99FA9A2">
    <w:name w:val="C9F357CE5A39445AABCC2993DA99FA9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62C11562FC4E5BA508CB01C9CA8EC92">
    <w:name w:val="7562C11562FC4E5BA508CB01C9CA8EC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53926DCBD04608848E5CD49F91381D2">
    <w:name w:val="4253926DCBD04608848E5CD49F91381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6C5AA04D5744E5397F5B4C02E599FEC2">
    <w:name w:val="C6C5AA04D5744E5397F5B4C02E599FE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57845195F10471BB191FDF6254F450F2">
    <w:name w:val="657845195F10471BB191FDF6254F450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261ABEBA6024587BD9BFFA89B86CBAD2">
    <w:name w:val="4261ABEBA6024587BD9BFFA89B86CBA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CE4C47E07C843CCA2D7255597D077052">
    <w:name w:val="ECE4C47E07C843CCA2D7255597D0770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444CF760006459A89EF2B7CE3AFF2D12">
    <w:name w:val="9444CF760006459A89EF2B7CE3AFF2D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451D5A1F2414B9AB219F05CFB3EC45E2">
    <w:name w:val="A451D5A1F2414B9AB219F05CFB3EC45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58E1C4CC73644419B96786849CD04142">
    <w:name w:val="E58E1C4CC73644419B96786849CD041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82533AA1A67444FAB6AD764FF1EF8832">
    <w:name w:val="982533AA1A67444FAB6AD764FF1EF88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8251704D7154EB4AAFD40739CBF32322">
    <w:name w:val="A8251704D7154EB4AAFD40739CBF323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92F71A98DCB432994A49CF6A2418B192">
    <w:name w:val="092F71A98DCB432994A49CF6A2418B1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F714C39671F4059B6173089394CD3ED2">
    <w:name w:val="FF714C39671F4059B6173089394CD3E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589E92AA8443098EDE0E709D3F98092">
    <w:name w:val="28589E92AA8443098EDE0E709D3F980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873B5DDFA49E29AD3D86C96355BEA2">
    <w:name w:val="7B8873B5DDFA49E29AD3D86C96355BE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D53A91E55554B1E87906AAB7E66728B2">
    <w:name w:val="7D53A91E55554B1E87906AAB7E66728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2B2B88AB08438DA817370CB31CEF122">
    <w:name w:val="D52B2B88AB08438DA817370CB31CEF1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C61D06BF7884102A199EBF5DEEE9CA92">
    <w:name w:val="5C61D06BF7884102A199EBF5DEEE9CA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5FC5EC80FDF403EBF0FAB4C71EF3BC42">
    <w:name w:val="85FC5EC80FDF403EBF0FAB4C71EF3BC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D17080EF5BC4CE890C82F543C62E78B2">
    <w:name w:val="ED17080EF5BC4CE890C82F543C62E78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7371C9749654B99B4D602E5A299EF7B2">
    <w:name w:val="A7371C9749654B99B4D602E5A299EF7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3B63D1F50484585A6AB3692A5DC55C22">
    <w:name w:val="33B63D1F50484585A6AB3692A5DC55C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D272ACB934C46939416A934EC1FF53A2">
    <w:name w:val="4D272ACB934C46939416A934EC1FF53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8235CE12E244709EA784C996A070932">
    <w:name w:val="738235CE12E244709EA784C996A0709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B86DCBD69E849549CE46A3AF209DD272">
    <w:name w:val="7B86DCBD69E849549CE46A3AF209DD2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3A371DB9C7A4B9D92A9C70D3AEDDFC82">
    <w:name w:val="E3A371DB9C7A4B9D92A9C70D3AEDDFC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2009B2FA8E044C8A7FC2D1BE80A1F372">
    <w:name w:val="D2009B2FA8E044C8A7FC2D1BE80A1F3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442E971FB947CD9F729CE87C634A7E2">
    <w:name w:val="28442E971FB947CD9F729CE87C634A7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76472EA92AC4ED0858A934B2924A7BD2">
    <w:name w:val="D76472EA92AC4ED0858A934B2924A7B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AA2F104C18744BAB0FD3AEDCECFCEAE2">
    <w:name w:val="6AA2F104C18744BAB0FD3AEDCECFCEA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A8C15C5743A4A19A1292B63727AFDFE2">
    <w:name w:val="4A8C15C5743A4A19A1292B63727AFDF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F38482CD5A9414B996E90731F75DED22">
    <w:name w:val="4F38482CD5A9414B996E90731F75DED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246EFFADF374928BF6579BE00EEE5BE2">
    <w:name w:val="6246EFFADF374928BF6579BE00EEE5B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12FA868D2FE478F9D630C53CCCFAB802">
    <w:name w:val="612FA868D2FE478F9D630C53CCCFAB8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622648FB8DA43D28D2648E54ECED3662">
    <w:name w:val="5622648FB8DA43D28D2648E54ECED36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CD2776494554177B7AFBC5C6AF58E3D2">
    <w:name w:val="2CD2776494554177B7AFBC5C6AF58E3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CCAEB083088458EA2656F911A03EABD2">
    <w:name w:val="8CCAEB083088458EA2656F911A03EAB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A4E4ABAE5DA465E97A6237A7809538C2">
    <w:name w:val="CA4E4ABAE5DA465E97A6237A7809538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56AE4FD73954CA688AAE317B321396B2">
    <w:name w:val="156AE4FD73954CA688AAE317B321396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D5A277E4DAE4119840AF2E2D970FC5F2">
    <w:name w:val="6D5A277E4DAE4119840AF2E2D970FC5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6FFECF142C4598987272C037E4807A2">
    <w:name w:val="586FFECF142C4598987272C037E4807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FB6E5FECABF45829BB384A56029A28D2">
    <w:name w:val="0FB6E5FECABF45829BB384A56029A28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164AFE8C004731B39F8D42AA79484B2">
    <w:name w:val="26164AFE8C004731B39F8D42AA79484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43E6DFAA3A744858DA27EA69CF186A82">
    <w:name w:val="143E6DFAA3A744858DA27EA69CF186A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B7E9068020A4D09974EA1EB0D07EBE02">
    <w:name w:val="FB7E9068020A4D09974EA1EB0D07EBE0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9DD229517514DD3BA308806424051442">
    <w:name w:val="B9DD229517514DD3BA3088064240514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4DB9EE858049CCB9AFBB15E50951BB2">
    <w:name w:val="4B4DB9EE858049CCB9AFBB15E50951B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092E21455F04D088E08A3B3329A966C2">
    <w:name w:val="9092E21455F04D088E08A3B3329A966C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AE38B133153430C97C5D902CB8CC0D72">
    <w:name w:val="FAE38B133153430C97C5D902CB8CC0D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6A1663A02624CA69D0A59601A5947352">
    <w:name w:val="96A1663A02624CA69D0A59601A59473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442007450924436B8759D1E760DA3A42">
    <w:name w:val="F442007450924436B8759D1E760DA3A4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0D99C5F1B3349CC815CCDBA7B5FFAE92">
    <w:name w:val="10D99C5F1B3349CC815CCDBA7B5FFAE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12FF6DAB51343DBAA5BD45A58961EFA2">
    <w:name w:val="012FF6DAB51343DBAA5BD45A58961EFA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0D728F8F3C64C1A9A0B9CE4B3693D672">
    <w:name w:val="80D728F8F3C64C1A9A0B9CE4B3693D6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B5E3C9EBA1940C58DFDEB04568B0CE82">
    <w:name w:val="4B5E3C9EBA1940C58DFDEB04568B0CE8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3485E4E56184BF8BE0A5309142915852">
    <w:name w:val="B3485E4E56184BF8BE0A53091429158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7ED03E6AB845F0AB1D29F4BB7E35B52">
    <w:name w:val="257ED03E6AB845F0AB1D29F4BB7E35B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9901C821E824D33BED031547FADA3962">
    <w:name w:val="79901C821E824D33BED031547FADA39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D5E2163B935F4BD6AD81C8F0D2DBDAC22">
    <w:name w:val="D5E2163B935F4BD6AD81C8F0D2DBDAC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F22C0C83F09D403087780EC5752D2C932">
    <w:name w:val="F22C0C83F09D403087780EC5752D2C93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9E09F653F0A4495B2AFCAA6DFFA6CF72">
    <w:name w:val="59E09F653F0A4495B2AFCAA6DFFA6CF7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B2CACCF274CE437E9824772C526D59862">
    <w:name w:val="B2CACCF274CE437E9824772C526D5986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041F98D97294F33B27DB409BE8E34F12">
    <w:name w:val="7041F98D97294F33B27DB409BE8E34F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3AB6D1D873F4738BF61AE697637871D2">
    <w:name w:val="73AB6D1D873F4738BF61AE697637871D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20891A0A4C04E9D9F8A8F3644975CB12">
    <w:name w:val="520891A0A4C04E9D9F8A8F3644975CB1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C582574595EA444189787F4DFB8EE37F2">
    <w:name w:val="C582574595EA444189787F4DFB8EE37F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5670920D67C4481B676B57D42BEF39B2">
    <w:name w:val="55670920D67C4481B676B57D42BEF39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7689B1D169C4BF78CE45050CCD921692">
    <w:name w:val="57689B1D169C4BF78CE45050CCD92169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1C08EB6C73A43A7973935F67C247C4E2">
    <w:name w:val="41C08EB6C73A43A7973935F67C247C4E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1C950F7BE246FEA7F0367998080CAB2">
    <w:name w:val="EE1C950F7BE246FEA7F0367998080CAB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75330C66E3B1482398676EEF445EAEA22">
    <w:name w:val="75330C66E3B1482398676EEF445EAEA2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58D5E0E756694791924CB45CABC706252">
    <w:name w:val="58D5E0E756694791924CB45CABC706252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56A8DBABB5141C2B8296EF8664E106E1">
    <w:name w:val="256A8DBABB5141C2B8296EF8664E106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18844F535144BEB96A93784426666841">
    <w:name w:val="918844F535144BEB96A9378442666684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6B713BF2D4241D6A8E1392B3D5FA6011">
    <w:name w:val="66B713BF2D4241D6A8E1392B3D5FA601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AF87A4EF38A34B518D3CAE060BC7E9621">
    <w:name w:val="AF87A4EF38A34B518D3CAE060BC7E96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930603E0EBEE402AADE56FD3C1DE38371">
    <w:name w:val="930603E0EBEE402AADE56FD3C1DE3837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60891B7B85B47668EC3E523421546EE1">
    <w:name w:val="260891B7B85B47668EC3E523421546EE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286C3C8A556941EC823B19ED709E59701">
    <w:name w:val="286C3C8A556941EC823B19ED709E5970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886F8575A6C48A285F46447290FA9AD1">
    <w:name w:val="3886F8575A6C48A285F46447290FA9A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6FB2D3BEF8A74739BAB2A91EC26DEF4C1">
    <w:name w:val="6FB2D3BEF8A74739BAB2A91EC26DEF4C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3906871343D94DE0991C085B4491B0DB1">
    <w:name w:val="3906871343D94DE0991C085B4491B0DB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401DE69719874E7F956BD3811CAF21E91">
    <w:name w:val="401DE69719874E7F956BD3811CAF21E9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1E9F9A794F784A698B987B56D75BA5021">
    <w:name w:val="1E9F9A794F784A698B987B56D75BA50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EED158A1A0B745BD99A6138D27C9FD1A1">
    <w:name w:val="EED158A1A0B745BD99A6138D27C9FD1A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071AED5CDFE84236A17D54CF145F42521">
    <w:name w:val="071AED5CDFE84236A17D54CF145F4252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  <w:style w:type="paragraph" w:customStyle="1" w:styleId="8715B561A15D48B5B28F53530AFF58FD1">
    <w:name w:val="8715B561A15D48B5B28F53530AFF58FD1"/>
    <w:rsid w:val="00AE2DB9"/>
    <w:pPr>
      <w:spacing w:after="200" w:line="276" w:lineRule="auto"/>
    </w:pPr>
    <w:rPr>
      <w:rFonts w:ascii="Calibri" w:hAnsi="Calibri"/>
      <w:kern w:val="0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Flow_SignoffStatus xmlns="15185260-356a-4f99-88cc-936cb4cb807e" xsi:nil="true"/>
    <g91b68ba74af4c7b983d18b6ea194a39 xmlns="503bbec5-b5d2-4817-b31a-e56cf9689349">
      <Terms xmlns="http://schemas.microsoft.com/office/infopath/2007/PartnerControls">
        <TermInfo xmlns="http://schemas.microsoft.com/office/infopath/2007/PartnerControls">
          <TermName xmlns="http://schemas.microsoft.com/office/infopath/2007/PartnerControls">Training</TermName>
          <TermId xmlns="http://schemas.microsoft.com/office/infopath/2007/PartnerControls">d40a543f-cf93-4dd2-8e77-c73395edc57f</TermId>
        </TermInfo>
      </Terms>
    </g91b68ba74af4c7b983d18b6ea194a39>
    <TaxCatchAll xmlns="503bbec5-b5d2-4817-b31a-e56cf9689349">
      <Value>31</Value>
    </TaxCatchAll>
    <_ip_UnifiedCompliancePolicyProperties xmlns="http://schemas.microsoft.com/sharepoint/v3" xsi:nil="true"/>
    <Status xmlns="15185260-356a-4f99-88cc-936cb4cb807e" xsi:nil="true"/>
    <lcf76f155ced4ddcb4097134ff3c332f xmlns="15185260-356a-4f99-88cc-936cb4cb807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raining Document" ma:contentTypeID="0x010100E71D276AF3F30A40B0518270157AC0D12600A5CCBD870995834399D357334277DA3A" ma:contentTypeVersion="24" ma:contentTypeDescription="" ma:contentTypeScope="" ma:versionID="51cadf1560be46046a2c601411ceb66b">
  <xsd:schema xmlns:xsd="http://www.w3.org/2001/XMLSchema" xmlns:xs="http://www.w3.org/2001/XMLSchema" xmlns:p="http://schemas.microsoft.com/office/2006/metadata/properties" xmlns:ns1="http://schemas.microsoft.com/sharepoint/v3" xmlns:ns2="503bbec5-b5d2-4817-b31a-e56cf9689349" xmlns:ns3="15185260-356a-4f99-88cc-936cb4cb807e" targetNamespace="http://schemas.microsoft.com/office/2006/metadata/properties" ma:root="true" ma:fieldsID="e98f9ee26940bd46210317464be3b008" ns1:_="" ns2:_="" ns3:_="">
    <xsd:import namespace="http://schemas.microsoft.com/sharepoint/v3"/>
    <xsd:import namespace="503bbec5-b5d2-4817-b31a-e56cf9689349"/>
    <xsd:import namespace="15185260-356a-4f99-88cc-936cb4cb807e"/>
    <xsd:element name="properties">
      <xsd:complexType>
        <xsd:sequence>
          <xsd:element name="documentManagement">
            <xsd:complexType>
              <xsd:all>
                <xsd:element ref="ns2:g91b68ba74af4c7b983d18b6ea194a39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  <xsd:element ref="ns3:lcf76f155ced4ddcb4097134ff3c332f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bbec5-b5d2-4817-b31a-e56cf9689349" elementFormDefault="qualified">
    <xsd:import namespace="http://schemas.microsoft.com/office/2006/documentManagement/types"/>
    <xsd:import namespace="http://schemas.microsoft.com/office/infopath/2007/PartnerControls"/>
    <xsd:element name="g91b68ba74af4c7b983d18b6ea194a39" ma:index="8" nillable="true" ma:taxonomy="true" ma:internalName="g91b68ba74af4c7b983d18b6ea194a39" ma:taxonomyFieldName="RCPITags" ma:displayName="RCPITags" ma:default="" ma:fieldId="{091b68ba-74af-4c7b-983d-18b6ea194a39}" ma:sspId="4072833a-2362-46d2-ac3f-3941ef26165a" ma:termSetId="8ed8c9ea-7052-4c1d-a4d7-b9c10bffea6f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f6ce1868-fc46-45bc-9346-2acb2ee913c9}" ma:internalName="TaxCatchAll" ma:showField="CatchAllData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f6ce1868-fc46-45bc-9346-2acb2ee913c9}" ma:internalName="TaxCatchAllLabel" ma:readOnly="true" ma:showField="CatchAllDataLabel" ma:web="503bbec5-b5d2-4817-b31a-e56cf96893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85260-356a-4f99-88cc-936cb4cb80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072833a-2362-46d2-ac3f-3941ef2616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9" nillable="true" ma:displayName="Sign-off status" ma:internalName="Sign_x002d_off_x0020_status">
      <xsd:simpleType>
        <xsd:restriction base="dms:Text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32" nillable="true" ma:displayName="Status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254CA12-5166-4609-8A53-2BCCA5AC11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335934D-EE63-46AB-8C72-B6476A8E6277}"/>
</file>

<file path=customXml/itemProps3.xml><?xml version="1.0" encoding="utf-8"?>
<ds:datastoreItem xmlns:ds="http://schemas.openxmlformats.org/officeDocument/2006/customXml" ds:itemID="{796B19CF-EFB8-4F89-85DA-6B718D02C5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9629276-5B18-41CF-8C69-4C9411857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1722</Words>
  <Characters>9821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Shivana Chandra</cp:lastModifiedBy>
  <cp:revision>3</cp:revision>
  <dcterms:created xsi:type="dcterms:W3CDTF">2026-09-11T10:51:00Z</dcterms:created>
  <dcterms:modified xsi:type="dcterms:W3CDTF">2026-09-11T10:51:00Z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ebdc5c2-1ff9-4d01-9834-f86cda611682_Enabled">
    <vt:lpwstr>true</vt:lpwstr>
  </property>
  <property fmtid="{D5CDD505-2E9C-101B-9397-08002B2CF9AE}" pid="3" name="MSIP_Label_2ebdc5c2-1ff9-4d01-9834-f86cda611682_SetDate">
    <vt:lpwstr>2026-06-18T07:56:58Z</vt:lpwstr>
  </property>
  <property fmtid="{D5CDD505-2E9C-101B-9397-08002B2CF9AE}" pid="4" name="MSIP_Label_2ebdc5c2-1ff9-4d01-9834-f86cda611682_Method">
    <vt:lpwstr>Standard</vt:lpwstr>
  </property>
  <property fmtid="{D5CDD505-2E9C-101B-9397-08002B2CF9AE}" pid="5" name="MSIP_Label_2ebdc5c2-1ff9-4d01-9834-f86cda611682_Name">
    <vt:lpwstr>defa4170-0d19-0005-0004-bc88714345d2</vt:lpwstr>
  </property>
  <property fmtid="{D5CDD505-2E9C-101B-9397-08002B2CF9AE}" pid="6" name="MSIP_Label_2ebdc5c2-1ff9-4d01-9834-f86cda611682_SiteId">
    <vt:lpwstr>4bdbc99f-14d5-40ac-8220-5a85d6b6fe7d</vt:lpwstr>
  </property>
  <property fmtid="{D5CDD505-2E9C-101B-9397-08002B2CF9AE}" pid="7" name="MSIP_Label_2ebdc5c2-1ff9-4d01-9834-f86cda611682_ActionId">
    <vt:lpwstr>d6e18b85-d433-40c6-abd2-67d3e09077c0</vt:lpwstr>
  </property>
  <property fmtid="{D5CDD505-2E9C-101B-9397-08002B2CF9AE}" pid="8" name="MSIP_Label_2ebdc5c2-1ff9-4d01-9834-f86cda611682_ContentBits">
    <vt:lpwstr>0</vt:lpwstr>
  </property>
  <property fmtid="{D5CDD505-2E9C-101B-9397-08002B2CF9AE}" pid="9" name="MSIP_Label_2ebdc5c2-1ff9-4d01-9834-f86cda611682_Tag">
    <vt:lpwstr>10, 3, 0, 1</vt:lpwstr>
  </property>
  <property fmtid="{D5CDD505-2E9C-101B-9397-08002B2CF9AE}" pid="10" name="ContentTypeId">
    <vt:lpwstr>0x010100E71D276AF3F30A40B0518270157AC0D12600A5CCBD870995834399D357334277DA3A</vt:lpwstr>
  </property>
  <property fmtid="{D5CDD505-2E9C-101B-9397-08002B2CF9AE}" pid="11" name="MediaServiceImageTags">
    <vt:lpwstr/>
  </property>
  <property fmtid="{D5CDD505-2E9C-101B-9397-08002B2CF9AE}" pid="12" name="RCPITags">
    <vt:lpwstr>31;#Training|d40a543f-cf93-4dd2-8e77-c73395edc57f</vt:lpwstr>
  </property>
</Properties>
</file>