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13EA07F6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AD4760">
        <w:rPr>
          <w:b/>
          <w:bCs/>
          <w:sz w:val="40"/>
          <w:szCs w:val="40"/>
        </w:rPr>
        <w:t>Histopathology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1046060929"/>
            <w:placeholder>
              <w:docPart w:val="AA0A13D84F38445C955CED1E07A950FC"/>
            </w:placeholder>
            <w:showingPlcHdr/>
          </w:sdtPr>
          <w:sdtContent>
            <w:tc>
              <w:tcPr>
                <w:tcW w:w="3114" w:type="pct"/>
              </w:tcPr>
              <w:p w14:paraId="3B7B6D19" w14:textId="1E8D3468" w:rsidR="009E4AEB" w:rsidRDefault="00CD0524" w:rsidP="3FE541D5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1192117331"/>
            <w:placeholder>
              <w:docPart w:val="A6DFD1EA396946DA9C0C9DB0AFFFB0A6"/>
            </w:placeholder>
            <w:showingPlcHdr/>
          </w:sdtPr>
          <w:sdtContent>
            <w:tc>
              <w:tcPr>
                <w:tcW w:w="3114" w:type="pct"/>
              </w:tcPr>
              <w:p w14:paraId="2A4369CD" w14:textId="38FDEC61" w:rsidR="009E4AEB" w:rsidRDefault="00CD0524" w:rsidP="3FE541D5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94991285"/>
              <w:placeholder>
                <w:docPart w:val="060D493A821E44B796C02F89CB664DC5"/>
              </w:placeholder>
              <w:showingPlcHdr/>
            </w:sdtPr>
            <w:sdtContent>
              <w:p w14:paraId="26432B61" w14:textId="1D240A02" w:rsidR="009E4AEB" w:rsidRDefault="00CD0524" w:rsidP="3FE541D5">
                <w:r w:rsidRPr="00CA2CE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4C98232" w:rsidR="009E4AEB" w:rsidRPr="00597958" w:rsidRDefault="00846BF0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9E4AEB" w:rsidRPr="00597958">
              <w:rPr>
                <w:b/>
                <w:bCs/>
              </w:rPr>
              <w:t>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2128889421"/>
            <w:placeholder>
              <w:docPart w:val="94B6821962EA4BC6A4F391F456BC2A64"/>
            </w:placeholder>
            <w:showingPlcHdr/>
          </w:sdtPr>
          <w:sdtContent>
            <w:tc>
              <w:tcPr>
                <w:tcW w:w="3114" w:type="pct"/>
              </w:tcPr>
              <w:p w14:paraId="13FF5351" w14:textId="1C8701B8" w:rsidR="009E4AEB" w:rsidRDefault="00CD0524" w:rsidP="3FE541D5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2C72DB2B">
                <wp:simplePos x="0" y="0"/>
                <wp:positionH relativeFrom="margin">
                  <wp:align>right</wp:align>
                </wp:positionH>
                <wp:positionV relativeFrom="paragraph">
                  <wp:posOffset>2160491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4F04172D" w:rsidR="002931FF" w:rsidRPr="0098059E" w:rsidRDefault="0098059E" w:rsidP="0098059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70.1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">
                <v:textbox style="mso-fit-shape-to-text:t">
                  <w:txbxContent>
                    <w:p w14:paraId="0B7A552B" w14:textId="4F04172D" w:rsidR="002931FF" w:rsidRPr="0098059E" w:rsidRDefault="0098059E" w:rsidP="0098059E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3F6142D" w14:textId="77777777" w:rsidR="00846BF0" w:rsidRPr="00846BF0" w:rsidRDefault="00846BF0" w:rsidP="00846BF0">
      <w:pPr>
        <w:pStyle w:val="Heading1"/>
      </w:pPr>
      <w:r w:rsidRPr="00846BF0">
        <w:lastRenderedPageBreak/>
        <w:t>Career Objective / Personal Statement</w:t>
      </w:r>
    </w:p>
    <w:p w14:paraId="7270FBE1" w14:textId="77777777" w:rsidR="00846BF0" w:rsidRDefault="00846BF0" w:rsidP="00846BF0">
      <w:pPr>
        <w:rPr>
          <w:b/>
          <w:bCs/>
        </w:rPr>
      </w:pPr>
      <w:r w:rsidRPr="00846BF0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id w:val="-1663316864"/>
        <w:placeholder>
          <w:docPart w:val="EF1F524171784CCC9480772E68332819"/>
        </w:placeholder>
        <w:showingPlcHdr/>
      </w:sdtPr>
      <w:sdtContent>
        <w:p w14:paraId="18146BAE" w14:textId="590ED26C" w:rsidR="00846BF0" w:rsidRDefault="00CD0524" w:rsidP="00846BF0">
          <w:r w:rsidRPr="00CA2CEB">
            <w:rPr>
              <w:rStyle w:val="PlaceholderText"/>
            </w:rPr>
            <w:t>Click or tap here to enter text.</w:t>
          </w:r>
        </w:p>
      </w:sdtContent>
    </w:sdt>
    <w:p w14:paraId="5AFA6D02" w14:textId="77777777" w:rsidR="00AD4760" w:rsidRDefault="00AD4760" w:rsidP="00846BF0"/>
    <w:p w14:paraId="73ED809F" w14:textId="619479E0" w:rsidR="00214ECC" w:rsidRDefault="003729FB" w:rsidP="001C17E4">
      <w:pPr>
        <w:pStyle w:val="Heading1"/>
      </w:pPr>
      <w:r>
        <w:t>Commitment to Specialty &amp; Career Motivation</w:t>
      </w:r>
    </w:p>
    <w:p w14:paraId="7B31AFD8" w14:textId="77777777" w:rsidR="00AD4760" w:rsidRDefault="00AD4760" w:rsidP="00AD4760">
      <w:pPr>
        <w:pStyle w:val="ListParagraph"/>
        <w:ind w:left="360"/>
        <w:rPr>
          <w:b/>
          <w:bCs/>
        </w:rPr>
      </w:pPr>
    </w:p>
    <w:p w14:paraId="51C12F35" w14:textId="3E2F065B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</w:t>
      </w:r>
      <w:r w:rsidR="00AD4760">
        <w:rPr>
          <w:b/>
          <w:bCs/>
        </w:rPr>
        <w:t>4</w:t>
      </w:r>
      <w:r w:rsidR="002D7D98" w:rsidRPr="00597958">
        <w:rPr>
          <w:b/>
          <w:bCs/>
        </w:rPr>
        <w:t>00 words)</w:t>
      </w:r>
    </w:p>
    <w:sdt>
      <w:sdtPr>
        <w:id w:val="30996318"/>
        <w:placeholder>
          <w:docPart w:val="CC62C005100440FC816F23B48364B3DC"/>
        </w:placeholder>
        <w:showingPlcHdr/>
      </w:sdtPr>
      <w:sdtContent>
        <w:p w14:paraId="2CC02834" w14:textId="27E52AE6" w:rsidR="00AD4760" w:rsidRDefault="00CD0524" w:rsidP="00597958">
          <w:r w:rsidRPr="00CA2CEB">
            <w:rPr>
              <w:rStyle w:val="PlaceholderText"/>
            </w:rPr>
            <w:t>Click or tap here to enter text.</w:t>
          </w:r>
        </w:p>
      </w:sdtContent>
    </w:sdt>
    <w:p w14:paraId="1E377B3E" w14:textId="77777777" w:rsidR="00CD0524" w:rsidRDefault="00CD0524" w:rsidP="00CD0524">
      <w:pPr>
        <w:pStyle w:val="ListParagraph"/>
        <w:ind w:left="360"/>
        <w:rPr>
          <w:b/>
          <w:bCs/>
        </w:rPr>
      </w:pPr>
    </w:p>
    <w:p w14:paraId="6D446B95" w14:textId="09019ED8" w:rsidR="007C3707" w:rsidRDefault="00846BF0" w:rsidP="00846BF0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</w:t>
      </w:r>
      <w:r w:rsidR="00AD4760">
        <w:rPr>
          <w:b/>
          <w:bCs/>
        </w:rPr>
        <w:t>4</w:t>
      </w:r>
      <w:r w:rsidRPr="00846BF0">
        <w:rPr>
          <w:b/>
          <w:bCs/>
        </w:rPr>
        <w:t>00 words)</w:t>
      </w:r>
    </w:p>
    <w:sdt>
      <w:sdtPr>
        <w:rPr>
          <w:b/>
          <w:bCs/>
        </w:rPr>
        <w:id w:val="-585311872"/>
        <w:placeholder>
          <w:docPart w:val="84F5899EFFDB4ED9967CFD16A99CB822"/>
        </w:placeholder>
        <w:showingPlcHdr/>
      </w:sdtPr>
      <w:sdtContent>
        <w:p w14:paraId="11DB5C9C" w14:textId="32AAFAC1" w:rsidR="00846BF0" w:rsidRPr="00846BF0" w:rsidRDefault="00CD0524" w:rsidP="00846BF0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61EF5744" w14:textId="77777777" w:rsidR="0098059E" w:rsidRDefault="0098059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4D4EC52E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11DCF03C" w14:textId="70671020" w:rsidR="00AD4760" w:rsidRPr="00AD4760" w:rsidRDefault="00AD4760" w:rsidP="00AD4760">
      <w:pPr>
        <w:rPr>
          <w:b/>
          <w:bCs/>
        </w:rPr>
      </w:pPr>
      <w:r w:rsidRPr="00AD4760">
        <w:rPr>
          <w:b/>
          <w:bCs/>
        </w:rPr>
        <w:t xml:space="preserve">Applicable only to applicants who have not completed their </w:t>
      </w:r>
      <w:r>
        <w:rPr>
          <w:b/>
          <w:bCs/>
        </w:rPr>
        <w:t>Basic Specialist Training (</w:t>
      </w:r>
      <w:r w:rsidRPr="00AD4760">
        <w:rPr>
          <w:b/>
          <w:bCs/>
        </w:rPr>
        <w:t>BST</w:t>
      </w:r>
      <w:r w:rsidR="002D6B05">
        <w:rPr>
          <w:b/>
          <w:bCs/>
        </w:rPr>
        <w:t>)</w:t>
      </w:r>
      <w:r w:rsidRPr="00AD4760">
        <w:rPr>
          <w:b/>
          <w:bCs/>
        </w:rPr>
        <w:t xml:space="preserve"> with RCPI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286707592"/>
            <w:placeholder>
              <w:docPart w:val="44E3A33AA4E7433BACDEAF41E4C88EFA"/>
            </w:placeholder>
            <w:showingPlcHdr/>
          </w:sdtPr>
          <w:sdtContent>
            <w:tc>
              <w:tcPr>
                <w:tcW w:w="966" w:type="pct"/>
              </w:tcPr>
              <w:p w14:paraId="407904E6" w14:textId="7CDB37EC" w:rsidR="002D7D98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81565778"/>
            <w:placeholder>
              <w:docPart w:val="9BF0EB6D92104EFBBB3E273BC7A4AA38"/>
            </w:placeholder>
            <w:showingPlcHdr/>
          </w:sdtPr>
          <w:sdtContent>
            <w:tc>
              <w:tcPr>
                <w:tcW w:w="959" w:type="pct"/>
              </w:tcPr>
              <w:p w14:paraId="7DBDB907" w14:textId="5A49839E" w:rsidR="002D7D98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56741500"/>
            <w:placeholder>
              <w:docPart w:val="D724FD93BAB74312A86CF0585D4B97F1"/>
            </w:placeholder>
            <w:showingPlcHdr/>
          </w:sdtPr>
          <w:sdtContent>
            <w:tc>
              <w:tcPr>
                <w:tcW w:w="980" w:type="pct"/>
              </w:tcPr>
              <w:p w14:paraId="72703AB3" w14:textId="5FF437FA" w:rsidR="002D7D98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870296125"/>
            <w:placeholder>
              <w:docPart w:val="7643B93EE6084095A3F839697ED82344"/>
            </w:placeholder>
            <w:showingPlcHdr/>
          </w:sdtPr>
          <w:sdtContent>
            <w:tc>
              <w:tcPr>
                <w:tcW w:w="976" w:type="pct"/>
              </w:tcPr>
              <w:p w14:paraId="5688DA4A" w14:textId="0B8729FE" w:rsidR="002D7D98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5057A2D" w14:textId="77777777" w:rsidR="00CD0524" w:rsidRDefault="00CD0524" w:rsidP="00CD0524">
            <w:r w:rsidRPr="00392BD2">
              <w:t>Yes</w:t>
            </w:r>
            <w:r>
              <w:t xml:space="preserve"> </w:t>
            </w:r>
            <w:sdt>
              <w:sdtPr>
                <w:id w:val="-72698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4E2CF8CC" w:rsidR="002D7D98" w:rsidRDefault="00CD0524" w:rsidP="00CD0524">
            <w:r>
              <w:t xml:space="preserve">No </w:t>
            </w:r>
            <w:sdt>
              <w:sdtPr>
                <w:id w:val="-74634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614176865"/>
            <w:placeholder>
              <w:docPart w:val="7DCEA62AD2104B2EBC8F104738F9B4AD"/>
            </w:placeholder>
            <w:showingPlcHdr/>
          </w:sdtPr>
          <w:sdtContent>
            <w:tc>
              <w:tcPr>
                <w:tcW w:w="966" w:type="pct"/>
              </w:tcPr>
              <w:p w14:paraId="62C3AD32" w14:textId="192CB436" w:rsidR="002D7D98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00796257"/>
            <w:placeholder>
              <w:docPart w:val="BE9E3C6E7C874685BF4548607F5E2CC7"/>
            </w:placeholder>
            <w:showingPlcHdr/>
          </w:sdtPr>
          <w:sdtContent>
            <w:tc>
              <w:tcPr>
                <w:tcW w:w="959" w:type="pct"/>
              </w:tcPr>
              <w:p w14:paraId="07D82FA8" w14:textId="1C88FD41" w:rsidR="002D7D98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63709474"/>
            <w:placeholder>
              <w:docPart w:val="D4589EFF84A143DEBE2B5507DE25CB0F"/>
            </w:placeholder>
            <w:showingPlcHdr/>
          </w:sdtPr>
          <w:sdtContent>
            <w:tc>
              <w:tcPr>
                <w:tcW w:w="980" w:type="pct"/>
              </w:tcPr>
              <w:p w14:paraId="0BA9075E" w14:textId="6AC338D8" w:rsidR="002D7D98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867260705"/>
            <w:placeholder>
              <w:docPart w:val="292F43A43B85407EA02C7A2067B6E7C7"/>
            </w:placeholder>
            <w:showingPlcHdr/>
          </w:sdtPr>
          <w:sdtContent>
            <w:tc>
              <w:tcPr>
                <w:tcW w:w="976" w:type="pct"/>
              </w:tcPr>
              <w:p w14:paraId="6E8C51A0" w14:textId="0026B207" w:rsidR="002D7D98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BFA5478" w14:textId="77777777" w:rsidR="00CD0524" w:rsidRDefault="00CD0524" w:rsidP="00CD0524">
            <w:r w:rsidRPr="00392BD2">
              <w:t>Yes</w:t>
            </w:r>
            <w:r>
              <w:t xml:space="preserve"> </w:t>
            </w:r>
            <w:sdt>
              <w:sdtPr>
                <w:id w:val="126140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7D876558" w:rsidR="002D7D98" w:rsidRDefault="00CD0524" w:rsidP="00CD0524">
            <w:r>
              <w:t xml:space="preserve">No </w:t>
            </w:r>
            <w:sdt>
              <w:sdtPr>
                <w:id w:val="118787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1581138135"/>
          <w15:repeatingSection/>
        </w:sdtPr>
        <w:sdtContent>
          <w:sdt>
            <w:sdtPr>
              <w:id w:val="261725339"/>
              <w:placeholder>
                <w:docPart w:val="DefaultPlaceholder_-1854013435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-1261671263"/>
                    <w:placeholder>
                      <w:docPart w:val="986F7AF153494C65B758169EB7D1345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0B14AA9F" w:rsidR="00C95D05" w:rsidRDefault="00CD0524" w:rsidP="00CA379F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297791417"/>
                    <w:placeholder>
                      <w:docPart w:val="D85F5788C2B540AABCD6244BEC4F2300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30B0C705" w:rsidR="00C95D05" w:rsidRDefault="00CD0524" w:rsidP="00CA379F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44216273"/>
                    <w:placeholder>
                      <w:docPart w:val="C902AF8E64E04EB197BE5EB7D4A00BA9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04A1C482" w:rsidR="00C95D05" w:rsidRDefault="00CD0524" w:rsidP="00CA379F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82982464"/>
                    <w:placeholder>
                      <w:docPart w:val="0166126CFA6C49AD97E49C15BED4C3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62D49098" w:rsidR="00C95D05" w:rsidRDefault="00CD0524" w:rsidP="00CA379F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9DAD1D4" w14:textId="77777777" w:rsidR="00CD0524" w:rsidRDefault="00CD0524" w:rsidP="00CD0524">
                    <w:r w:rsidRPr="00392BD2">
                      <w:t>Yes</w:t>
                    </w:r>
                    <w:r>
                      <w:t xml:space="preserve"> </w:t>
                    </w:r>
                    <w:sdt>
                      <w:sdtPr>
                        <w:id w:val="-166832297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74A110AC" w:rsidR="00C95D05" w:rsidRDefault="00CD0524" w:rsidP="00CD0524">
                    <w:r>
                      <w:t xml:space="preserve">No </w:t>
                    </w:r>
                    <w:sdt>
                      <w:sdtPr>
                        <w:id w:val="-123693416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1191878016"/>
              <w:placeholder>
                <w:docPart w:val="9021C120F6E34684A7FCD976AD5023EF"/>
              </w:placeholder>
              <w15:repeatingSectionItem/>
            </w:sdtPr>
            <w:sdtContent>
              <w:tr w:rsidR="00CD0524" w14:paraId="57BE812D" w14:textId="77777777" w:rsidTr="00597958">
                <w:sdt>
                  <w:sdtPr>
                    <w:id w:val="-1919943666"/>
                    <w:placeholder>
                      <w:docPart w:val="15AF09CB63DD476D9937A84C966173D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3C4F56ED" w14:textId="77777777" w:rsidR="00CD0524" w:rsidRDefault="00CD0524" w:rsidP="00CA2CEB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645778799"/>
                    <w:placeholder>
                      <w:docPart w:val="31A2CBBEF33B4A1C93C3B493BEB5E30C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4AC69199" w14:textId="77777777" w:rsidR="00CD0524" w:rsidRDefault="00CD0524" w:rsidP="00CA2CEB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06826273"/>
                    <w:placeholder>
                      <w:docPart w:val="B13DA270358A42C483F6E1DA21C55743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ECC69B5" w14:textId="77777777" w:rsidR="00CD0524" w:rsidRDefault="00CD0524" w:rsidP="00CA2CEB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985432503"/>
                    <w:placeholder>
                      <w:docPart w:val="6B34CD8CAAF947A99F6E53A27EF7EFAB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43001766" w14:textId="77777777" w:rsidR="00CD0524" w:rsidRDefault="00CD0524" w:rsidP="00CA2CEB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58E8B4E" w14:textId="77777777" w:rsidR="00CD0524" w:rsidRDefault="00CD0524" w:rsidP="00CD0524">
                    <w:r w:rsidRPr="00392BD2">
                      <w:t>Yes</w:t>
                    </w:r>
                    <w:r>
                      <w:t xml:space="preserve"> </w:t>
                    </w:r>
                    <w:sdt>
                      <w:sdtPr>
                        <w:id w:val="23235932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788314B6" w14:textId="529C8AC7" w:rsidR="00CD0524" w:rsidRDefault="00CD0524" w:rsidP="00CD0524">
                    <w:r>
                      <w:t xml:space="preserve">No </w:t>
                    </w:r>
                    <w:sdt>
                      <w:sdtPr>
                        <w:id w:val="-103241257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751122755"/>
              <w:placeholder>
                <w:docPart w:val="12D66CBAEF6E4B6985975F0C3367E754"/>
              </w:placeholder>
              <w15:repeatingSectionItem/>
            </w:sdtPr>
            <w:sdtContent>
              <w:tr w:rsidR="00CD0524" w14:paraId="224CA16D" w14:textId="77777777" w:rsidTr="00597958">
                <w:sdt>
                  <w:sdtPr>
                    <w:id w:val="-1394576606"/>
                    <w:placeholder>
                      <w:docPart w:val="B7A5233004784BBAA66D4CD87E9B3C67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311BAC77" w14:textId="77777777" w:rsidR="00CD0524" w:rsidRDefault="00CD0524" w:rsidP="00CA2CEB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240600855"/>
                    <w:placeholder>
                      <w:docPart w:val="AE2BDB0025984D03A2D01C0B46DDB90C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0DB4200F" w14:textId="77777777" w:rsidR="00CD0524" w:rsidRDefault="00CD0524" w:rsidP="00CA2CEB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00060915"/>
                    <w:placeholder>
                      <w:docPart w:val="31EC157694E6452789376C5E4B1FBCBA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523E9639" w14:textId="77777777" w:rsidR="00CD0524" w:rsidRDefault="00CD0524" w:rsidP="00CA2CEB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05789017"/>
                    <w:placeholder>
                      <w:docPart w:val="3532ED345B37490CABABECF9EF343B2A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4615DA14" w14:textId="77777777" w:rsidR="00CD0524" w:rsidRDefault="00CD0524" w:rsidP="00CA2CEB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4F5C1525" w14:textId="77777777" w:rsidR="00CD0524" w:rsidRDefault="00CD0524" w:rsidP="00CD0524">
                    <w:r w:rsidRPr="00392BD2">
                      <w:t>Yes</w:t>
                    </w:r>
                    <w:r>
                      <w:t xml:space="preserve"> </w:t>
                    </w:r>
                    <w:sdt>
                      <w:sdtPr>
                        <w:id w:val="-10503854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AA40B27" w14:textId="34325C88" w:rsidR="00CD0524" w:rsidRDefault="00CD0524" w:rsidP="00CD0524">
                    <w:r>
                      <w:t xml:space="preserve">No </w:t>
                    </w:r>
                    <w:sdt>
                      <w:sdtPr>
                        <w:id w:val="50950062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45EC413B" w14:textId="77777777" w:rsidR="00846BF0" w:rsidRDefault="00846BF0" w:rsidP="00846BF0"/>
    <w:p w14:paraId="75B4FEB0" w14:textId="541B1391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AD4760" w14:paraId="41C6CEE2" w14:textId="77777777" w:rsidTr="00C813D4">
        <w:sdt>
          <w:sdtPr>
            <w:id w:val="2044096116"/>
            <w:placeholder>
              <w:docPart w:val="54EDF66AF46B4C389CE970A59B3F896B"/>
            </w:placeholder>
            <w:showingPlcHdr/>
          </w:sdtPr>
          <w:sdtContent>
            <w:tc>
              <w:tcPr>
                <w:tcW w:w="749" w:type="pct"/>
              </w:tcPr>
              <w:p w14:paraId="5DE52878" w14:textId="622453B3" w:rsidR="00AD4760" w:rsidRDefault="00CD0524" w:rsidP="00AD4760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13773533"/>
            <w:placeholder>
              <w:docPart w:val="99E1BA5A8C944D0D911D670378786360"/>
            </w:placeholder>
            <w:showingPlcHdr/>
          </w:sdtPr>
          <w:sdtContent>
            <w:tc>
              <w:tcPr>
                <w:tcW w:w="722" w:type="pct"/>
              </w:tcPr>
              <w:p w14:paraId="3B4E7722" w14:textId="5088BF10" w:rsidR="00AD4760" w:rsidRDefault="00CD0524" w:rsidP="00AD4760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22992063"/>
            <w:placeholder>
              <w:docPart w:val="C5E6E43EECA94EADBFE2EEFA767A0B26"/>
            </w:placeholder>
            <w:showingPlcHdr/>
          </w:sdtPr>
          <w:sdtContent>
            <w:tc>
              <w:tcPr>
                <w:tcW w:w="818" w:type="pct"/>
              </w:tcPr>
              <w:p w14:paraId="4433956D" w14:textId="25E6C816" w:rsidR="00AD4760" w:rsidRDefault="00CD0524" w:rsidP="00AD4760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77603808"/>
            <w:placeholder>
              <w:docPart w:val="1B7F480BB30043DB875C2FCD886C790A"/>
            </w:placeholder>
            <w:showingPlcHdr/>
          </w:sdtPr>
          <w:sdtContent>
            <w:tc>
              <w:tcPr>
                <w:tcW w:w="976" w:type="pct"/>
              </w:tcPr>
              <w:p w14:paraId="4C3D30A3" w14:textId="654DD783" w:rsidR="00AD4760" w:rsidRDefault="00CD0524" w:rsidP="00AD4760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08559613"/>
            <w:placeholder>
              <w:docPart w:val="9B609AACA5384EDEBB3A283C071D8511"/>
            </w:placeholder>
            <w:showingPlcHdr/>
          </w:sdtPr>
          <w:sdtContent>
            <w:tc>
              <w:tcPr>
                <w:tcW w:w="787" w:type="pct"/>
              </w:tcPr>
              <w:p w14:paraId="4E8C2E90" w14:textId="43346B7E" w:rsidR="00AD4760" w:rsidRDefault="00CD0524" w:rsidP="00AD4760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</w:tcPr>
          <w:p w14:paraId="3E4C2153" w14:textId="77777777" w:rsidR="00CD0524" w:rsidRDefault="00CD0524" w:rsidP="00CD0524">
            <w:r w:rsidRPr="00392BD2">
              <w:t>Yes</w:t>
            </w:r>
            <w:r>
              <w:t xml:space="preserve"> </w:t>
            </w:r>
            <w:sdt>
              <w:sdtPr>
                <w:id w:val="-1639952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09A743C6" w:rsidR="00AD4760" w:rsidRDefault="00CD0524" w:rsidP="00CD0524">
            <w:r>
              <w:t xml:space="preserve">No </w:t>
            </w:r>
            <w:sdt>
              <w:sdtPr>
                <w:id w:val="74486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D4760" w14:paraId="5CF6427D" w14:textId="77777777" w:rsidTr="00C813D4">
        <w:sdt>
          <w:sdtPr>
            <w:id w:val="-1503264487"/>
            <w:placeholder>
              <w:docPart w:val="9D081E915ED04F19A3878BE284B64F82"/>
            </w:placeholder>
            <w:showingPlcHdr/>
          </w:sdtPr>
          <w:sdtContent>
            <w:tc>
              <w:tcPr>
                <w:tcW w:w="749" w:type="pct"/>
              </w:tcPr>
              <w:p w14:paraId="1F6A3CE1" w14:textId="2EA43558" w:rsidR="00AD4760" w:rsidRDefault="00CD0524" w:rsidP="00AD4760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681343"/>
            <w:placeholder>
              <w:docPart w:val="92AF02F59BA34D24AEBA05CE569450DD"/>
            </w:placeholder>
            <w:showingPlcHdr/>
          </w:sdtPr>
          <w:sdtContent>
            <w:tc>
              <w:tcPr>
                <w:tcW w:w="722" w:type="pct"/>
              </w:tcPr>
              <w:p w14:paraId="49AE3929" w14:textId="61F9A181" w:rsidR="00AD4760" w:rsidRDefault="00CD0524" w:rsidP="00AD4760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31675979"/>
            <w:placeholder>
              <w:docPart w:val="6B595B402CB642B0B8CAC7B2F3FAE9BB"/>
            </w:placeholder>
            <w:showingPlcHdr/>
          </w:sdtPr>
          <w:sdtContent>
            <w:tc>
              <w:tcPr>
                <w:tcW w:w="818" w:type="pct"/>
              </w:tcPr>
              <w:p w14:paraId="3BD3C74A" w14:textId="23384C8C" w:rsidR="00AD4760" w:rsidRDefault="00CD0524" w:rsidP="00AD4760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56268520"/>
            <w:placeholder>
              <w:docPart w:val="21D6669B9557464590F1EA4BDF6C884C"/>
            </w:placeholder>
            <w:showingPlcHdr/>
          </w:sdtPr>
          <w:sdtContent>
            <w:tc>
              <w:tcPr>
                <w:tcW w:w="976" w:type="pct"/>
              </w:tcPr>
              <w:p w14:paraId="46914337" w14:textId="50DCB598" w:rsidR="00AD4760" w:rsidRDefault="00CD0524" w:rsidP="00AD4760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60336715"/>
            <w:placeholder>
              <w:docPart w:val="D60CF6E842FA4221B6ED84896A8974B3"/>
            </w:placeholder>
            <w:showingPlcHdr/>
          </w:sdtPr>
          <w:sdtContent>
            <w:tc>
              <w:tcPr>
                <w:tcW w:w="787" w:type="pct"/>
              </w:tcPr>
              <w:p w14:paraId="4DCC6CF2" w14:textId="2A7DE585" w:rsidR="00AD4760" w:rsidRDefault="00CD0524" w:rsidP="00AD4760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</w:tcPr>
          <w:p w14:paraId="2AE9B0D1" w14:textId="77777777" w:rsidR="00CD0524" w:rsidRDefault="00CD0524" w:rsidP="00CD0524">
            <w:r w:rsidRPr="00392BD2">
              <w:t>Yes</w:t>
            </w:r>
            <w:r>
              <w:t xml:space="preserve"> </w:t>
            </w:r>
            <w:sdt>
              <w:sdtPr>
                <w:id w:val="-156833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62310549" w:rsidR="00AD4760" w:rsidRDefault="00CD0524" w:rsidP="00CD0524">
            <w:r>
              <w:t xml:space="preserve">No </w:t>
            </w:r>
            <w:sdt>
              <w:sdtPr>
                <w:id w:val="-103303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642928241"/>
            <w:placeholder>
              <w:docPart w:val="4EE417DE2506453FBBE2DBDA040FC4E7"/>
            </w:placeholder>
            <w:showingPlcHdr/>
          </w:sdtPr>
          <w:sdtContent>
            <w:tc>
              <w:tcPr>
                <w:tcW w:w="749" w:type="pct"/>
              </w:tcPr>
              <w:p w14:paraId="15160684" w14:textId="7DBC921C" w:rsidR="00B16633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686520703"/>
            <w:placeholder>
              <w:docPart w:val="EE4D15E3E4E2407FA385E3102DF6C43E"/>
            </w:placeholder>
            <w:showingPlcHdr/>
          </w:sdtPr>
          <w:sdtContent>
            <w:tc>
              <w:tcPr>
                <w:tcW w:w="722" w:type="pct"/>
              </w:tcPr>
              <w:p w14:paraId="0904B07A" w14:textId="37925C22" w:rsidR="00B16633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21677866"/>
            <w:placeholder>
              <w:docPart w:val="C3CF60664CF14D248AD32ADD582D5057"/>
            </w:placeholder>
            <w:showingPlcHdr/>
          </w:sdtPr>
          <w:sdtContent>
            <w:tc>
              <w:tcPr>
                <w:tcW w:w="818" w:type="pct"/>
              </w:tcPr>
              <w:p w14:paraId="13F2E67B" w14:textId="6D828430" w:rsidR="00B16633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21209903"/>
            <w:placeholder>
              <w:docPart w:val="401B96D955B34C8DBA877B90FF4E99A9"/>
            </w:placeholder>
            <w:showingPlcHdr/>
          </w:sdtPr>
          <w:sdtContent>
            <w:tc>
              <w:tcPr>
                <w:tcW w:w="976" w:type="pct"/>
              </w:tcPr>
              <w:p w14:paraId="6880ABF6" w14:textId="7492EEB8" w:rsidR="00B16633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7632142"/>
            <w:placeholder>
              <w:docPart w:val="CF7A031E1C0F443B9931CC9621577328"/>
            </w:placeholder>
            <w:showingPlcHdr/>
          </w:sdtPr>
          <w:sdtContent>
            <w:tc>
              <w:tcPr>
                <w:tcW w:w="787" w:type="pct"/>
              </w:tcPr>
              <w:p w14:paraId="2B51EDCF" w14:textId="2FAB6A05" w:rsidR="00B16633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0B689C45" w14:textId="77777777" w:rsidR="00CD0524" w:rsidRDefault="00CD0524" w:rsidP="00CD0524">
            <w:r w:rsidRPr="00392BD2">
              <w:t>Yes</w:t>
            </w:r>
            <w:r>
              <w:t xml:space="preserve"> </w:t>
            </w:r>
            <w:sdt>
              <w:sdtPr>
                <w:id w:val="20293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473FABD4" w:rsidR="00B16633" w:rsidRDefault="00CD0524" w:rsidP="00CD0524">
            <w:r>
              <w:t xml:space="preserve">No </w:t>
            </w:r>
            <w:sdt>
              <w:sdtPr>
                <w:id w:val="8744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760">
              <w:tab/>
            </w:r>
          </w:p>
        </w:tc>
      </w:tr>
      <w:tr w:rsidR="00B16633" w14:paraId="788C3D77" w14:textId="77777777" w:rsidTr="002E140B">
        <w:sdt>
          <w:sdtPr>
            <w:id w:val="-1649824550"/>
            <w:placeholder>
              <w:docPart w:val="C4961AADCB8D46FCAB4A77E36ACACFFC"/>
            </w:placeholder>
            <w:showingPlcHdr/>
          </w:sdtPr>
          <w:sdtContent>
            <w:tc>
              <w:tcPr>
                <w:tcW w:w="749" w:type="pct"/>
              </w:tcPr>
              <w:p w14:paraId="220FAB30" w14:textId="44E8575C" w:rsidR="00B16633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46579168"/>
            <w:placeholder>
              <w:docPart w:val="71E8E4C9BE434C1EB3B0C9F82370096E"/>
            </w:placeholder>
            <w:showingPlcHdr/>
          </w:sdtPr>
          <w:sdtContent>
            <w:tc>
              <w:tcPr>
                <w:tcW w:w="722" w:type="pct"/>
              </w:tcPr>
              <w:p w14:paraId="4E270E41" w14:textId="531B2698" w:rsidR="00B16633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819802"/>
            <w:placeholder>
              <w:docPart w:val="DC02C791DE924215BE98C170AE7A2D7D"/>
            </w:placeholder>
            <w:showingPlcHdr/>
          </w:sdtPr>
          <w:sdtContent>
            <w:tc>
              <w:tcPr>
                <w:tcW w:w="818" w:type="pct"/>
              </w:tcPr>
              <w:p w14:paraId="4B5AA7D5" w14:textId="49F24FE4" w:rsidR="00B16633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23693430"/>
            <w:placeholder>
              <w:docPart w:val="405F52474B554F7F9A885E1210F980DA"/>
            </w:placeholder>
            <w:showingPlcHdr/>
          </w:sdtPr>
          <w:sdtContent>
            <w:tc>
              <w:tcPr>
                <w:tcW w:w="976" w:type="pct"/>
              </w:tcPr>
              <w:p w14:paraId="6FE57682" w14:textId="0A0215E7" w:rsidR="00B16633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9582725"/>
            <w:placeholder>
              <w:docPart w:val="202C7D6867884C82BCB213ACA0554247"/>
            </w:placeholder>
            <w:showingPlcHdr/>
          </w:sdtPr>
          <w:sdtContent>
            <w:tc>
              <w:tcPr>
                <w:tcW w:w="787" w:type="pct"/>
              </w:tcPr>
              <w:p w14:paraId="51005B27" w14:textId="5A0D1F79" w:rsidR="00B16633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45951623" w14:textId="0003BCD2" w:rsidR="00CD0524" w:rsidRDefault="00CD0524" w:rsidP="00CD0524">
            <w:r w:rsidRPr="00392BD2">
              <w:t>Yes</w:t>
            </w:r>
            <w:r>
              <w:t xml:space="preserve"> </w:t>
            </w:r>
            <w:sdt>
              <w:sdtPr>
                <w:id w:val="107362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5B5BFD0" w14:textId="037F228C" w:rsidR="00B16633" w:rsidRDefault="00CD0524" w:rsidP="00CD0524">
            <w:r>
              <w:t xml:space="preserve">No </w:t>
            </w:r>
            <w:sdt>
              <w:sdtPr>
                <w:id w:val="-1313944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760">
              <w:tab/>
            </w:r>
          </w:p>
        </w:tc>
      </w:tr>
    </w:tbl>
    <w:p w14:paraId="4E06CE75" w14:textId="77777777" w:rsidR="002D7D98" w:rsidRDefault="002D7D98"/>
    <w:p w14:paraId="61FCB651" w14:textId="77777777" w:rsidR="0098059E" w:rsidRDefault="0098059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4AD253B" w14:textId="35F3B893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3018D11F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589900353"/>
                <w:placeholder>
                  <w:docPart w:val="A32CD73AC3B14330BE8F69DA1BBD15DC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866121783"/>
            <w:placeholder>
              <w:docPart w:val="61043B1A46C5493780712E520821A1B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098CB651" w:rsidR="00597958" w:rsidRDefault="00CD0524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24593023"/>
            <w:placeholder>
              <w:docPart w:val="5AAACCFD472145C7B61D96CF1FBD28D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7E624361" w:rsidR="00597958" w:rsidRDefault="00CD0524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692107991"/>
            <w:placeholder>
              <w:docPart w:val="4C45140BF2FD451B8AE734D1EA875884"/>
            </w:placeholder>
            <w:showingPlcHdr/>
          </w:sdtPr>
          <w:sdtContent>
            <w:tc>
              <w:tcPr>
                <w:tcW w:w="6803" w:type="dxa"/>
              </w:tcPr>
              <w:p w14:paraId="7BBDFA63" w14:textId="3EC566D5" w:rsidR="00597958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185328761"/>
            <w:placeholder>
              <w:docPart w:val="36BDCEBD4A8647AEB3634FD1133DA312"/>
            </w:placeholder>
            <w:showingPlcHdr/>
          </w:sdtPr>
          <w:sdtContent>
            <w:tc>
              <w:tcPr>
                <w:tcW w:w="6803" w:type="dxa"/>
              </w:tcPr>
              <w:p w14:paraId="270E49BD" w14:textId="5DFB3560" w:rsidR="00597958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579490435"/>
            <w:placeholder>
              <w:docPart w:val="D3DE7377664945DA8A6D057151568376"/>
            </w:placeholder>
            <w:showingPlcHdr/>
          </w:sdtPr>
          <w:sdtContent>
            <w:tc>
              <w:tcPr>
                <w:tcW w:w="6803" w:type="dxa"/>
              </w:tcPr>
              <w:p w14:paraId="54041384" w14:textId="5A485E13" w:rsidR="002E140B" w:rsidRDefault="00CD0524" w:rsidP="002E140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965114098"/>
            <w:placeholder>
              <w:docPart w:val="B94A67A2977146A1A895DD44091D358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A9D7FC5" w:rsidR="002E140B" w:rsidRDefault="00CD0524" w:rsidP="002E140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34FC1FE8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4725B36C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>:</w:t>
            </w:r>
            <w:r w:rsidR="00CD0524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62459257"/>
                <w:placeholder>
                  <w:docPart w:val="2D13A51A469447D38C58FCACBA5BDDDD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020085901"/>
            <w:placeholder>
              <w:docPart w:val="5FD487F6ABF34A1F95F7EC08F2B9456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66FF0300" w:rsidR="002E140B" w:rsidRDefault="00CD0524" w:rsidP="00076DED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87236218"/>
            <w:placeholder>
              <w:docPart w:val="82BEB37A93B9422E98B38B4AD64C832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2761619A" w:rsidR="002E140B" w:rsidRDefault="00CD0524" w:rsidP="00076DED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904491266"/>
            <w:placeholder>
              <w:docPart w:val="D29CBBF1158E48248E2B898494D95420"/>
            </w:placeholder>
            <w:showingPlcHdr/>
          </w:sdtPr>
          <w:sdtContent>
            <w:tc>
              <w:tcPr>
                <w:tcW w:w="6803" w:type="dxa"/>
              </w:tcPr>
              <w:p w14:paraId="4FF8C2D7" w14:textId="53076189" w:rsidR="002E140B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075305169"/>
            <w:placeholder>
              <w:docPart w:val="BD200897C80146A88793C0E5E50A47E4"/>
            </w:placeholder>
            <w:showingPlcHdr/>
          </w:sdtPr>
          <w:sdtContent>
            <w:tc>
              <w:tcPr>
                <w:tcW w:w="6803" w:type="dxa"/>
              </w:tcPr>
              <w:p w14:paraId="68F98D5F" w14:textId="25A855A7" w:rsidR="002E140B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30960615"/>
            <w:placeholder>
              <w:docPart w:val="2A38D85C2E134135993474DEFF7865B2"/>
            </w:placeholder>
            <w:showingPlcHdr/>
          </w:sdtPr>
          <w:sdtContent>
            <w:tc>
              <w:tcPr>
                <w:tcW w:w="6803" w:type="dxa"/>
              </w:tcPr>
              <w:p w14:paraId="2EFBB2EB" w14:textId="76BACE35" w:rsidR="002E140B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707569769"/>
            <w:placeholder>
              <w:docPart w:val="D121BB75C2554B5B8FA73B239A9EEE13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40A47B91" w:rsidR="002E140B" w:rsidRDefault="00CD0524" w:rsidP="00076DE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3F063DE4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10629" w14:textId="77777777" w:rsidR="0098059E" w:rsidRDefault="0098059E" w:rsidP="000B319E"/>
        </w:tc>
      </w:tr>
      <w:tr w:rsidR="0098059E" w14:paraId="11F53173" w14:textId="77777777" w:rsidTr="000B319E">
        <w:tc>
          <w:tcPr>
            <w:tcW w:w="9350" w:type="dxa"/>
            <w:gridSpan w:val="2"/>
          </w:tcPr>
          <w:p w14:paraId="6D813C5A" w14:textId="79E53B7B" w:rsidR="0098059E" w:rsidRDefault="0098059E" w:rsidP="000B319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>:</w:t>
            </w:r>
            <w:r w:rsidR="00CD0524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994538306"/>
                <w:placeholder>
                  <w:docPart w:val="DD7E321FF72C4F1FB30C9191AE5D5504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8059E" w14:paraId="02BC1C69" w14:textId="77777777" w:rsidTr="000B319E">
        <w:tc>
          <w:tcPr>
            <w:tcW w:w="2547" w:type="dxa"/>
          </w:tcPr>
          <w:p w14:paraId="0676B9DC" w14:textId="77777777" w:rsidR="0098059E" w:rsidRDefault="0098059E" w:rsidP="000B319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58475370"/>
            <w:placeholder>
              <w:docPart w:val="1E78E4F000B141F8853A707D024E96A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3C4DF6D" w14:textId="31F55BFD" w:rsidR="0098059E" w:rsidRDefault="00CD0524" w:rsidP="000B319E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8059E" w14:paraId="73EDB32A" w14:textId="77777777" w:rsidTr="000B319E">
        <w:tc>
          <w:tcPr>
            <w:tcW w:w="2547" w:type="dxa"/>
          </w:tcPr>
          <w:p w14:paraId="059AAA63" w14:textId="77777777" w:rsidR="0098059E" w:rsidRDefault="0098059E" w:rsidP="000B319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293861661"/>
            <w:placeholder>
              <w:docPart w:val="AAD5AE67FE0E4025BF89818242BE047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9873AF6" w14:textId="51AD38E4" w:rsidR="0098059E" w:rsidRDefault="00CD0524" w:rsidP="000B319E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8059E" w14:paraId="2572090B" w14:textId="77777777" w:rsidTr="000B319E">
        <w:tc>
          <w:tcPr>
            <w:tcW w:w="2547" w:type="dxa"/>
          </w:tcPr>
          <w:p w14:paraId="00FF51FA" w14:textId="77777777" w:rsidR="0098059E" w:rsidRDefault="0098059E" w:rsidP="000B319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348250931"/>
            <w:placeholder>
              <w:docPart w:val="C50011B191FF4EBE8D993B76B86F74EE"/>
            </w:placeholder>
            <w:showingPlcHdr/>
          </w:sdtPr>
          <w:sdtContent>
            <w:tc>
              <w:tcPr>
                <w:tcW w:w="6803" w:type="dxa"/>
              </w:tcPr>
              <w:p w14:paraId="5DF89B7E" w14:textId="118CC3DE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67EBCDAE" w14:textId="77777777" w:rsidTr="000B319E">
        <w:tc>
          <w:tcPr>
            <w:tcW w:w="2547" w:type="dxa"/>
          </w:tcPr>
          <w:p w14:paraId="22D1A8E4" w14:textId="77777777" w:rsidR="0098059E" w:rsidRDefault="0098059E" w:rsidP="000B319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95482449"/>
            <w:placeholder>
              <w:docPart w:val="3FE3ABDB7A364FF09D8CFA88DA5B0238"/>
            </w:placeholder>
            <w:showingPlcHdr/>
          </w:sdtPr>
          <w:sdtContent>
            <w:tc>
              <w:tcPr>
                <w:tcW w:w="6803" w:type="dxa"/>
              </w:tcPr>
              <w:p w14:paraId="6048E7A7" w14:textId="23F64668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4890DB05" w14:textId="77777777" w:rsidTr="000B319E">
        <w:tc>
          <w:tcPr>
            <w:tcW w:w="2547" w:type="dxa"/>
            <w:vAlign w:val="center"/>
          </w:tcPr>
          <w:p w14:paraId="5C3E6826" w14:textId="77777777" w:rsidR="0098059E" w:rsidRDefault="0098059E" w:rsidP="000B319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677686763"/>
            <w:placeholder>
              <w:docPart w:val="9A90B653744546D48B3BF02C09C67DF0"/>
            </w:placeholder>
            <w:showingPlcHdr/>
          </w:sdtPr>
          <w:sdtContent>
            <w:tc>
              <w:tcPr>
                <w:tcW w:w="6803" w:type="dxa"/>
              </w:tcPr>
              <w:p w14:paraId="612E4EC6" w14:textId="6B6F1E46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2B174C7F" w14:textId="77777777" w:rsidTr="000B319E">
        <w:tc>
          <w:tcPr>
            <w:tcW w:w="2547" w:type="dxa"/>
            <w:tcBorders>
              <w:bottom w:val="single" w:sz="4" w:space="0" w:color="auto"/>
            </w:tcBorders>
          </w:tcPr>
          <w:p w14:paraId="782F2787" w14:textId="77777777" w:rsidR="0098059E" w:rsidRDefault="0098059E" w:rsidP="000B319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569952664"/>
            <w:placeholder>
              <w:docPart w:val="0C7192E5F17B4CBBA5B61A92B6AFC207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40C68A5" w14:textId="13176A11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6C09E335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E73B6" w14:textId="77777777" w:rsidR="0098059E" w:rsidRDefault="0098059E" w:rsidP="000B319E"/>
        </w:tc>
      </w:tr>
      <w:tr w:rsidR="0098059E" w14:paraId="092815B5" w14:textId="77777777" w:rsidTr="000B319E">
        <w:tc>
          <w:tcPr>
            <w:tcW w:w="9350" w:type="dxa"/>
            <w:gridSpan w:val="2"/>
          </w:tcPr>
          <w:p w14:paraId="525E5D24" w14:textId="50817775" w:rsidR="0098059E" w:rsidRDefault="0098059E" w:rsidP="000B319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>:</w:t>
            </w:r>
            <w:r w:rsidR="00CD0524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1675717368"/>
                <w:placeholder>
                  <w:docPart w:val="96D256315937421C96779A844563A48B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8059E" w14:paraId="33AFA080" w14:textId="77777777" w:rsidTr="000B319E">
        <w:tc>
          <w:tcPr>
            <w:tcW w:w="2547" w:type="dxa"/>
          </w:tcPr>
          <w:p w14:paraId="61D57C3F" w14:textId="77777777" w:rsidR="0098059E" w:rsidRDefault="0098059E" w:rsidP="000B319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291241887"/>
            <w:placeholder>
              <w:docPart w:val="E63FC19CD31E4A619DF2587B4BDB27E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60C5F44" w14:textId="179F7D7A" w:rsidR="0098059E" w:rsidRDefault="00CD0524" w:rsidP="000B319E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8059E" w14:paraId="6F2BDAC3" w14:textId="77777777" w:rsidTr="000B319E">
        <w:tc>
          <w:tcPr>
            <w:tcW w:w="2547" w:type="dxa"/>
          </w:tcPr>
          <w:p w14:paraId="73AD1E72" w14:textId="77777777" w:rsidR="0098059E" w:rsidRDefault="0098059E" w:rsidP="000B319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821727767"/>
            <w:placeholder>
              <w:docPart w:val="EE953B479B88491F93F41FBB484F92D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375F459" w14:textId="3B72D32E" w:rsidR="0098059E" w:rsidRDefault="00CD0524" w:rsidP="000B319E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8059E" w14:paraId="5250120B" w14:textId="77777777" w:rsidTr="000B319E">
        <w:tc>
          <w:tcPr>
            <w:tcW w:w="2547" w:type="dxa"/>
          </w:tcPr>
          <w:p w14:paraId="00746248" w14:textId="77777777" w:rsidR="0098059E" w:rsidRDefault="0098059E" w:rsidP="000B319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70983174"/>
            <w:placeholder>
              <w:docPart w:val="C1A321B1C3594E10B25D910E65D5031E"/>
            </w:placeholder>
            <w:showingPlcHdr/>
          </w:sdtPr>
          <w:sdtContent>
            <w:tc>
              <w:tcPr>
                <w:tcW w:w="6803" w:type="dxa"/>
              </w:tcPr>
              <w:p w14:paraId="0BEB05F4" w14:textId="5A585BA7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69F82B06" w14:textId="77777777" w:rsidTr="000B319E">
        <w:tc>
          <w:tcPr>
            <w:tcW w:w="2547" w:type="dxa"/>
          </w:tcPr>
          <w:p w14:paraId="64D1225F" w14:textId="77777777" w:rsidR="0098059E" w:rsidRDefault="0098059E" w:rsidP="000B319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886481722"/>
            <w:placeholder>
              <w:docPart w:val="7EE423CC2B474A98B4182B544D4BA1D5"/>
            </w:placeholder>
            <w:showingPlcHdr/>
          </w:sdtPr>
          <w:sdtContent>
            <w:tc>
              <w:tcPr>
                <w:tcW w:w="6803" w:type="dxa"/>
              </w:tcPr>
              <w:p w14:paraId="46208E19" w14:textId="32CBE34F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5DB23BBD" w14:textId="77777777" w:rsidTr="000B319E">
        <w:tc>
          <w:tcPr>
            <w:tcW w:w="2547" w:type="dxa"/>
            <w:vAlign w:val="center"/>
          </w:tcPr>
          <w:p w14:paraId="70976C21" w14:textId="77777777" w:rsidR="0098059E" w:rsidRDefault="0098059E" w:rsidP="000B319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985850630"/>
            <w:placeholder>
              <w:docPart w:val="82440555B1D246C3A6679F0CF64044B2"/>
            </w:placeholder>
            <w:showingPlcHdr/>
          </w:sdtPr>
          <w:sdtContent>
            <w:tc>
              <w:tcPr>
                <w:tcW w:w="6803" w:type="dxa"/>
              </w:tcPr>
              <w:p w14:paraId="7C1C1DDA" w14:textId="79D683CE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0D270F5C" w14:textId="77777777" w:rsidTr="000B319E">
        <w:tc>
          <w:tcPr>
            <w:tcW w:w="2547" w:type="dxa"/>
            <w:tcBorders>
              <w:bottom w:val="single" w:sz="4" w:space="0" w:color="auto"/>
            </w:tcBorders>
          </w:tcPr>
          <w:p w14:paraId="19AAB221" w14:textId="77777777" w:rsidR="0098059E" w:rsidRDefault="0098059E" w:rsidP="000B319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7196890"/>
            <w:placeholder>
              <w:docPart w:val="5BB891B42F1B469D866C3232F32F592F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480681E" w14:textId="5AD41D70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3AEBD3A3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4E256" w14:textId="77777777" w:rsidR="0098059E" w:rsidRDefault="0098059E" w:rsidP="000B319E"/>
        </w:tc>
      </w:tr>
      <w:tr w:rsidR="0098059E" w14:paraId="47CEE664" w14:textId="77777777" w:rsidTr="000B319E">
        <w:tc>
          <w:tcPr>
            <w:tcW w:w="9350" w:type="dxa"/>
            <w:gridSpan w:val="2"/>
          </w:tcPr>
          <w:p w14:paraId="0422D841" w14:textId="5DFFC967" w:rsidR="0098059E" w:rsidRDefault="0098059E" w:rsidP="000B319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>:</w:t>
            </w:r>
            <w:r w:rsidR="00CD0524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864091039"/>
                <w:placeholder>
                  <w:docPart w:val="331727EC037F408A8B495BF7EBC3E8AA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8059E" w14:paraId="1E8B79C1" w14:textId="77777777" w:rsidTr="000B319E">
        <w:tc>
          <w:tcPr>
            <w:tcW w:w="2547" w:type="dxa"/>
          </w:tcPr>
          <w:p w14:paraId="67696DAE" w14:textId="77777777" w:rsidR="0098059E" w:rsidRDefault="0098059E" w:rsidP="000B319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839131406"/>
            <w:placeholder>
              <w:docPart w:val="2971F1FD66C64DE3BAAABA542423E7F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2A1A6DE" w14:textId="33AEFE82" w:rsidR="0098059E" w:rsidRDefault="00CD0524" w:rsidP="000B319E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8059E" w14:paraId="6A7275EE" w14:textId="77777777" w:rsidTr="000B319E">
        <w:tc>
          <w:tcPr>
            <w:tcW w:w="2547" w:type="dxa"/>
          </w:tcPr>
          <w:p w14:paraId="67CA9230" w14:textId="77777777" w:rsidR="0098059E" w:rsidRDefault="0098059E" w:rsidP="000B319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844083297"/>
            <w:placeholder>
              <w:docPart w:val="E175ED59ABBF4AB0BC38E94E6C7D40A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1573AAA" w14:textId="37C6027F" w:rsidR="0098059E" w:rsidRDefault="00CD0524" w:rsidP="000B319E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8059E" w14:paraId="01E00BCC" w14:textId="77777777" w:rsidTr="000B319E">
        <w:tc>
          <w:tcPr>
            <w:tcW w:w="2547" w:type="dxa"/>
          </w:tcPr>
          <w:p w14:paraId="44231410" w14:textId="77777777" w:rsidR="0098059E" w:rsidRDefault="0098059E" w:rsidP="000B319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704933888"/>
            <w:placeholder>
              <w:docPart w:val="2E0F293F619B48A58746D74932921BED"/>
            </w:placeholder>
            <w:showingPlcHdr/>
          </w:sdtPr>
          <w:sdtContent>
            <w:tc>
              <w:tcPr>
                <w:tcW w:w="6803" w:type="dxa"/>
              </w:tcPr>
              <w:p w14:paraId="10C5732C" w14:textId="2F168972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07B3FCDB" w14:textId="77777777" w:rsidTr="000B319E">
        <w:tc>
          <w:tcPr>
            <w:tcW w:w="2547" w:type="dxa"/>
          </w:tcPr>
          <w:p w14:paraId="0B31360D" w14:textId="77777777" w:rsidR="0098059E" w:rsidRDefault="0098059E" w:rsidP="000B319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019341346"/>
            <w:placeholder>
              <w:docPart w:val="FB2AB24ED3ED430EBF7420C3323767A6"/>
            </w:placeholder>
            <w:showingPlcHdr/>
          </w:sdtPr>
          <w:sdtContent>
            <w:tc>
              <w:tcPr>
                <w:tcW w:w="6803" w:type="dxa"/>
              </w:tcPr>
              <w:p w14:paraId="79F35941" w14:textId="6EFA6A18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1618F852" w14:textId="77777777" w:rsidTr="000B319E">
        <w:tc>
          <w:tcPr>
            <w:tcW w:w="2547" w:type="dxa"/>
            <w:vAlign w:val="center"/>
          </w:tcPr>
          <w:p w14:paraId="1EF817A1" w14:textId="77777777" w:rsidR="0098059E" w:rsidRDefault="0098059E" w:rsidP="000B319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378466510"/>
            <w:placeholder>
              <w:docPart w:val="A131E9E10C774E19A117C63A6F443F08"/>
            </w:placeholder>
            <w:showingPlcHdr/>
          </w:sdtPr>
          <w:sdtContent>
            <w:tc>
              <w:tcPr>
                <w:tcW w:w="6803" w:type="dxa"/>
              </w:tcPr>
              <w:p w14:paraId="2EAF4C90" w14:textId="7A429E61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8059E" w14:paraId="75CB561A" w14:textId="77777777" w:rsidTr="000B319E">
        <w:tc>
          <w:tcPr>
            <w:tcW w:w="2547" w:type="dxa"/>
            <w:tcBorders>
              <w:bottom w:val="single" w:sz="4" w:space="0" w:color="auto"/>
            </w:tcBorders>
          </w:tcPr>
          <w:p w14:paraId="56FB2A9E" w14:textId="77777777" w:rsidR="0098059E" w:rsidRDefault="0098059E" w:rsidP="000B319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716503426"/>
            <w:placeholder>
              <w:docPart w:val="F794E7C4D6B6461D994F24960B76C607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C9EDE84" w14:textId="331395FC" w:rsidR="0098059E" w:rsidRDefault="00CD0524" w:rsidP="000B319E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02873C18" w:rsidR="002E140B" w:rsidRDefault="002E140B" w:rsidP="002E140B"/>
        </w:tc>
      </w:tr>
    </w:tbl>
    <w:p w14:paraId="77947B8A" w14:textId="54891ECE" w:rsidR="00214ECC" w:rsidRDefault="007C3707">
      <w:pPr>
        <w:pStyle w:val="Heading1"/>
      </w:pPr>
      <w:r>
        <w:t>A</w:t>
      </w:r>
      <w:r w:rsidR="003729FB">
        <w:t>udit &amp; Quality Improvement</w:t>
      </w:r>
    </w:p>
    <w:p w14:paraId="75A29372" w14:textId="7A4A3C88" w:rsidR="007C3707" w:rsidRPr="007C3707" w:rsidRDefault="002D6B05" w:rsidP="007C3707">
      <w:r w:rsidRPr="002D6B05">
        <w:t>Describe Maximum 5 projects; Max 200 words per Audit.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525FA" w14:paraId="1AC9EFE7" w14:textId="77777777" w:rsidTr="0019370D">
        <w:tc>
          <w:tcPr>
            <w:tcW w:w="9350" w:type="dxa"/>
          </w:tcPr>
          <w:p w14:paraId="4B30661B" w14:textId="5E6EFDB2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98059E">
              <w:rPr>
                <w:b/>
                <w:bCs/>
              </w:rPr>
              <w:t xml:space="preserve"> 1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434186393"/>
                <w:placeholder>
                  <w:docPart w:val="063D57360763476A95EB7DA1C5D4B2A1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</w:p>
        </w:tc>
      </w:tr>
      <w:tr w:rsidR="0098059E" w14:paraId="4961C97D" w14:textId="77777777" w:rsidTr="0019370D">
        <w:tc>
          <w:tcPr>
            <w:tcW w:w="9350" w:type="dxa"/>
          </w:tcPr>
          <w:p w14:paraId="53D910AE" w14:textId="5A7FC656" w:rsidR="0098059E" w:rsidRPr="00F4085D" w:rsidRDefault="0098059E" w:rsidP="002D7D9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Description: </w:t>
            </w:r>
            <w:sdt>
              <w:sdtPr>
                <w:rPr>
                  <w:b/>
                  <w:bCs/>
                </w:rPr>
                <w:id w:val="-1719045432"/>
                <w:placeholder>
                  <w:docPart w:val="4C9D96244D924B478DCFAA46B637C310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5364959F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</w:tcPr>
          <w:p w14:paraId="3216CF1D" w14:textId="50A231E5" w:rsidR="002931FF" w:rsidRDefault="002931FF" w:rsidP="002D7D98">
            <w:r w:rsidRPr="00F4085D">
              <w:rPr>
                <w:b/>
                <w:bCs/>
              </w:rPr>
              <w:t>Project Title</w:t>
            </w:r>
            <w:r w:rsidR="0098059E">
              <w:rPr>
                <w:b/>
                <w:bCs/>
              </w:rPr>
              <w:t xml:space="preserve"> 2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659293910"/>
                <w:placeholder>
                  <w:docPart w:val="ABA5067FEE524E1982B43C7C071BA6C4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</w:tr>
      <w:tr w:rsidR="0098059E" w14:paraId="3E05596B" w14:textId="77777777" w:rsidTr="0019370D">
        <w:tc>
          <w:tcPr>
            <w:tcW w:w="9350" w:type="dxa"/>
          </w:tcPr>
          <w:p w14:paraId="53715637" w14:textId="17D0FA79" w:rsidR="0098059E" w:rsidRPr="00F4085D" w:rsidRDefault="0098059E" w:rsidP="002D7D98">
            <w:pPr>
              <w:rPr>
                <w:b/>
                <w:bCs/>
              </w:rPr>
            </w:pPr>
            <w:r>
              <w:rPr>
                <w:b/>
                <w:bCs/>
              </w:rPr>
              <w:t>Description:</w:t>
            </w:r>
            <w:r w:rsidR="00CD0524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1326279125"/>
                <w:placeholder>
                  <w:docPart w:val="D2E38E75964D4E89A3FDFC938B40E9D2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49840D28" w14:textId="77777777" w:rsidTr="002D6B05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A3731D" w14:textId="09DF1601" w:rsidR="002931FF" w:rsidRDefault="002931FF" w:rsidP="002D7D98"/>
        </w:tc>
      </w:tr>
      <w:tr w:rsidR="002D6B05" w14:paraId="17B66BF8" w14:textId="77777777" w:rsidTr="004E2291">
        <w:tc>
          <w:tcPr>
            <w:tcW w:w="9350" w:type="dxa"/>
          </w:tcPr>
          <w:p w14:paraId="375374D9" w14:textId="17A02319" w:rsidR="002D6B05" w:rsidRDefault="002D6B05" w:rsidP="004E2291">
            <w:r w:rsidRPr="00F4085D">
              <w:rPr>
                <w:b/>
                <w:bCs/>
              </w:rPr>
              <w:t>Project Title</w:t>
            </w:r>
            <w:r w:rsidR="0098059E">
              <w:rPr>
                <w:b/>
                <w:bCs/>
              </w:rPr>
              <w:t xml:space="preserve"> 3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481049874"/>
                <w:placeholder>
                  <w:docPart w:val="13261FE8E4FE40AEBEA0E597602FEF48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</w:tr>
      <w:tr w:rsidR="0098059E" w14:paraId="28CB5365" w14:textId="77777777" w:rsidTr="004E2291">
        <w:tc>
          <w:tcPr>
            <w:tcW w:w="9350" w:type="dxa"/>
          </w:tcPr>
          <w:p w14:paraId="7BE8B096" w14:textId="7F0E85F7" w:rsidR="0098059E" w:rsidRPr="00F4085D" w:rsidRDefault="0098059E" w:rsidP="0098059E">
            <w:pPr>
              <w:rPr>
                <w:b/>
                <w:bCs/>
              </w:rPr>
            </w:pPr>
            <w:r w:rsidRPr="00B91FBC">
              <w:rPr>
                <w:b/>
                <w:bCs/>
              </w:rPr>
              <w:t xml:space="preserve">Description: </w:t>
            </w:r>
            <w:sdt>
              <w:sdtPr>
                <w:rPr>
                  <w:b/>
                  <w:bCs/>
                </w:rPr>
                <w:id w:val="206000632"/>
                <w:placeholder>
                  <w:docPart w:val="5249E63591F2410E987202DC973B1785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D6B05" w14:paraId="0796CD0E" w14:textId="77777777" w:rsidTr="004E2291">
        <w:tc>
          <w:tcPr>
            <w:tcW w:w="9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8D957" w14:textId="77777777" w:rsidR="002D6B05" w:rsidRDefault="002D6B05" w:rsidP="004E2291"/>
        </w:tc>
      </w:tr>
      <w:tr w:rsidR="002D6B05" w14:paraId="5E094850" w14:textId="77777777" w:rsidTr="004E2291">
        <w:tc>
          <w:tcPr>
            <w:tcW w:w="9350" w:type="dxa"/>
          </w:tcPr>
          <w:p w14:paraId="3F453B86" w14:textId="06748E0B" w:rsidR="002D6B05" w:rsidRDefault="002D6B05" w:rsidP="004E2291">
            <w:r w:rsidRPr="00F4085D">
              <w:rPr>
                <w:b/>
                <w:bCs/>
              </w:rPr>
              <w:t>Project Title</w:t>
            </w:r>
            <w:r w:rsidR="0098059E">
              <w:rPr>
                <w:b/>
                <w:bCs/>
              </w:rPr>
              <w:t xml:space="preserve"> 4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938409087"/>
                <w:placeholder>
                  <w:docPart w:val="16D58F00671D4CC6A0771A26773988B0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</w:tr>
      <w:tr w:rsidR="0098059E" w14:paraId="1F0A9A1A" w14:textId="77777777" w:rsidTr="004E2291">
        <w:tc>
          <w:tcPr>
            <w:tcW w:w="9350" w:type="dxa"/>
          </w:tcPr>
          <w:p w14:paraId="7030E693" w14:textId="601CFCCA" w:rsidR="0098059E" w:rsidRPr="00F4085D" w:rsidRDefault="0098059E" w:rsidP="0098059E">
            <w:pPr>
              <w:rPr>
                <w:b/>
                <w:bCs/>
              </w:rPr>
            </w:pPr>
            <w:r w:rsidRPr="008D6263">
              <w:rPr>
                <w:b/>
                <w:bCs/>
              </w:rPr>
              <w:t xml:space="preserve">Description: </w:t>
            </w:r>
            <w:sdt>
              <w:sdtPr>
                <w:rPr>
                  <w:b/>
                  <w:bCs/>
                </w:rPr>
                <w:id w:val="1293861348"/>
                <w:placeholder>
                  <w:docPart w:val="F360E9C1DA2641F3838C00DE97FE562F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D6B05" w14:paraId="0C9E1C3F" w14:textId="77777777" w:rsidTr="004E2291">
        <w:tc>
          <w:tcPr>
            <w:tcW w:w="9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80D97" w14:textId="77777777" w:rsidR="002D6B05" w:rsidRDefault="002D6B05" w:rsidP="004E2291"/>
        </w:tc>
      </w:tr>
      <w:tr w:rsidR="002D6B05" w14:paraId="41EC15DB" w14:textId="77777777" w:rsidTr="004E2291">
        <w:tc>
          <w:tcPr>
            <w:tcW w:w="9350" w:type="dxa"/>
          </w:tcPr>
          <w:p w14:paraId="28AE4DD1" w14:textId="528390FC" w:rsidR="002D6B05" w:rsidRDefault="002D6B05" w:rsidP="004E2291">
            <w:r w:rsidRPr="00F4085D">
              <w:rPr>
                <w:b/>
                <w:bCs/>
              </w:rPr>
              <w:t>Project Title</w:t>
            </w:r>
            <w:r w:rsidR="0098059E">
              <w:rPr>
                <w:b/>
                <w:bCs/>
              </w:rPr>
              <w:t xml:space="preserve"> 5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2113353831"/>
                <w:placeholder>
                  <w:docPart w:val="9480B6E2C3D142609B95C8788BE43D05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</w:tr>
      <w:tr w:rsidR="0098059E" w14:paraId="4C32009E" w14:textId="77777777" w:rsidTr="004E2291">
        <w:tc>
          <w:tcPr>
            <w:tcW w:w="9350" w:type="dxa"/>
          </w:tcPr>
          <w:p w14:paraId="2579C973" w14:textId="465B9B71" w:rsidR="0098059E" w:rsidRPr="00F4085D" w:rsidRDefault="0098059E" w:rsidP="004E2291">
            <w:pPr>
              <w:rPr>
                <w:b/>
                <w:bCs/>
              </w:rPr>
            </w:pPr>
            <w:r>
              <w:rPr>
                <w:b/>
                <w:bCs/>
              </w:rPr>
              <w:t>Description:</w:t>
            </w:r>
            <w:r w:rsidR="00CD0524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045499305"/>
                <w:placeholder>
                  <w:docPart w:val="C30C458F0BCE4CCD93E820975ACE22F1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D6B05" w14:paraId="405C7DD0" w14:textId="77777777" w:rsidTr="00CD745A">
        <w:tc>
          <w:tcPr>
            <w:tcW w:w="9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916857" w14:textId="77777777" w:rsidR="002D6B05" w:rsidRDefault="002D6B05" w:rsidP="002D7D98"/>
        </w:tc>
      </w:tr>
    </w:tbl>
    <w:p w14:paraId="3EB37797" w14:textId="77777777" w:rsidR="0098059E" w:rsidRDefault="0098059E">
      <w:pPr>
        <w:pStyle w:val="Heading1"/>
      </w:pPr>
    </w:p>
    <w:p w14:paraId="3E96B794" w14:textId="77777777" w:rsidR="0098059E" w:rsidRDefault="0098059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05FFBA32" w:rsidR="00214ECC" w:rsidRDefault="003729FB">
      <w:pPr>
        <w:pStyle w:val="Heading1"/>
      </w:pPr>
      <w:r>
        <w:lastRenderedPageBreak/>
        <w:t>Research &amp; Publications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695860">
        <w:tc>
          <w:tcPr>
            <w:tcW w:w="9350" w:type="dxa"/>
            <w:gridSpan w:val="2"/>
          </w:tcPr>
          <w:p w14:paraId="59BAD478" w14:textId="589193A0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CD0524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865809537"/>
                <w:placeholder>
                  <w:docPart w:val="43C798E481B9467EAD9157BB7F1A0326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075185571"/>
            <w:placeholder>
              <w:docPart w:val="0D88D92312144902921C17435AACA4D8"/>
            </w:placeholder>
            <w:showingPlcHdr/>
          </w:sdtPr>
          <w:sdtContent>
            <w:tc>
              <w:tcPr>
                <w:tcW w:w="6627" w:type="dxa"/>
              </w:tcPr>
              <w:p w14:paraId="419B1C3D" w14:textId="7741B070" w:rsidR="00CD745A" w:rsidRDefault="00CD0524" w:rsidP="00C7253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468658042"/>
            <w:placeholder>
              <w:docPart w:val="60608C7445E14D48A734BFF38FD2C2D5"/>
            </w:placeholder>
            <w:showingPlcHdr/>
          </w:sdtPr>
          <w:sdtContent>
            <w:tc>
              <w:tcPr>
                <w:tcW w:w="6627" w:type="dxa"/>
              </w:tcPr>
              <w:p w14:paraId="468FCDE1" w14:textId="34B444DB" w:rsidR="00CD745A" w:rsidRDefault="00CD0524" w:rsidP="00C7253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1386136793"/>
            <w:placeholder>
              <w:docPart w:val="E5D2AFEB4623476F95CED0918E688056"/>
            </w:placeholder>
            <w:showingPlcHdr/>
          </w:sdtPr>
          <w:sdtContent>
            <w:tc>
              <w:tcPr>
                <w:tcW w:w="6627" w:type="dxa"/>
              </w:tcPr>
              <w:p w14:paraId="65BB4C77" w14:textId="11521010" w:rsidR="00CD745A" w:rsidRDefault="00CD0524" w:rsidP="00C7253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763822556"/>
            <w:placeholder>
              <w:docPart w:val="9F870AB316874BAD851805B828A906A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1A1D45E" w:rsidR="00CD745A" w:rsidRDefault="00CD0524" w:rsidP="00C7253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7AB98753" w:rsidR="00CD745A" w:rsidRDefault="00CD745A" w:rsidP="00CD745A">
            <w:r>
              <w:t>Complete</w:t>
            </w:r>
            <w:r w:rsidR="00CD0524">
              <w:t xml:space="preserve"> </w:t>
            </w:r>
            <w:sdt>
              <w:sdtPr>
                <w:id w:val="76172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490687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5F994B04" w:rsidR="00CD745A" w:rsidRDefault="00CD745A" w:rsidP="00CD745A">
            <w:r>
              <w:t>Yes</w:t>
            </w:r>
            <w:r w:rsidR="00CD0524">
              <w:t xml:space="preserve"> </w:t>
            </w:r>
            <w:sdt>
              <w:sdtPr>
                <w:id w:val="37960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760">
              <w:tab/>
            </w:r>
            <w:r w:rsidR="00AD4760">
              <w:tab/>
            </w:r>
            <w:r>
              <w:t xml:space="preserve"> No </w:t>
            </w:r>
            <w:sdt>
              <w:sdtPr>
                <w:id w:val="97248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037EC0A2" w:rsidR="00CD745A" w:rsidRDefault="00CD745A" w:rsidP="00CD745A"/>
        </w:tc>
      </w:tr>
      <w:tr w:rsidR="00CD745A" w14:paraId="2CAAEA55" w14:textId="77777777" w:rsidTr="00695860">
        <w:tc>
          <w:tcPr>
            <w:tcW w:w="9350" w:type="dxa"/>
            <w:gridSpan w:val="2"/>
          </w:tcPr>
          <w:p w14:paraId="0912AE07" w14:textId="049FD0D9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019887630"/>
                <w:placeholder>
                  <w:docPart w:val="F13C6343105D4FDA9DC31EBB17203687"/>
                </w:placeholder>
                <w:showingPlcHdr/>
              </w:sdtPr>
              <w:sdtContent>
                <w:r w:rsidR="00CD0524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0524" w14:paraId="45561211" w14:textId="77777777" w:rsidTr="00CD745A">
        <w:tc>
          <w:tcPr>
            <w:tcW w:w="2723" w:type="dxa"/>
            <w:vAlign w:val="center"/>
          </w:tcPr>
          <w:p w14:paraId="33EC83AA" w14:textId="77777777" w:rsidR="00CD0524" w:rsidRDefault="00CD0524" w:rsidP="00CD0524">
            <w:r w:rsidRPr="00F4085D">
              <w:rPr>
                <w:b/>
                <w:bCs/>
              </w:rPr>
              <w:t>Role</w:t>
            </w:r>
          </w:p>
        </w:tc>
        <w:sdt>
          <w:sdtPr>
            <w:id w:val="1437100307"/>
            <w:placeholder>
              <w:docPart w:val="EE3FE8A8BF4A4B08A611837AD4C71883"/>
            </w:placeholder>
            <w:showingPlcHdr/>
          </w:sdtPr>
          <w:sdtContent>
            <w:tc>
              <w:tcPr>
                <w:tcW w:w="6627" w:type="dxa"/>
              </w:tcPr>
              <w:p w14:paraId="1383E0DC" w14:textId="6896665A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3C5D06A4" w14:textId="77777777" w:rsidTr="00CD745A">
        <w:tc>
          <w:tcPr>
            <w:tcW w:w="2723" w:type="dxa"/>
            <w:vAlign w:val="center"/>
          </w:tcPr>
          <w:p w14:paraId="11FFEE38" w14:textId="77777777" w:rsidR="00CD0524" w:rsidRDefault="00CD0524" w:rsidP="00CD0524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583790957"/>
            <w:placeholder>
              <w:docPart w:val="8F8F6EB5BC224410A279CDA4F72C834D"/>
            </w:placeholder>
            <w:showingPlcHdr/>
          </w:sdtPr>
          <w:sdtContent>
            <w:tc>
              <w:tcPr>
                <w:tcW w:w="6627" w:type="dxa"/>
              </w:tcPr>
              <w:p w14:paraId="22629E3B" w14:textId="014A7FD7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38F6B4EE" w14:textId="77777777" w:rsidTr="00CD745A">
        <w:tc>
          <w:tcPr>
            <w:tcW w:w="2723" w:type="dxa"/>
            <w:vAlign w:val="center"/>
          </w:tcPr>
          <w:p w14:paraId="57D486D0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0524" w:rsidRDefault="00CD0524" w:rsidP="00CD0524"/>
        </w:tc>
        <w:sdt>
          <w:sdtPr>
            <w:id w:val="-1434134029"/>
            <w:placeholder>
              <w:docPart w:val="29AE48051B3F42FCB5E31545B8FBC5CE"/>
            </w:placeholder>
            <w:showingPlcHdr/>
          </w:sdtPr>
          <w:sdtContent>
            <w:tc>
              <w:tcPr>
                <w:tcW w:w="6627" w:type="dxa"/>
              </w:tcPr>
              <w:p w14:paraId="58B1D2F4" w14:textId="11D970E3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4929BB4B" w14:textId="77777777" w:rsidTr="00CD745A">
        <w:tc>
          <w:tcPr>
            <w:tcW w:w="2723" w:type="dxa"/>
            <w:vAlign w:val="center"/>
          </w:tcPr>
          <w:p w14:paraId="6B87E394" w14:textId="77777777" w:rsidR="00CD0524" w:rsidRDefault="00CD0524" w:rsidP="00CD0524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745178612"/>
            <w:placeholder>
              <w:docPart w:val="391359AE14AE4531863E99B59C368DA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3FAE9036" w:rsidR="00CD0524" w:rsidRDefault="00CD0524" w:rsidP="00CD0524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0524" w14:paraId="5C3E6963" w14:textId="77777777" w:rsidTr="00CD745A">
        <w:tc>
          <w:tcPr>
            <w:tcW w:w="2723" w:type="dxa"/>
            <w:vAlign w:val="center"/>
          </w:tcPr>
          <w:p w14:paraId="61031033" w14:textId="77777777" w:rsidR="00CD0524" w:rsidRDefault="00CD0524" w:rsidP="00CD0524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44E29383" w:rsidR="00CD0524" w:rsidRDefault="00CD0524" w:rsidP="00CD0524">
            <w:r>
              <w:t xml:space="preserve">Complete </w:t>
            </w:r>
            <w:sdt>
              <w:sdtPr>
                <w:id w:val="90140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122585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4C8207B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15DD567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7D0B379" w14:textId="65EB9C6E" w:rsidR="00CD0524" w:rsidRDefault="00CD0524" w:rsidP="00CD0524">
            <w:r>
              <w:t xml:space="preserve">Yes </w:t>
            </w:r>
            <w:sdt>
              <w:sdtPr>
                <w:id w:val="1234517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 No </w:t>
            </w:r>
            <w:sdt>
              <w:sdtPr>
                <w:id w:val="2065372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39947A45" w14:textId="77777777" w:rsidTr="000B319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6ED0F6" w14:textId="77777777" w:rsidR="00CD0524" w:rsidRPr="00F4085D" w:rsidRDefault="00CD0524" w:rsidP="00CD0524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535299" w14:textId="77777777" w:rsidR="00CD0524" w:rsidRDefault="00CD0524" w:rsidP="00CD0524"/>
        </w:tc>
      </w:tr>
      <w:tr w:rsidR="00CD0524" w14:paraId="3B6DA675" w14:textId="77777777" w:rsidTr="000B319E">
        <w:tc>
          <w:tcPr>
            <w:tcW w:w="9350" w:type="dxa"/>
            <w:gridSpan w:val="2"/>
          </w:tcPr>
          <w:p w14:paraId="102375DF" w14:textId="12638FD1" w:rsidR="00CD0524" w:rsidRDefault="00CD0524" w:rsidP="00CD0524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363082241"/>
                <w:placeholder>
                  <w:docPart w:val="1A2D5A4838764B2ABE8981D63B98277F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0524" w14:paraId="26AB240D" w14:textId="77777777" w:rsidTr="000B319E">
        <w:tc>
          <w:tcPr>
            <w:tcW w:w="2723" w:type="dxa"/>
            <w:vAlign w:val="center"/>
          </w:tcPr>
          <w:p w14:paraId="7897A40D" w14:textId="77777777" w:rsidR="00CD0524" w:rsidRDefault="00CD0524" w:rsidP="00CD0524">
            <w:r w:rsidRPr="00F4085D">
              <w:rPr>
                <w:b/>
                <w:bCs/>
              </w:rPr>
              <w:t>Role</w:t>
            </w:r>
          </w:p>
        </w:tc>
        <w:sdt>
          <w:sdtPr>
            <w:id w:val="730116852"/>
            <w:placeholder>
              <w:docPart w:val="4F33A63231074873A7D98BB1B1B6BFD3"/>
            </w:placeholder>
            <w:showingPlcHdr/>
          </w:sdtPr>
          <w:sdtContent>
            <w:tc>
              <w:tcPr>
                <w:tcW w:w="6627" w:type="dxa"/>
              </w:tcPr>
              <w:p w14:paraId="6C7D86D9" w14:textId="21CA6E65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2E77041D" w14:textId="77777777" w:rsidTr="000B319E">
        <w:tc>
          <w:tcPr>
            <w:tcW w:w="2723" w:type="dxa"/>
            <w:vAlign w:val="center"/>
          </w:tcPr>
          <w:p w14:paraId="0E92CBE3" w14:textId="77777777" w:rsidR="00CD0524" w:rsidRDefault="00CD0524" w:rsidP="00CD0524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840684549"/>
            <w:placeholder>
              <w:docPart w:val="F7C95CF633D74D81B6C26A8292F4676B"/>
            </w:placeholder>
            <w:showingPlcHdr/>
          </w:sdtPr>
          <w:sdtContent>
            <w:tc>
              <w:tcPr>
                <w:tcW w:w="6627" w:type="dxa"/>
              </w:tcPr>
              <w:p w14:paraId="30A469AE" w14:textId="08D3958A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2710CBAE" w14:textId="77777777" w:rsidTr="000B319E">
        <w:tc>
          <w:tcPr>
            <w:tcW w:w="2723" w:type="dxa"/>
            <w:vAlign w:val="center"/>
          </w:tcPr>
          <w:p w14:paraId="26E5A673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532F626B" w14:textId="77777777" w:rsidR="00CD0524" w:rsidRDefault="00CD0524" w:rsidP="00CD0524"/>
        </w:tc>
        <w:sdt>
          <w:sdtPr>
            <w:id w:val="680777471"/>
            <w:placeholder>
              <w:docPart w:val="65E6BCC33B8041DB809E953670C9502D"/>
            </w:placeholder>
            <w:showingPlcHdr/>
          </w:sdtPr>
          <w:sdtContent>
            <w:tc>
              <w:tcPr>
                <w:tcW w:w="6627" w:type="dxa"/>
              </w:tcPr>
              <w:p w14:paraId="5BDF7823" w14:textId="11614C1B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7A6307C6" w14:textId="77777777" w:rsidTr="000B319E">
        <w:tc>
          <w:tcPr>
            <w:tcW w:w="2723" w:type="dxa"/>
            <w:vAlign w:val="center"/>
          </w:tcPr>
          <w:p w14:paraId="4A629A71" w14:textId="77777777" w:rsidR="00CD0524" w:rsidRDefault="00CD0524" w:rsidP="00CD0524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650021659"/>
            <w:placeholder>
              <w:docPart w:val="FE77219C479B451384F4C46788B9EA5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43CBBEC9" w14:textId="7ACC015D" w:rsidR="00CD0524" w:rsidRDefault="00CD0524" w:rsidP="00CD0524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0524" w14:paraId="79083DE5" w14:textId="77777777" w:rsidTr="000B319E">
        <w:tc>
          <w:tcPr>
            <w:tcW w:w="2723" w:type="dxa"/>
            <w:vAlign w:val="center"/>
          </w:tcPr>
          <w:p w14:paraId="442E2034" w14:textId="77777777" w:rsidR="00CD0524" w:rsidRDefault="00CD0524" w:rsidP="00CD0524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38964CAC" w14:textId="52CA18E9" w:rsidR="00CD0524" w:rsidRDefault="00CD0524" w:rsidP="00CD0524">
            <w:r>
              <w:t xml:space="preserve">Complete </w:t>
            </w:r>
            <w:sdt>
              <w:sdtPr>
                <w:id w:val="-167710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-168975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0425B55B" w14:textId="77777777" w:rsidTr="000B319E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C3B6B1C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1E88E0D3" w14:textId="6177DA78" w:rsidR="00CD0524" w:rsidRDefault="00CD0524" w:rsidP="00CD0524">
            <w:r>
              <w:t xml:space="preserve">Yes </w:t>
            </w:r>
            <w:sdt>
              <w:sdtPr>
                <w:id w:val="791326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 No </w:t>
            </w:r>
            <w:sdt>
              <w:sdtPr>
                <w:id w:val="67623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4917F6F7" w14:textId="77777777" w:rsidTr="000B319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AB081A" w14:textId="77777777" w:rsidR="00CD0524" w:rsidRPr="00F4085D" w:rsidRDefault="00CD0524" w:rsidP="00CD0524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628F14" w14:textId="77777777" w:rsidR="00CD0524" w:rsidRDefault="00CD0524" w:rsidP="00CD0524"/>
        </w:tc>
      </w:tr>
      <w:tr w:rsidR="00CD0524" w14:paraId="7FB03666" w14:textId="77777777" w:rsidTr="000B319E">
        <w:tc>
          <w:tcPr>
            <w:tcW w:w="9350" w:type="dxa"/>
            <w:gridSpan w:val="2"/>
          </w:tcPr>
          <w:p w14:paraId="376A2F95" w14:textId="4B216D71" w:rsidR="00CD0524" w:rsidRDefault="00CD0524" w:rsidP="00CD0524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609655426"/>
                <w:placeholder>
                  <w:docPart w:val="E15D1FDC199A4403BE9D2AD26CD65DE3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0524" w14:paraId="62C2F3B9" w14:textId="77777777" w:rsidTr="000B319E">
        <w:tc>
          <w:tcPr>
            <w:tcW w:w="2723" w:type="dxa"/>
            <w:vAlign w:val="center"/>
          </w:tcPr>
          <w:p w14:paraId="2623EE01" w14:textId="77777777" w:rsidR="00CD0524" w:rsidRDefault="00CD0524" w:rsidP="00CD0524">
            <w:r w:rsidRPr="00F4085D">
              <w:rPr>
                <w:b/>
                <w:bCs/>
              </w:rPr>
              <w:t>Role</w:t>
            </w:r>
          </w:p>
        </w:tc>
        <w:sdt>
          <w:sdtPr>
            <w:id w:val="639075974"/>
            <w:placeholder>
              <w:docPart w:val="FA14404B2C7245F08D8164CFDA8897ED"/>
            </w:placeholder>
            <w:showingPlcHdr/>
          </w:sdtPr>
          <w:sdtContent>
            <w:tc>
              <w:tcPr>
                <w:tcW w:w="6627" w:type="dxa"/>
              </w:tcPr>
              <w:p w14:paraId="4B6E5515" w14:textId="411BE722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75DDE234" w14:textId="77777777" w:rsidTr="000B319E">
        <w:tc>
          <w:tcPr>
            <w:tcW w:w="2723" w:type="dxa"/>
            <w:vAlign w:val="center"/>
          </w:tcPr>
          <w:p w14:paraId="6C0CEC07" w14:textId="77777777" w:rsidR="00CD0524" w:rsidRDefault="00CD0524" w:rsidP="00CD0524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633598095"/>
            <w:placeholder>
              <w:docPart w:val="D52C0593C42F4D57922CC34B41895B0F"/>
            </w:placeholder>
            <w:showingPlcHdr/>
          </w:sdtPr>
          <w:sdtContent>
            <w:tc>
              <w:tcPr>
                <w:tcW w:w="6627" w:type="dxa"/>
              </w:tcPr>
              <w:p w14:paraId="46C7B0FE" w14:textId="4EE2D381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4FBCBB28" w14:textId="77777777" w:rsidTr="000B319E">
        <w:tc>
          <w:tcPr>
            <w:tcW w:w="2723" w:type="dxa"/>
            <w:vAlign w:val="center"/>
          </w:tcPr>
          <w:p w14:paraId="5C3BCE3D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7D63E2FB" w14:textId="77777777" w:rsidR="00CD0524" w:rsidRDefault="00CD0524" w:rsidP="00CD0524"/>
        </w:tc>
        <w:sdt>
          <w:sdtPr>
            <w:id w:val="-2440583"/>
            <w:placeholder>
              <w:docPart w:val="D4BF7FEE3A6A441B97435C8710075C52"/>
            </w:placeholder>
            <w:showingPlcHdr/>
          </w:sdtPr>
          <w:sdtContent>
            <w:tc>
              <w:tcPr>
                <w:tcW w:w="6627" w:type="dxa"/>
              </w:tcPr>
              <w:p w14:paraId="7C07BBCE" w14:textId="0FC97C88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5F3A8896" w14:textId="77777777" w:rsidTr="000B319E">
        <w:tc>
          <w:tcPr>
            <w:tcW w:w="2723" w:type="dxa"/>
            <w:vAlign w:val="center"/>
          </w:tcPr>
          <w:p w14:paraId="1664C7F9" w14:textId="77777777" w:rsidR="00CD0524" w:rsidRDefault="00CD0524" w:rsidP="00CD0524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227998063"/>
            <w:placeholder>
              <w:docPart w:val="0CB0122D10D9400493BBC9F9AB2CF1D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3585826" w14:textId="4352EE54" w:rsidR="00CD0524" w:rsidRDefault="00CD0524" w:rsidP="00CD0524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0524" w14:paraId="7FD66334" w14:textId="77777777" w:rsidTr="000B319E">
        <w:tc>
          <w:tcPr>
            <w:tcW w:w="2723" w:type="dxa"/>
            <w:vAlign w:val="center"/>
          </w:tcPr>
          <w:p w14:paraId="6396DA13" w14:textId="77777777" w:rsidR="00CD0524" w:rsidRDefault="00CD0524" w:rsidP="00CD0524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2D390736" w14:textId="5B88E883" w:rsidR="00CD0524" w:rsidRDefault="00CD0524" w:rsidP="00CD0524">
            <w:r>
              <w:t xml:space="preserve">Complete </w:t>
            </w:r>
            <w:sdt>
              <w:sdtPr>
                <w:id w:val="-94747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135099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1F955D6D" w14:textId="77777777" w:rsidTr="000B319E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EA8B1C2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8B840AA" w14:textId="69C5C92B" w:rsidR="00CD0524" w:rsidRDefault="00CD0524" w:rsidP="00CD0524">
            <w:r>
              <w:t xml:space="preserve">Yes </w:t>
            </w:r>
            <w:sdt>
              <w:sdtPr>
                <w:id w:val="109675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 No </w:t>
            </w:r>
            <w:sdt>
              <w:sdtPr>
                <w:id w:val="133772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51FD22FD" w14:textId="77777777" w:rsidTr="000B319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2DE3C2" w14:textId="77777777" w:rsidR="00CD0524" w:rsidRPr="00F4085D" w:rsidRDefault="00CD0524" w:rsidP="00CD0524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87560E" w14:textId="77777777" w:rsidR="00CD0524" w:rsidRDefault="00CD0524" w:rsidP="00CD0524"/>
        </w:tc>
      </w:tr>
      <w:tr w:rsidR="00CD0524" w14:paraId="2569004B" w14:textId="77777777" w:rsidTr="000B319E">
        <w:tc>
          <w:tcPr>
            <w:tcW w:w="9350" w:type="dxa"/>
            <w:gridSpan w:val="2"/>
          </w:tcPr>
          <w:p w14:paraId="77341DD2" w14:textId="45FC6DAD" w:rsidR="00CD0524" w:rsidRDefault="00CD0524" w:rsidP="00CD0524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64238924"/>
                <w:placeholder>
                  <w:docPart w:val="68AF716BA38B4B069A08EC90AFDD1BE1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0524" w14:paraId="76C019B4" w14:textId="77777777" w:rsidTr="000B319E">
        <w:tc>
          <w:tcPr>
            <w:tcW w:w="2723" w:type="dxa"/>
            <w:vAlign w:val="center"/>
          </w:tcPr>
          <w:p w14:paraId="483D1297" w14:textId="77777777" w:rsidR="00CD0524" w:rsidRDefault="00CD0524" w:rsidP="00CD0524">
            <w:r w:rsidRPr="00F4085D">
              <w:rPr>
                <w:b/>
                <w:bCs/>
              </w:rPr>
              <w:t>Role</w:t>
            </w:r>
          </w:p>
        </w:tc>
        <w:sdt>
          <w:sdtPr>
            <w:id w:val="-905532529"/>
            <w:placeholder>
              <w:docPart w:val="DE979554D3144B4FAD05ACAFA50A17C3"/>
            </w:placeholder>
            <w:showingPlcHdr/>
          </w:sdtPr>
          <w:sdtContent>
            <w:tc>
              <w:tcPr>
                <w:tcW w:w="6627" w:type="dxa"/>
              </w:tcPr>
              <w:p w14:paraId="69FF006C" w14:textId="46FA2E63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69DACDFC" w14:textId="77777777" w:rsidTr="000B319E">
        <w:tc>
          <w:tcPr>
            <w:tcW w:w="2723" w:type="dxa"/>
            <w:vAlign w:val="center"/>
          </w:tcPr>
          <w:p w14:paraId="42A712DD" w14:textId="77777777" w:rsidR="00CD0524" w:rsidRDefault="00CD0524" w:rsidP="00CD0524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317958181"/>
            <w:placeholder>
              <w:docPart w:val="9C1D4FD6A285484FA994EC4E6ADBEB42"/>
            </w:placeholder>
            <w:showingPlcHdr/>
          </w:sdtPr>
          <w:sdtContent>
            <w:tc>
              <w:tcPr>
                <w:tcW w:w="6627" w:type="dxa"/>
              </w:tcPr>
              <w:p w14:paraId="1E8B8785" w14:textId="6CD7ABF6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0695BDE6" w14:textId="77777777" w:rsidTr="000B319E">
        <w:tc>
          <w:tcPr>
            <w:tcW w:w="2723" w:type="dxa"/>
            <w:vAlign w:val="center"/>
          </w:tcPr>
          <w:p w14:paraId="0A1D2021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1A6654D4" w14:textId="77777777" w:rsidR="00CD0524" w:rsidRDefault="00CD0524" w:rsidP="00CD0524"/>
        </w:tc>
        <w:sdt>
          <w:sdtPr>
            <w:id w:val="-1030025757"/>
            <w:placeholder>
              <w:docPart w:val="20964945A02247B2AC13BCCCF4BC568F"/>
            </w:placeholder>
            <w:showingPlcHdr/>
          </w:sdtPr>
          <w:sdtContent>
            <w:tc>
              <w:tcPr>
                <w:tcW w:w="6627" w:type="dxa"/>
              </w:tcPr>
              <w:p w14:paraId="62D0FD64" w14:textId="2052DCF2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50D33BFE" w14:textId="77777777" w:rsidTr="000B319E">
        <w:tc>
          <w:tcPr>
            <w:tcW w:w="2723" w:type="dxa"/>
            <w:vAlign w:val="center"/>
          </w:tcPr>
          <w:p w14:paraId="39A2C87E" w14:textId="77777777" w:rsidR="00CD0524" w:rsidRDefault="00CD0524" w:rsidP="00CD0524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74555868"/>
            <w:placeholder>
              <w:docPart w:val="AB0D5F030DC24653A597B90DC40C758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4F25C7F" w14:textId="2987F42C" w:rsidR="00CD0524" w:rsidRDefault="00CD0524" w:rsidP="00CD0524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0524" w14:paraId="64BBE0D1" w14:textId="77777777" w:rsidTr="000B319E">
        <w:tc>
          <w:tcPr>
            <w:tcW w:w="2723" w:type="dxa"/>
            <w:vAlign w:val="center"/>
          </w:tcPr>
          <w:p w14:paraId="52B16088" w14:textId="77777777" w:rsidR="00CD0524" w:rsidRDefault="00CD0524" w:rsidP="00CD0524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79D11267" w14:textId="5A5D455F" w:rsidR="00CD0524" w:rsidRDefault="00CD0524" w:rsidP="00CD0524">
            <w:r>
              <w:t xml:space="preserve">Complete </w:t>
            </w:r>
            <w:sdt>
              <w:sdtPr>
                <w:id w:val="1013582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155184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173EA098" w14:textId="77777777" w:rsidTr="000B319E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16ACA53E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84C03E7" w14:textId="25468A54" w:rsidR="00CD0524" w:rsidRDefault="00CD0524" w:rsidP="00CD0524">
            <w:r>
              <w:t xml:space="preserve">Yes </w:t>
            </w:r>
            <w:sdt>
              <w:sdtPr>
                <w:id w:val="-943612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 No </w:t>
            </w:r>
            <w:sdt>
              <w:sdtPr>
                <w:id w:val="2010329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0524" w:rsidRPr="00F4085D" w:rsidRDefault="00CD0524" w:rsidP="00CD0524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0789F2F3" w:rsidR="00CD0524" w:rsidRDefault="00CD0524" w:rsidP="00CD0524"/>
        </w:tc>
      </w:tr>
    </w:tbl>
    <w:p w14:paraId="178F2F0C" w14:textId="77777777" w:rsidR="0098059E" w:rsidRDefault="0098059E">
      <w:pPr>
        <w:pStyle w:val="Heading1"/>
      </w:pPr>
    </w:p>
    <w:p w14:paraId="5BEB731A" w14:textId="77777777" w:rsidR="0098059E" w:rsidRDefault="0098059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6B0C8F89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46D90F2A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534006967"/>
            <w:placeholder>
              <w:docPart w:val="A232C11599DB4779B988A6CE6C10D269"/>
            </w:placeholder>
            <w:showingPlcHdr/>
          </w:sdtPr>
          <w:sdtContent>
            <w:tc>
              <w:tcPr>
                <w:tcW w:w="6661" w:type="dxa"/>
              </w:tcPr>
              <w:p w14:paraId="38426A61" w14:textId="2803B2BD" w:rsidR="00E9708F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004270276"/>
            <w:placeholder>
              <w:docPart w:val="C5B3DF42A1154EDF9F6222EC382AFC53"/>
            </w:placeholder>
            <w:showingPlcHdr/>
          </w:sdtPr>
          <w:sdtContent>
            <w:tc>
              <w:tcPr>
                <w:tcW w:w="6661" w:type="dxa"/>
              </w:tcPr>
              <w:p w14:paraId="1BDE551D" w14:textId="04E3E1E6" w:rsidR="00E9708F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431883851"/>
            <w:placeholder>
              <w:docPart w:val="93B7B38F2458432D9426B35F829AE585"/>
            </w:placeholder>
            <w:showingPlcHdr/>
          </w:sdtPr>
          <w:sdtContent>
            <w:tc>
              <w:tcPr>
                <w:tcW w:w="6661" w:type="dxa"/>
              </w:tcPr>
              <w:p w14:paraId="423783DB" w14:textId="44B89EC5" w:rsidR="00E9708F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-1239542671"/>
            <w:placeholder>
              <w:docPart w:val="7BA21F457A074719A474346E38D4FC49"/>
            </w:placeholder>
            <w:showingPlcHdr/>
          </w:sdtPr>
          <w:sdtContent>
            <w:tc>
              <w:tcPr>
                <w:tcW w:w="6661" w:type="dxa"/>
              </w:tcPr>
              <w:p w14:paraId="428D0AF4" w14:textId="3FA550AB" w:rsidR="00E9708F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043038C0" w:rsidR="00E9708F" w:rsidRDefault="00E9708F">
            <w:r>
              <w:t>Complete</w:t>
            </w:r>
            <w:sdt>
              <w:sdtPr>
                <w:id w:val="153877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-88448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599490244"/>
            <w:placeholder>
              <w:docPart w:val="15FB6F9588A64EDDBB389077DA6023F5"/>
            </w:placeholder>
            <w:showingPlcHdr/>
          </w:sdtPr>
          <w:sdtContent>
            <w:tc>
              <w:tcPr>
                <w:tcW w:w="6661" w:type="dxa"/>
              </w:tcPr>
              <w:p w14:paraId="44ADF35B" w14:textId="1ABCF341" w:rsidR="00E9708F" w:rsidRDefault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98059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75AF60C9" w:rsidR="00E9708F" w:rsidRDefault="00E9708F">
            <w:r>
              <w:t>Yes</w:t>
            </w:r>
            <w:r w:rsidR="00CD0524">
              <w:t xml:space="preserve"> </w:t>
            </w:r>
            <w:sdt>
              <w:sdtPr>
                <w:id w:val="1848900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AD4760">
              <w:tab/>
            </w:r>
            <w:r>
              <w:tab/>
              <w:t xml:space="preserve">No </w:t>
            </w:r>
            <w:sdt>
              <w:sdtPr>
                <w:id w:val="96184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5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8059E" w14:paraId="3EC70EE7" w14:textId="77777777" w:rsidTr="0098059E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1E6D2E31" w14:textId="77777777" w:rsidR="0098059E" w:rsidRPr="00F4085D" w:rsidRDefault="0098059E">
            <w:pPr>
              <w:rPr>
                <w:b/>
                <w:bCs/>
              </w:rPr>
            </w:pPr>
          </w:p>
        </w:tc>
        <w:tc>
          <w:tcPr>
            <w:tcW w:w="6661" w:type="dxa"/>
            <w:tcBorders>
              <w:left w:val="nil"/>
              <w:bottom w:val="single" w:sz="4" w:space="0" w:color="auto"/>
              <w:right w:val="nil"/>
            </w:tcBorders>
          </w:tcPr>
          <w:p w14:paraId="5D91D5E1" w14:textId="77777777" w:rsidR="0098059E" w:rsidRDefault="0098059E"/>
        </w:tc>
      </w:tr>
      <w:tr w:rsidR="00CD0524" w14:paraId="0BFA7032" w14:textId="77777777" w:rsidTr="000B319E">
        <w:tc>
          <w:tcPr>
            <w:tcW w:w="2689" w:type="dxa"/>
          </w:tcPr>
          <w:p w14:paraId="51BE8CAD" w14:textId="77777777" w:rsidR="00CD0524" w:rsidRDefault="00CD0524" w:rsidP="00CD0524">
            <w:r w:rsidRPr="00F4085D">
              <w:rPr>
                <w:b/>
                <w:bCs/>
              </w:rPr>
              <w:t>Role</w:t>
            </w:r>
          </w:p>
        </w:tc>
        <w:sdt>
          <w:sdtPr>
            <w:id w:val="852765965"/>
            <w:placeholder>
              <w:docPart w:val="8DC453BFC1F04427AFA85A7838372E11"/>
            </w:placeholder>
            <w:showingPlcHdr/>
          </w:sdtPr>
          <w:sdtContent>
            <w:tc>
              <w:tcPr>
                <w:tcW w:w="6661" w:type="dxa"/>
              </w:tcPr>
              <w:p w14:paraId="1627B293" w14:textId="77E35B35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54574A9D" w14:textId="77777777" w:rsidTr="000B319E">
        <w:tc>
          <w:tcPr>
            <w:tcW w:w="2689" w:type="dxa"/>
          </w:tcPr>
          <w:p w14:paraId="21AEE9E2" w14:textId="77777777" w:rsidR="00CD0524" w:rsidRDefault="00CD0524" w:rsidP="00CD0524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41268232"/>
            <w:placeholder>
              <w:docPart w:val="F79B529774BA4E3E82A760D4CCF26431"/>
            </w:placeholder>
            <w:showingPlcHdr/>
          </w:sdtPr>
          <w:sdtContent>
            <w:tc>
              <w:tcPr>
                <w:tcW w:w="6661" w:type="dxa"/>
              </w:tcPr>
              <w:p w14:paraId="4E4F5406" w14:textId="2DFF9FA9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1760098B" w14:textId="77777777" w:rsidTr="000B319E">
        <w:tc>
          <w:tcPr>
            <w:tcW w:w="2689" w:type="dxa"/>
          </w:tcPr>
          <w:p w14:paraId="33D63A1C" w14:textId="77777777" w:rsidR="00CD0524" w:rsidRDefault="00CD0524" w:rsidP="00CD0524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749033626"/>
            <w:placeholder>
              <w:docPart w:val="AFF823C1A5484E01B1301568902ED54B"/>
            </w:placeholder>
            <w:showingPlcHdr/>
          </w:sdtPr>
          <w:sdtContent>
            <w:tc>
              <w:tcPr>
                <w:tcW w:w="6661" w:type="dxa"/>
              </w:tcPr>
              <w:p w14:paraId="3C800C2E" w14:textId="7FB5AAB8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4FF9BE20" w14:textId="77777777" w:rsidTr="000B319E">
        <w:tc>
          <w:tcPr>
            <w:tcW w:w="2689" w:type="dxa"/>
          </w:tcPr>
          <w:p w14:paraId="5A5AE240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BA69966" w14:textId="77777777" w:rsidR="00CD0524" w:rsidRDefault="00CD0524" w:rsidP="00CD0524"/>
        </w:tc>
        <w:sdt>
          <w:sdtPr>
            <w:id w:val="-173037894"/>
            <w:placeholder>
              <w:docPart w:val="368B4DC3D04F421C99B970B817233EF3"/>
            </w:placeholder>
            <w:showingPlcHdr/>
          </w:sdtPr>
          <w:sdtContent>
            <w:tc>
              <w:tcPr>
                <w:tcW w:w="6661" w:type="dxa"/>
              </w:tcPr>
              <w:p w14:paraId="7157CA53" w14:textId="1FA2DC79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2B304286" w14:textId="77777777" w:rsidTr="000B319E">
        <w:tc>
          <w:tcPr>
            <w:tcW w:w="2689" w:type="dxa"/>
          </w:tcPr>
          <w:p w14:paraId="3AFFA1B9" w14:textId="77777777" w:rsidR="00CD0524" w:rsidRDefault="00CD0524" w:rsidP="00CD0524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BEC16B6" w14:textId="74A92544" w:rsidR="00CD0524" w:rsidRDefault="00CD0524" w:rsidP="00CD0524">
            <w:r>
              <w:t>Complete</w:t>
            </w:r>
            <w:sdt>
              <w:sdtPr>
                <w:id w:val="-161259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-106340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2A338661" w14:textId="77777777" w:rsidTr="000B319E">
        <w:tc>
          <w:tcPr>
            <w:tcW w:w="2689" w:type="dxa"/>
          </w:tcPr>
          <w:p w14:paraId="7574D2A3" w14:textId="77777777" w:rsidR="00CD0524" w:rsidRDefault="00CD0524" w:rsidP="00CD0524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490875356"/>
            <w:placeholder>
              <w:docPart w:val="A23E6B3DE3A34087A72B25D3DFDE6F2B"/>
            </w:placeholder>
            <w:showingPlcHdr/>
          </w:sdtPr>
          <w:sdtContent>
            <w:tc>
              <w:tcPr>
                <w:tcW w:w="6661" w:type="dxa"/>
              </w:tcPr>
              <w:p w14:paraId="1DC1ADC1" w14:textId="180789B5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36B333DC" w14:textId="77777777" w:rsidTr="0098059E">
        <w:tc>
          <w:tcPr>
            <w:tcW w:w="2689" w:type="dxa"/>
            <w:tcBorders>
              <w:bottom w:val="single" w:sz="4" w:space="0" w:color="auto"/>
            </w:tcBorders>
          </w:tcPr>
          <w:p w14:paraId="15B6F2BC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68AD251" w14:textId="006E100B" w:rsidR="00CD0524" w:rsidRDefault="00CD0524" w:rsidP="00CD0524">
            <w:r>
              <w:t xml:space="preserve">Yes </w:t>
            </w:r>
            <w:sdt>
              <w:sdtPr>
                <w:id w:val="209952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>
              <w:tab/>
              <w:t xml:space="preserve">No </w:t>
            </w:r>
            <w:sdt>
              <w:sdtPr>
                <w:id w:val="-210471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5BC87A90" w14:textId="77777777" w:rsidTr="0098059E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1FBA6BFC" w14:textId="77777777" w:rsidR="00CD0524" w:rsidRPr="00F4085D" w:rsidRDefault="00CD0524" w:rsidP="00CD0524">
            <w:pPr>
              <w:rPr>
                <w:b/>
                <w:bCs/>
              </w:rPr>
            </w:pPr>
          </w:p>
        </w:tc>
        <w:tc>
          <w:tcPr>
            <w:tcW w:w="6661" w:type="dxa"/>
            <w:tcBorders>
              <w:left w:val="nil"/>
              <w:bottom w:val="single" w:sz="4" w:space="0" w:color="auto"/>
              <w:right w:val="nil"/>
            </w:tcBorders>
          </w:tcPr>
          <w:p w14:paraId="4DCD65D5" w14:textId="77777777" w:rsidR="00CD0524" w:rsidRDefault="00CD0524" w:rsidP="00CD0524"/>
        </w:tc>
      </w:tr>
      <w:tr w:rsidR="00CD0524" w14:paraId="418B6C74" w14:textId="77777777" w:rsidTr="000B319E">
        <w:tc>
          <w:tcPr>
            <w:tcW w:w="2689" w:type="dxa"/>
          </w:tcPr>
          <w:p w14:paraId="645678BD" w14:textId="77777777" w:rsidR="00CD0524" w:rsidRDefault="00CD0524" w:rsidP="00CD0524">
            <w:r w:rsidRPr="00F4085D">
              <w:rPr>
                <w:b/>
                <w:bCs/>
              </w:rPr>
              <w:t>Role</w:t>
            </w:r>
          </w:p>
        </w:tc>
        <w:sdt>
          <w:sdtPr>
            <w:id w:val="1383991020"/>
            <w:placeholder>
              <w:docPart w:val="B6C7E57EB92B48839F1CA9A3E7876F76"/>
            </w:placeholder>
            <w:showingPlcHdr/>
          </w:sdtPr>
          <w:sdtContent>
            <w:tc>
              <w:tcPr>
                <w:tcW w:w="6661" w:type="dxa"/>
              </w:tcPr>
              <w:p w14:paraId="6462E8D7" w14:textId="7C1EC2DA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25426F69" w14:textId="77777777" w:rsidTr="000B319E">
        <w:tc>
          <w:tcPr>
            <w:tcW w:w="2689" w:type="dxa"/>
          </w:tcPr>
          <w:p w14:paraId="1CCC6AA5" w14:textId="77777777" w:rsidR="00CD0524" w:rsidRDefault="00CD0524" w:rsidP="00CD0524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608277263"/>
            <w:placeholder>
              <w:docPart w:val="717ED9BDEF3542C7AC9EC132A1E838FF"/>
            </w:placeholder>
            <w:showingPlcHdr/>
          </w:sdtPr>
          <w:sdtContent>
            <w:tc>
              <w:tcPr>
                <w:tcW w:w="6661" w:type="dxa"/>
              </w:tcPr>
              <w:p w14:paraId="692400E0" w14:textId="3060DE50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1F42D708" w14:textId="77777777" w:rsidTr="000B319E">
        <w:tc>
          <w:tcPr>
            <w:tcW w:w="2689" w:type="dxa"/>
          </w:tcPr>
          <w:p w14:paraId="00B8E76A" w14:textId="77777777" w:rsidR="00CD0524" w:rsidRDefault="00CD0524" w:rsidP="00CD0524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197307926"/>
            <w:placeholder>
              <w:docPart w:val="14EE9FA680724A11AAF8FC6D50DEE721"/>
            </w:placeholder>
            <w:showingPlcHdr/>
          </w:sdtPr>
          <w:sdtContent>
            <w:tc>
              <w:tcPr>
                <w:tcW w:w="6661" w:type="dxa"/>
              </w:tcPr>
              <w:p w14:paraId="50927FEF" w14:textId="466B323C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3602B4A3" w14:textId="77777777" w:rsidTr="000B319E">
        <w:tc>
          <w:tcPr>
            <w:tcW w:w="2689" w:type="dxa"/>
          </w:tcPr>
          <w:p w14:paraId="62401FBA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10E09E5" w14:textId="77777777" w:rsidR="00CD0524" w:rsidRDefault="00CD0524" w:rsidP="00CD0524"/>
        </w:tc>
        <w:sdt>
          <w:sdtPr>
            <w:id w:val="-1941819249"/>
            <w:placeholder>
              <w:docPart w:val="1668A711C587477FA54F632956F5AF83"/>
            </w:placeholder>
            <w:showingPlcHdr/>
          </w:sdtPr>
          <w:sdtContent>
            <w:tc>
              <w:tcPr>
                <w:tcW w:w="6661" w:type="dxa"/>
              </w:tcPr>
              <w:p w14:paraId="229E828A" w14:textId="564E3A5E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4CF0C95F" w14:textId="77777777" w:rsidTr="000B319E">
        <w:tc>
          <w:tcPr>
            <w:tcW w:w="2689" w:type="dxa"/>
          </w:tcPr>
          <w:p w14:paraId="20D89627" w14:textId="77777777" w:rsidR="00CD0524" w:rsidRDefault="00CD0524" w:rsidP="00CD0524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0050DD7" w14:textId="3A21928E" w:rsidR="00CD0524" w:rsidRDefault="00CD0524" w:rsidP="00CD0524">
            <w:r>
              <w:t>Complete</w:t>
            </w:r>
            <w:sdt>
              <w:sdtPr>
                <w:id w:val="93386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-118489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4DA1AE11" w14:textId="77777777" w:rsidTr="000B319E">
        <w:tc>
          <w:tcPr>
            <w:tcW w:w="2689" w:type="dxa"/>
          </w:tcPr>
          <w:p w14:paraId="4C6A1A4D" w14:textId="77777777" w:rsidR="00CD0524" w:rsidRDefault="00CD0524" w:rsidP="00CD0524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63087810"/>
            <w:placeholder>
              <w:docPart w:val="B492A79821D94D9294E3234534E463A1"/>
            </w:placeholder>
            <w:showingPlcHdr/>
          </w:sdtPr>
          <w:sdtContent>
            <w:tc>
              <w:tcPr>
                <w:tcW w:w="6661" w:type="dxa"/>
              </w:tcPr>
              <w:p w14:paraId="1D7FDF2E" w14:textId="35001266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0341B6A4" w14:textId="77777777" w:rsidTr="0098059E">
        <w:tc>
          <w:tcPr>
            <w:tcW w:w="2689" w:type="dxa"/>
            <w:tcBorders>
              <w:bottom w:val="single" w:sz="4" w:space="0" w:color="auto"/>
            </w:tcBorders>
          </w:tcPr>
          <w:p w14:paraId="4E9FB185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6A1202" w14:textId="0A52E59D" w:rsidR="00CD0524" w:rsidRDefault="00CD0524" w:rsidP="00CD0524">
            <w:r>
              <w:t xml:space="preserve">Yes </w:t>
            </w:r>
            <w:sdt>
              <w:sdtPr>
                <w:id w:val="23990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>
              <w:tab/>
              <w:t xml:space="preserve">No </w:t>
            </w:r>
            <w:sdt>
              <w:sdtPr>
                <w:id w:val="-124371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6C8870E6" w14:textId="77777777" w:rsidTr="0098059E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71663D9E" w14:textId="77777777" w:rsidR="00CD0524" w:rsidRPr="00F4085D" w:rsidRDefault="00CD0524" w:rsidP="00CD0524">
            <w:pPr>
              <w:rPr>
                <w:b/>
                <w:bCs/>
              </w:rPr>
            </w:pPr>
          </w:p>
        </w:tc>
        <w:tc>
          <w:tcPr>
            <w:tcW w:w="6661" w:type="dxa"/>
            <w:tcBorders>
              <w:left w:val="nil"/>
              <w:bottom w:val="single" w:sz="4" w:space="0" w:color="auto"/>
              <w:right w:val="nil"/>
            </w:tcBorders>
          </w:tcPr>
          <w:p w14:paraId="7A56BC73" w14:textId="77777777" w:rsidR="00CD0524" w:rsidRDefault="00CD0524" w:rsidP="00CD0524"/>
        </w:tc>
      </w:tr>
      <w:tr w:rsidR="00CD0524" w14:paraId="0DC82488" w14:textId="77777777" w:rsidTr="000B319E">
        <w:tc>
          <w:tcPr>
            <w:tcW w:w="2689" w:type="dxa"/>
          </w:tcPr>
          <w:p w14:paraId="153C0065" w14:textId="77777777" w:rsidR="00CD0524" w:rsidRDefault="00CD0524" w:rsidP="00CD0524">
            <w:r w:rsidRPr="00F4085D">
              <w:rPr>
                <w:b/>
                <w:bCs/>
              </w:rPr>
              <w:t>Role</w:t>
            </w:r>
          </w:p>
        </w:tc>
        <w:sdt>
          <w:sdtPr>
            <w:id w:val="-71817608"/>
            <w:placeholder>
              <w:docPart w:val="D7AF347DD5E94308A555ACBEE12F6BAA"/>
            </w:placeholder>
            <w:showingPlcHdr/>
          </w:sdtPr>
          <w:sdtContent>
            <w:tc>
              <w:tcPr>
                <w:tcW w:w="6661" w:type="dxa"/>
              </w:tcPr>
              <w:p w14:paraId="39E7D44B" w14:textId="7EF4CF42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6AF06C93" w14:textId="77777777" w:rsidTr="000B319E">
        <w:tc>
          <w:tcPr>
            <w:tcW w:w="2689" w:type="dxa"/>
          </w:tcPr>
          <w:p w14:paraId="522E1C5E" w14:textId="77777777" w:rsidR="00CD0524" w:rsidRDefault="00CD0524" w:rsidP="00CD0524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76703560"/>
            <w:placeholder>
              <w:docPart w:val="4865A2EE8F2D44DC86342524BDB470C6"/>
            </w:placeholder>
            <w:showingPlcHdr/>
          </w:sdtPr>
          <w:sdtContent>
            <w:tc>
              <w:tcPr>
                <w:tcW w:w="6661" w:type="dxa"/>
              </w:tcPr>
              <w:p w14:paraId="4E032D5F" w14:textId="636D3810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490700BA" w14:textId="77777777" w:rsidTr="000B319E">
        <w:tc>
          <w:tcPr>
            <w:tcW w:w="2689" w:type="dxa"/>
          </w:tcPr>
          <w:p w14:paraId="24824627" w14:textId="77777777" w:rsidR="00CD0524" w:rsidRDefault="00CD0524" w:rsidP="00CD0524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093747568"/>
            <w:placeholder>
              <w:docPart w:val="5900A5A7DE9E40918AC54C915E5E2271"/>
            </w:placeholder>
            <w:showingPlcHdr/>
          </w:sdtPr>
          <w:sdtContent>
            <w:tc>
              <w:tcPr>
                <w:tcW w:w="6661" w:type="dxa"/>
              </w:tcPr>
              <w:p w14:paraId="34CA1EA9" w14:textId="348D5614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58285A8A" w14:textId="77777777" w:rsidTr="000B319E">
        <w:tc>
          <w:tcPr>
            <w:tcW w:w="2689" w:type="dxa"/>
          </w:tcPr>
          <w:p w14:paraId="2CB3B66A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0569C7FE" w14:textId="77777777" w:rsidR="00CD0524" w:rsidRDefault="00CD0524" w:rsidP="00CD0524"/>
        </w:tc>
        <w:sdt>
          <w:sdtPr>
            <w:id w:val="1821387723"/>
            <w:placeholder>
              <w:docPart w:val="023AF043E0BA4B53A0CCE044C58F3606"/>
            </w:placeholder>
            <w:showingPlcHdr/>
          </w:sdtPr>
          <w:sdtContent>
            <w:tc>
              <w:tcPr>
                <w:tcW w:w="6661" w:type="dxa"/>
              </w:tcPr>
              <w:p w14:paraId="462A19B0" w14:textId="35227AB8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54546D52" w14:textId="77777777" w:rsidTr="000B319E">
        <w:tc>
          <w:tcPr>
            <w:tcW w:w="2689" w:type="dxa"/>
          </w:tcPr>
          <w:p w14:paraId="1F2645AA" w14:textId="77777777" w:rsidR="00CD0524" w:rsidRDefault="00CD0524" w:rsidP="00CD0524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A4B42F5" w14:textId="2703D01B" w:rsidR="00CD0524" w:rsidRDefault="00CD0524" w:rsidP="00CD0524">
            <w:r>
              <w:t>Complete</w:t>
            </w:r>
            <w:sdt>
              <w:sdtPr>
                <w:id w:val="172594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-184299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04E141EF" w14:textId="77777777" w:rsidTr="000B319E">
        <w:tc>
          <w:tcPr>
            <w:tcW w:w="2689" w:type="dxa"/>
          </w:tcPr>
          <w:p w14:paraId="45F2C518" w14:textId="77777777" w:rsidR="00CD0524" w:rsidRDefault="00CD0524" w:rsidP="00CD0524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100676289"/>
            <w:placeholder>
              <w:docPart w:val="78237D9167174EACA624F1E90AD5E4E9"/>
            </w:placeholder>
            <w:showingPlcHdr/>
          </w:sdtPr>
          <w:sdtContent>
            <w:tc>
              <w:tcPr>
                <w:tcW w:w="6661" w:type="dxa"/>
              </w:tcPr>
              <w:p w14:paraId="0D800F8D" w14:textId="585359D9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6D2C5A7B" w14:textId="77777777" w:rsidTr="0098059E">
        <w:tc>
          <w:tcPr>
            <w:tcW w:w="2689" w:type="dxa"/>
            <w:tcBorders>
              <w:bottom w:val="single" w:sz="4" w:space="0" w:color="auto"/>
            </w:tcBorders>
          </w:tcPr>
          <w:p w14:paraId="50AB19A8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F0425D6" w14:textId="1400CD9C" w:rsidR="00CD0524" w:rsidRDefault="00CD0524" w:rsidP="00CD0524">
            <w:r>
              <w:t xml:space="preserve">Yes </w:t>
            </w:r>
            <w:sdt>
              <w:sdtPr>
                <w:id w:val="-29630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>
              <w:tab/>
              <w:t xml:space="preserve">No </w:t>
            </w:r>
            <w:sdt>
              <w:sdtPr>
                <w:id w:val="1319776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2D3CB04B" w14:textId="77777777" w:rsidTr="0098059E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0BCB2317" w14:textId="77777777" w:rsidR="00CD0524" w:rsidRPr="00F4085D" w:rsidRDefault="00CD0524" w:rsidP="00CD0524">
            <w:pPr>
              <w:rPr>
                <w:b/>
                <w:bCs/>
              </w:rPr>
            </w:pPr>
          </w:p>
        </w:tc>
        <w:tc>
          <w:tcPr>
            <w:tcW w:w="6661" w:type="dxa"/>
            <w:tcBorders>
              <w:left w:val="nil"/>
              <w:bottom w:val="single" w:sz="4" w:space="0" w:color="auto"/>
              <w:right w:val="nil"/>
            </w:tcBorders>
          </w:tcPr>
          <w:p w14:paraId="0B0DD8A4" w14:textId="77777777" w:rsidR="00CD0524" w:rsidRDefault="00CD0524" w:rsidP="00CD0524"/>
        </w:tc>
      </w:tr>
      <w:tr w:rsidR="00CD0524" w14:paraId="7B312DD9" w14:textId="77777777" w:rsidTr="000B319E">
        <w:tc>
          <w:tcPr>
            <w:tcW w:w="2689" w:type="dxa"/>
          </w:tcPr>
          <w:p w14:paraId="2C3C7DC8" w14:textId="77777777" w:rsidR="00CD0524" w:rsidRDefault="00CD0524" w:rsidP="00CD0524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302380069"/>
            <w:placeholder>
              <w:docPart w:val="5FFF4B1345CB4423B07C9B3C235DD584"/>
            </w:placeholder>
            <w:showingPlcHdr/>
          </w:sdtPr>
          <w:sdtContent>
            <w:tc>
              <w:tcPr>
                <w:tcW w:w="6661" w:type="dxa"/>
              </w:tcPr>
              <w:p w14:paraId="27B23893" w14:textId="439495D3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53ABEABB" w14:textId="77777777" w:rsidTr="000B319E">
        <w:tc>
          <w:tcPr>
            <w:tcW w:w="2689" w:type="dxa"/>
          </w:tcPr>
          <w:p w14:paraId="28B8E4DB" w14:textId="77777777" w:rsidR="00CD0524" w:rsidRDefault="00CD0524" w:rsidP="00CD0524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787731347"/>
            <w:placeholder>
              <w:docPart w:val="59C92CAE5F5E443C81069554EE9C23A0"/>
            </w:placeholder>
            <w:showingPlcHdr/>
          </w:sdtPr>
          <w:sdtContent>
            <w:tc>
              <w:tcPr>
                <w:tcW w:w="6661" w:type="dxa"/>
              </w:tcPr>
              <w:p w14:paraId="58306552" w14:textId="2CB8B91B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5049968F" w14:textId="77777777" w:rsidTr="000B319E">
        <w:tc>
          <w:tcPr>
            <w:tcW w:w="2689" w:type="dxa"/>
          </w:tcPr>
          <w:p w14:paraId="0558F003" w14:textId="77777777" w:rsidR="00CD0524" w:rsidRDefault="00CD0524" w:rsidP="00CD0524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858651264"/>
            <w:placeholder>
              <w:docPart w:val="A3195D9427644A958A76483EAC5463C7"/>
            </w:placeholder>
            <w:showingPlcHdr/>
          </w:sdtPr>
          <w:sdtContent>
            <w:tc>
              <w:tcPr>
                <w:tcW w:w="6661" w:type="dxa"/>
              </w:tcPr>
              <w:p w14:paraId="3FFC6208" w14:textId="5F583251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563691ED" w14:textId="77777777" w:rsidTr="000B319E">
        <w:tc>
          <w:tcPr>
            <w:tcW w:w="2689" w:type="dxa"/>
          </w:tcPr>
          <w:p w14:paraId="3221DAFE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7DB2374" w14:textId="77777777" w:rsidR="00CD0524" w:rsidRDefault="00CD0524" w:rsidP="00CD0524"/>
        </w:tc>
        <w:sdt>
          <w:sdtPr>
            <w:id w:val="-575904048"/>
            <w:placeholder>
              <w:docPart w:val="6953186E68F34AFDA7FAC9760E173E91"/>
            </w:placeholder>
            <w:showingPlcHdr/>
          </w:sdtPr>
          <w:sdtContent>
            <w:tc>
              <w:tcPr>
                <w:tcW w:w="6661" w:type="dxa"/>
              </w:tcPr>
              <w:p w14:paraId="0CEC0989" w14:textId="0A3A4A64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4BB5E4AF" w14:textId="77777777" w:rsidTr="000B319E">
        <w:tc>
          <w:tcPr>
            <w:tcW w:w="2689" w:type="dxa"/>
          </w:tcPr>
          <w:p w14:paraId="0689240B" w14:textId="77777777" w:rsidR="00CD0524" w:rsidRDefault="00CD0524" w:rsidP="00CD0524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6385F89" w14:textId="5EE74E2D" w:rsidR="00CD0524" w:rsidRDefault="00CD0524" w:rsidP="00CD0524">
            <w:r>
              <w:t>Complete</w:t>
            </w:r>
            <w:sdt>
              <w:sdtPr>
                <w:id w:val="-1543205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-1342007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2B34E2DA" w14:textId="77777777" w:rsidTr="000B319E">
        <w:tc>
          <w:tcPr>
            <w:tcW w:w="2689" w:type="dxa"/>
          </w:tcPr>
          <w:p w14:paraId="1C12E638" w14:textId="77777777" w:rsidR="00CD0524" w:rsidRDefault="00CD0524" w:rsidP="00CD0524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886996884"/>
            <w:placeholder>
              <w:docPart w:val="159DDF209A39441F8846F800F0F2A11D"/>
            </w:placeholder>
            <w:showingPlcHdr/>
          </w:sdtPr>
          <w:sdtContent>
            <w:tc>
              <w:tcPr>
                <w:tcW w:w="6661" w:type="dxa"/>
              </w:tcPr>
              <w:p w14:paraId="1C16A140" w14:textId="6AAEEBC9" w:rsidR="00CD0524" w:rsidRDefault="00CD0524" w:rsidP="00CD0524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524" w14:paraId="6A75DBA2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26EF8D6E" w14:textId="77777777" w:rsidR="00CD0524" w:rsidRPr="00F4085D" w:rsidRDefault="00CD0524" w:rsidP="00CD0524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F116C55" w14:textId="716C0CB2" w:rsidR="00CD0524" w:rsidRDefault="00CD0524" w:rsidP="00CD0524">
            <w:r>
              <w:t xml:space="preserve">Yes </w:t>
            </w:r>
            <w:sdt>
              <w:sdtPr>
                <w:id w:val="-1261832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>
              <w:tab/>
              <w:t xml:space="preserve">No </w:t>
            </w:r>
            <w:sdt>
              <w:sdtPr>
                <w:id w:val="18665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0524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5F4DCDB2" w:rsidR="00CD0524" w:rsidRDefault="00CD0524" w:rsidP="00CD0524"/>
        </w:tc>
      </w:tr>
    </w:tbl>
    <w:p w14:paraId="3A325E8B" w14:textId="77777777" w:rsidR="0098059E" w:rsidRDefault="0098059E" w:rsidP="00F211F0">
      <w:pPr>
        <w:pStyle w:val="Heading1"/>
      </w:pPr>
    </w:p>
    <w:p w14:paraId="78F37AB9" w14:textId="77777777" w:rsidR="0098059E" w:rsidRDefault="0098059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3961D349" w:rsidR="0075109E" w:rsidRDefault="00F211F0" w:rsidP="00F211F0">
      <w:pPr>
        <w:pStyle w:val="Heading1"/>
      </w:pPr>
      <w:r>
        <w:lastRenderedPageBreak/>
        <w:t>Leadership</w:t>
      </w:r>
      <w:r w:rsidR="0075109E">
        <w:t xml:space="preserve"> </w:t>
      </w:r>
      <w:r w:rsidR="00846BF0">
        <w:t xml:space="preserve">&amp; Management </w:t>
      </w:r>
    </w:p>
    <w:p w14:paraId="689E83A9" w14:textId="5DEDFEE6" w:rsidR="002D6B05" w:rsidRPr="002D6B05" w:rsidRDefault="002D6B05" w:rsidP="002D6B05">
      <w:pPr>
        <w:pStyle w:val="ListParagraph"/>
        <w:numPr>
          <w:ilvl w:val="0"/>
          <w:numId w:val="15"/>
        </w:numPr>
        <w:rPr>
          <w:rFonts w:asciiTheme="minorHAnsi" w:hAnsiTheme="minorHAnsi"/>
          <w:b/>
          <w:bCs/>
          <w:sz w:val="22"/>
        </w:rPr>
      </w:pPr>
      <w:r w:rsidRPr="002D6B05">
        <w:rPr>
          <w:b/>
          <w:bCs/>
        </w:rPr>
        <w:t>Describe any management or leadership experience? Max 500 words.</w:t>
      </w:r>
    </w:p>
    <w:sdt>
      <w:sdtPr>
        <w:rPr>
          <w:b/>
          <w:bCs/>
        </w:rPr>
        <w:id w:val="-1513445567"/>
        <w:placeholder>
          <w:docPart w:val="181BBE7398FF4F91AD0C6C9AD17EC607"/>
        </w:placeholder>
        <w:showingPlcHdr/>
      </w:sdtPr>
      <w:sdtContent>
        <w:p w14:paraId="2861C45C" w14:textId="60B62849" w:rsidR="002D6B05" w:rsidRPr="002D6B05" w:rsidRDefault="00CD0524" w:rsidP="002D6B05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73751265" w14:textId="09BCBB15" w:rsidR="00846BF0" w:rsidRDefault="00846BF0" w:rsidP="00846BF0">
      <w:pPr>
        <w:pStyle w:val="ListParagraph"/>
        <w:numPr>
          <w:ilvl w:val="0"/>
          <w:numId w:val="15"/>
        </w:numPr>
        <w:rPr>
          <w:b/>
          <w:bCs/>
        </w:rPr>
      </w:pPr>
      <w:r w:rsidRPr="00846BF0">
        <w:rPr>
          <w:b/>
          <w:bCs/>
        </w:rPr>
        <w:t>Describe a time you demonstrated leadership in a clinical setting.</w:t>
      </w:r>
    </w:p>
    <w:sdt>
      <w:sdtPr>
        <w:rPr>
          <w:b/>
          <w:bCs/>
        </w:rPr>
        <w:id w:val="-1168167590"/>
        <w:placeholder>
          <w:docPart w:val="FAE641F304ED4A6A944FD3033E722A4B"/>
        </w:placeholder>
        <w:showingPlcHdr/>
      </w:sdtPr>
      <w:sdtContent>
        <w:p w14:paraId="024C6EBE" w14:textId="1A223FFC" w:rsidR="00CD0524" w:rsidRPr="00CD0524" w:rsidRDefault="00CD0524" w:rsidP="00CD0524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51E4FEC9" w14:textId="77777777" w:rsidR="00AD4760" w:rsidRDefault="00AD4760" w:rsidP="00AD4760">
      <w:pPr>
        <w:pStyle w:val="ListParagraph"/>
        <w:ind w:left="360"/>
        <w:rPr>
          <w:b/>
          <w:bCs/>
        </w:rPr>
      </w:pPr>
    </w:p>
    <w:p w14:paraId="589DF83A" w14:textId="77777777" w:rsidR="00AD4760" w:rsidRDefault="00AD4760" w:rsidP="00AD4760">
      <w:pPr>
        <w:pStyle w:val="ListParagraph"/>
        <w:ind w:left="360"/>
        <w:rPr>
          <w:b/>
          <w:bCs/>
        </w:rPr>
      </w:pPr>
    </w:p>
    <w:p w14:paraId="168272CD" w14:textId="06040B80" w:rsidR="00846BF0" w:rsidRPr="00846BF0" w:rsidRDefault="00846BF0" w:rsidP="00846BF0">
      <w:pPr>
        <w:pStyle w:val="Heading1"/>
      </w:pPr>
      <w:r w:rsidRPr="00846BF0">
        <w:t>Clinical Governance &amp; Patient Safety</w:t>
      </w:r>
    </w:p>
    <w:p w14:paraId="76FB1F97" w14:textId="14774CE2" w:rsidR="00846BF0" w:rsidRDefault="00846BF0" w:rsidP="00846BF0">
      <w:pPr>
        <w:pStyle w:val="ListParagraph"/>
        <w:numPr>
          <w:ilvl w:val="0"/>
          <w:numId w:val="17"/>
        </w:numPr>
        <w:rPr>
          <w:b/>
          <w:bCs/>
        </w:rPr>
      </w:pPr>
      <w:r w:rsidRPr="00846BF0">
        <w:rPr>
          <w:b/>
          <w:bCs/>
        </w:rPr>
        <w:t>Describe your involvement in patient safety initiatives</w:t>
      </w:r>
      <w:r w:rsidR="002D6B05">
        <w:rPr>
          <w:b/>
          <w:bCs/>
        </w:rPr>
        <w:t xml:space="preserve"> (max 300 words)</w:t>
      </w:r>
    </w:p>
    <w:sdt>
      <w:sdtPr>
        <w:rPr>
          <w:b/>
          <w:bCs/>
        </w:rPr>
        <w:id w:val="583722981"/>
        <w:placeholder>
          <w:docPart w:val="0B88868BA0DD4407B90B5666B77DA242"/>
        </w:placeholder>
        <w:showingPlcHdr/>
      </w:sdtPr>
      <w:sdtContent>
        <w:p w14:paraId="2867AF97" w14:textId="5CD02345" w:rsidR="00AD4760" w:rsidRDefault="00CD0524" w:rsidP="00AD4760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718BD7FA" w14:textId="77777777" w:rsidR="00AD4760" w:rsidRDefault="00AD4760" w:rsidP="00AD4760">
      <w:pPr>
        <w:rPr>
          <w:b/>
          <w:bCs/>
        </w:rPr>
      </w:pPr>
    </w:p>
    <w:p w14:paraId="46630FA3" w14:textId="77777777" w:rsidR="00AD4760" w:rsidRPr="00AD4760" w:rsidRDefault="00AD4760" w:rsidP="00AD4760">
      <w:pPr>
        <w:rPr>
          <w:b/>
          <w:bCs/>
        </w:rPr>
      </w:pPr>
    </w:p>
    <w:p w14:paraId="6B2C589B" w14:textId="77777777" w:rsidR="00846BF0" w:rsidRPr="00846BF0" w:rsidRDefault="00846BF0" w:rsidP="00846BF0"/>
    <w:p w14:paraId="7C431B1F" w14:textId="77777777" w:rsidR="00F211F0" w:rsidRDefault="00F211F0" w:rsidP="00F211F0"/>
    <w:p w14:paraId="1FC78D44" w14:textId="2D5B2B68" w:rsidR="00214ECC" w:rsidRDefault="00214ECC"/>
    <w:sectPr w:rsidR="00214ECC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AFE68" w14:textId="77777777" w:rsidR="006822B5" w:rsidRDefault="006822B5" w:rsidP="001B2E81">
      <w:pPr>
        <w:spacing w:after="0" w:line="240" w:lineRule="auto"/>
      </w:pPr>
      <w:r>
        <w:separator/>
      </w:r>
    </w:p>
  </w:endnote>
  <w:endnote w:type="continuationSeparator" w:id="0">
    <w:p w14:paraId="17E0E906" w14:textId="77777777" w:rsidR="006822B5" w:rsidRDefault="006822B5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1F6A7" w14:textId="77777777" w:rsidR="006822B5" w:rsidRDefault="006822B5" w:rsidP="001B2E81">
      <w:pPr>
        <w:spacing w:after="0" w:line="240" w:lineRule="auto"/>
      </w:pPr>
      <w:r>
        <w:separator/>
      </w:r>
    </w:p>
  </w:footnote>
  <w:footnote w:type="continuationSeparator" w:id="0">
    <w:p w14:paraId="7B51152B" w14:textId="77777777" w:rsidR="006822B5" w:rsidRDefault="006822B5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3344A98F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AD4760">
      <w:t>Histopathology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34EC3FFB" w:rsidR="001B2E81" w:rsidRDefault="00AD476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B25D09" wp14:editId="3A7ADADD">
          <wp:simplePos x="0" y="0"/>
          <wp:positionH relativeFrom="column">
            <wp:posOffset>-552450</wp:posOffset>
          </wp:positionH>
          <wp:positionV relativeFrom="paragraph">
            <wp:posOffset>-155575</wp:posOffset>
          </wp:positionV>
          <wp:extent cx="3126105" cy="1143000"/>
          <wp:effectExtent l="0" t="0" r="0" b="0"/>
          <wp:wrapTopAndBottom/>
          <wp:docPr id="122098509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985092" name="Picture 12209850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26105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27EE4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34D5"/>
    <w:rsid w:val="0015074B"/>
    <w:rsid w:val="001B2E81"/>
    <w:rsid w:val="001C17E4"/>
    <w:rsid w:val="00214ECC"/>
    <w:rsid w:val="002319B9"/>
    <w:rsid w:val="002931FF"/>
    <w:rsid w:val="0029639D"/>
    <w:rsid w:val="002D6B05"/>
    <w:rsid w:val="002D7D98"/>
    <w:rsid w:val="002E140B"/>
    <w:rsid w:val="00326F90"/>
    <w:rsid w:val="003729FB"/>
    <w:rsid w:val="004A41F5"/>
    <w:rsid w:val="004D6768"/>
    <w:rsid w:val="00547911"/>
    <w:rsid w:val="00597958"/>
    <w:rsid w:val="005A051B"/>
    <w:rsid w:val="006822B5"/>
    <w:rsid w:val="006D0099"/>
    <w:rsid w:val="0075109E"/>
    <w:rsid w:val="007C0991"/>
    <w:rsid w:val="007C3707"/>
    <w:rsid w:val="00821B93"/>
    <w:rsid w:val="00846BF0"/>
    <w:rsid w:val="008525FA"/>
    <w:rsid w:val="0098059E"/>
    <w:rsid w:val="00994569"/>
    <w:rsid w:val="009A7B67"/>
    <w:rsid w:val="009E4AEB"/>
    <w:rsid w:val="00A0792E"/>
    <w:rsid w:val="00A36383"/>
    <w:rsid w:val="00AA1D8D"/>
    <w:rsid w:val="00AA3476"/>
    <w:rsid w:val="00AB4BB3"/>
    <w:rsid w:val="00AD4760"/>
    <w:rsid w:val="00B16633"/>
    <w:rsid w:val="00B47730"/>
    <w:rsid w:val="00B8038E"/>
    <w:rsid w:val="00BC3393"/>
    <w:rsid w:val="00BD4838"/>
    <w:rsid w:val="00C47B11"/>
    <w:rsid w:val="00C7253B"/>
    <w:rsid w:val="00C7772C"/>
    <w:rsid w:val="00C95D05"/>
    <w:rsid w:val="00CB0664"/>
    <w:rsid w:val="00CC216D"/>
    <w:rsid w:val="00CD0524"/>
    <w:rsid w:val="00CD745A"/>
    <w:rsid w:val="00DA296B"/>
    <w:rsid w:val="00DC2290"/>
    <w:rsid w:val="00E9708F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15A98-9924-4225-904D-44B91F84B516}"/>
      </w:docPartPr>
      <w:docPartBody>
        <w:p w:rsidR="00000000" w:rsidRDefault="008855A3">
          <w:r w:rsidRPr="00CA2CE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A0A13D84F38445C955CED1E07A95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03DBC-2B3A-46FB-B83E-F38B33B939AF}"/>
      </w:docPartPr>
      <w:docPartBody>
        <w:p w:rsidR="00000000" w:rsidRDefault="008855A3" w:rsidP="008855A3">
          <w:pPr>
            <w:pStyle w:val="AA0A13D84F38445C955CED1E07A950FC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DFD1EA396946DA9C0C9DB0AFFFB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61FD4-2F87-4408-BC10-BE20BA2BAFAC}"/>
      </w:docPartPr>
      <w:docPartBody>
        <w:p w:rsidR="00000000" w:rsidRDefault="008855A3" w:rsidP="008855A3">
          <w:pPr>
            <w:pStyle w:val="A6DFD1EA396946DA9C0C9DB0AFFFB0A6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0D493A821E44B796C02F89CB664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A1745-DC4D-4D1C-8BFA-C68942D9FC7C}"/>
      </w:docPartPr>
      <w:docPartBody>
        <w:p w:rsidR="00000000" w:rsidRDefault="008855A3" w:rsidP="008855A3">
          <w:pPr>
            <w:pStyle w:val="060D493A821E44B796C02F89CB664DC5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B6821962EA4BC6A4F391F456BC2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E3030-8A55-4C62-A102-8AC70841B9C6}"/>
      </w:docPartPr>
      <w:docPartBody>
        <w:p w:rsidR="00000000" w:rsidRDefault="008855A3" w:rsidP="008855A3">
          <w:pPr>
            <w:pStyle w:val="94B6821962EA4BC6A4F391F456BC2A64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1F524171784CCC9480772E68332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BE639-408C-407D-8BEC-E9C02EBA2741}"/>
      </w:docPartPr>
      <w:docPartBody>
        <w:p w:rsidR="00000000" w:rsidRDefault="008855A3" w:rsidP="008855A3">
          <w:pPr>
            <w:pStyle w:val="EF1F524171784CCC9480772E68332819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62C005100440FC816F23B48364B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DC429-51AF-4933-9272-B96186E46EA4}"/>
      </w:docPartPr>
      <w:docPartBody>
        <w:p w:rsidR="00000000" w:rsidRDefault="008855A3" w:rsidP="008855A3">
          <w:pPr>
            <w:pStyle w:val="CC62C005100440FC816F23B48364B3DC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F5899EFFDB4ED9967CFD16A99CB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0697E-73B6-4EFB-9AD3-AB276F7831C5}"/>
      </w:docPartPr>
      <w:docPartBody>
        <w:p w:rsidR="00000000" w:rsidRDefault="008855A3" w:rsidP="008855A3">
          <w:pPr>
            <w:pStyle w:val="84F5899EFFDB4ED9967CFD16A99CB822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E3A33AA4E7433BACDEAF41E4C88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92E9D-474C-4570-8C35-DC84845BA6EA}"/>
      </w:docPartPr>
      <w:docPartBody>
        <w:p w:rsidR="00000000" w:rsidRDefault="008855A3" w:rsidP="008855A3">
          <w:pPr>
            <w:pStyle w:val="44E3A33AA4E7433BACDEAF41E4C88EFA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F0EB6D92104EFBBB3E273BC7A4A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FC55C-83E5-4598-95F1-0D78D0DBB0FE}"/>
      </w:docPartPr>
      <w:docPartBody>
        <w:p w:rsidR="00000000" w:rsidRDefault="008855A3" w:rsidP="008855A3">
          <w:pPr>
            <w:pStyle w:val="9BF0EB6D92104EFBBB3E273BC7A4AA38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24FD93BAB74312A86CF0585D4B9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D6670-1448-496C-BA3C-66D773ED46F4}"/>
      </w:docPartPr>
      <w:docPartBody>
        <w:p w:rsidR="00000000" w:rsidRDefault="008855A3" w:rsidP="008855A3">
          <w:pPr>
            <w:pStyle w:val="D724FD93BAB74312A86CF0585D4B97F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43B93EE6084095A3F839697ED82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5ABBF-705E-4DB1-B502-4FE0F1E628D2}"/>
      </w:docPartPr>
      <w:docPartBody>
        <w:p w:rsidR="00000000" w:rsidRDefault="008855A3" w:rsidP="008855A3">
          <w:pPr>
            <w:pStyle w:val="7643B93EE6084095A3F839697ED82344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CEA62AD2104B2EBC8F104738F9B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19E2A-B9C1-47CE-ADCB-27D12869152A}"/>
      </w:docPartPr>
      <w:docPartBody>
        <w:p w:rsidR="00000000" w:rsidRDefault="008855A3" w:rsidP="008855A3">
          <w:pPr>
            <w:pStyle w:val="7DCEA62AD2104B2EBC8F104738F9B4A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9E3C6E7C874685BF4548607F5E2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2B1CA-E235-4AE1-AB13-BE0157D4E59F}"/>
      </w:docPartPr>
      <w:docPartBody>
        <w:p w:rsidR="00000000" w:rsidRDefault="008855A3" w:rsidP="008855A3">
          <w:pPr>
            <w:pStyle w:val="BE9E3C6E7C874685BF4548607F5E2CC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589EFF84A143DEBE2B5507DE25C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DC98B-1057-43B3-A74A-60EA2B9A3CDE}"/>
      </w:docPartPr>
      <w:docPartBody>
        <w:p w:rsidR="00000000" w:rsidRDefault="008855A3" w:rsidP="008855A3">
          <w:pPr>
            <w:pStyle w:val="D4589EFF84A143DEBE2B5507DE25CB0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2F43A43B85407EA02C7A2067B6E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8577-FF15-46BA-BD5B-32F6E32F018E}"/>
      </w:docPartPr>
      <w:docPartBody>
        <w:p w:rsidR="00000000" w:rsidRDefault="008855A3" w:rsidP="008855A3">
          <w:pPr>
            <w:pStyle w:val="292F43A43B85407EA02C7A2067B6E7C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6F7AF153494C65B758169EB7D13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A8279-F65A-4CC8-8FBE-7A9036784132}"/>
      </w:docPartPr>
      <w:docPartBody>
        <w:p w:rsidR="00000000" w:rsidRDefault="008855A3" w:rsidP="008855A3">
          <w:pPr>
            <w:pStyle w:val="986F7AF153494C65B758169EB7D1345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5F5788C2B540AABCD6244BEC4F2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E3B67-0230-48B1-8699-4076E4876E69}"/>
      </w:docPartPr>
      <w:docPartBody>
        <w:p w:rsidR="00000000" w:rsidRDefault="008855A3" w:rsidP="008855A3">
          <w:pPr>
            <w:pStyle w:val="D85F5788C2B540AABCD6244BEC4F2300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02AF8E64E04EB197BE5EB7D4A00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887AD-3626-4AD7-A42F-07079B4C03C6}"/>
      </w:docPartPr>
      <w:docPartBody>
        <w:p w:rsidR="00000000" w:rsidRDefault="008855A3" w:rsidP="008855A3">
          <w:pPr>
            <w:pStyle w:val="C902AF8E64E04EB197BE5EB7D4A00BA9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66126CFA6C49AD97E49C15BED4C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2F8CA-D4CF-43C9-A4F7-00D268E147AA}"/>
      </w:docPartPr>
      <w:docPartBody>
        <w:p w:rsidR="00000000" w:rsidRDefault="008855A3" w:rsidP="008855A3">
          <w:pPr>
            <w:pStyle w:val="0166126CFA6C49AD97E49C15BED4C360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EDF66AF46B4C389CE970A59B3F8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C9D4E-351C-450C-9CE8-307AA41ED992}"/>
      </w:docPartPr>
      <w:docPartBody>
        <w:p w:rsidR="00000000" w:rsidRDefault="008855A3" w:rsidP="008855A3">
          <w:pPr>
            <w:pStyle w:val="54EDF66AF46B4C389CE970A59B3F896B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E1BA5A8C944D0D911D670378786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88355-4E8C-46AF-BFF2-1B20E14CED6F}"/>
      </w:docPartPr>
      <w:docPartBody>
        <w:p w:rsidR="00000000" w:rsidRDefault="008855A3" w:rsidP="008855A3">
          <w:pPr>
            <w:pStyle w:val="99E1BA5A8C944D0D911D670378786360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E6E43EECA94EADBFE2EEFA767A0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0403C-E0A7-44A8-BD90-6E8D33C2A215}"/>
      </w:docPartPr>
      <w:docPartBody>
        <w:p w:rsidR="00000000" w:rsidRDefault="008855A3" w:rsidP="008855A3">
          <w:pPr>
            <w:pStyle w:val="C5E6E43EECA94EADBFE2EEFA767A0B26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7F480BB30043DB875C2FCD886C7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C1975-149D-46FD-9A68-C4CE5C7EC068}"/>
      </w:docPartPr>
      <w:docPartBody>
        <w:p w:rsidR="00000000" w:rsidRDefault="008855A3" w:rsidP="008855A3">
          <w:pPr>
            <w:pStyle w:val="1B7F480BB30043DB875C2FCD886C790A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609AACA5384EDEBB3A283C071D8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50356-8BA4-4678-83E6-AAC37D960F13}"/>
      </w:docPartPr>
      <w:docPartBody>
        <w:p w:rsidR="00000000" w:rsidRDefault="008855A3" w:rsidP="008855A3">
          <w:pPr>
            <w:pStyle w:val="9B609AACA5384EDEBB3A283C071D851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081E915ED04F19A3878BE284B64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D27F1-F155-48E7-82EB-9EC127C94863}"/>
      </w:docPartPr>
      <w:docPartBody>
        <w:p w:rsidR="00000000" w:rsidRDefault="008855A3" w:rsidP="008855A3">
          <w:pPr>
            <w:pStyle w:val="9D081E915ED04F19A3878BE284B64F82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AF02F59BA34D24AEBA05CE56945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48A1A-B759-4A3B-9C93-4AECC4EFC00C}"/>
      </w:docPartPr>
      <w:docPartBody>
        <w:p w:rsidR="00000000" w:rsidRDefault="008855A3" w:rsidP="008855A3">
          <w:pPr>
            <w:pStyle w:val="92AF02F59BA34D24AEBA05CE569450D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95B402CB642B0B8CAC7B2F3FAE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46212-E299-44FC-8E7A-0829263BDCFB}"/>
      </w:docPartPr>
      <w:docPartBody>
        <w:p w:rsidR="00000000" w:rsidRDefault="008855A3" w:rsidP="008855A3">
          <w:pPr>
            <w:pStyle w:val="6B595B402CB642B0B8CAC7B2F3FAE9BB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D6669B9557464590F1EA4BDF6C8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E1FE5-3F23-4E91-9893-5F3B04EDE288}"/>
      </w:docPartPr>
      <w:docPartBody>
        <w:p w:rsidR="00000000" w:rsidRDefault="008855A3" w:rsidP="008855A3">
          <w:pPr>
            <w:pStyle w:val="21D6669B9557464590F1EA4BDF6C884C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0CF6E842FA4221B6ED84896A897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4F345-898A-4B66-8D7F-B83542E8C400}"/>
      </w:docPartPr>
      <w:docPartBody>
        <w:p w:rsidR="00000000" w:rsidRDefault="008855A3" w:rsidP="008855A3">
          <w:pPr>
            <w:pStyle w:val="D60CF6E842FA4221B6ED84896A8974B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417DE2506453FBBE2DBDA040FC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CDCB0-0C33-4A43-8A72-CDB271F98BB6}"/>
      </w:docPartPr>
      <w:docPartBody>
        <w:p w:rsidR="00000000" w:rsidRDefault="008855A3" w:rsidP="008855A3">
          <w:pPr>
            <w:pStyle w:val="4EE417DE2506453FBBE2DBDA040FC4E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4D15E3E4E2407FA385E3102DF6C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9D5EF-F19E-441B-82DF-C8C2DF48FA6B}"/>
      </w:docPartPr>
      <w:docPartBody>
        <w:p w:rsidR="00000000" w:rsidRDefault="008855A3" w:rsidP="008855A3">
          <w:pPr>
            <w:pStyle w:val="EE4D15E3E4E2407FA385E3102DF6C43E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CF60664CF14D248AD32ADD582D5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ADA53-E919-4A1E-88CD-A99FD13E78FA}"/>
      </w:docPartPr>
      <w:docPartBody>
        <w:p w:rsidR="00000000" w:rsidRDefault="008855A3" w:rsidP="008855A3">
          <w:pPr>
            <w:pStyle w:val="C3CF60664CF14D248AD32ADD582D505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1B96D955B34C8DBA877B90FF4E9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A6FAA-B5AB-4FBE-95FE-BD80AA7601A8}"/>
      </w:docPartPr>
      <w:docPartBody>
        <w:p w:rsidR="00000000" w:rsidRDefault="008855A3" w:rsidP="008855A3">
          <w:pPr>
            <w:pStyle w:val="401B96D955B34C8DBA877B90FF4E99A9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7A031E1C0F443B9931CC9621577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03DDC-16BF-45F2-9560-452FFA00B662}"/>
      </w:docPartPr>
      <w:docPartBody>
        <w:p w:rsidR="00000000" w:rsidRDefault="008855A3" w:rsidP="008855A3">
          <w:pPr>
            <w:pStyle w:val="CF7A031E1C0F443B9931CC9621577328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961AADCB8D46FCAB4A77E36ACAC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38952-BFA0-4466-BCE2-A15421873B44}"/>
      </w:docPartPr>
      <w:docPartBody>
        <w:p w:rsidR="00000000" w:rsidRDefault="008855A3" w:rsidP="008855A3">
          <w:pPr>
            <w:pStyle w:val="C4961AADCB8D46FCAB4A77E36ACACFFC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E8E4C9BE434C1EB3B0C9F823700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DEB15-EF37-4069-AB47-9A7FAB0FD256}"/>
      </w:docPartPr>
      <w:docPartBody>
        <w:p w:rsidR="00000000" w:rsidRDefault="008855A3" w:rsidP="008855A3">
          <w:pPr>
            <w:pStyle w:val="71E8E4C9BE434C1EB3B0C9F82370096E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02C791DE924215BE98C170AE7A2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2B0F2-9104-4766-96C9-16E409B18956}"/>
      </w:docPartPr>
      <w:docPartBody>
        <w:p w:rsidR="00000000" w:rsidRDefault="008855A3" w:rsidP="008855A3">
          <w:pPr>
            <w:pStyle w:val="DC02C791DE924215BE98C170AE7A2D7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5F52474B554F7F9A885E1210F98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46287-646D-4828-8A47-8D93A4483DAE}"/>
      </w:docPartPr>
      <w:docPartBody>
        <w:p w:rsidR="00000000" w:rsidRDefault="008855A3" w:rsidP="008855A3">
          <w:pPr>
            <w:pStyle w:val="405F52474B554F7F9A885E1210F980DA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2C7D6867884C82BCB213ACA0554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BA6B4-754A-46D5-B10F-6418B692FD6E}"/>
      </w:docPartPr>
      <w:docPartBody>
        <w:p w:rsidR="00000000" w:rsidRDefault="008855A3" w:rsidP="008855A3">
          <w:pPr>
            <w:pStyle w:val="202C7D6867884C82BCB213ACA055424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21C120F6E34684A7FCD976AD502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B32B9-3BF2-4786-8227-149F57AE36D2}"/>
      </w:docPartPr>
      <w:docPartBody>
        <w:p w:rsidR="00000000" w:rsidRDefault="008855A3" w:rsidP="008855A3">
          <w:pPr>
            <w:pStyle w:val="9021C120F6E34684A7FCD976AD5023EF"/>
          </w:pPr>
          <w:r w:rsidRPr="00CA2CE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5AF09CB63DD476D9937A84C96617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B681C-1FB1-4411-9D33-DC39B9C6DBCA}"/>
      </w:docPartPr>
      <w:docPartBody>
        <w:p w:rsidR="00000000" w:rsidRDefault="008855A3" w:rsidP="008855A3">
          <w:pPr>
            <w:pStyle w:val="15AF09CB63DD476D9937A84C966173D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A2CBBEF33B4A1C93C3B493BEB5E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A7DB2-A320-4970-B086-2507E6F169F2}"/>
      </w:docPartPr>
      <w:docPartBody>
        <w:p w:rsidR="00000000" w:rsidRDefault="008855A3" w:rsidP="008855A3">
          <w:pPr>
            <w:pStyle w:val="31A2CBBEF33B4A1C93C3B493BEB5E30C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3DA270358A42C483F6E1DA21C55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DBA8C-A610-4905-BC11-9E3F50A0AFAE}"/>
      </w:docPartPr>
      <w:docPartBody>
        <w:p w:rsidR="00000000" w:rsidRDefault="008855A3" w:rsidP="008855A3">
          <w:pPr>
            <w:pStyle w:val="B13DA270358A42C483F6E1DA21C5574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34CD8CAAF947A99F6E53A27EF7E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C89CE-217F-4503-BE14-3324FB76F9DD}"/>
      </w:docPartPr>
      <w:docPartBody>
        <w:p w:rsidR="00000000" w:rsidRDefault="008855A3" w:rsidP="008855A3">
          <w:pPr>
            <w:pStyle w:val="6B34CD8CAAF947A99F6E53A27EF7EFAB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D66CBAEF6E4B6985975F0C3367E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6DF65-9A7B-4CBE-AB5F-049D54C771F9}"/>
      </w:docPartPr>
      <w:docPartBody>
        <w:p w:rsidR="00000000" w:rsidRDefault="008855A3" w:rsidP="008855A3">
          <w:pPr>
            <w:pStyle w:val="12D66CBAEF6E4B6985975F0C3367E754"/>
          </w:pPr>
          <w:r w:rsidRPr="00CA2CE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7A5233004784BBAA66D4CD87E9B3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30657-3BB1-4A44-B6C9-C17E88DDC276}"/>
      </w:docPartPr>
      <w:docPartBody>
        <w:p w:rsidR="00000000" w:rsidRDefault="008855A3" w:rsidP="008855A3">
          <w:pPr>
            <w:pStyle w:val="B7A5233004784BBAA66D4CD87E9B3C6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BDB0025984D03A2D01C0B46DDB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5AFCA-876B-489E-A56E-6A9C25979D63}"/>
      </w:docPartPr>
      <w:docPartBody>
        <w:p w:rsidR="00000000" w:rsidRDefault="008855A3" w:rsidP="008855A3">
          <w:pPr>
            <w:pStyle w:val="AE2BDB0025984D03A2D01C0B46DDB90C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EC157694E6452789376C5E4B1FB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46741-0E52-46F5-A572-A586B9B75F26}"/>
      </w:docPartPr>
      <w:docPartBody>
        <w:p w:rsidR="00000000" w:rsidRDefault="008855A3" w:rsidP="008855A3">
          <w:pPr>
            <w:pStyle w:val="31EC157694E6452789376C5E4B1FBCBA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32ED345B37490CABABECF9EF343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0FC72-8F34-49C6-91CD-39115EE81F38}"/>
      </w:docPartPr>
      <w:docPartBody>
        <w:p w:rsidR="00000000" w:rsidRDefault="008855A3" w:rsidP="008855A3">
          <w:pPr>
            <w:pStyle w:val="3532ED345B37490CABABECF9EF343B2A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3FE8A8BF4A4B08A611837AD4C71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0A8A5-DB8E-46B5-B85E-12BBCA76F198}"/>
      </w:docPartPr>
      <w:docPartBody>
        <w:p w:rsidR="00000000" w:rsidRDefault="008855A3" w:rsidP="008855A3">
          <w:pPr>
            <w:pStyle w:val="EE3FE8A8BF4A4B08A611837AD4C7188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8F6EB5BC224410A279CDA4F72C8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675B2-FD05-495C-B359-0D3832DB086B}"/>
      </w:docPartPr>
      <w:docPartBody>
        <w:p w:rsidR="00000000" w:rsidRDefault="008855A3" w:rsidP="008855A3">
          <w:pPr>
            <w:pStyle w:val="8F8F6EB5BC224410A279CDA4F72C834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AE48051B3F42FCB5E31545B8FBC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40DC9-82D1-4F44-8B9D-6CEA7147DACD}"/>
      </w:docPartPr>
      <w:docPartBody>
        <w:p w:rsidR="00000000" w:rsidRDefault="008855A3" w:rsidP="008855A3">
          <w:pPr>
            <w:pStyle w:val="29AE48051B3F42FCB5E31545B8FBC5CE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1359AE14AE4531863E99B59C368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0BE6E-68F4-478F-9DF3-2ADEA395FA74}"/>
      </w:docPartPr>
      <w:docPartBody>
        <w:p w:rsidR="00000000" w:rsidRDefault="008855A3" w:rsidP="008855A3">
          <w:pPr>
            <w:pStyle w:val="391359AE14AE4531863E99B59C368DA1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F33A63231074873A7D98BB1B1B6B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EC5DF-D9A1-42AC-AFF4-5AD9C5CD4105}"/>
      </w:docPartPr>
      <w:docPartBody>
        <w:p w:rsidR="00000000" w:rsidRDefault="008855A3" w:rsidP="008855A3">
          <w:pPr>
            <w:pStyle w:val="4F33A63231074873A7D98BB1B1B6BFD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C95CF633D74D81B6C26A8292F46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EA852-F22D-44D3-943F-A6E70311096E}"/>
      </w:docPartPr>
      <w:docPartBody>
        <w:p w:rsidR="00000000" w:rsidRDefault="008855A3" w:rsidP="008855A3">
          <w:pPr>
            <w:pStyle w:val="F7C95CF633D74D81B6C26A8292F4676B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E6BCC33B8041DB809E953670C95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5B27D-6526-4EC6-9AB6-F26B74D41A93}"/>
      </w:docPartPr>
      <w:docPartBody>
        <w:p w:rsidR="00000000" w:rsidRDefault="008855A3" w:rsidP="008855A3">
          <w:pPr>
            <w:pStyle w:val="65E6BCC33B8041DB809E953670C9502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77219C479B451384F4C46788B9E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B55B5-7CCF-46B0-BCE6-B4D3979B454A}"/>
      </w:docPartPr>
      <w:docPartBody>
        <w:p w:rsidR="00000000" w:rsidRDefault="008855A3" w:rsidP="008855A3">
          <w:pPr>
            <w:pStyle w:val="FE77219C479B451384F4C46788B9EA51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14404B2C7245F08D8164CFDA889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4141F-9C17-42E9-9DB0-FAE38FA48B3E}"/>
      </w:docPartPr>
      <w:docPartBody>
        <w:p w:rsidR="00000000" w:rsidRDefault="008855A3" w:rsidP="008855A3">
          <w:pPr>
            <w:pStyle w:val="FA14404B2C7245F08D8164CFDA8897E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2C0593C42F4D57922CC34B41895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9ED0A-6744-4335-91DC-E5126F61BFF0}"/>
      </w:docPartPr>
      <w:docPartBody>
        <w:p w:rsidR="00000000" w:rsidRDefault="008855A3" w:rsidP="008855A3">
          <w:pPr>
            <w:pStyle w:val="D52C0593C42F4D57922CC34B41895B0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BF7FEE3A6A441B97435C8710075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244E0A-4083-464C-81AD-18A1EDFBD8AB}"/>
      </w:docPartPr>
      <w:docPartBody>
        <w:p w:rsidR="00000000" w:rsidRDefault="008855A3" w:rsidP="008855A3">
          <w:pPr>
            <w:pStyle w:val="D4BF7FEE3A6A441B97435C8710075C52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B0122D10D9400493BBC9F9AB2CF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E95F6-5E85-4FC3-A0F4-A75602E086BF}"/>
      </w:docPartPr>
      <w:docPartBody>
        <w:p w:rsidR="00000000" w:rsidRDefault="008855A3" w:rsidP="008855A3">
          <w:pPr>
            <w:pStyle w:val="0CB0122D10D9400493BBC9F9AB2CF1DF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979554D3144B4FAD05ACAFA50A1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E0E39-8DFB-49D1-98F4-C18473858750}"/>
      </w:docPartPr>
      <w:docPartBody>
        <w:p w:rsidR="00000000" w:rsidRDefault="008855A3" w:rsidP="008855A3">
          <w:pPr>
            <w:pStyle w:val="DE979554D3144B4FAD05ACAFA50A17C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1D4FD6A285484FA994EC4E6ADBE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B3070-1CFA-49D5-B40C-34769EC71499}"/>
      </w:docPartPr>
      <w:docPartBody>
        <w:p w:rsidR="00000000" w:rsidRDefault="008855A3" w:rsidP="008855A3">
          <w:pPr>
            <w:pStyle w:val="9C1D4FD6A285484FA994EC4E6ADBEB42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964945A02247B2AC13BCCCF4BC5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0184A-7DA2-4C7E-9569-58A9FCBAE32F}"/>
      </w:docPartPr>
      <w:docPartBody>
        <w:p w:rsidR="00000000" w:rsidRDefault="008855A3" w:rsidP="008855A3">
          <w:pPr>
            <w:pStyle w:val="20964945A02247B2AC13BCCCF4BC568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0D5F030DC24653A597B90DC40C7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0901A-6E1F-4DB0-9D82-3A7912D30EC0}"/>
      </w:docPartPr>
      <w:docPartBody>
        <w:p w:rsidR="00000000" w:rsidRDefault="008855A3" w:rsidP="008855A3">
          <w:pPr>
            <w:pStyle w:val="AB0D5F030DC24653A597B90DC40C758F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C453BFC1F04427AFA85A7838372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D0A80-AC4A-404A-9B9A-69CDD578FAB2}"/>
      </w:docPartPr>
      <w:docPartBody>
        <w:p w:rsidR="00000000" w:rsidRDefault="008855A3" w:rsidP="008855A3">
          <w:pPr>
            <w:pStyle w:val="8DC453BFC1F04427AFA85A7838372E1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9B529774BA4E3E82A760D4CCF26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DDE31-887C-4A5D-8D23-8D91385DFD6C}"/>
      </w:docPartPr>
      <w:docPartBody>
        <w:p w:rsidR="00000000" w:rsidRDefault="008855A3" w:rsidP="008855A3">
          <w:pPr>
            <w:pStyle w:val="F79B529774BA4E3E82A760D4CCF2643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F823C1A5484E01B1301568902ED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D4721-B341-4A20-8F1D-FB1C0CFB5C9E}"/>
      </w:docPartPr>
      <w:docPartBody>
        <w:p w:rsidR="00000000" w:rsidRDefault="008855A3" w:rsidP="008855A3">
          <w:pPr>
            <w:pStyle w:val="AFF823C1A5484E01B1301568902ED54B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8B4DC3D04F421C99B970B817233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560B0-D2B9-4F5E-9EDC-6FF8A4DA6A4B}"/>
      </w:docPartPr>
      <w:docPartBody>
        <w:p w:rsidR="00000000" w:rsidRDefault="008855A3" w:rsidP="008855A3">
          <w:pPr>
            <w:pStyle w:val="368B4DC3D04F421C99B970B817233EF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3E6B3DE3A34087A72B25D3DFDE6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84231-2D8F-45A0-B0E6-5FAF1BCCD417}"/>
      </w:docPartPr>
      <w:docPartBody>
        <w:p w:rsidR="00000000" w:rsidRDefault="008855A3" w:rsidP="008855A3">
          <w:pPr>
            <w:pStyle w:val="A23E6B3DE3A34087A72B25D3DFDE6F2B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C7E57EB92B48839F1CA9A3E7876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5B458-9B65-4E67-9B11-3F98D9A237F4}"/>
      </w:docPartPr>
      <w:docPartBody>
        <w:p w:rsidR="00000000" w:rsidRDefault="008855A3" w:rsidP="008855A3">
          <w:pPr>
            <w:pStyle w:val="B6C7E57EB92B48839F1CA9A3E7876F76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7ED9BDEF3542C7AC9EC132A1E83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18939-24EF-4619-B2BC-BE8236C84F0E}"/>
      </w:docPartPr>
      <w:docPartBody>
        <w:p w:rsidR="00000000" w:rsidRDefault="008855A3" w:rsidP="008855A3">
          <w:pPr>
            <w:pStyle w:val="717ED9BDEF3542C7AC9EC132A1E838F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EE9FA680724A11AAF8FC6D50DEE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6B1CB-B7F2-4306-97DB-F199C524E042}"/>
      </w:docPartPr>
      <w:docPartBody>
        <w:p w:rsidR="00000000" w:rsidRDefault="008855A3" w:rsidP="008855A3">
          <w:pPr>
            <w:pStyle w:val="14EE9FA680724A11AAF8FC6D50DEE72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68A711C587477FA54F632956F5A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F49B0-BDB4-4F20-BBF7-407892D00E5B}"/>
      </w:docPartPr>
      <w:docPartBody>
        <w:p w:rsidR="00000000" w:rsidRDefault="008855A3" w:rsidP="008855A3">
          <w:pPr>
            <w:pStyle w:val="1668A711C587477FA54F632956F5AF8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92A79821D94D9294E3234534E46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7A863-1934-4BDF-B4B2-7B698CBD29AE}"/>
      </w:docPartPr>
      <w:docPartBody>
        <w:p w:rsidR="00000000" w:rsidRDefault="008855A3" w:rsidP="008855A3">
          <w:pPr>
            <w:pStyle w:val="B492A79821D94D9294E3234534E463A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AF347DD5E94308A555ACBEE12F6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45270-17EB-492D-90A6-1F40C763177B}"/>
      </w:docPartPr>
      <w:docPartBody>
        <w:p w:rsidR="00000000" w:rsidRDefault="008855A3" w:rsidP="008855A3">
          <w:pPr>
            <w:pStyle w:val="D7AF347DD5E94308A555ACBEE12F6BAA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65A2EE8F2D44DC86342524BDB47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0AD46-E462-44E4-9FED-310A189525AC}"/>
      </w:docPartPr>
      <w:docPartBody>
        <w:p w:rsidR="00000000" w:rsidRDefault="008855A3" w:rsidP="008855A3">
          <w:pPr>
            <w:pStyle w:val="4865A2EE8F2D44DC86342524BDB470C6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00A5A7DE9E40918AC54C915E5E2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D5C93-F9B3-4FB8-8501-013C67A500C8}"/>
      </w:docPartPr>
      <w:docPartBody>
        <w:p w:rsidR="00000000" w:rsidRDefault="008855A3" w:rsidP="008855A3">
          <w:pPr>
            <w:pStyle w:val="5900A5A7DE9E40918AC54C915E5E227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3AF043E0BA4B53A0CCE044C58F3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223BF-8870-49CC-B21A-DC94FA6AAF3F}"/>
      </w:docPartPr>
      <w:docPartBody>
        <w:p w:rsidR="00000000" w:rsidRDefault="008855A3" w:rsidP="008855A3">
          <w:pPr>
            <w:pStyle w:val="023AF043E0BA4B53A0CCE044C58F3606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37D9167174EACA624F1E90AD5E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9732C-96FE-462E-A68E-498B5A3467D6}"/>
      </w:docPartPr>
      <w:docPartBody>
        <w:p w:rsidR="00000000" w:rsidRDefault="008855A3" w:rsidP="008855A3">
          <w:pPr>
            <w:pStyle w:val="78237D9167174EACA624F1E90AD5E4E9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FF4B1345CB4423B07C9B3C235DD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24625-55CE-43C9-992F-A315E8D0B409}"/>
      </w:docPartPr>
      <w:docPartBody>
        <w:p w:rsidR="00000000" w:rsidRDefault="008855A3" w:rsidP="008855A3">
          <w:pPr>
            <w:pStyle w:val="5FFF4B1345CB4423B07C9B3C235DD584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C92CAE5F5E443C81069554EE9C2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909B9-B557-4CA2-8F8E-A4A3814557E0}"/>
      </w:docPartPr>
      <w:docPartBody>
        <w:p w:rsidR="00000000" w:rsidRDefault="008855A3" w:rsidP="008855A3">
          <w:pPr>
            <w:pStyle w:val="59C92CAE5F5E443C81069554EE9C23A0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195D9427644A958A76483EAC546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18185-2F57-4E2F-AB97-A4A28F5F9EB4}"/>
      </w:docPartPr>
      <w:docPartBody>
        <w:p w:rsidR="00000000" w:rsidRDefault="008855A3" w:rsidP="008855A3">
          <w:pPr>
            <w:pStyle w:val="A3195D9427644A958A76483EAC5463C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53186E68F34AFDA7FAC9760E173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283B8-0721-4211-87A4-765B7429E0F7}"/>
      </w:docPartPr>
      <w:docPartBody>
        <w:p w:rsidR="00000000" w:rsidRDefault="008855A3" w:rsidP="008855A3">
          <w:pPr>
            <w:pStyle w:val="6953186E68F34AFDA7FAC9760E173E9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9DDF209A39441F8846F800F0F2A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428B6-D9FE-4F8A-9263-667E8BC45A86}"/>
      </w:docPartPr>
      <w:docPartBody>
        <w:p w:rsidR="00000000" w:rsidRDefault="008855A3" w:rsidP="008855A3">
          <w:pPr>
            <w:pStyle w:val="159DDF209A39441F8846F800F0F2A11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2CD73AC3B14330BE8F69DA1BBD1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ACC5C-C5CD-4635-9392-90BD5C31A5B0}"/>
      </w:docPartPr>
      <w:docPartBody>
        <w:p w:rsidR="00000000" w:rsidRDefault="008855A3" w:rsidP="008855A3">
          <w:pPr>
            <w:pStyle w:val="A32CD73AC3B14330BE8F69DA1BBD15DC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043B1A46C5493780712E520821A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9A36A-C0D1-4406-A544-598F463BAC15}"/>
      </w:docPartPr>
      <w:docPartBody>
        <w:p w:rsidR="00000000" w:rsidRDefault="008855A3" w:rsidP="008855A3">
          <w:pPr>
            <w:pStyle w:val="61043B1A46C5493780712E520821A1B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5AAACCFD472145C7B61D96CF1FBD2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CB3FD-1E57-438C-9CEE-085889B0C896}"/>
      </w:docPartPr>
      <w:docPartBody>
        <w:p w:rsidR="00000000" w:rsidRDefault="008855A3" w:rsidP="008855A3">
          <w:pPr>
            <w:pStyle w:val="5AAACCFD472145C7B61D96CF1FBD28D5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C45140BF2FD451B8AE734D1EA875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94068-B2EC-4BCD-B864-95445FABFE5B}"/>
      </w:docPartPr>
      <w:docPartBody>
        <w:p w:rsidR="00000000" w:rsidRDefault="008855A3" w:rsidP="008855A3">
          <w:pPr>
            <w:pStyle w:val="4C45140BF2FD451B8AE734D1EA875884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BDCEBD4A8647AEB3634FD1133DA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9A3A6-33CA-4FCC-B65E-E997CFA0A09C}"/>
      </w:docPartPr>
      <w:docPartBody>
        <w:p w:rsidR="00000000" w:rsidRDefault="008855A3" w:rsidP="008855A3">
          <w:pPr>
            <w:pStyle w:val="36BDCEBD4A8647AEB3634FD1133DA31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DE7377664945DA8A6D057151568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E0824-91AB-48B5-956D-ED588125C43C}"/>
      </w:docPartPr>
      <w:docPartBody>
        <w:p w:rsidR="00000000" w:rsidRDefault="008855A3" w:rsidP="008855A3">
          <w:pPr>
            <w:pStyle w:val="D3DE7377664945DA8A6D057151568376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A67A2977146A1A895DD44091D3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979B2-BE5B-456B-B3B1-013655EE2A25}"/>
      </w:docPartPr>
      <w:docPartBody>
        <w:p w:rsidR="00000000" w:rsidRDefault="008855A3" w:rsidP="008855A3">
          <w:pPr>
            <w:pStyle w:val="B94A67A2977146A1A895DD44091D358A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13A51A469447D38C58FCACBA5BD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197AB-3D17-4BD0-90BC-262E58BC46D8}"/>
      </w:docPartPr>
      <w:docPartBody>
        <w:p w:rsidR="00000000" w:rsidRDefault="008855A3" w:rsidP="008855A3">
          <w:pPr>
            <w:pStyle w:val="2D13A51A469447D38C58FCACBA5BDDDD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D487F6ABF34A1F95F7EC08F2B94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254E1-8047-44D1-872C-DF0B6F5CBD69}"/>
      </w:docPartPr>
      <w:docPartBody>
        <w:p w:rsidR="00000000" w:rsidRDefault="008855A3" w:rsidP="008855A3">
          <w:pPr>
            <w:pStyle w:val="5FD487F6ABF34A1F95F7EC08F2B9456D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BEB37A93B9422E98B38B4AD64C8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1FCA-4408-4DD9-A70F-965D6908B056}"/>
      </w:docPartPr>
      <w:docPartBody>
        <w:p w:rsidR="00000000" w:rsidRDefault="008855A3" w:rsidP="008855A3">
          <w:pPr>
            <w:pStyle w:val="82BEB37A93B9422E98B38B4AD64C832E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29CBBF1158E48248E2B898494D95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0BB47-9E9A-4774-AE3D-94B93D3288A4}"/>
      </w:docPartPr>
      <w:docPartBody>
        <w:p w:rsidR="00000000" w:rsidRDefault="008855A3" w:rsidP="008855A3">
          <w:pPr>
            <w:pStyle w:val="D29CBBF1158E48248E2B898494D95420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200897C80146A88793C0E5E50A4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15433-0CA5-4F99-8CD0-A738B8C34837}"/>
      </w:docPartPr>
      <w:docPartBody>
        <w:p w:rsidR="00000000" w:rsidRDefault="008855A3" w:rsidP="008855A3">
          <w:pPr>
            <w:pStyle w:val="BD200897C80146A88793C0E5E50A47E4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38D85C2E134135993474DEFF786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6D0D5-B309-4CFB-A23F-11B2473769C5}"/>
      </w:docPartPr>
      <w:docPartBody>
        <w:p w:rsidR="00000000" w:rsidRDefault="008855A3" w:rsidP="008855A3">
          <w:pPr>
            <w:pStyle w:val="2A38D85C2E134135993474DEFF7865B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21BB75C2554B5B8FA73B239A9EE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3C764-9EE1-41D2-B5FD-02F6040A5256}"/>
      </w:docPartPr>
      <w:docPartBody>
        <w:p w:rsidR="00000000" w:rsidRDefault="008855A3" w:rsidP="008855A3">
          <w:pPr>
            <w:pStyle w:val="D121BB75C2554B5B8FA73B239A9EEE1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7E321FF72C4F1FB30C9191AE5D5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CFF83-20AE-4761-B6FA-06ECEBCE60DA}"/>
      </w:docPartPr>
      <w:docPartBody>
        <w:p w:rsidR="00000000" w:rsidRDefault="008855A3" w:rsidP="008855A3">
          <w:pPr>
            <w:pStyle w:val="DD7E321FF72C4F1FB30C9191AE5D5504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78E4F000B141F8853A707D024E9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4A9D4-8AAA-40C7-959F-5973B9782FB6}"/>
      </w:docPartPr>
      <w:docPartBody>
        <w:p w:rsidR="00000000" w:rsidRDefault="008855A3" w:rsidP="008855A3">
          <w:pPr>
            <w:pStyle w:val="1E78E4F000B141F8853A707D024E96A0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AD5AE67FE0E4025BF89818242BE0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1EB34-1466-4560-8B83-BA9EF4FC697D}"/>
      </w:docPartPr>
      <w:docPartBody>
        <w:p w:rsidR="00000000" w:rsidRDefault="008855A3" w:rsidP="008855A3">
          <w:pPr>
            <w:pStyle w:val="AAD5AE67FE0E4025BF89818242BE047C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C50011B191FF4EBE8D993B76B86F7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06A48-44D8-476B-BE44-B6F2A23DD607}"/>
      </w:docPartPr>
      <w:docPartBody>
        <w:p w:rsidR="00000000" w:rsidRDefault="008855A3" w:rsidP="008855A3">
          <w:pPr>
            <w:pStyle w:val="C50011B191FF4EBE8D993B76B86F74EE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E3ABDB7A364FF09D8CFA88DA5B0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648D3-5C2F-4721-820D-F68FE0473172}"/>
      </w:docPartPr>
      <w:docPartBody>
        <w:p w:rsidR="00000000" w:rsidRDefault="008855A3" w:rsidP="008855A3">
          <w:pPr>
            <w:pStyle w:val="3FE3ABDB7A364FF09D8CFA88DA5B0238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90B653744546D48B3BF02C09C67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A9FFB-FD47-4724-9D05-7E111B78159D}"/>
      </w:docPartPr>
      <w:docPartBody>
        <w:p w:rsidR="00000000" w:rsidRDefault="008855A3" w:rsidP="008855A3">
          <w:pPr>
            <w:pStyle w:val="9A90B653744546D48B3BF02C09C67DF0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7192E5F17B4CBBA5B61A92B6AFC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759A6-BAD4-4045-934E-E8A96785C5E5}"/>
      </w:docPartPr>
      <w:docPartBody>
        <w:p w:rsidR="00000000" w:rsidRDefault="008855A3" w:rsidP="008855A3">
          <w:pPr>
            <w:pStyle w:val="0C7192E5F17B4CBBA5B61A92B6AFC207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D256315937421C96779A844563A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8FAF6-F85D-4847-AAD2-5C25666B3C7D}"/>
      </w:docPartPr>
      <w:docPartBody>
        <w:p w:rsidR="00000000" w:rsidRDefault="008855A3" w:rsidP="008855A3">
          <w:pPr>
            <w:pStyle w:val="96D256315937421C96779A844563A48B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3FC19CD31E4A619DF2587B4BDB2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5562C-6F82-446E-9390-F5FCCB6517D5}"/>
      </w:docPartPr>
      <w:docPartBody>
        <w:p w:rsidR="00000000" w:rsidRDefault="008855A3" w:rsidP="008855A3">
          <w:pPr>
            <w:pStyle w:val="E63FC19CD31E4A619DF2587B4BDB27E8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EE953B479B88491F93F41FBB484F9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ECE79-10C4-4B6E-8A96-98B1BA0CE8CA}"/>
      </w:docPartPr>
      <w:docPartBody>
        <w:p w:rsidR="00000000" w:rsidRDefault="008855A3" w:rsidP="008855A3">
          <w:pPr>
            <w:pStyle w:val="EE953B479B88491F93F41FBB484F92D0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C1A321B1C3594E10B25D910E65D50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EF088-5E76-4292-927B-9CC1F42F5386}"/>
      </w:docPartPr>
      <w:docPartBody>
        <w:p w:rsidR="00000000" w:rsidRDefault="008855A3" w:rsidP="008855A3">
          <w:pPr>
            <w:pStyle w:val="C1A321B1C3594E10B25D910E65D5031E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E423CC2B474A98B4182B544D4BA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F7A46-9027-4818-9D82-E4A5A48A32CE}"/>
      </w:docPartPr>
      <w:docPartBody>
        <w:p w:rsidR="00000000" w:rsidRDefault="008855A3" w:rsidP="008855A3">
          <w:pPr>
            <w:pStyle w:val="7EE423CC2B474A98B4182B544D4BA1D5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440555B1D246C3A6679F0CF6404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1D691-F4C0-4468-A504-2B60BD176844}"/>
      </w:docPartPr>
      <w:docPartBody>
        <w:p w:rsidR="00000000" w:rsidRDefault="008855A3" w:rsidP="008855A3">
          <w:pPr>
            <w:pStyle w:val="82440555B1D246C3A6679F0CF64044B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B891B42F1B469D866C3232F32F5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24A0A-C0E5-44CE-A3EC-93FDF7D550F8}"/>
      </w:docPartPr>
      <w:docPartBody>
        <w:p w:rsidR="00000000" w:rsidRDefault="008855A3" w:rsidP="008855A3">
          <w:pPr>
            <w:pStyle w:val="5BB891B42F1B469D866C3232F32F592F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1727EC037F408A8B495BF7EBC3E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0E9FE-68CE-482D-BAAE-7605F0D265A6}"/>
      </w:docPartPr>
      <w:docPartBody>
        <w:p w:rsidR="00000000" w:rsidRDefault="008855A3" w:rsidP="008855A3">
          <w:pPr>
            <w:pStyle w:val="331727EC037F408A8B495BF7EBC3E8AA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71F1FD66C64DE3BAAABA542423E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45591-52D1-46D5-86D5-3F976B97116C}"/>
      </w:docPartPr>
      <w:docPartBody>
        <w:p w:rsidR="00000000" w:rsidRDefault="008855A3" w:rsidP="008855A3">
          <w:pPr>
            <w:pStyle w:val="2971F1FD66C64DE3BAAABA542423E7FA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E175ED59ABBF4AB0BC38E94E6C7D4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1177B-CC2A-4062-BC40-561B0CCCEE3A}"/>
      </w:docPartPr>
      <w:docPartBody>
        <w:p w:rsidR="00000000" w:rsidRDefault="008855A3" w:rsidP="008855A3">
          <w:pPr>
            <w:pStyle w:val="E175ED59ABBF4AB0BC38E94E6C7D40AC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2E0F293F619B48A58746D74932921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1D17E-D7E4-4593-B9BF-DADED0903BC6}"/>
      </w:docPartPr>
      <w:docPartBody>
        <w:p w:rsidR="00000000" w:rsidRDefault="008855A3" w:rsidP="008855A3">
          <w:pPr>
            <w:pStyle w:val="2E0F293F619B48A58746D74932921BED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2AB24ED3ED430EBF7420C332376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2DAC3-91AD-4AB5-B3FF-A1F45A600931}"/>
      </w:docPartPr>
      <w:docPartBody>
        <w:p w:rsidR="00000000" w:rsidRDefault="008855A3" w:rsidP="008855A3">
          <w:pPr>
            <w:pStyle w:val="FB2AB24ED3ED430EBF7420C3323767A6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31E9E10C774E19A117C63A6F443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A580B-14B9-4EFF-9B4D-AAC8D0FE252C}"/>
      </w:docPartPr>
      <w:docPartBody>
        <w:p w:rsidR="00000000" w:rsidRDefault="008855A3" w:rsidP="008855A3">
          <w:pPr>
            <w:pStyle w:val="A131E9E10C774E19A117C63A6F443F08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94E7C4D6B6461D994F24960B76C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69350-4F7B-41A3-81F4-4102293890ED}"/>
      </w:docPartPr>
      <w:docPartBody>
        <w:p w:rsidR="00000000" w:rsidRDefault="008855A3" w:rsidP="008855A3">
          <w:pPr>
            <w:pStyle w:val="F794E7C4D6B6461D994F24960B76C607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3D57360763476A95EB7DA1C5D4B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B0444-BF3A-40C3-B1B9-FCE2A9C6B7EF}"/>
      </w:docPartPr>
      <w:docPartBody>
        <w:p w:rsidR="00000000" w:rsidRDefault="008855A3" w:rsidP="008855A3">
          <w:pPr>
            <w:pStyle w:val="063D57360763476A95EB7DA1C5D4B2A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9D96244D924B478DCFAA46B637C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289F1-CCA1-4012-A22C-93F65C592995}"/>
      </w:docPartPr>
      <w:docPartBody>
        <w:p w:rsidR="00000000" w:rsidRDefault="008855A3" w:rsidP="008855A3">
          <w:pPr>
            <w:pStyle w:val="4C9D96244D924B478DCFAA46B637C310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A5067FEE524E1982B43C7C071BA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2C36B-0FF6-48A7-8E24-7785AD33FF10}"/>
      </w:docPartPr>
      <w:docPartBody>
        <w:p w:rsidR="00000000" w:rsidRDefault="008855A3" w:rsidP="008855A3">
          <w:pPr>
            <w:pStyle w:val="ABA5067FEE524E1982B43C7C071BA6C4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E38E75964D4E89A3FDFC938B40E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78B69-ADBD-450B-890B-43249AE78F4C}"/>
      </w:docPartPr>
      <w:docPartBody>
        <w:p w:rsidR="00000000" w:rsidRDefault="008855A3" w:rsidP="008855A3">
          <w:pPr>
            <w:pStyle w:val="D2E38E75964D4E89A3FDFC938B40E9D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261FE8E4FE40AEBEA0E597602FE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556D6-2624-425B-B096-8D5AADEE32FE}"/>
      </w:docPartPr>
      <w:docPartBody>
        <w:p w:rsidR="00000000" w:rsidRDefault="008855A3" w:rsidP="008855A3">
          <w:pPr>
            <w:pStyle w:val="13261FE8E4FE40AEBEA0E597602FEF48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49E63591F2410E987202DC973B1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FC153-D1B9-43DE-8AFF-CBB941E3020C}"/>
      </w:docPartPr>
      <w:docPartBody>
        <w:p w:rsidR="00000000" w:rsidRDefault="008855A3" w:rsidP="008855A3">
          <w:pPr>
            <w:pStyle w:val="5249E63591F2410E987202DC973B1785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D58F00671D4CC6A0771A2677398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B7EA6-04C8-4C61-93C3-5056B74FF1D9}"/>
      </w:docPartPr>
      <w:docPartBody>
        <w:p w:rsidR="00000000" w:rsidRDefault="008855A3" w:rsidP="008855A3">
          <w:pPr>
            <w:pStyle w:val="16D58F00671D4CC6A0771A26773988B0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60E9C1DA2641F3838C00DE97FE5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1316F-BE96-444D-9F56-12DD2D54A3DC}"/>
      </w:docPartPr>
      <w:docPartBody>
        <w:p w:rsidR="00000000" w:rsidRDefault="008855A3" w:rsidP="008855A3">
          <w:pPr>
            <w:pStyle w:val="F360E9C1DA2641F3838C00DE97FE562F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80B6E2C3D142609B95C8788BE4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DE196-9EA1-4EA6-9649-14BCE00287F0}"/>
      </w:docPartPr>
      <w:docPartBody>
        <w:p w:rsidR="00000000" w:rsidRDefault="008855A3" w:rsidP="008855A3">
          <w:pPr>
            <w:pStyle w:val="9480B6E2C3D142609B95C8788BE43D05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0C458F0BCE4CCD93E820975ACE2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D733D-7990-48DB-B918-8802B70D2328}"/>
      </w:docPartPr>
      <w:docPartBody>
        <w:p w:rsidR="00000000" w:rsidRDefault="008855A3" w:rsidP="008855A3">
          <w:pPr>
            <w:pStyle w:val="C30C458F0BCE4CCD93E820975ACE22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798E481B9467EAD9157BB7F1A0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9CA2B-080C-4122-8342-945F5D74500B}"/>
      </w:docPartPr>
      <w:docPartBody>
        <w:p w:rsidR="00000000" w:rsidRDefault="008855A3" w:rsidP="008855A3">
          <w:pPr>
            <w:pStyle w:val="43C798E481B9467EAD9157BB7F1A0326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88D92312144902921C17435AACA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B0235-F6BC-4A79-9082-AE9C8C2E4506}"/>
      </w:docPartPr>
      <w:docPartBody>
        <w:p w:rsidR="00000000" w:rsidRDefault="008855A3" w:rsidP="008855A3">
          <w:pPr>
            <w:pStyle w:val="0D88D92312144902921C17435AACA4D8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08C7445E14D48A734BFF38FD2C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CD666-AE47-4319-B189-DC1F2EEAB865}"/>
      </w:docPartPr>
      <w:docPartBody>
        <w:p w:rsidR="00000000" w:rsidRDefault="008855A3" w:rsidP="008855A3">
          <w:pPr>
            <w:pStyle w:val="60608C7445E14D48A734BFF38FD2C2D5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D2AFEB4623476F95CED0918E688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821D6-6E56-4443-A963-B156F25C957F}"/>
      </w:docPartPr>
      <w:docPartBody>
        <w:p w:rsidR="00000000" w:rsidRDefault="008855A3" w:rsidP="008855A3">
          <w:pPr>
            <w:pStyle w:val="E5D2AFEB4623476F95CED0918E688056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870AB316874BAD851805B828A90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D4C54-BC5E-4EEF-9593-2C5AAADD3541}"/>
      </w:docPartPr>
      <w:docPartBody>
        <w:p w:rsidR="00000000" w:rsidRDefault="008855A3" w:rsidP="008855A3">
          <w:pPr>
            <w:pStyle w:val="9F870AB316874BAD851805B828A906AB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13C6343105D4FDA9DC31EBB17203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599FA-4851-4B61-BAF3-9ABE70E745A0}"/>
      </w:docPartPr>
      <w:docPartBody>
        <w:p w:rsidR="00000000" w:rsidRDefault="008855A3" w:rsidP="008855A3">
          <w:pPr>
            <w:pStyle w:val="F13C6343105D4FDA9DC31EBB17203687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2D5A4838764B2ABE8981D63B982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48B3A-D532-4879-B168-157DAA4A7353}"/>
      </w:docPartPr>
      <w:docPartBody>
        <w:p w:rsidR="00000000" w:rsidRDefault="008855A3" w:rsidP="008855A3">
          <w:pPr>
            <w:pStyle w:val="1A2D5A4838764B2ABE8981D63B98277F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5D1FDC199A4403BE9D2AD26CD65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EF764-E507-45E5-BB77-D5928B61B4A0}"/>
      </w:docPartPr>
      <w:docPartBody>
        <w:p w:rsidR="00000000" w:rsidRDefault="008855A3" w:rsidP="008855A3">
          <w:pPr>
            <w:pStyle w:val="E15D1FDC199A4403BE9D2AD26CD65DE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AF716BA38B4B069A08EC90AFDD1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25057-BDC6-4279-A64D-7F3B5C74A347}"/>
      </w:docPartPr>
      <w:docPartBody>
        <w:p w:rsidR="00000000" w:rsidRDefault="008855A3" w:rsidP="008855A3">
          <w:pPr>
            <w:pStyle w:val="68AF716BA38B4B069A08EC90AFDD1BE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32C11599DB4779B988A6CE6C10D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4BC16-1CFB-45D3-B07A-8ECB7E2E08BE}"/>
      </w:docPartPr>
      <w:docPartBody>
        <w:p w:rsidR="00000000" w:rsidRDefault="008855A3" w:rsidP="008855A3">
          <w:pPr>
            <w:pStyle w:val="A232C11599DB4779B988A6CE6C10D269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3DF42A1154EDF9F6222EC382AF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F1A8A-77D2-4825-8302-761A6C361C4B}"/>
      </w:docPartPr>
      <w:docPartBody>
        <w:p w:rsidR="00000000" w:rsidRDefault="008855A3" w:rsidP="008855A3">
          <w:pPr>
            <w:pStyle w:val="C5B3DF42A1154EDF9F6222EC382AFC5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B7B38F2458432D9426B35F829AE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8AA75-12E8-4773-BFE5-312A1A7F2EC8}"/>
      </w:docPartPr>
      <w:docPartBody>
        <w:p w:rsidR="00000000" w:rsidRDefault="008855A3" w:rsidP="008855A3">
          <w:pPr>
            <w:pStyle w:val="93B7B38F2458432D9426B35F829AE585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A21F457A074719A474346E38D4F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CE126-02D4-4EC3-842C-640AFF9C4CBF}"/>
      </w:docPartPr>
      <w:docPartBody>
        <w:p w:rsidR="00000000" w:rsidRDefault="008855A3" w:rsidP="008855A3">
          <w:pPr>
            <w:pStyle w:val="7BA21F457A074719A474346E38D4FC49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B6F9588A64EDDBB389077DA602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C9817-B4E0-4D2D-9A7D-47FA613BDBCB}"/>
      </w:docPartPr>
      <w:docPartBody>
        <w:p w:rsidR="00000000" w:rsidRDefault="008855A3" w:rsidP="008855A3">
          <w:pPr>
            <w:pStyle w:val="15FB6F9588A64EDDBB389077DA6023F5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1BBE7398FF4F91AD0C6C9AD17EC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DA464-6DF1-4FC5-9780-864B503C4D1D}"/>
      </w:docPartPr>
      <w:docPartBody>
        <w:p w:rsidR="00000000" w:rsidRDefault="008855A3" w:rsidP="008855A3">
          <w:pPr>
            <w:pStyle w:val="181BBE7398FF4F91AD0C6C9AD17EC607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E641F304ED4A6A944FD3033E722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267BA-A238-486E-953C-74511F123C4B}"/>
      </w:docPartPr>
      <w:docPartBody>
        <w:p w:rsidR="00000000" w:rsidRDefault="008855A3" w:rsidP="008855A3">
          <w:pPr>
            <w:pStyle w:val="FAE641F304ED4A6A944FD3033E722A4B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88868BA0DD4407B90B5666B77DA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9420B-2BAD-4E40-8445-3DB9A94AAF7D}"/>
      </w:docPartPr>
      <w:docPartBody>
        <w:p w:rsidR="00000000" w:rsidRDefault="008855A3" w:rsidP="008855A3">
          <w:pPr>
            <w:pStyle w:val="0B88868BA0DD4407B90B5666B77DA24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5A3"/>
    <w:rsid w:val="00041DFE"/>
    <w:rsid w:val="003625BA"/>
    <w:rsid w:val="0088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55A3"/>
    <w:rPr>
      <w:color w:val="666666"/>
    </w:rPr>
  </w:style>
  <w:style w:type="paragraph" w:customStyle="1" w:styleId="AA0A13D84F38445C955CED1E07A950FC">
    <w:name w:val="AA0A13D84F38445C955CED1E07A950FC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DFD1EA396946DA9C0C9DB0AFFFB0A6">
    <w:name w:val="A6DFD1EA396946DA9C0C9DB0AFFFB0A6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0D493A821E44B796C02F89CB664DC5">
    <w:name w:val="060D493A821E44B796C02F89CB664DC5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B6821962EA4BC6A4F391F456BC2A64">
    <w:name w:val="94B6821962EA4BC6A4F391F456BC2A64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1F524171784CCC9480772E68332819">
    <w:name w:val="EF1F524171784CCC9480772E68332819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62C005100440FC816F23B48364B3DC">
    <w:name w:val="CC62C005100440FC816F23B48364B3DC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F5899EFFDB4ED9967CFD16A99CB822">
    <w:name w:val="84F5899EFFDB4ED9967CFD16A99CB822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E3A33AA4E7433BACDEAF41E4C88EFA">
    <w:name w:val="44E3A33AA4E7433BACDEAF41E4C88EFA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F0EB6D92104EFBBB3E273BC7A4AA38">
    <w:name w:val="9BF0EB6D92104EFBBB3E273BC7A4AA38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24FD93BAB74312A86CF0585D4B97F1">
    <w:name w:val="D724FD93BAB74312A86CF0585D4B97F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43B93EE6084095A3F839697ED82344">
    <w:name w:val="7643B93EE6084095A3F839697ED82344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CEA62AD2104B2EBC8F104738F9B4AD">
    <w:name w:val="7DCEA62AD2104B2EBC8F104738F9B4AD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9E3C6E7C874685BF4548607F5E2CC7">
    <w:name w:val="BE9E3C6E7C874685BF4548607F5E2CC7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589EFF84A143DEBE2B5507DE25CB0F">
    <w:name w:val="D4589EFF84A143DEBE2B5507DE25CB0F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2F43A43B85407EA02C7A2067B6E7C7">
    <w:name w:val="292F43A43B85407EA02C7A2067B6E7C7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6F7AF153494C65B758169EB7D1345D">
    <w:name w:val="986F7AF153494C65B758169EB7D1345D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5F5788C2B540AABCD6244BEC4F2300">
    <w:name w:val="D85F5788C2B540AABCD6244BEC4F2300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02AF8E64E04EB197BE5EB7D4A00BA9">
    <w:name w:val="C902AF8E64E04EB197BE5EB7D4A00BA9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66126CFA6C49AD97E49C15BED4C360">
    <w:name w:val="0166126CFA6C49AD97E49C15BED4C360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EDF66AF46B4C389CE970A59B3F896B">
    <w:name w:val="54EDF66AF46B4C389CE970A59B3F896B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E1BA5A8C944D0D911D670378786360">
    <w:name w:val="99E1BA5A8C944D0D911D670378786360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E6E43EECA94EADBFE2EEFA767A0B26">
    <w:name w:val="C5E6E43EECA94EADBFE2EEFA767A0B26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7F480BB30043DB875C2FCD886C790A">
    <w:name w:val="1B7F480BB30043DB875C2FCD886C790A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609AACA5384EDEBB3A283C071D8511">
    <w:name w:val="9B609AACA5384EDEBB3A283C071D85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081E915ED04F19A3878BE284B64F82">
    <w:name w:val="9D081E915ED04F19A3878BE284B64F82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AF02F59BA34D24AEBA05CE569450DD">
    <w:name w:val="92AF02F59BA34D24AEBA05CE569450DD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595B402CB642B0B8CAC7B2F3FAE9BB">
    <w:name w:val="6B595B402CB642B0B8CAC7B2F3FAE9BB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D6669B9557464590F1EA4BDF6C884C">
    <w:name w:val="21D6669B9557464590F1EA4BDF6C884C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0CF6E842FA4221B6ED84896A8974B3">
    <w:name w:val="D60CF6E842FA4221B6ED84896A8974B3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E417DE2506453FBBE2DBDA040FC4E7">
    <w:name w:val="4EE417DE2506453FBBE2DBDA040FC4E7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4D15E3E4E2407FA385E3102DF6C43E">
    <w:name w:val="EE4D15E3E4E2407FA385E3102DF6C43E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CF60664CF14D248AD32ADD582D5057">
    <w:name w:val="C3CF60664CF14D248AD32ADD582D5057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1B96D955B34C8DBA877B90FF4E99A9">
    <w:name w:val="401B96D955B34C8DBA877B90FF4E99A9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7A031E1C0F443B9931CC9621577328">
    <w:name w:val="CF7A031E1C0F443B9931CC9621577328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961AADCB8D46FCAB4A77E36ACACFFC">
    <w:name w:val="C4961AADCB8D46FCAB4A77E36ACACFFC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E8E4C9BE434C1EB3B0C9F82370096E">
    <w:name w:val="71E8E4C9BE434C1EB3B0C9F82370096E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02C791DE924215BE98C170AE7A2D7D">
    <w:name w:val="DC02C791DE924215BE98C170AE7A2D7D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5F52474B554F7F9A885E1210F980DA">
    <w:name w:val="405F52474B554F7F9A885E1210F980DA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2C7D6867884C82BCB213ACA0554247">
    <w:name w:val="202C7D6867884C82BCB213ACA0554247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21C120F6E34684A7FCD976AD5023EF">
    <w:name w:val="9021C120F6E34684A7FCD976AD5023EF"/>
    <w:rsid w:val="008855A3"/>
  </w:style>
  <w:style w:type="paragraph" w:customStyle="1" w:styleId="15AF09CB63DD476D9937A84C966173DD">
    <w:name w:val="15AF09CB63DD476D9937A84C966173DD"/>
    <w:rsid w:val="008855A3"/>
  </w:style>
  <w:style w:type="paragraph" w:customStyle="1" w:styleId="31A2CBBEF33B4A1C93C3B493BEB5E30C">
    <w:name w:val="31A2CBBEF33B4A1C93C3B493BEB5E30C"/>
    <w:rsid w:val="008855A3"/>
  </w:style>
  <w:style w:type="paragraph" w:customStyle="1" w:styleId="B13DA270358A42C483F6E1DA21C55743">
    <w:name w:val="B13DA270358A42C483F6E1DA21C55743"/>
    <w:rsid w:val="008855A3"/>
  </w:style>
  <w:style w:type="paragraph" w:customStyle="1" w:styleId="6B34CD8CAAF947A99F6E53A27EF7EFAB">
    <w:name w:val="6B34CD8CAAF947A99F6E53A27EF7EFAB"/>
    <w:rsid w:val="008855A3"/>
  </w:style>
  <w:style w:type="paragraph" w:customStyle="1" w:styleId="12D66CBAEF6E4B6985975F0C3367E754">
    <w:name w:val="12D66CBAEF6E4B6985975F0C3367E754"/>
    <w:rsid w:val="008855A3"/>
  </w:style>
  <w:style w:type="paragraph" w:customStyle="1" w:styleId="B7A5233004784BBAA66D4CD87E9B3C67">
    <w:name w:val="B7A5233004784BBAA66D4CD87E9B3C67"/>
    <w:rsid w:val="008855A3"/>
  </w:style>
  <w:style w:type="paragraph" w:customStyle="1" w:styleId="AE2BDB0025984D03A2D01C0B46DDB90C">
    <w:name w:val="AE2BDB0025984D03A2D01C0B46DDB90C"/>
    <w:rsid w:val="008855A3"/>
  </w:style>
  <w:style w:type="paragraph" w:customStyle="1" w:styleId="31EC157694E6452789376C5E4B1FBCBA">
    <w:name w:val="31EC157694E6452789376C5E4B1FBCBA"/>
    <w:rsid w:val="008855A3"/>
  </w:style>
  <w:style w:type="paragraph" w:customStyle="1" w:styleId="3532ED345B37490CABABECF9EF343B2A">
    <w:name w:val="3532ED345B37490CABABECF9EF343B2A"/>
    <w:rsid w:val="008855A3"/>
  </w:style>
  <w:style w:type="paragraph" w:customStyle="1" w:styleId="EE3FE8A8BF4A4B08A611837AD4C71883">
    <w:name w:val="EE3FE8A8BF4A4B08A611837AD4C71883"/>
    <w:rsid w:val="008855A3"/>
  </w:style>
  <w:style w:type="paragraph" w:customStyle="1" w:styleId="8F8F6EB5BC224410A279CDA4F72C834D">
    <w:name w:val="8F8F6EB5BC224410A279CDA4F72C834D"/>
    <w:rsid w:val="008855A3"/>
  </w:style>
  <w:style w:type="paragraph" w:customStyle="1" w:styleId="29AE48051B3F42FCB5E31545B8FBC5CE">
    <w:name w:val="29AE48051B3F42FCB5E31545B8FBC5CE"/>
    <w:rsid w:val="008855A3"/>
  </w:style>
  <w:style w:type="paragraph" w:customStyle="1" w:styleId="391359AE14AE4531863E99B59C368DA1">
    <w:name w:val="391359AE14AE4531863E99B59C368DA1"/>
    <w:rsid w:val="008855A3"/>
  </w:style>
  <w:style w:type="paragraph" w:customStyle="1" w:styleId="4F33A63231074873A7D98BB1B1B6BFD3">
    <w:name w:val="4F33A63231074873A7D98BB1B1B6BFD3"/>
    <w:rsid w:val="008855A3"/>
  </w:style>
  <w:style w:type="paragraph" w:customStyle="1" w:styleId="F7C95CF633D74D81B6C26A8292F4676B">
    <w:name w:val="F7C95CF633D74D81B6C26A8292F4676B"/>
    <w:rsid w:val="008855A3"/>
  </w:style>
  <w:style w:type="paragraph" w:customStyle="1" w:styleId="65E6BCC33B8041DB809E953670C9502D">
    <w:name w:val="65E6BCC33B8041DB809E953670C9502D"/>
    <w:rsid w:val="008855A3"/>
  </w:style>
  <w:style w:type="paragraph" w:customStyle="1" w:styleId="FE77219C479B451384F4C46788B9EA51">
    <w:name w:val="FE77219C479B451384F4C46788B9EA51"/>
    <w:rsid w:val="008855A3"/>
  </w:style>
  <w:style w:type="paragraph" w:customStyle="1" w:styleId="FA14404B2C7245F08D8164CFDA8897ED">
    <w:name w:val="FA14404B2C7245F08D8164CFDA8897ED"/>
    <w:rsid w:val="008855A3"/>
  </w:style>
  <w:style w:type="paragraph" w:customStyle="1" w:styleId="D52C0593C42F4D57922CC34B41895B0F">
    <w:name w:val="D52C0593C42F4D57922CC34B41895B0F"/>
    <w:rsid w:val="008855A3"/>
  </w:style>
  <w:style w:type="paragraph" w:customStyle="1" w:styleId="D4BF7FEE3A6A441B97435C8710075C52">
    <w:name w:val="D4BF7FEE3A6A441B97435C8710075C52"/>
    <w:rsid w:val="008855A3"/>
  </w:style>
  <w:style w:type="paragraph" w:customStyle="1" w:styleId="0CB0122D10D9400493BBC9F9AB2CF1DF">
    <w:name w:val="0CB0122D10D9400493BBC9F9AB2CF1DF"/>
    <w:rsid w:val="008855A3"/>
  </w:style>
  <w:style w:type="paragraph" w:customStyle="1" w:styleId="DE979554D3144B4FAD05ACAFA50A17C3">
    <w:name w:val="DE979554D3144B4FAD05ACAFA50A17C3"/>
    <w:rsid w:val="008855A3"/>
  </w:style>
  <w:style w:type="paragraph" w:customStyle="1" w:styleId="9C1D4FD6A285484FA994EC4E6ADBEB42">
    <w:name w:val="9C1D4FD6A285484FA994EC4E6ADBEB42"/>
    <w:rsid w:val="008855A3"/>
  </w:style>
  <w:style w:type="paragraph" w:customStyle="1" w:styleId="20964945A02247B2AC13BCCCF4BC568F">
    <w:name w:val="20964945A02247B2AC13BCCCF4BC568F"/>
    <w:rsid w:val="008855A3"/>
  </w:style>
  <w:style w:type="paragraph" w:customStyle="1" w:styleId="AB0D5F030DC24653A597B90DC40C758F">
    <w:name w:val="AB0D5F030DC24653A597B90DC40C758F"/>
    <w:rsid w:val="008855A3"/>
  </w:style>
  <w:style w:type="paragraph" w:customStyle="1" w:styleId="8DC453BFC1F04427AFA85A7838372E11">
    <w:name w:val="8DC453BFC1F04427AFA85A7838372E11"/>
    <w:rsid w:val="008855A3"/>
  </w:style>
  <w:style w:type="paragraph" w:customStyle="1" w:styleId="F79B529774BA4E3E82A760D4CCF26431">
    <w:name w:val="F79B529774BA4E3E82A760D4CCF26431"/>
    <w:rsid w:val="008855A3"/>
  </w:style>
  <w:style w:type="paragraph" w:customStyle="1" w:styleId="AFF823C1A5484E01B1301568902ED54B">
    <w:name w:val="AFF823C1A5484E01B1301568902ED54B"/>
    <w:rsid w:val="008855A3"/>
  </w:style>
  <w:style w:type="paragraph" w:customStyle="1" w:styleId="368B4DC3D04F421C99B970B817233EF3">
    <w:name w:val="368B4DC3D04F421C99B970B817233EF3"/>
    <w:rsid w:val="008855A3"/>
  </w:style>
  <w:style w:type="paragraph" w:customStyle="1" w:styleId="A23E6B3DE3A34087A72B25D3DFDE6F2B">
    <w:name w:val="A23E6B3DE3A34087A72B25D3DFDE6F2B"/>
    <w:rsid w:val="008855A3"/>
  </w:style>
  <w:style w:type="paragraph" w:customStyle="1" w:styleId="B6C7E57EB92B48839F1CA9A3E7876F76">
    <w:name w:val="B6C7E57EB92B48839F1CA9A3E7876F76"/>
    <w:rsid w:val="008855A3"/>
  </w:style>
  <w:style w:type="paragraph" w:customStyle="1" w:styleId="717ED9BDEF3542C7AC9EC132A1E838FF">
    <w:name w:val="717ED9BDEF3542C7AC9EC132A1E838FF"/>
    <w:rsid w:val="008855A3"/>
  </w:style>
  <w:style w:type="paragraph" w:customStyle="1" w:styleId="14EE9FA680724A11AAF8FC6D50DEE721">
    <w:name w:val="14EE9FA680724A11AAF8FC6D50DEE721"/>
    <w:rsid w:val="008855A3"/>
  </w:style>
  <w:style w:type="paragraph" w:customStyle="1" w:styleId="1668A711C587477FA54F632956F5AF83">
    <w:name w:val="1668A711C587477FA54F632956F5AF83"/>
    <w:rsid w:val="008855A3"/>
  </w:style>
  <w:style w:type="paragraph" w:customStyle="1" w:styleId="B492A79821D94D9294E3234534E463A1">
    <w:name w:val="B492A79821D94D9294E3234534E463A1"/>
    <w:rsid w:val="008855A3"/>
  </w:style>
  <w:style w:type="paragraph" w:customStyle="1" w:styleId="D7AF347DD5E94308A555ACBEE12F6BAA">
    <w:name w:val="D7AF347DD5E94308A555ACBEE12F6BAA"/>
    <w:rsid w:val="008855A3"/>
  </w:style>
  <w:style w:type="paragraph" w:customStyle="1" w:styleId="4865A2EE8F2D44DC86342524BDB470C6">
    <w:name w:val="4865A2EE8F2D44DC86342524BDB470C6"/>
    <w:rsid w:val="008855A3"/>
  </w:style>
  <w:style w:type="paragraph" w:customStyle="1" w:styleId="5900A5A7DE9E40918AC54C915E5E2271">
    <w:name w:val="5900A5A7DE9E40918AC54C915E5E2271"/>
    <w:rsid w:val="008855A3"/>
  </w:style>
  <w:style w:type="paragraph" w:customStyle="1" w:styleId="023AF043E0BA4B53A0CCE044C58F3606">
    <w:name w:val="023AF043E0BA4B53A0CCE044C58F3606"/>
    <w:rsid w:val="008855A3"/>
  </w:style>
  <w:style w:type="paragraph" w:customStyle="1" w:styleId="78237D9167174EACA624F1E90AD5E4E9">
    <w:name w:val="78237D9167174EACA624F1E90AD5E4E9"/>
    <w:rsid w:val="008855A3"/>
  </w:style>
  <w:style w:type="paragraph" w:customStyle="1" w:styleId="5FFF4B1345CB4423B07C9B3C235DD584">
    <w:name w:val="5FFF4B1345CB4423B07C9B3C235DD584"/>
    <w:rsid w:val="008855A3"/>
  </w:style>
  <w:style w:type="paragraph" w:customStyle="1" w:styleId="59C92CAE5F5E443C81069554EE9C23A0">
    <w:name w:val="59C92CAE5F5E443C81069554EE9C23A0"/>
    <w:rsid w:val="008855A3"/>
  </w:style>
  <w:style w:type="paragraph" w:customStyle="1" w:styleId="A3195D9427644A958A76483EAC5463C7">
    <w:name w:val="A3195D9427644A958A76483EAC5463C7"/>
    <w:rsid w:val="008855A3"/>
  </w:style>
  <w:style w:type="paragraph" w:customStyle="1" w:styleId="6953186E68F34AFDA7FAC9760E173E91">
    <w:name w:val="6953186E68F34AFDA7FAC9760E173E91"/>
    <w:rsid w:val="008855A3"/>
  </w:style>
  <w:style w:type="paragraph" w:customStyle="1" w:styleId="159DDF209A39441F8846F800F0F2A11D">
    <w:name w:val="159DDF209A39441F8846F800F0F2A11D"/>
    <w:rsid w:val="008855A3"/>
  </w:style>
  <w:style w:type="paragraph" w:customStyle="1" w:styleId="AA0A13D84F38445C955CED1E07A950FC1">
    <w:name w:val="AA0A13D84F38445C955CED1E07A950FC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DFD1EA396946DA9C0C9DB0AFFFB0A61">
    <w:name w:val="A6DFD1EA396946DA9C0C9DB0AFFFB0A6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0D493A821E44B796C02F89CB664DC51">
    <w:name w:val="060D493A821E44B796C02F89CB664DC5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B6821962EA4BC6A4F391F456BC2A641">
    <w:name w:val="94B6821962EA4BC6A4F391F456BC2A64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1F524171784CCC9480772E683328191">
    <w:name w:val="EF1F524171784CCC9480772E68332819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62C005100440FC816F23B48364B3DC1">
    <w:name w:val="CC62C005100440FC816F23B48364B3DC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F5899EFFDB4ED9967CFD16A99CB8221">
    <w:name w:val="84F5899EFFDB4ED9967CFD16A99CB822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E3A33AA4E7433BACDEAF41E4C88EFA1">
    <w:name w:val="44E3A33AA4E7433BACDEAF41E4C88EFA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F0EB6D92104EFBBB3E273BC7A4AA381">
    <w:name w:val="9BF0EB6D92104EFBBB3E273BC7A4AA38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24FD93BAB74312A86CF0585D4B97F11">
    <w:name w:val="D724FD93BAB74312A86CF0585D4B97F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43B93EE6084095A3F839697ED823441">
    <w:name w:val="7643B93EE6084095A3F839697ED82344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CEA62AD2104B2EBC8F104738F9B4AD1">
    <w:name w:val="7DCEA62AD2104B2EBC8F104738F9B4AD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9E3C6E7C874685BF4548607F5E2CC71">
    <w:name w:val="BE9E3C6E7C874685BF4548607F5E2CC7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589EFF84A143DEBE2B5507DE25CB0F1">
    <w:name w:val="D4589EFF84A143DEBE2B5507DE25CB0F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2F43A43B85407EA02C7A2067B6E7C71">
    <w:name w:val="292F43A43B85407EA02C7A2067B6E7C7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6F7AF153494C65B758169EB7D1345D1">
    <w:name w:val="986F7AF153494C65B758169EB7D1345D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5F5788C2B540AABCD6244BEC4F23001">
    <w:name w:val="D85F5788C2B540AABCD6244BEC4F2300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02AF8E64E04EB197BE5EB7D4A00BA91">
    <w:name w:val="C902AF8E64E04EB197BE5EB7D4A00BA9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66126CFA6C49AD97E49C15BED4C3601">
    <w:name w:val="0166126CFA6C49AD97E49C15BED4C360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AF09CB63DD476D9937A84C966173DD1">
    <w:name w:val="15AF09CB63DD476D9937A84C966173DD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A2CBBEF33B4A1C93C3B493BEB5E30C1">
    <w:name w:val="31A2CBBEF33B4A1C93C3B493BEB5E30C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3DA270358A42C483F6E1DA21C557431">
    <w:name w:val="B13DA270358A42C483F6E1DA21C55743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34CD8CAAF947A99F6E53A27EF7EFAB1">
    <w:name w:val="6B34CD8CAAF947A99F6E53A27EF7EFAB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A5233004784BBAA66D4CD87E9B3C671">
    <w:name w:val="B7A5233004784BBAA66D4CD87E9B3C67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E2BDB0025984D03A2D01C0B46DDB90C1">
    <w:name w:val="AE2BDB0025984D03A2D01C0B46DDB90C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EC157694E6452789376C5E4B1FBCBA1">
    <w:name w:val="31EC157694E6452789376C5E4B1FBCBA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32ED345B37490CABABECF9EF343B2A1">
    <w:name w:val="3532ED345B37490CABABECF9EF343B2A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EDF66AF46B4C389CE970A59B3F896B1">
    <w:name w:val="54EDF66AF46B4C389CE970A59B3F896B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E1BA5A8C944D0D911D6703787863601">
    <w:name w:val="99E1BA5A8C944D0D911D670378786360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E6E43EECA94EADBFE2EEFA767A0B261">
    <w:name w:val="C5E6E43EECA94EADBFE2EEFA767A0B26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7F480BB30043DB875C2FCD886C790A1">
    <w:name w:val="1B7F480BB30043DB875C2FCD886C790A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609AACA5384EDEBB3A283C071D85111">
    <w:name w:val="9B609AACA5384EDEBB3A283C071D851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081E915ED04F19A3878BE284B64F821">
    <w:name w:val="9D081E915ED04F19A3878BE284B64F82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AF02F59BA34D24AEBA05CE569450DD1">
    <w:name w:val="92AF02F59BA34D24AEBA05CE569450DD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595B402CB642B0B8CAC7B2F3FAE9BB1">
    <w:name w:val="6B595B402CB642B0B8CAC7B2F3FAE9BB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D6669B9557464590F1EA4BDF6C884C1">
    <w:name w:val="21D6669B9557464590F1EA4BDF6C884C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0CF6E842FA4221B6ED84896A8974B31">
    <w:name w:val="D60CF6E842FA4221B6ED84896A8974B3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E417DE2506453FBBE2DBDA040FC4E71">
    <w:name w:val="4EE417DE2506453FBBE2DBDA040FC4E7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4D15E3E4E2407FA385E3102DF6C43E1">
    <w:name w:val="EE4D15E3E4E2407FA385E3102DF6C43E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CF60664CF14D248AD32ADD582D50571">
    <w:name w:val="C3CF60664CF14D248AD32ADD582D5057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1B96D955B34C8DBA877B90FF4E99A91">
    <w:name w:val="401B96D955B34C8DBA877B90FF4E99A9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7A031E1C0F443B9931CC96215773281">
    <w:name w:val="CF7A031E1C0F443B9931CC9621577328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961AADCB8D46FCAB4A77E36ACACFFC1">
    <w:name w:val="C4961AADCB8D46FCAB4A77E36ACACFFC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E8E4C9BE434C1EB3B0C9F82370096E1">
    <w:name w:val="71E8E4C9BE434C1EB3B0C9F82370096E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02C791DE924215BE98C170AE7A2D7D1">
    <w:name w:val="DC02C791DE924215BE98C170AE7A2D7D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5F52474B554F7F9A885E1210F980DA1">
    <w:name w:val="405F52474B554F7F9A885E1210F980DA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2C7D6867884C82BCB213ACA05542471">
    <w:name w:val="202C7D6867884C82BCB213ACA0554247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2CD73AC3B14330BE8F69DA1BBD15DC">
    <w:name w:val="A32CD73AC3B14330BE8F69DA1BBD15DC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043B1A46C5493780712E520821A1B1">
    <w:name w:val="61043B1A46C5493780712E520821A1B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AACCFD472145C7B61D96CF1FBD28D5">
    <w:name w:val="5AAACCFD472145C7B61D96CF1FBD28D5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45140BF2FD451B8AE734D1EA875884">
    <w:name w:val="4C45140BF2FD451B8AE734D1EA875884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BDCEBD4A8647AEB3634FD1133DA312">
    <w:name w:val="36BDCEBD4A8647AEB3634FD1133DA312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DE7377664945DA8A6D057151568376">
    <w:name w:val="D3DE7377664945DA8A6D057151568376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A67A2977146A1A895DD44091D358A">
    <w:name w:val="B94A67A2977146A1A895DD44091D358A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13A51A469447D38C58FCACBA5BDDDD">
    <w:name w:val="2D13A51A469447D38C58FCACBA5BDDDD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D487F6ABF34A1F95F7EC08F2B9456D">
    <w:name w:val="5FD487F6ABF34A1F95F7EC08F2B9456D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BEB37A93B9422E98B38B4AD64C832E">
    <w:name w:val="82BEB37A93B9422E98B38B4AD64C832E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9CBBF1158E48248E2B898494D95420">
    <w:name w:val="D29CBBF1158E48248E2B898494D95420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200897C80146A88793C0E5E50A47E4">
    <w:name w:val="BD200897C80146A88793C0E5E50A47E4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38D85C2E134135993474DEFF7865B2">
    <w:name w:val="2A38D85C2E134135993474DEFF7865B2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21BB75C2554B5B8FA73B239A9EEE13">
    <w:name w:val="D121BB75C2554B5B8FA73B239A9EEE13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D7E321FF72C4F1FB30C9191AE5D5504">
    <w:name w:val="DD7E321FF72C4F1FB30C9191AE5D5504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78E4F000B141F8853A707D024E96A0">
    <w:name w:val="1E78E4F000B141F8853A707D024E96A0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D5AE67FE0E4025BF89818242BE047C">
    <w:name w:val="AAD5AE67FE0E4025BF89818242BE047C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0011B191FF4EBE8D993B76B86F74EE">
    <w:name w:val="C50011B191FF4EBE8D993B76B86F74EE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FE3ABDB7A364FF09D8CFA88DA5B0238">
    <w:name w:val="3FE3ABDB7A364FF09D8CFA88DA5B0238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90B653744546D48B3BF02C09C67DF0">
    <w:name w:val="9A90B653744546D48B3BF02C09C67DF0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7192E5F17B4CBBA5B61A92B6AFC207">
    <w:name w:val="0C7192E5F17B4CBBA5B61A92B6AFC207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D256315937421C96779A844563A48B">
    <w:name w:val="96D256315937421C96779A844563A48B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63FC19CD31E4A619DF2587B4BDB27E8">
    <w:name w:val="E63FC19CD31E4A619DF2587B4BDB27E8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953B479B88491F93F41FBB484F92D0">
    <w:name w:val="EE953B479B88491F93F41FBB484F92D0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A321B1C3594E10B25D910E65D5031E">
    <w:name w:val="C1A321B1C3594E10B25D910E65D5031E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E423CC2B474A98B4182B544D4BA1D5">
    <w:name w:val="7EE423CC2B474A98B4182B544D4BA1D5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440555B1D246C3A6679F0CF64044B2">
    <w:name w:val="82440555B1D246C3A6679F0CF64044B2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B891B42F1B469D866C3232F32F592F">
    <w:name w:val="5BB891B42F1B469D866C3232F32F592F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1727EC037F408A8B495BF7EBC3E8AA">
    <w:name w:val="331727EC037F408A8B495BF7EBC3E8AA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71F1FD66C64DE3BAAABA542423E7FA">
    <w:name w:val="2971F1FD66C64DE3BAAABA542423E7FA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175ED59ABBF4AB0BC38E94E6C7D40AC">
    <w:name w:val="E175ED59ABBF4AB0BC38E94E6C7D40AC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0F293F619B48A58746D74932921BED">
    <w:name w:val="2E0F293F619B48A58746D74932921BED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2AB24ED3ED430EBF7420C3323767A6">
    <w:name w:val="FB2AB24ED3ED430EBF7420C3323767A6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31E9E10C774E19A117C63A6F443F08">
    <w:name w:val="A131E9E10C774E19A117C63A6F443F08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94E7C4D6B6461D994F24960B76C607">
    <w:name w:val="F794E7C4D6B6461D994F24960B76C607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3D57360763476A95EB7DA1C5D4B2A1">
    <w:name w:val="063D57360763476A95EB7DA1C5D4B2A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9D96244D924B478DCFAA46B637C310">
    <w:name w:val="4C9D96244D924B478DCFAA46B637C310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A5067FEE524E1982B43C7C071BA6C4">
    <w:name w:val="ABA5067FEE524E1982B43C7C071BA6C4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E38E75964D4E89A3FDFC938B40E9D2">
    <w:name w:val="D2E38E75964D4E89A3FDFC938B40E9D2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261FE8E4FE40AEBEA0E597602FEF48">
    <w:name w:val="13261FE8E4FE40AEBEA0E597602FEF48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49E63591F2410E987202DC973B1785">
    <w:name w:val="5249E63591F2410E987202DC973B1785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D58F00671D4CC6A0771A26773988B0">
    <w:name w:val="16D58F00671D4CC6A0771A26773988B0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60E9C1DA2641F3838C00DE97FE562F">
    <w:name w:val="F360E9C1DA2641F3838C00DE97FE562F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80B6E2C3D142609B95C8788BE43D05">
    <w:name w:val="9480B6E2C3D142609B95C8788BE43D05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0C458F0BCE4CCD93E820975ACE22F1">
    <w:name w:val="C30C458F0BCE4CCD93E820975ACE22F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798E481B9467EAD9157BB7F1A0326">
    <w:name w:val="43C798E481B9467EAD9157BB7F1A0326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88D92312144902921C17435AACA4D8">
    <w:name w:val="0D88D92312144902921C17435AACA4D8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608C7445E14D48A734BFF38FD2C2D5">
    <w:name w:val="60608C7445E14D48A734BFF38FD2C2D5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D2AFEB4623476F95CED0918E688056">
    <w:name w:val="E5D2AFEB4623476F95CED0918E688056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F870AB316874BAD851805B828A906AB">
    <w:name w:val="9F870AB316874BAD851805B828A906AB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3C6343105D4FDA9DC31EBB17203687">
    <w:name w:val="F13C6343105D4FDA9DC31EBB17203687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3FE8A8BF4A4B08A611837AD4C718831">
    <w:name w:val="EE3FE8A8BF4A4B08A611837AD4C71883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8F6EB5BC224410A279CDA4F72C834D1">
    <w:name w:val="8F8F6EB5BC224410A279CDA4F72C834D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AE48051B3F42FCB5E31545B8FBC5CE1">
    <w:name w:val="29AE48051B3F42FCB5E31545B8FBC5CE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1359AE14AE4531863E99B59C368DA11">
    <w:name w:val="391359AE14AE4531863E99B59C368DA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2D5A4838764B2ABE8981D63B98277F">
    <w:name w:val="1A2D5A4838764B2ABE8981D63B98277F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33A63231074873A7D98BB1B1B6BFD31">
    <w:name w:val="4F33A63231074873A7D98BB1B1B6BFD3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C95CF633D74D81B6C26A8292F4676B1">
    <w:name w:val="F7C95CF633D74D81B6C26A8292F4676B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E6BCC33B8041DB809E953670C9502D1">
    <w:name w:val="65E6BCC33B8041DB809E953670C9502D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77219C479B451384F4C46788B9EA511">
    <w:name w:val="FE77219C479B451384F4C46788B9EA5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15D1FDC199A4403BE9D2AD26CD65DE3">
    <w:name w:val="E15D1FDC199A4403BE9D2AD26CD65DE3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14404B2C7245F08D8164CFDA8897ED1">
    <w:name w:val="FA14404B2C7245F08D8164CFDA8897ED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2C0593C42F4D57922CC34B41895B0F1">
    <w:name w:val="D52C0593C42F4D57922CC34B41895B0F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BF7FEE3A6A441B97435C8710075C521">
    <w:name w:val="D4BF7FEE3A6A441B97435C8710075C52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B0122D10D9400493BBC9F9AB2CF1DF1">
    <w:name w:val="0CB0122D10D9400493BBC9F9AB2CF1DF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AF716BA38B4B069A08EC90AFDD1BE1">
    <w:name w:val="68AF716BA38B4B069A08EC90AFDD1BE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979554D3144B4FAD05ACAFA50A17C31">
    <w:name w:val="DE979554D3144B4FAD05ACAFA50A17C3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1D4FD6A285484FA994EC4E6ADBEB421">
    <w:name w:val="9C1D4FD6A285484FA994EC4E6ADBEB42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964945A02247B2AC13BCCCF4BC568F1">
    <w:name w:val="20964945A02247B2AC13BCCCF4BC568F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0D5F030DC24653A597B90DC40C758F1">
    <w:name w:val="AB0D5F030DC24653A597B90DC40C758F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32C11599DB4779B988A6CE6C10D269">
    <w:name w:val="A232C11599DB4779B988A6CE6C10D269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B3DF42A1154EDF9F6222EC382AFC53">
    <w:name w:val="C5B3DF42A1154EDF9F6222EC382AFC53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B7B38F2458432D9426B35F829AE585">
    <w:name w:val="93B7B38F2458432D9426B35F829AE585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A21F457A074719A474346E38D4FC49">
    <w:name w:val="7BA21F457A074719A474346E38D4FC49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B6F9588A64EDDBB389077DA6023F5">
    <w:name w:val="15FB6F9588A64EDDBB389077DA6023F5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C453BFC1F04427AFA85A7838372E111">
    <w:name w:val="8DC453BFC1F04427AFA85A7838372E1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9B529774BA4E3E82A760D4CCF264311">
    <w:name w:val="F79B529774BA4E3E82A760D4CCF2643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F823C1A5484E01B1301568902ED54B1">
    <w:name w:val="AFF823C1A5484E01B1301568902ED54B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8B4DC3D04F421C99B970B817233EF31">
    <w:name w:val="368B4DC3D04F421C99B970B817233EF3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3E6B3DE3A34087A72B25D3DFDE6F2B1">
    <w:name w:val="A23E6B3DE3A34087A72B25D3DFDE6F2B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C7E57EB92B48839F1CA9A3E7876F761">
    <w:name w:val="B6C7E57EB92B48839F1CA9A3E7876F76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7ED9BDEF3542C7AC9EC132A1E838FF1">
    <w:name w:val="717ED9BDEF3542C7AC9EC132A1E838FF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EE9FA680724A11AAF8FC6D50DEE7211">
    <w:name w:val="14EE9FA680724A11AAF8FC6D50DEE72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68A711C587477FA54F632956F5AF831">
    <w:name w:val="1668A711C587477FA54F632956F5AF83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92A79821D94D9294E3234534E463A11">
    <w:name w:val="B492A79821D94D9294E3234534E463A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AF347DD5E94308A555ACBEE12F6BAA1">
    <w:name w:val="D7AF347DD5E94308A555ACBEE12F6BAA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65A2EE8F2D44DC86342524BDB470C61">
    <w:name w:val="4865A2EE8F2D44DC86342524BDB470C6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00A5A7DE9E40918AC54C915E5E22711">
    <w:name w:val="5900A5A7DE9E40918AC54C915E5E227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3AF043E0BA4B53A0CCE044C58F36061">
    <w:name w:val="023AF043E0BA4B53A0CCE044C58F3606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237D9167174EACA624F1E90AD5E4E91">
    <w:name w:val="78237D9167174EACA624F1E90AD5E4E9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FF4B1345CB4423B07C9B3C235DD5841">
    <w:name w:val="5FFF4B1345CB4423B07C9B3C235DD584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C92CAE5F5E443C81069554EE9C23A01">
    <w:name w:val="59C92CAE5F5E443C81069554EE9C23A0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195D9427644A958A76483EAC5463C71">
    <w:name w:val="A3195D9427644A958A76483EAC5463C7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53186E68F34AFDA7FAC9760E173E911">
    <w:name w:val="6953186E68F34AFDA7FAC9760E173E91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9DDF209A39441F8846F800F0F2A11D1">
    <w:name w:val="159DDF209A39441F8846F800F0F2A11D1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1BBE7398FF4F91AD0C6C9AD17EC607">
    <w:name w:val="181BBE7398FF4F91AD0C6C9AD17EC607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E641F304ED4A6A944FD3033E722A4B">
    <w:name w:val="FAE641F304ED4A6A944FD3033E722A4B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88868BA0DD4407B90B5666B77DA242">
    <w:name w:val="0B88868BA0DD4407B90B5666B77DA242"/>
    <w:rsid w:val="008855A3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01A634-EC05-46BD-BE06-54EC08B301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2026-09-07T11:08:00Z</dcterms:created>
  <dcterms:modified xsi:type="dcterms:W3CDTF">2026-09-10T12:13:00Z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