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03E246AF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446759">
        <w:rPr>
          <w:b/>
          <w:bCs/>
          <w:sz w:val="40"/>
          <w:szCs w:val="40"/>
        </w:rPr>
        <w:t>Immunology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5C2BA46">
                <wp:simplePos x="0" y="0"/>
                <wp:positionH relativeFrom="margin">
                  <wp:align>right</wp:align>
                </wp:positionH>
                <wp:positionV relativeFrom="paragraph">
                  <wp:posOffset>2401018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9B4DA" w14:textId="77777777" w:rsidR="00F066E1" w:rsidRPr="009E1E94" w:rsidRDefault="00F066E1" w:rsidP="00F066E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89.0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">
                <v:textbox style="mso-fit-shape-to-text:t">
                  <w:txbxContent>
                    <w:p w14:paraId="4A29B4DA" w14:textId="77777777" w:rsidR="00F066E1" w:rsidRPr="009E1E94" w:rsidRDefault="00F066E1" w:rsidP="00F066E1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5B9268A2" w:rsidR="00260F73" w:rsidRDefault="00260F73" w:rsidP="00260F73">
      <w:pPr>
        <w:rPr>
          <w:b/>
          <w:bCs/>
        </w:rPr>
      </w:pPr>
      <w:r w:rsidRPr="00260F73">
        <w:rPr>
          <w:b/>
          <w:bCs/>
        </w:rPr>
        <w:t xml:space="preserve">Brief statement (250 words) outlining your motivation for a career in </w:t>
      </w:r>
      <w:r w:rsidR="00446759">
        <w:rPr>
          <w:b/>
          <w:bCs/>
        </w:rPr>
        <w:t>medicine</w:t>
      </w:r>
      <w:r w:rsidRPr="00260F73">
        <w:rPr>
          <w:b/>
          <w:bCs/>
        </w:rPr>
        <w:t>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431F0D7D" w14:textId="77777777" w:rsidR="00F066E1" w:rsidRDefault="00F066E1" w:rsidP="00F066E1"/>
    <w:p w14:paraId="73ED809F" w14:textId="0BC94314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11D740AE" w14:textId="6D2BF1E3" w:rsidR="00446759" w:rsidRDefault="00446759" w:rsidP="00446759">
      <w:pPr>
        <w:pStyle w:val="ListParagraph"/>
        <w:numPr>
          <w:ilvl w:val="0"/>
          <w:numId w:val="14"/>
        </w:numPr>
        <w:rPr>
          <w:b/>
          <w:bCs/>
        </w:rPr>
      </w:pPr>
      <w:r w:rsidRPr="00446759">
        <w:rPr>
          <w:b/>
          <w:bCs/>
        </w:rPr>
        <w:t>What experiences have influenced your decision to pursue this area? (200 words)</w:t>
      </w:r>
    </w:p>
    <w:sdt>
      <w:sdtPr>
        <w:id w:val="-1720120786"/>
        <w:placeholder>
          <w:docPart w:val="E784E538356841158C171F82ADDD532E"/>
        </w:placeholder>
        <w:showingPlcHdr/>
      </w:sdtPr>
      <w:sdtContent>
        <w:p w14:paraId="38F57373" w14:textId="4625A906" w:rsidR="00446759" w:rsidRPr="00446759" w:rsidRDefault="00446759" w:rsidP="00446759">
          <w:r w:rsidRPr="00446759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727FF75" w14:textId="77777777" w:rsidR="00F066E1" w:rsidRDefault="00F066E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5A70DF01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0A20EB36" w14:textId="73367547" w:rsidR="000A5F58" w:rsidRDefault="000A5F58" w:rsidP="000A5F58">
      <w:r>
        <w:t xml:space="preserve">(Reverse </w:t>
      </w:r>
      <w:commentRangeStart w:id="0"/>
      <w:r>
        <w:t>chronological order</w:t>
      </w:r>
      <w:commentRangeEnd w:id="0"/>
      <w:r>
        <w:rPr>
          <w:rStyle w:val="CommentReference"/>
          <w:sz w:val="24"/>
          <w:szCs w:val="22"/>
        </w:rPr>
        <w:commentReference w:id="0"/>
      </w:r>
      <w: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0CA7C62C" w14:textId="77777777" w:rsidR="00F066E1" w:rsidRDefault="00F066E1" w:rsidP="00F066E1"/>
    <w:p w14:paraId="75B4FEB0" w14:textId="147FFA08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4D07FD45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392764EA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0D3F5364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59687B2A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3A7D4BC7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776C7914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45AC293F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3EE0BA46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1659CBCF" w:rsidR="00B16633" w:rsidRPr="00260F73" w:rsidRDefault="00F066E1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3149D20A" w:rsidR="00B16633" w:rsidRPr="00260F73" w:rsidRDefault="00F066E1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7F12FCD7" w:rsidR="00B16633" w:rsidRPr="00260F73" w:rsidRDefault="00F066E1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7E3329AB" w:rsidR="00B16633" w:rsidRPr="00260F73" w:rsidRDefault="00F066E1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53F226D9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7DC79DFC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74C12DFC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591AD098" w:rsidR="002E140B" w:rsidRPr="00260F73" w:rsidRDefault="002E140B" w:rsidP="002E140B"/>
        </w:tc>
      </w:tr>
      <w:tr w:rsidR="00F066E1" w:rsidRPr="00260F73" w14:paraId="02EC32B7" w14:textId="77777777" w:rsidTr="00E70F08">
        <w:tc>
          <w:tcPr>
            <w:tcW w:w="9350" w:type="dxa"/>
            <w:gridSpan w:val="2"/>
          </w:tcPr>
          <w:p w14:paraId="41D42715" w14:textId="6F6BE92B" w:rsidR="00F066E1" w:rsidRPr="00260F73" w:rsidRDefault="00F066E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162358767"/>
                <w:placeholder>
                  <w:docPart w:val="AA869886ABAF424FB7953BF2DF1D31CE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066E1" w:rsidRPr="00260F73" w14:paraId="71AA5D40" w14:textId="77777777" w:rsidTr="002E140B">
        <w:tc>
          <w:tcPr>
            <w:tcW w:w="2547" w:type="dxa"/>
          </w:tcPr>
          <w:p w14:paraId="3A62410A" w14:textId="77777777" w:rsidR="00F066E1" w:rsidRPr="00260F73" w:rsidRDefault="00F066E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099301567"/>
            <w:placeholder>
              <w:docPart w:val="AE374A1CCD91472388352B00158D417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665FD11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5F2B6D34" w14:textId="77777777" w:rsidTr="002E140B">
        <w:tc>
          <w:tcPr>
            <w:tcW w:w="2547" w:type="dxa"/>
          </w:tcPr>
          <w:p w14:paraId="2FC8458E" w14:textId="77777777" w:rsidR="00F066E1" w:rsidRPr="00260F73" w:rsidRDefault="00F066E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663689408"/>
            <w:placeholder>
              <w:docPart w:val="32E47FD49B3B473D895C35EFD17C4C6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121223E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3C229CFC" w14:textId="77777777" w:rsidTr="002E140B">
        <w:tc>
          <w:tcPr>
            <w:tcW w:w="2547" w:type="dxa"/>
          </w:tcPr>
          <w:p w14:paraId="20094513" w14:textId="77777777" w:rsidR="00F066E1" w:rsidRPr="00260F73" w:rsidRDefault="00F066E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19426413"/>
            <w:placeholder>
              <w:docPart w:val="F31D89B3B11049B6B25FF5836F1A62F1"/>
            </w:placeholder>
            <w:showingPlcHdr/>
          </w:sdtPr>
          <w:sdtContent>
            <w:tc>
              <w:tcPr>
                <w:tcW w:w="6803" w:type="dxa"/>
              </w:tcPr>
              <w:p w14:paraId="1EABB3EF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67F0BF4" w14:textId="77777777" w:rsidTr="002E140B">
        <w:tc>
          <w:tcPr>
            <w:tcW w:w="2547" w:type="dxa"/>
          </w:tcPr>
          <w:p w14:paraId="16ED3C20" w14:textId="77777777" w:rsidR="00F066E1" w:rsidRPr="00260F73" w:rsidRDefault="00F066E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635325118"/>
            <w:placeholder>
              <w:docPart w:val="731DF214F1EF49FE80659C689B3ADCD4"/>
            </w:placeholder>
            <w:showingPlcHdr/>
          </w:sdtPr>
          <w:sdtContent>
            <w:tc>
              <w:tcPr>
                <w:tcW w:w="6803" w:type="dxa"/>
              </w:tcPr>
              <w:p w14:paraId="26286387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E863717" w14:textId="77777777" w:rsidTr="002E140B">
        <w:tc>
          <w:tcPr>
            <w:tcW w:w="2547" w:type="dxa"/>
            <w:vAlign w:val="center"/>
          </w:tcPr>
          <w:p w14:paraId="02FA8EA6" w14:textId="77777777" w:rsidR="00F066E1" w:rsidRPr="00260F73" w:rsidRDefault="00F066E1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605030717"/>
            <w:placeholder>
              <w:docPart w:val="5D366CD35AAB47649E996CEAEBB60351"/>
            </w:placeholder>
            <w:showingPlcHdr/>
          </w:sdtPr>
          <w:sdtContent>
            <w:tc>
              <w:tcPr>
                <w:tcW w:w="6803" w:type="dxa"/>
              </w:tcPr>
              <w:p w14:paraId="613F2548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C736545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0DFC4879" w14:textId="77777777" w:rsidR="00F066E1" w:rsidRPr="00260F73" w:rsidRDefault="00F066E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831896684"/>
            <w:placeholder>
              <w:docPart w:val="689329DF26FB4E599B895EB5751A472F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274F8A4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2BDDD9DE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010305" w14:textId="6A5C3BB8" w:rsidR="00F066E1" w:rsidRPr="00260F73" w:rsidRDefault="00F066E1" w:rsidP="002E140B"/>
        </w:tc>
      </w:tr>
      <w:tr w:rsidR="00F066E1" w:rsidRPr="00260F73" w14:paraId="5F42DCFC" w14:textId="77777777" w:rsidTr="00E70F08">
        <w:tc>
          <w:tcPr>
            <w:tcW w:w="9350" w:type="dxa"/>
            <w:gridSpan w:val="2"/>
          </w:tcPr>
          <w:p w14:paraId="613F94F8" w14:textId="10C8D762" w:rsidR="00F066E1" w:rsidRPr="00260F73" w:rsidRDefault="00F066E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799835593"/>
                <w:placeholder>
                  <w:docPart w:val="0662CB9F97754CE9B20ABCC49A5D4E82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066E1" w:rsidRPr="00260F73" w14:paraId="7B6EE43E" w14:textId="77777777" w:rsidTr="002E140B">
        <w:tc>
          <w:tcPr>
            <w:tcW w:w="2547" w:type="dxa"/>
          </w:tcPr>
          <w:p w14:paraId="2324A928" w14:textId="77777777" w:rsidR="00F066E1" w:rsidRPr="00260F73" w:rsidRDefault="00F066E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506749774"/>
            <w:placeholder>
              <w:docPart w:val="65C8F5FE428D487DA8BB7B464E79FA0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07A35CD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28BCA9FD" w14:textId="77777777" w:rsidTr="002E140B">
        <w:tc>
          <w:tcPr>
            <w:tcW w:w="2547" w:type="dxa"/>
          </w:tcPr>
          <w:p w14:paraId="68371881" w14:textId="77777777" w:rsidR="00F066E1" w:rsidRPr="00260F73" w:rsidRDefault="00F066E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267544061"/>
            <w:placeholder>
              <w:docPart w:val="47B830DF94924B2482C12B7DBBE9647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4B401FA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76384DF6" w14:textId="77777777" w:rsidTr="002E140B">
        <w:tc>
          <w:tcPr>
            <w:tcW w:w="2547" w:type="dxa"/>
          </w:tcPr>
          <w:p w14:paraId="68D22467" w14:textId="77777777" w:rsidR="00F066E1" w:rsidRPr="00260F73" w:rsidRDefault="00F066E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482653306"/>
            <w:placeholder>
              <w:docPart w:val="3C3D8F92E24C49BA908881E9316FE63A"/>
            </w:placeholder>
            <w:showingPlcHdr/>
          </w:sdtPr>
          <w:sdtContent>
            <w:tc>
              <w:tcPr>
                <w:tcW w:w="6803" w:type="dxa"/>
              </w:tcPr>
              <w:p w14:paraId="60CB66EC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93345EC" w14:textId="77777777" w:rsidTr="002E140B">
        <w:tc>
          <w:tcPr>
            <w:tcW w:w="2547" w:type="dxa"/>
          </w:tcPr>
          <w:p w14:paraId="6913DB96" w14:textId="77777777" w:rsidR="00F066E1" w:rsidRPr="00260F73" w:rsidRDefault="00F066E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751228699"/>
            <w:placeholder>
              <w:docPart w:val="0680E0D108424F9A9B479935F9B01310"/>
            </w:placeholder>
            <w:showingPlcHdr/>
          </w:sdtPr>
          <w:sdtContent>
            <w:tc>
              <w:tcPr>
                <w:tcW w:w="6803" w:type="dxa"/>
              </w:tcPr>
              <w:p w14:paraId="39DC0832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1F8E03A4" w14:textId="77777777" w:rsidTr="002E140B">
        <w:tc>
          <w:tcPr>
            <w:tcW w:w="2547" w:type="dxa"/>
            <w:vAlign w:val="center"/>
          </w:tcPr>
          <w:p w14:paraId="4F0E4DD1" w14:textId="77777777" w:rsidR="00F066E1" w:rsidRPr="00260F73" w:rsidRDefault="00F066E1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268619653"/>
            <w:placeholder>
              <w:docPart w:val="4148FAD007544EB584F6409C67250573"/>
            </w:placeholder>
            <w:showingPlcHdr/>
          </w:sdtPr>
          <w:sdtContent>
            <w:tc>
              <w:tcPr>
                <w:tcW w:w="6803" w:type="dxa"/>
              </w:tcPr>
              <w:p w14:paraId="72CC3805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C07CE6F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262E6CBE" w14:textId="77777777" w:rsidR="00F066E1" w:rsidRPr="00260F73" w:rsidRDefault="00F066E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705916412"/>
            <w:placeholder>
              <w:docPart w:val="59EC32D1A006489898648B98FA09FC20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5E0E7769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1FEB9E74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7699F" w14:textId="45EC2EB6" w:rsidR="00F066E1" w:rsidRPr="00260F73" w:rsidRDefault="00F066E1" w:rsidP="002E140B"/>
        </w:tc>
      </w:tr>
      <w:tr w:rsidR="00F066E1" w:rsidRPr="00260F73" w14:paraId="7EC84142" w14:textId="77777777" w:rsidTr="00E70F08">
        <w:tc>
          <w:tcPr>
            <w:tcW w:w="9350" w:type="dxa"/>
            <w:gridSpan w:val="2"/>
          </w:tcPr>
          <w:p w14:paraId="111F7495" w14:textId="3F80EA19" w:rsidR="00F066E1" w:rsidRPr="00260F73" w:rsidRDefault="00F066E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471170329"/>
                <w:placeholder>
                  <w:docPart w:val="BDF8E50BF1CC440F808E2991B30E9E35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066E1" w:rsidRPr="00260F73" w14:paraId="5E857466" w14:textId="77777777" w:rsidTr="002E140B">
        <w:tc>
          <w:tcPr>
            <w:tcW w:w="2547" w:type="dxa"/>
          </w:tcPr>
          <w:p w14:paraId="637C7C9B" w14:textId="77777777" w:rsidR="00F066E1" w:rsidRPr="00260F73" w:rsidRDefault="00F066E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599562592"/>
            <w:placeholder>
              <w:docPart w:val="1AFE4D77BD004AA782890B1A2B891E9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9C53B6C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2EA51209" w14:textId="77777777" w:rsidTr="002E140B">
        <w:tc>
          <w:tcPr>
            <w:tcW w:w="2547" w:type="dxa"/>
          </w:tcPr>
          <w:p w14:paraId="40CF68E9" w14:textId="77777777" w:rsidR="00F066E1" w:rsidRPr="00260F73" w:rsidRDefault="00F066E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464623290"/>
            <w:placeholder>
              <w:docPart w:val="9E3FCF74501D4593A28B0097B11CF0F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FF89626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3D97D46C" w14:textId="77777777" w:rsidTr="002E140B">
        <w:tc>
          <w:tcPr>
            <w:tcW w:w="2547" w:type="dxa"/>
          </w:tcPr>
          <w:p w14:paraId="0DB1C235" w14:textId="77777777" w:rsidR="00F066E1" w:rsidRPr="00260F73" w:rsidRDefault="00F066E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346376651"/>
            <w:placeholder>
              <w:docPart w:val="1B7C90431B204091BF34D4AC1D3DBC08"/>
            </w:placeholder>
            <w:showingPlcHdr/>
          </w:sdtPr>
          <w:sdtContent>
            <w:tc>
              <w:tcPr>
                <w:tcW w:w="6803" w:type="dxa"/>
              </w:tcPr>
              <w:p w14:paraId="7774240C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040C774" w14:textId="77777777" w:rsidTr="002E140B">
        <w:tc>
          <w:tcPr>
            <w:tcW w:w="2547" w:type="dxa"/>
          </w:tcPr>
          <w:p w14:paraId="04BD1B04" w14:textId="77777777" w:rsidR="00F066E1" w:rsidRPr="00260F73" w:rsidRDefault="00F066E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864333276"/>
            <w:placeholder>
              <w:docPart w:val="7578560DA9D445ACB9628803C4F9665C"/>
            </w:placeholder>
            <w:showingPlcHdr/>
          </w:sdtPr>
          <w:sdtContent>
            <w:tc>
              <w:tcPr>
                <w:tcW w:w="6803" w:type="dxa"/>
              </w:tcPr>
              <w:p w14:paraId="65C20B85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631A031" w14:textId="77777777" w:rsidTr="002E140B">
        <w:tc>
          <w:tcPr>
            <w:tcW w:w="2547" w:type="dxa"/>
            <w:vAlign w:val="center"/>
          </w:tcPr>
          <w:p w14:paraId="30309AB0" w14:textId="77777777" w:rsidR="00F066E1" w:rsidRPr="00260F73" w:rsidRDefault="00F066E1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753022856"/>
            <w:placeholder>
              <w:docPart w:val="1D08BADE406B4BE29955A794A44B9C44"/>
            </w:placeholder>
            <w:showingPlcHdr/>
          </w:sdtPr>
          <w:sdtContent>
            <w:tc>
              <w:tcPr>
                <w:tcW w:w="6803" w:type="dxa"/>
              </w:tcPr>
              <w:p w14:paraId="53AB1AD8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811FBC4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8DB5BD5" w14:textId="77777777" w:rsidR="00F066E1" w:rsidRPr="00260F73" w:rsidRDefault="00F066E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444674711"/>
            <w:placeholder>
              <w:docPart w:val="A70AF058C40C42668DFC7D2C54FE48EE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325EC0AA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152D5BC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48F61" w14:textId="341FB574" w:rsidR="00F066E1" w:rsidRPr="00260F73" w:rsidRDefault="00F066E1" w:rsidP="002E140B"/>
        </w:tc>
      </w:tr>
      <w:tr w:rsidR="00F066E1" w:rsidRPr="00260F73" w14:paraId="30863C28" w14:textId="77777777" w:rsidTr="00E70F08">
        <w:tc>
          <w:tcPr>
            <w:tcW w:w="9350" w:type="dxa"/>
            <w:gridSpan w:val="2"/>
          </w:tcPr>
          <w:p w14:paraId="2DA1BAC1" w14:textId="2BB4B9E4" w:rsidR="00F066E1" w:rsidRPr="00260F73" w:rsidRDefault="00F066E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816709133"/>
                <w:placeholder>
                  <w:docPart w:val="88B0BCB4D77548989F7D7A64D219E857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066E1" w:rsidRPr="00260F73" w14:paraId="64075823" w14:textId="77777777" w:rsidTr="002E140B">
        <w:tc>
          <w:tcPr>
            <w:tcW w:w="2547" w:type="dxa"/>
          </w:tcPr>
          <w:p w14:paraId="28BE8D4B" w14:textId="77777777" w:rsidR="00F066E1" w:rsidRPr="00260F73" w:rsidRDefault="00F066E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180497362"/>
            <w:placeholder>
              <w:docPart w:val="639C81B507D641DC87FA82194ED1EF1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13F4A04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531965C5" w14:textId="77777777" w:rsidTr="002E140B">
        <w:tc>
          <w:tcPr>
            <w:tcW w:w="2547" w:type="dxa"/>
          </w:tcPr>
          <w:p w14:paraId="08CD2B02" w14:textId="77777777" w:rsidR="00F066E1" w:rsidRPr="00260F73" w:rsidRDefault="00F066E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694385629"/>
            <w:placeholder>
              <w:docPart w:val="F060D239509F4521A56580FA79442C4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1F79B9B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3EE2D271" w14:textId="77777777" w:rsidTr="002E140B">
        <w:tc>
          <w:tcPr>
            <w:tcW w:w="2547" w:type="dxa"/>
          </w:tcPr>
          <w:p w14:paraId="106215F4" w14:textId="77777777" w:rsidR="00F066E1" w:rsidRPr="00260F73" w:rsidRDefault="00F066E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1653676088"/>
            <w:placeholder>
              <w:docPart w:val="79ACDACDFAB0495793743B259BD7708F"/>
            </w:placeholder>
            <w:showingPlcHdr/>
          </w:sdtPr>
          <w:sdtContent>
            <w:tc>
              <w:tcPr>
                <w:tcW w:w="6803" w:type="dxa"/>
              </w:tcPr>
              <w:p w14:paraId="1DF0EDE3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0870DC5E" w14:textId="77777777" w:rsidTr="002E140B">
        <w:tc>
          <w:tcPr>
            <w:tcW w:w="2547" w:type="dxa"/>
          </w:tcPr>
          <w:p w14:paraId="1EAFFCA3" w14:textId="77777777" w:rsidR="00F066E1" w:rsidRPr="00260F73" w:rsidRDefault="00F066E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579478883"/>
            <w:placeholder>
              <w:docPart w:val="6F9AA3E76E964C07919E72767FDFA663"/>
            </w:placeholder>
            <w:showingPlcHdr/>
          </w:sdtPr>
          <w:sdtContent>
            <w:tc>
              <w:tcPr>
                <w:tcW w:w="6803" w:type="dxa"/>
              </w:tcPr>
              <w:p w14:paraId="607BCCE8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50914305" w14:textId="77777777" w:rsidTr="002E140B">
        <w:tc>
          <w:tcPr>
            <w:tcW w:w="2547" w:type="dxa"/>
            <w:vAlign w:val="center"/>
          </w:tcPr>
          <w:p w14:paraId="6CC2ADD4" w14:textId="77777777" w:rsidR="00F066E1" w:rsidRPr="00260F73" w:rsidRDefault="00F066E1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331338202"/>
            <w:placeholder>
              <w:docPart w:val="B5E5B51EFDED4D77870B76E85B2338A5"/>
            </w:placeholder>
            <w:showingPlcHdr/>
          </w:sdtPr>
          <w:sdtContent>
            <w:tc>
              <w:tcPr>
                <w:tcW w:w="6803" w:type="dxa"/>
              </w:tcPr>
              <w:p w14:paraId="03939A40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3ACD0C57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FC4F260" w14:textId="77777777" w:rsidR="00F066E1" w:rsidRPr="00260F73" w:rsidRDefault="00F066E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34817340"/>
            <w:placeholder>
              <w:docPart w:val="F87B790A53064A2EA783C6F3B906476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1934BBA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CAD031A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5F437D" w14:textId="468769C9" w:rsidR="00F066E1" w:rsidRPr="00260F73" w:rsidRDefault="00F066E1" w:rsidP="002E140B"/>
        </w:tc>
      </w:tr>
    </w:tbl>
    <w:p w14:paraId="61A419C9" w14:textId="77777777" w:rsidR="00F066E1" w:rsidRDefault="00F066E1">
      <w:pPr>
        <w:pStyle w:val="Heading1"/>
      </w:pPr>
    </w:p>
    <w:p w14:paraId="539B6EEF" w14:textId="77777777" w:rsidR="00F066E1" w:rsidRDefault="00F066E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6F7E193F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1A15A539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677F9A4C" w:rsidR="00CD745A" w:rsidRPr="00260F73" w:rsidRDefault="00CD745A" w:rsidP="002D7D98"/>
        </w:tc>
      </w:tr>
      <w:tr w:rsidR="003713D2" w:rsidRPr="00260F73" w14:paraId="7FD5D7F1" w14:textId="77777777" w:rsidTr="0019370D">
        <w:tc>
          <w:tcPr>
            <w:tcW w:w="9350" w:type="dxa"/>
            <w:gridSpan w:val="2"/>
          </w:tcPr>
          <w:p w14:paraId="7A8FF5CE" w14:textId="073C9697" w:rsidR="003713D2" w:rsidRPr="00260F73" w:rsidRDefault="003713D2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33701423"/>
                <w:placeholder>
                  <w:docPart w:val="D90A19DFEA52488BB99915162C93968C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713D2" w:rsidRPr="00260F73" w14:paraId="16B7DFA9" w14:textId="77777777" w:rsidTr="00A0792E">
        <w:tc>
          <w:tcPr>
            <w:tcW w:w="2830" w:type="dxa"/>
            <w:vAlign w:val="center"/>
          </w:tcPr>
          <w:p w14:paraId="49CA3F59" w14:textId="77777777" w:rsidR="003713D2" w:rsidRPr="00260F73" w:rsidRDefault="003713D2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325551126"/>
            <w:placeholder>
              <w:docPart w:val="521563FD68FD43D5BA165673FF6D1378"/>
            </w:placeholder>
            <w:showingPlcHdr/>
          </w:sdtPr>
          <w:sdtContent>
            <w:tc>
              <w:tcPr>
                <w:tcW w:w="6520" w:type="dxa"/>
              </w:tcPr>
              <w:p w14:paraId="6EED0A7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9C2E69A" w14:textId="77777777" w:rsidTr="00A0792E">
        <w:tc>
          <w:tcPr>
            <w:tcW w:w="2830" w:type="dxa"/>
            <w:vAlign w:val="center"/>
          </w:tcPr>
          <w:p w14:paraId="270C1B41" w14:textId="77777777" w:rsidR="003713D2" w:rsidRPr="00260F73" w:rsidRDefault="003713D2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7E63AF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1475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835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559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4BFF7EBF" w14:textId="77777777" w:rsidTr="00A0792E">
        <w:tc>
          <w:tcPr>
            <w:tcW w:w="2830" w:type="dxa"/>
            <w:vAlign w:val="center"/>
          </w:tcPr>
          <w:p w14:paraId="15155400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643635738"/>
            <w:placeholder>
              <w:docPart w:val="AE408CFFC6BA4AA5A655C4CB9E8D33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E44445C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0535368D" w14:textId="77777777" w:rsidTr="00A0792E">
        <w:tc>
          <w:tcPr>
            <w:tcW w:w="2830" w:type="dxa"/>
            <w:vAlign w:val="center"/>
          </w:tcPr>
          <w:p w14:paraId="23AE5302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41984824"/>
            <w:placeholder>
              <w:docPart w:val="77C883E787A7487E8AC9A2460D0D61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1B3439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3D0ACDE4" w14:textId="77777777" w:rsidTr="00A0792E">
        <w:tc>
          <w:tcPr>
            <w:tcW w:w="2830" w:type="dxa"/>
            <w:vAlign w:val="center"/>
          </w:tcPr>
          <w:p w14:paraId="657A7D5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7273C56" w14:textId="77777777" w:rsidR="003713D2" w:rsidRPr="00260F73" w:rsidRDefault="003713D2" w:rsidP="00CD745A"/>
        </w:tc>
        <w:sdt>
          <w:sdtPr>
            <w:id w:val="1649172040"/>
            <w:placeholder>
              <w:docPart w:val="EDFABB6305204921AB41714CDBEF1F2C"/>
            </w:placeholder>
            <w:showingPlcHdr/>
          </w:sdtPr>
          <w:sdtContent>
            <w:tc>
              <w:tcPr>
                <w:tcW w:w="6520" w:type="dxa"/>
              </w:tcPr>
              <w:p w14:paraId="27427EE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1D92BE2C" w14:textId="77777777" w:rsidTr="00A0792E">
        <w:tc>
          <w:tcPr>
            <w:tcW w:w="2830" w:type="dxa"/>
            <w:vAlign w:val="center"/>
          </w:tcPr>
          <w:p w14:paraId="62896E3B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D56B56F" w14:textId="77777777" w:rsidR="003713D2" w:rsidRPr="00260F73" w:rsidRDefault="003713D2" w:rsidP="00CD745A"/>
        </w:tc>
        <w:sdt>
          <w:sdtPr>
            <w:id w:val="1017587781"/>
            <w:placeholder>
              <w:docPart w:val="39948876AF22424CB7ED2F5AF92F9C43"/>
            </w:placeholder>
            <w:showingPlcHdr/>
          </w:sdtPr>
          <w:sdtContent>
            <w:tc>
              <w:tcPr>
                <w:tcW w:w="6520" w:type="dxa"/>
              </w:tcPr>
              <w:p w14:paraId="127B41A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47F9E21" w14:textId="77777777" w:rsidTr="00A0792E">
        <w:tc>
          <w:tcPr>
            <w:tcW w:w="2830" w:type="dxa"/>
            <w:vAlign w:val="center"/>
          </w:tcPr>
          <w:p w14:paraId="2196664B" w14:textId="77777777" w:rsidR="003713D2" w:rsidRPr="00260F73" w:rsidRDefault="003713D2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630144458"/>
            <w:placeholder>
              <w:docPart w:val="4EEA29DA30454295831DD7CCFD08932C"/>
            </w:placeholder>
            <w:showingPlcHdr/>
          </w:sdtPr>
          <w:sdtContent>
            <w:tc>
              <w:tcPr>
                <w:tcW w:w="6520" w:type="dxa"/>
              </w:tcPr>
              <w:p w14:paraId="21DF0997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C98AF3D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E21B4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33D2A9E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2995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3171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26E0EB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787B6" w14:textId="0DCA045A" w:rsidR="003713D2" w:rsidRPr="00260F73" w:rsidRDefault="003713D2" w:rsidP="002D7D98"/>
        </w:tc>
      </w:tr>
    </w:tbl>
    <w:p w14:paraId="3020BF76" w14:textId="77777777" w:rsidR="00F066E1" w:rsidRDefault="00F066E1">
      <w:pPr>
        <w:pStyle w:val="Heading1"/>
      </w:pPr>
    </w:p>
    <w:p w14:paraId="7214B3DC" w14:textId="77777777" w:rsidR="00F066E1" w:rsidRDefault="00F066E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735DD72C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62DC2938" w14:textId="77777777" w:rsidR="000A5F58" w:rsidRPr="002D7D98" w:rsidRDefault="000A5F58" w:rsidP="000A5F58">
      <w:r>
        <w:t>Please list your top 4 P</w:t>
      </w:r>
      <w:commentRangeStart w:id="1"/>
      <w:r>
        <w:t>ublications, Oral Presentations, Posters, Ongoing research</w:t>
      </w:r>
      <w:commentRangeEnd w:id="1"/>
      <w:r w:rsidRPr="002D7D98">
        <w:rPr>
          <w:rStyle w:val="CommentReference"/>
          <w:sz w:val="24"/>
          <w:szCs w:val="22"/>
        </w:rPr>
        <w:commentReference w:id="1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54546245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Pr="00260F73" w:rsidRDefault="00CD745A" w:rsidP="00CD745A">
            <w:r w:rsidRPr="00260F73"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7D5EA4EB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027F35FB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2A30D7E1" w14:textId="77777777" w:rsidTr="00CD745A">
        <w:tc>
          <w:tcPr>
            <w:tcW w:w="2723" w:type="dxa"/>
            <w:vAlign w:val="center"/>
          </w:tcPr>
          <w:p w14:paraId="4D4215FE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B529526" w14:textId="77777777" w:rsidR="003713D2" w:rsidRPr="00260F73" w:rsidRDefault="003713D2" w:rsidP="00CD745A">
            <w:r w:rsidRPr="00260F73">
              <w:t xml:space="preserve">Complete  </w:t>
            </w:r>
            <w:sdt>
              <w:sdtPr>
                <w:id w:val="121655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63246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666D19AF" w:rsidR="003713D2" w:rsidRPr="00260F73" w:rsidRDefault="003713D2" w:rsidP="00CD745A"/>
        </w:tc>
      </w:tr>
      <w:tr w:rsidR="00F066E1" w:rsidRPr="00260F73" w14:paraId="11D22455" w14:textId="77777777" w:rsidTr="00695860">
        <w:tc>
          <w:tcPr>
            <w:tcW w:w="9350" w:type="dxa"/>
            <w:gridSpan w:val="2"/>
          </w:tcPr>
          <w:p w14:paraId="38E705B1" w14:textId="0560187B" w:rsidR="00F066E1" w:rsidRPr="00015574" w:rsidRDefault="00F066E1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407734505"/>
                <w:placeholder>
                  <w:docPart w:val="8E8FF8BC698C434E89BBFC103705B590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F066E1" w:rsidRPr="00260F73" w14:paraId="625EBEA1" w14:textId="77777777" w:rsidTr="00CD745A">
        <w:tc>
          <w:tcPr>
            <w:tcW w:w="2723" w:type="dxa"/>
            <w:vAlign w:val="center"/>
          </w:tcPr>
          <w:p w14:paraId="45C879DD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82290941"/>
            <w:placeholder>
              <w:docPart w:val="59F2EB4351454B2C8CE4046359B53193"/>
            </w:placeholder>
            <w:showingPlcHdr/>
          </w:sdtPr>
          <w:sdtContent>
            <w:tc>
              <w:tcPr>
                <w:tcW w:w="6627" w:type="dxa"/>
              </w:tcPr>
              <w:p w14:paraId="36F7FAD6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321EBA5A" w14:textId="77777777" w:rsidTr="00CD745A">
        <w:tc>
          <w:tcPr>
            <w:tcW w:w="2723" w:type="dxa"/>
            <w:vAlign w:val="center"/>
          </w:tcPr>
          <w:p w14:paraId="67C40CFD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23461193"/>
            <w:placeholder>
              <w:docPart w:val="518319FD957C4593840AD7D0C78E876C"/>
            </w:placeholder>
            <w:showingPlcHdr/>
          </w:sdtPr>
          <w:sdtContent>
            <w:tc>
              <w:tcPr>
                <w:tcW w:w="6627" w:type="dxa"/>
              </w:tcPr>
              <w:p w14:paraId="67333254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36A81DF6" w14:textId="77777777" w:rsidTr="00CD745A">
        <w:tc>
          <w:tcPr>
            <w:tcW w:w="2723" w:type="dxa"/>
            <w:vAlign w:val="center"/>
          </w:tcPr>
          <w:p w14:paraId="5FDFCF82" w14:textId="77777777" w:rsidR="00F066E1" w:rsidRPr="00446759" w:rsidRDefault="00F066E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263914494"/>
            <w:placeholder>
              <w:docPart w:val="6D55C65D3CC8440CB3C9A55AD7343C60"/>
            </w:placeholder>
            <w:showingPlcHdr/>
          </w:sdtPr>
          <w:sdtContent>
            <w:tc>
              <w:tcPr>
                <w:tcW w:w="6627" w:type="dxa"/>
              </w:tcPr>
              <w:p w14:paraId="28288CA3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F1D8D15" w14:textId="77777777" w:rsidTr="00CD745A">
        <w:tc>
          <w:tcPr>
            <w:tcW w:w="2723" w:type="dxa"/>
            <w:vAlign w:val="center"/>
          </w:tcPr>
          <w:p w14:paraId="6A922A8D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962574393"/>
            <w:placeholder>
              <w:docPart w:val="4A1F8B837A6543188890A60420A6FE1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0477484E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4B7FA9FB" w14:textId="77777777" w:rsidTr="00CD745A">
        <w:tc>
          <w:tcPr>
            <w:tcW w:w="2723" w:type="dxa"/>
            <w:vAlign w:val="center"/>
          </w:tcPr>
          <w:p w14:paraId="5BBA5A09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171CEB68" w14:textId="77777777" w:rsidR="00F066E1" w:rsidRPr="00260F73" w:rsidRDefault="00F066E1" w:rsidP="00CD745A">
            <w:r w:rsidRPr="00260F73">
              <w:t xml:space="preserve">Complete  </w:t>
            </w:r>
            <w:sdt>
              <w:sdtPr>
                <w:id w:val="-50174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48638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1D60498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BA8DAAC" w14:textId="77777777" w:rsidR="00F066E1" w:rsidRPr="00015574" w:rsidRDefault="00F066E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17D9E62F" w14:textId="77777777" w:rsidR="00F066E1" w:rsidRPr="00260F73" w:rsidRDefault="00F066E1" w:rsidP="00CD745A">
            <w:r w:rsidRPr="00260F73">
              <w:t xml:space="preserve">Yes </w:t>
            </w:r>
            <w:sdt>
              <w:sdtPr>
                <w:id w:val="167722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57417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55275A3E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F29412" w14:textId="77777777" w:rsidR="00F066E1" w:rsidRPr="00260F73" w:rsidRDefault="00F066E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2734F5" w14:textId="3BDF6CDC" w:rsidR="00F066E1" w:rsidRPr="00260F73" w:rsidRDefault="00F066E1" w:rsidP="00CD745A"/>
        </w:tc>
      </w:tr>
      <w:tr w:rsidR="00F066E1" w:rsidRPr="00260F73" w14:paraId="5C374AAE" w14:textId="77777777" w:rsidTr="00695860">
        <w:tc>
          <w:tcPr>
            <w:tcW w:w="9350" w:type="dxa"/>
            <w:gridSpan w:val="2"/>
          </w:tcPr>
          <w:p w14:paraId="4AC3FFC0" w14:textId="548467D5" w:rsidR="00F066E1" w:rsidRPr="00015574" w:rsidRDefault="00F066E1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53962754"/>
                <w:placeholder>
                  <w:docPart w:val="A4DF142684EC468FB1DA54C96F1A4C80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F066E1" w:rsidRPr="00260F73" w14:paraId="29EE5673" w14:textId="77777777" w:rsidTr="00CD745A">
        <w:tc>
          <w:tcPr>
            <w:tcW w:w="2723" w:type="dxa"/>
            <w:vAlign w:val="center"/>
          </w:tcPr>
          <w:p w14:paraId="5038DE8F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05822744"/>
            <w:placeholder>
              <w:docPart w:val="3E7A6C8D88D046D5B07A95475A6528D0"/>
            </w:placeholder>
            <w:showingPlcHdr/>
          </w:sdtPr>
          <w:sdtContent>
            <w:tc>
              <w:tcPr>
                <w:tcW w:w="6627" w:type="dxa"/>
              </w:tcPr>
              <w:p w14:paraId="30BEFCA0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C8749AC" w14:textId="77777777" w:rsidTr="00CD745A">
        <w:tc>
          <w:tcPr>
            <w:tcW w:w="2723" w:type="dxa"/>
            <w:vAlign w:val="center"/>
          </w:tcPr>
          <w:p w14:paraId="377748D4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4021854"/>
            <w:placeholder>
              <w:docPart w:val="D2D35B0C30C94983A9B8CD4110782924"/>
            </w:placeholder>
            <w:showingPlcHdr/>
          </w:sdtPr>
          <w:sdtContent>
            <w:tc>
              <w:tcPr>
                <w:tcW w:w="6627" w:type="dxa"/>
              </w:tcPr>
              <w:p w14:paraId="7631B8B1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00640D84" w14:textId="77777777" w:rsidTr="00CD745A">
        <w:tc>
          <w:tcPr>
            <w:tcW w:w="2723" w:type="dxa"/>
            <w:vAlign w:val="center"/>
          </w:tcPr>
          <w:p w14:paraId="1D223091" w14:textId="77777777" w:rsidR="00F066E1" w:rsidRPr="00446759" w:rsidRDefault="00F066E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951815567"/>
            <w:placeholder>
              <w:docPart w:val="674E75E4015C4DB68E3F331B6311F15D"/>
            </w:placeholder>
            <w:showingPlcHdr/>
          </w:sdtPr>
          <w:sdtContent>
            <w:tc>
              <w:tcPr>
                <w:tcW w:w="6627" w:type="dxa"/>
              </w:tcPr>
              <w:p w14:paraId="43ADDF80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D57908C" w14:textId="77777777" w:rsidTr="00CD745A">
        <w:tc>
          <w:tcPr>
            <w:tcW w:w="2723" w:type="dxa"/>
            <w:vAlign w:val="center"/>
          </w:tcPr>
          <w:p w14:paraId="19673688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308818247"/>
            <w:placeholder>
              <w:docPart w:val="79198DD2E5CC45868D4AEC1106FBB8E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27A3AE04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1C564594" w14:textId="77777777" w:rsidTr="00CD745A">
        <w:tc>
          <w:tcPr>
            <w:tcW w:w="2723" w:type="dxa"/>
            <w:vAlign w:val="center"/>
          </w:tcPr>
          <w:p w14:paraId="335126A6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B447556" w14:textId="77777777" w:rsidR="00F066E1" w:rsidRPr="00260F73" w:rsidRDefault="00F066E1" w:rsidP="00CD745A">
            <w:r w:rsidRPr="00260F73">
              <w:t xml:space="preserve">Complete  </w:t>
            </w:r>
            <w:sdt>
              <w:sdtPr>
                <w:id w:val="1172297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179769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357B2E4A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34B7F05F" w14:textId="77777777" w:rsidR="00F066E1" w:rsidRPr="00015574" w:rsidRDefault="00F066E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F8D296F" w14:textId="77777777" w:rsidR="00F066E1" w:rsidRPr="00260F73" w:rsidRDefault="00F066E1" w:rsidP="00CD745A">
            <w:r w:rsidRPr="00260F73">
              <w:t xml:space="preserve">Yes </w:t>
            </w:r>
            <w:sdt>
              <w:sdtPr>
                <w:id w:val="-195856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204559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13B437B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AB91BE" w14:textId="77777777" w:rsidR="00F066E1" w:rsidRPr="00260F73" w:rsidRDefault="00F066E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2FD17" w14:textId="6AE0FCF0" w:rsidR="00F066E1" w:rsidRPr="00260F73" w:rsidRDefault="00F066E1" w:rsidP="00CD745A"/>
        </w:tc>
      </w:tr>
    </w:tbl>
    <w:p w14:paraId="1FFD6119" w14:textId="77777777" w:rsidR="00F066E1" w:rsidRDefault="00F066E1">
      <w:pPr>
        <w:pStyle w:val="Heading1"/>
      </w:pPr>
    </w:p>
    <w:p w14:paraId="7244A833" w14:textId="77777777" w:rsidR="00F066E1" w:rsidRDefault="00F066E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5682C822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602144D2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63645DE6" w14:textId="77777777" w:rsidTr="00A0792E">
        <w:tc>
          <w:tcPr>
            <w:tcW w:w="2689" w:type="dxa"/>
          </w:tcPr>
          <w:p w14:paraId="217F5DEE" w14:textId="4811679C" w:rsidR="00015574" w:rsidRPr="00260F73" w:rsidRDefault="00015574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523505239"/>
            <w:placeholder>
              <w:docPart w:val="0D0E7F21F7C74B9EB2B3FE75BF17E85D"/>
            </w:placeholder>
            <w:showingPlcHdr/>
          </w:sdtPr>
          <w:sdtContent>
            <w:tc>
              <w:tcPr>
                <w:tcW w:w="6661" w:type="dxa"/>
              </w:tcPr>
              <w:p w14:paraId="2E433566" w14:textId="7A15B923" w:rsidR="00015574" w:rsidRPr="00260F73" w:rsidRDefault="00015574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3C028560" w:rsidR="00E9708F" w:rsidRPr="00260F73" w:rsidRDefault="00E9708F"/>
        </w:tc>
      </w:tr>
      <w:tr w:rsidR="003713D2" w:rsidRPr="00260F73" w14:paraId="60A6C45B" w14:textId="77777777" w:rsidTr="00A0792E">
        <w:tc>
          <w:tcPr>
            <w:tcW w:w="2689" w:type="dxa"/>
          </w:tcPr>
          <w:p w14:paraId="6E46C46E" w14:textId="4D9511C5" w:rsidR="003713D2" w:rsidRPr="00260F73" w:rsidRDefault="003713D2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9F98BD6A7E484DF08110B1C4E624D3D0"/>
            </w:placeholder>
            <w:showingPlcHdr/>
          </w:sdtPr>
          <w:sdtContent>
            <w:tc>
              <w:tcPr>
                <w:tcW w:w="6661" w:type="dxa"/>
              </w:tcPr>
              <w:p w14:paraId="2BEA901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0734555" w14:textId="77777777" w:rsidTr="00A0792E">
        <w:tc>
          <w:tcPr>
            <w:tcW w:w="2689" w:type="dxa"/>
          </w:tcPr>
          <w:p w14:paraId="78C7B684" w14:textId="77777777" w:rsidR="003713D2" w:rsidRPr="00260F73" w:rsidRDefault="003713D2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233C5AFA5E7E4902A9BB228B214E5792"/>
            </w:placeholder>
            <w:showingPlcHdr/>
          </w:sdtPr>
          <w:sdtContent>
            <w:tc>
              <w:tcPr>
                <w:tcW w:w="6661" w:type="dxa"/>
              </w:tcPr>
              <w:p w14:paraId="20B1CF8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2FB98C1F" w14:textId="77777777" w:rsidTr="00A0792E">
        <w:tc>
          <w:tcPr>
            <w:tcW w:w="2689" w:type="dxa"/>
          </w:tcPr>
          <w:p w14:paraId="4137BF2C" w14:textId="77777777" w:rsidR="003713D2" w:rsidRPr="00260F73" w:rsidRDefault="003713D2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1B8839E78C2545FD826212E931A37F3B"/>
            </w:placeholder>
            <w:showingPlcHdr/>
          </w:sdtPr>
          <w:sdtContent>
            <w:tc>
              <w:tcPr>
                <w:tcW w:w="6661" w:type="dxa"/>
              </w:tcPr>
              <w:p w14:paraId="12ADC70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17ED9A3" w14:textId="77777777" w:rsidTr="00A0792E">
        <w:tc>
          <w:tcPr>
            <w:tcW w:w="2689" w:type="dxa"/>
          </w:tcPr>
          <w:p w14:paraId="7C4151A8" w14:textId="77777777" w:rsidR="003713D2" w:rsidRPr="00260F73" w:rsidRDefault="003713D2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0E69669" w14:textId="77777777" w:rsidR="003713D2" w:rsidRPr="00260F73" w:rsidRDefault="003713D2"/>
        </w:tc>
        <w:sdt>
          <w:sdtPr>
            <w:id w:val="428003593"/>
            <w:placeholder>
              <w:docPart w:val="69B61E07360347BCBC59BA9F385F7236"/>
            </w:placeholder>
            <w:showingPlcHdr/>
          </w:sdtPr>
          <w:sdtContent>
            <w:tc>
              <w:tcPr>
                <w:tcW w:w="6661" w:type="dxa"/>
              </w:tcPr>
              <w:p w14:paraId="59252810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3D1D623" w14:textId="77777777" w:rsidTr="00A0792E">
        <w:tc>
          <w:tcPr>
            <w:tcW w:w="2689" w:type="dxa"/>
          </w:tcPr>
          <w:p w14:paraId="7A70044C" w14:textId="77777777" w:rsidR="003713D2" w:rsidRPr="00260F73" w:rsidRDefault="003713D2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61DFC2" w14:textId="77777777" w:rsidR="003713D2" w:rsidRPr="00260F73" w:rsidRDefault="003713D2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03D7EC0F" w14:textId="77777777" w:rsidTr="00A0792E">
        <w:tc>
          <w:tcPr>
            <w:tcW w:w="2689" w:type="dxa"/>
          </w:tcPr>
          <w:p w14:paraId="0410F38E" w14:textId="77777777" w:rsidR="003713D2" w:rsidRPr="00260F73" w:rsidRDefault="003713D2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83716422"/>
            <w:placeholder>
              <w:docPart w:val="1B3653A43C104BD19568C0A6A4225B7F"/>
            </w:placeholder>
            <w:showingPlcHdr/>
          </w:sdtPr>
          <w:sdtContent>
            <w:tc>
              <w:tcPr>
                <w:tcW w:w="6661" w:type="dxa"/>
              </w:tcPr>
              <w:p w14:paraId="195C4536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539E0342" w14:textId="77777777" w:rsidTr="00A0792E">
        <w:tc>
          <w:tcPr>
            <w:tcW w:w="2689" w:type="dxa"/>
          </w:tcPr>
          <w:p w14:paraId="0D879AD9" w14:textId="77777777" w:rsidR="003713D2" w:rsidRPr="00260F73" w:rsidRDefault="003713D2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529011247"/>
            <w:placeholder>
              <w:docPart w:val="EEADD47DEE724B839CD6026B1BF75AA9"/>
            </w:placeholder>
            <w:showingPlcHdr/>
          </w:sdtPr>
          <w:sdtContent>
            <w:tc>
              <w:tcPr>
                <w:tcW w:w="6661" w:type="dxa"/>
              </w:tcPr>
              <w:p w14:paraId="264C2E6E" w14:textId="77777777" w:rsidR="003713D2" w:rsidRPr="00260F73" w:rsidRDefault="003713D2" w:rsidP="00016A95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713D2" w:rsidRPr="00260F73" w14:paraId="4F76E79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FEFD7E3" w14:textId="77777777" w:rsidR="003713D2" w:rsidRPr="00260F73" w:rsidRDefault="003713D2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3A024B" w14:textId="77777777" w:rsidR="003713D2" w:rsidRPr="00260F73" w:rsidRDefault="003713D2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1A6A0C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63DE" w14:textId="2A9FBFFD" w:rsidR="003713D2" w:rsidRPr="00260F73" w:rsidRDefault="003713D2"/>
        </w:tc>
      </w:tr>
      <w:tr w:rsidR="00F066E1" w:rsidRPr="00260F73" w14:paraId="5919B04B" w14:textId="77777777" w:rsidTr="00A0792E">
        <w:tc>
          <w:tcPr>
            <w:tcW w:w="2689" w:type="dxa"/>
          </w:tcPr>
          <w:p w14:paraId="2430FDBA" w14:textId="78E7D55A" w:rsidR="00F066E1" w:rsidRPr="00260F73" w:rsidRDefault="00F066E1">
            <w:r w:rsidRPr="00260F73">
              <w:rPr>
                <w:b/>
                <w:bCs/>
              </w:rPr>
              <w:t>Role</w:t>
            </w:r>
          </w:p>
        </w:tc>
        <w:sdt>
          <w:sdtPr>
            <w:id w:val="438731411"/>
            <w:placeholder>
              <w:docPart w:val="FFCB88D5C7A04C6AA4E94EA2B1005C46"/>
            </w:placeholder>
            <w:showingPlcHdr/>
          </w:sdtPr>
          <w:sdtContent>
            <w:tc>
              <w:tcPr>
                <w:tcW w:w="6661" w:type="dxa"/>
              </w:tcPr>
              <w:p w14:paraId="06828AF6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3F4BD2ED" w14:textId="77777777" w:rsidTr="00A0792E">
        <w:tc>
          <w:tcPr>
            <w:tcW w:w="2689" w:type="dxa"/>
          </w:tcPr>
          <w:p w14:paraId="498D1E8A" w14:textId="77777777" w:rsidR="00F066E1" w:rsidRPr="00260F73" w:rsidRDefault="00F066E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844155105"/>
            <w:placeholder>
              <w:docPart w:val="813C5B556E804F328CE98F3377B4A428"/>
            </w:placeholder>
            <w:showingPlcHdr/>
          </w:sdtPr>
          <w:sdtContent>
            <w:tc>
              <w:tcPr>
                <w:tcW w:w="6661" w:type="dxa"/>
              </w:tcPr>
              <w:p w14:paraId="45D9602F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21B7A16" w14:textId="77777777" w:rsidTr="00A0792E">
        <w:tc>
          <w:tcPr>
            <w:tcW w:w="2689" w:type="dxa"/>
          </w:tcPr>
          <w:p w14:paraId="5AE79E7F" w14:textId="77777777" w:rsidR="00F066E1" w:rsidRPr="00260F73" w:rsidRDefault="00F066E1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717808932"/>
            <w:placeholder>
              <w:docPart w:val="8958F4DE94604A7C84587667D5E3A82D"/>
            </w:placeholder>
            <w:showingPlcHdr/>
          </w:sdtPr>
          <w:sdtContent>
            <w:tc>
              <w:tcPr>
                <w:tcW w:w="6661" w:type="dxa"/>
              </w:tcPr>
              <w:p w14:paraId="02B84429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5D16418B" w14:textId="77777777" w:rsidTr="00A0792E">
        <w:tc>
          <w:tcPr>
            <w:tcW w:w="2689" w:type="dxa"/>
          </w:tcPr>
          <w:p w14:paraId="232789BE" w14:textId="77777777" w:rsidR="00F066E1" w:rsidRPr="00260F73" w:rsidRDefault="00F066E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3EDC1038" w14:textId="77777777" w:rsidR="00F066E1" w:rsidRPr="00260F73" w:rsidRDefault="00F066E1"/>
        </w:tc>
        <w:sdt>
          <w:sdtPr>
            <w:id w:val="1325001345"/>
            <w:placeholder>
              <w:docPart w:val="7136CC3AAAA240558A1F70E921681333"/>
            </w:placeholder>
            <w:showingPlcHdr/>
          </w:sdtPr>
          <w:sdtContent>
            <w:tc>
              <w:tcPr>
                <w:tcW w:w="6661" w:type="dxa"/>
              </w:tcPr>
              <w:p w14:paraId="1B671827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2D1BB026" w14:textId="77777777" w:rsidTr="00A0792E">
        <w:tc>
          <w:tcPr>
            <w:tcW w:w="2689" w:type="dxa"/>
          </w:tcPr>
          <w:p w14:paraId="39DD663C" w14:textId="77777777" w:rsidR="00F066E1" w:rsidRPr="00260F73" w:rsidRDefault="00F066E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DA7E57C" w14:textId="77777777" w:rsidR="00F066E1" w:rsidRPr="00260F73" w:rsidRDefault="00F066E1">
            <w:r w:rsidRPr="00260F73">
              <w:t xml:space="preserve">Complete  </w:t>
            </w:r>
            <w:sdt>
              <w:sdtPr>
                <w:id w:val="-1122608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75806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0469AF0A" w14:textId="77777777" w:rsidTr="00A0792E">
        <w:tc>
          <w:tcPr>
            <w:tcW w:w="2689" w:type="dxa"/>
          </w:tcPr>
          <w:p w14:paraId="1A415D13" w14:textId="77777777" w:rsidR="00F066E1" w:rsidRPr="00260F73" w:rsidRDefault="00F066E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78264212"/>
            <w:placeholder>
              <w:docPart w:val="09192308477F4D11853CC48C5E958ECA"/>
            </w:placeholder>
            <w:showingPlcHdr/>
          </w:sdtPr>
          <w:sdtContent>
            <w:tc>
              <w:tcPr>
                <w:tcW w:w="6661" w:type="dxa"/>
              </w:tcPr>
              <w:p w14:paraId="589C6F61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EF3F6EE" w14:textId="77777777" w:rsidTr="00A0792E">
        <w:tc>
          <w:tcPr>
            <w:tcW w:w="2689" w:type="dxa"/>
          </w:tcPr>
          <w:p w14:paraId="656CBB18" w14:textId="77777777" w:rsidR="00F066E1" w:rsidRPr="00260F73" w:rsidRDefault="00F066E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2072077480"/>
            <w:placeholder>
              <w:docPart w:val="EE356AE9B93B46D5876B2F93D200CE7F"/>
            </w:placeholder>
            <w:showingPlcHdr/>
          </w:sdtPr>
          <w:sdtContent>
            <w:tc>
              <w:tcPr>
                <w:tcW w:w="6661" w:type="dxa"/>
              </w:tcPr>
              <w:p w14:paraId="175264DC" w14:textId="77777777" w:rsidR="00F066E1" w:rsidRPr="00260F73" w:rsidRDefault="00F066E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066E1" w:rsidRPr="00260F73" w14:paraId="54DB81AE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0054EC58" w14:textId="77777777" w:rsidR="00F066E1" w:rsidRPr="00260F73" w:rsidRDefault="00F066E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4FBA450" w14:textId="77777777" w:rsidR="00F066E1" w:rsidRPr="00260F73" w:rsidRDefault="00F066E1">
            <w:r w:rsidRPr="00260F73">
              <w:t xml:space="preserve">Yes </w:t>
            </w:r>
            <w:sdt>
              <w:sdtPr>
                <w:id w:val="-92456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08797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2F26AD2D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AD8AA" w14:textId="60214F30" w:rsidR="00F066E1" w:rsidRPr="00260F73" w:rsidRDefault="00F066E1"/>
        </w:tc>
      </w:tr>
      <w:tr w:rsidR="00F066E1" w:rsidRPr="00260F73" w14:paraId="2A2B926C" w14:textId="77777777" w:rsidTr="00A0792E">
        <w:tc>
          <w:tcPr>
            <w:tcW w:w="2689" w:type="dxa"/>
          </w:tcPr>
          <w:p w14:paraId="54F70822" w14:textId="4DB31B7C" w:rsidR="00F066E1" w:rsidRPr="00260F73" w:rsidRDefault="00F066E1">
            <w:r w:rsidRPr="00260F73">
              <w:rPr>
                <w:b/>
                <w:bCs/>
              </w:rPr>
              <w:t>Role</w:t>
            </w:r>
          </w:p>
        </w:tc>
        <w:sdt>
          <w:sdtPr>
            <w:id w:val="-890263539"/>
            <w:placeholder>
              <w:docPart w:val="7EFDD844CC0D4CC5B292B2891E90D165"/>
            </w:placeholder>
            <w:showingPlcHdr/>
          </w:sdtPr>
          <w:sdtContent>
            <w:tc>
              <w:tcPr>
                <w:tcW w:w="6661" w:type="dxa"/>
              </w:tcPr>
              <w:p w14:paraId="23FFDF70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3B9A0B88" w14:textId="77777777" w:rsidTr="00A0792E">
        <w:tc>
          <w:tcPr>
            <w:tcW w:w="2689" w:type="dxa"/>
          </w:tcPr>
          <w:p w14:paraId="649CFEB1" w14:textId="77777777" w:rsidR="00F066E1" w:rsidRPr="00260F73" w:rsidRDefault="00F066E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540167866"/>
            <w:placeholder>
              <w:docPart w:val="AC604F7B5CE6476BB79D048B0CCB55A3"/>
            </w:placeholder>
            <w:showingPlcHdr/>
          </w:sdtPr>
          <w:sdtContent>
            <w:tc>
              <w:tcPr>
                <w:tcW w:w="6661" w:type="dxa"/>
              </w:tcPr>
              <w:p w14:paraId="75E3B4BF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2851E4EF" w14:textId="77777777" w:rsidTr="00A0792E">
        <w:tc>
          <w:tcPr>
            <w:tcW w:w="2689" w:type="dxa"/>
          </w:tcPr>
          <w:p w14:paraId="1FB93BE5" w14:textId="77777777" w:rsidR="00F066E1" w:rsidRPr="00260F73" w:rsidRDefault="00F066E1">
            <w:r w:rsidRPr="00260F73">
              <w:rPr>
                <w:b/>
                <w:bCs/>
              </w:rPr>
              <w:lastRenderedPageBreak/>
              <w:t>Teaching Delivered</w:t>
            </w:r>
          </w:p>
        </w:tc>
        <w:sdt>
          <w:sdtPr>
            <w:id w:val="-616762939"/>
            <w:placeholder>
              <w:docPart w:val="CEB96DB4190D479790D21C08C6D96207"/>
            </w:placeholder>
            <w:showingPlcHdr/>
          </w:sdtPr>
          <w:sdtContent>
            <w:tc>
              <w:tcPr>
                <w:tcW w:w="6661" w:type="dxa"/>
              </w:tcPr>
              <w:p w14:paraId="203B91B7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EC06BCC" w14:textId="77777777" w:rsidTr="00A0792E">
        <w:tc>
          <w:tcPr>
            <w:tcW w:w="2689" w:type="dxa"/>
          </w:tcPr>
          <w:p w14:paraId="68C87B4A" w14:textId="77777777" w:rsidR="00F066E1" w:rsidRPr="00260F73" w:rsidRDefault="00F066E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6E2EB73F" w14:textId="77777777" w:rsidR="00F066E1" w:rsidRPr="00260F73" w:rsidRDefault="00F066E1"/>
        </w:tc>
        <w:sdt>
          <w:sdtPr>
            <w:id w:val="-1974592066"/>
            <w:placeholder>
              <w:docPart w:val="FD3EEEC419FB4A73A8B2E5B8B17554F6"/>
            </w:placeholder>
            <w:showingPlcHdr/>
          </w:sdtPr>
          <w:sdtContent>
            <w:tc>
              <w:tcPr>
                <w:tcW w:w="6661" w:type="dxa"/>
              </w:tcPr>
              <w:p w14:paraId="1138E546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1FDBFE5" w14:textId="77777777" w:rsidTr="00A0792E">
        <w:tc>
          <w:tcPr>
            <w:tcW w:w="2689" w:type="dxa"/>
          </w:tcPr>
          <w:p w14:paraId="46F441E2" w14:textId="77777777" w:rsidR="00F066E1" w:rsidRPr="00260F73" w:rsidRDefault="00F066E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3904D9A" w14:textId="77777777" w:rsidR="00F066E1" w:rsidRPr="00260F73" w:rsidRDefault="00F066E1">
            <w:r w:rsidRPr="00260F73">
              <w:t xml:space="preserve">Complete  </w:t>
            </w:r>
            <w:sdt>
              <w:sdtPr>
                <w:id w:val="150054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7998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60670C29" w14:textId="77777777" w:rsidTr="00A0792E">
        <w:tc>
          <w:tcPr>
            <w:tcW w:w="2689" w:type="dxa"/>
          </w:tcPr>
          <w:p w14:paraId="2EB7A1D0" w14:textId="77777777" w:rsidR="00F066E1" w:rsidRPr="00260F73" w:rsidRDefault="00F066E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473992913"/>
            <w:placeholder>
              <w:docPart w:val="4DA9D3CF6711453F9D530006F1283C90"/>
            </w:placeholder>
            <w:showingPlcHdr/>
          </w:sdtPr>
          <w:sdtContent>
            <w:tc>
              <w:tcPr>
                <w:tcW w:w="6661" w:type="dxa"/>
              </w:tcPr>
              <w:p w14:paraId="55C77883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2B1E2915" w14:textId="77777777" w:rsidTr="00A0792E">
        <w:tc>
          <w:tcPr>
            <w:tcW w:w="2689" w:type="dxa"/>
          </w:tcPr>
          <w:p w14:paraId="6C4A612D" w14:textId="77777777" w:rsidR="00F066E1" w:rsidRPr="00260F73" w:rsidRDefault="00F066E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2113669347"/>
            <w:placeholder>
              <w:docPart w:val="65CD766933724F4E9E0C2CB8FEF3572F"/>
            </w:placeholder>
            <w:showingPlcHdr/>
          </w:sdtPr>
          <w:sdtContent>
            <w:tc>
              <w:tcPr>
                <w:tcW w:w="6661" w:type="dxa"/>
              </w:tcPr>
              <w:p w14:paraId="7C7EE4D8" w14:textId="77777777" w:rsidR="00F066E1" w:rsidRPr="00260F73" w:rsidRDefault="00F066E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066E1" w:rsidRPr="00260F73" w14:paraId="613CE8E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3F1AD2C9" w14:textId="77777777" w:rsidR="00F066E1" w:rsidRPr="00260F73" w:rsidRDefault="00F066E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3153FCA" w14:textId="77777777" w:rsidR="00F066E1" w:rsidRPr="00260F73" w:rsidRDefault="00F066E1">
            <w:r w:rsidRPr="00260F73">
              <w:t xml:space="preserve">Yes </w:t>
            </w:r>
            <w:sdt>
              <w:sdtPr>
                <w:id w:val="211809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17862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65EEA896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BF8217" w14:textId="71290509" w:rsidR="00F066E1" w:rsidRPr="00260F73" w:rsidRDefault="00F066E1"/>
        </w:tc>
      </w:tr>
      <w:tr w:rsidR="00F066E1" w:rsidRPr="00260F73" w14:paraId="6D1D5F72" w14:textId="77777777" w:rsidTr="00A0792E">
        <w:tc>
          <w:tcPr>
            <w:tcW w:w="2689" w:type="dxa"/>
          </w:tcPr>
          <w:p w14:paraId="21EA6824" w14:textId="655BA9B2" w:rsidR="00F066E1" w:rsidRPr="00260F73" w:rsidRDefault="00F066E1">
            <w:r w:rsidRPr="00260F73">
              <w:rPr>
                <w:b/>
                <w:bCs/>
              </w:rPr>
              <w:t>Role</w:t>
            </w:r>
          </w:p>
        </w:tc>
        <w:sdt>
          <w:sdtPr>
            <w:id w:val="-588382102"/>
            <w:placeholder>
              <w:docPart w:val="8EEC1EA62F6A4C669142695C1483D452"/>
            </w:placeholder>
            <w:showingPlcHdr/>
          </w:sdtPr>
          <w:sdtContent>
            <w:tc>
              <w:tcPr>
                <w:tcW w:w="6661" w:type="dxa"/>
              </w:tcPr>
              <w:p w14:paraId="38AA020C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7F5D291" w14:textId="77777777" w:rsidTr="00A0792E">
        <w:tc>
          <w:tcPr>
            <w:tcW w:w="2689" w:type="dxa"/>
          </w:tcPr>
          <w:p w14:paraId="1AE3977F" w14:textId="77777777" w:rsidR="00F066E1" w:rsidRPr="00260F73" w:rsidRDefault="00F066E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751694452"/>
            <w:placeholder>
              <w:docPart w:val="B0EC60183EEC48829EBA9B3A50725B98"/>
            </w:placeholder>
            <w:showingPlcHdr/>
          </w:sdtPr>
          <w:sdtContent>
            <w:tc>
              <w:tcPr>
                <w:tcW w:w="6661" w:type="dxa"/>
              </w:tcPr>
              <w:p w14:paraId="28379903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018D3B8E" w14:textId="77777777" w:rsidTr="00A0792E">
        <w:tc>
          <w:tcPr>
            <w:tcW w:w="2689" w:type="dxa"/>
          </w:tcPr>
          <w:p w14:paraId="2C9BF3A5" w14:textId="77777777" w:rsidR="00F066E1" w:rsidRPr="00260F73" w:rsidRDefault="00F066E1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336687720"/>
            <w:placeholder>
              <w:docPart w:val="EECB42420AD740A5A137A9B3773B918A"/>
            </w:placeholder>
            <w:showingPlcHdr/>
          </w:sdtPr>
          <w:sdtContent>
            <w:tc>
              <w:tcPr>
                <w:tcW w:w="6661" w:type="dxa"/>
              </w:tcPr>
              <w:p w14:paraId="75DEDB3A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55662DBF" w14:textId="77777777" w:rsidTr="00A0792E">
        <w:tc>
          <w:tcPr>
            <w:tcW w:w="2689" w:type="dxa"/>
          </w:tcPr>
          <w:p w14:paraId="22327740" w14:textId="77777777" w:rsidR="00F066E1" w:rsidRPr="00260F73" w:rsidRDefault="00F066E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0515A2BA" w14:textId="77777777" w:rsidR="00F066E1" w:rsidRPr="00260F73" w:rsidRDefault="00F066E1"/>
        </w:tc>
        <w:sdt>
          <w:sdtPr>
            <w:id w:val="349456033"/>
            <w:placeholder>
              <w:docPart w:val="94AF3C750CE14908BC1050CCA8227D94"/>
            </w:placeholder>
            <w:showingPlcHdr/>
          </w:sdtPr>
          <w:sdtContent>
            <w:tc>
              <w:tcPr>
                <w:tcW w:w="6661" w:type="dxa"/>
              </w:tcPr>
              <w:p w14:paraId="2A107BB2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AF31211" w14:textId="77777777" w:rsidTr="00A0792E">
        <w:tc>
          <w:tcPr>
            <w:tcW w:w="2689" w:type="dxa"/>
          </w:tcPr>
          <w:p w14:paraId="4BF5E4EC" w14:textId="77777777" w:rsidR="00F066E1" w:rsidRPr="00260F73" w:rsidRDefault="00F066E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35BFC84" w14:textId="77777777" w:rsidR="00F066E1" w:rsidRPr="00260F73" w:rsidRDefault="00F066E1">
            <w:r w:rsidRPr="00260F73">
              <w:t xml:space="preserve">Complete  </w:t>
            </w:r>
            <w:sdt>
              <w:sdtPr>
                <w:id w:val="-64211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8073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66B8CD8A" w14:textId="77777777" w:rsidTr="00A0792E">
        <w:tc>
          <w:tcPr>
            <w:tcW w:w="2689" w:type="dxa"/>
          </w:tcPr>
          <w:p w14:paraId="0A090646" w14:textId="77777777" w:rsidR="00F066E1" w:rsidRPr="00260F73" w:rsidRDefault="00F066E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2136833769"/>
            <w:placeholder>
              <w:docPart w:val="EF095F75081C4663AF611FB1763BB532"/>
            </w:placeholder>
            <w:showingPlcHdr/>
          </w:sdtPr>
          <w:sdtContent>
            <w:tc>
              <w:tcPr>
                <w:tcW w:w="6661" w:type="dxa"/>
              </w:tcPr>
              <w:p w14:paraId="174254B8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5D40B7EB" w14:textId="77777777" w:rsidTr="00A0792E">
        <w:tc>
          <w:tcPr>
            <w:tcW w:w="2689" w:type="dxa"/>
          </w:tcPr>
          <w:p w14:paraId="5AB217E6" w14:textId="77777777" w:rsidR="00F066E1" w:rsidRPr="00260F73" w:rsidRDefault="00F066E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478353527"/>
            <w:placeholder>
              <w:docPart w:val="B9EF1E2F40E54D19807525B380E0181E"/>
            </w:placeholder>
            <w:showingPlcHdr/>
          </w:sdtPr>
          <w:sdtContent>
            <w:tc>
              <w:tcPr>
                <w:tcW w:w="6661" w:type="dxa"/>
              </w:tcPr>
              <w:p w14:paraId="7D4BBA8D" w14:textId="77777777" w:rsidR="00F066E1" w:rsidRPr="00260F73" w:rsidRDefault="00F066E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066E1" w:rsidRPr="00260F73" w14:paraId="679E1AC9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6DCA696" w14:textId="77777777" w:rsidR="00F066E1" w:rsidRPr="00260F73" w:rsidRDefault="00F066E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9EF97C5" w14:textId="77777777" w:rsidR="00F066E1" w:rsidRPr="00260F73" w:rsidRDefault="00F066E1">
            <w:r w:rsidRPr="00260F73">
              <w:t xml:space="preserve">Yes </w:t>
            </w:r>
            <w:sdt>
              <w:sdtPr>
                <w:id w:val="-89451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59817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55B4A2AB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67008" w14:textId="0DCF2DEB" w:rsidR="00F066E1" w:rsidRPr="00260F73" w:rsidRDefault="00F066E1"/>
        </w:tc>
      </w:tr>
    </w:tbl>
    <w:p w14:paraId="7A882F9A" w14:textId="77777777" w:rsidR="00E9708F" w:rsidRPr="00260F73" w:rsidRDefault="00E9708F"/>
    <w:p w14:paraId="5E15FB1E" w14:textId="77777777" w:rsidR="00F066E1" w:rsidRDefault="00F066E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3F66995B" w:rsidR="0075109E" w:rsidRDefault="00446759" w:rsidP="00F211F0">
      <w:pPr>
        <w:pStyle w:val="Heading1"/>
      </w:pPr>
      <w:r>
        <w:lastRenderedPageBreak/>
        <w:t>Laboratory Experience</w:t>
      </w:r>
    </w:p>
    <w:p w14:paraId="21F6B5DB" w14:textId="51F865BE" w:rsidR="00446759" w:rsidRPr="00446759" w:rsidRDefault="00446759" w:rsidP="00446759">
      <w:pPr>
        <w:rPr>
          <w:b/>
          <w:bCs/>
        </w:rPr>
      </w:pPr>
      <w:r w:rsidRPr="00446759">
        <w:rPr>
          <w:b/>
          <w:bCs/>
        </w:rPr>
        <w:t>Describe any experience you have gained in laboratory processes</w:t>
      </w:r>
    </w:p>
    <w:sdt>
      <w:sdtPr>
        <w:id w:val="-20940576"/>
        <w:placeholder>
          <w:docPart w:val="C9DD42402A5E4547A9966034646DECE5"/>
        </w:placeholder>
        <w:showingPlcHdr/>
      </w:sdtPr>
      <w:sdtContent>
        <w:p w14:paraId="384220F0" w14:textId="4960A63D" w:rsidR="00446759" w:rsidRPr="00446759" w:rsidRDefault="00446759" w:rsidP="00446759"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1FC78D44" w14:textId="2D5B2B68" w:rsidR="00214ECC" w:rsidRDefault="00214ECC"/>
    <w:p w14:paraId="59171476" w14:textId="5107C0BE" w:rsidR="00446759" w:rsidRDefault="00446759" w:rsidP="00446759">
      <w:pPr>
        <w:pStyle w:val="Heading1"/>
      </w:pPr>
      <w:r>
        <w:t>Leadership &amp; Management</w:t>
      </w:r>
    </w:p>
    <w:p w14:paraId="46C30522" w14:textId="71604A2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time you demonstrated leadership in a clinical setting.</w:t>
      </w:r>
    </w:p>
    <w:sdt>
      <w:sdtPr>
        <w:id w:val="-1742706817"/>
        <w:placeholder>
          <w:docPart w:val="E7D02D12569949259F4B303AE9EE91BE"/>
        </w:placeholder>
        <w:showingPlcHdr/>
      </w:sdtPr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2140306F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service improvement 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08A446E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 in a busy clinical environment?</w:t>
      </w:r>
    </w:p>
    <w:sdt>
      <w:sdtPr>
        <w:id w:val="-195615532"/>
        <w:placeholder>
          <w:docPart w:val="9380793E9EE044989EB44762814E78B6"/>
        </w:placeholder>
        <w:showingPlcHdr/>
      </w:sdtPr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p w14:paraId="22F0C6D2" w14:textId="77777777" w:rsidR="003713D2" w:rsidRPr="003713D2" w:rsidRDefault="003713D2" w:rsidP="003713D2">
      <w:pPr>
        <w:pStyle w:val="Heading1"/>
      </w:pPr>
      <w:r w:rsidRPr="003713D2">
        <w:t>Clinical Governance &amp; Patient Safety</w:t>
      </w:r>
    </w:p>
    <w:p w14:paraId="28B48482" w14:textId="77777777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Provide an example of how you identified and addressed a risk to patient safety.</w:t>
      </w:r>
    </w:p>
    <w:sdt>
      <w:sdtPr>
        <w:rPr>
          <w:lang w:val="en-US"/>
        </w:rPr>
        <w:id w:val="-1816095327"/>
        <w:placeholder>
          <w:docPart w:val="A52E9F0F3C3549C29B060FC2F2A6D578"/>
        </w:placeholder>
        <w:showingPlcHdr/>
      </w:sdtPr>
      <w:sdtContent>
        <w:p w14:paraId="4983BFA6" w14:textId="495545B3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287CB9A6" w14:textId="5AAC8D45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How do you ensure high standards of clinical care?</w:t>
      </w:r>
    </w:p>
    <w:sdt>
      <w:sdtPr>
        <w:rPr>
          <w:lang w:val="en-US"/>
        </w:rPr>
        <w:id w:val="1871638181"/>
        <w:placeholder>
          <w:docPart w:val="136CB3F2E58949E09F2EAE0D704C7EE0"/>
        </w:placeholder>
        <w:showingPlcHdr/>
      </w:sdtPr>
      <w:sdtContent>
        <w:p w14:paraId="1CEB9046" w14:textId="47BBDA1D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58BC4384" w14:textId="77777777" w:rsidR="003713D2" w:rsidRDefault="003713D2"/>
    <w:sectPr w:rsidR="003713D2" w:rsidSect="001C17E4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rol Blackburn" w:date="2026-06-25T16:14:00Z" w:initials="CB">
    <w:p w14:paraId="2BEC1D82" w14:textId="77777777" w:rsidR="000A5F58" w:rsidRDefault="000A5F58" w:rsidP="000A5F58">
      <w:pPr>
        <w:pStyle w:val="CommentText"/>
      </w:pPr>
      <w:r>
        <w:rPr>
          <w:rStyle w:val="CommentReference"/>
        </w:rPr>
        <w:annotationRef/>
      </w:r>
      <w:r>
        <w:t>Can we be more specific for clarity- “ starting with most recent “</w:t>
      </w:r>
    </w:p>
    <w:p w14:paraId="1C34C21F" w14:textId="77777777" w:rsidR="000A5F58" w:rsidRDefault="000A5F58" w:rsidP="000A5F58">
      <w:pPr>
        <w:pStyle w:val="CommentText"/>
      </w:pPr>
      <w:r>
        <w:t>We want them to include paeds relevant courses and awards not just mandatory training elements, should we offer examples like APLS, APEX?</w:t>
      </w:r>
    </w:p>
  </w:comment>
  <w:comment w:id="1" w:author="Carol Blackburn" w:date="2026-06-25T09:12:00Z" w:initials="CB">
    <w:p w14:paraId="33263F5B" w14:textId="77777777" w:rsidR="000A5F58" w:rsidRDefault="000A5F58">
      <w:pPr>
        <w:pStyle w:val="CommentText"/>
      </w:pPr>
      <w:r>
        <w:rPr>
          <w:rStyle w:val="CommentReference"/>
        </w:rPr>
        <w:annotationRef/>
      </w:r>
      <w:r w:rsidRPr="52145F16">
        <w:t>Can we add, “</w:t>
      </w:r>
      <w:r w:rsidRPr="17F9C6BB">
        <w:t>posters ,</w:t>
      </w:r>
      <w:r w:rsidRPr="76A8E65C">
        <w:t xml:space="preserve"> oral presentations and published work” in order to encourage them to not just list 6 posters!?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34C21F" w15:done="1"/>
  <w15:commentEx w15:paraId="33263F5B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34C21F" w16cid:durableId="53FBDF49"/>
  <w16cid:commentId w16cid:paraId="33263F5B" w16cid:durableId="23B496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E28CC" w14:textId="77777777" w:rsidR="00D806C1" w:rsidRPr="00260F73" w:rsidRDefault="00D806C1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4871B804" w14:textId="77777777" w:rsidR="00D806C1" w:rsidRPr="00260F73" w:rsidRDefault="00D806C1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47A0E" w14:textId="77777777" w:rsidR="00D806C1" w:rsidRPr="00260F73" w:rsidRDefault="00D806C1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79A5EA9D" w14:textId="77777777" w:rsidR="00D806C1" w:rsidRPr="00260F73" w:rsidRDefault="00D806C1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2434E9DB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446759">
      <w:t>Immunology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1CE977E3" w:rsidR="001B2E81" w:rsidRPr="00260F73" w:rsidRDefault="0044675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D570E1" wp14:editId="063F094B">
          <wp:simplePos x="0" y="0"/>
          <wp:positionH relativeFrom="column">
            <wp:posOffset>-647700</wp:posOffset>
          </wp:positionH>
          <wp:positionV relativeFrom="paragraph">
            <wp:posOffset>-209550</wp:posOffset>
          </wp:positionV>
          <wp:extent cx="2855647" cy="1044000"/>
          <wp:effectExtent l="0" t="0" r="1905" b="3810"/>
          <wp:wrapTopAndBottom/>
          <wp:docPr id="430512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51264" name="Picture 430512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5647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FF2CE1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ol Blackburn">
    <w15:presenceInfo w15:providerId="None" w15:userId="Carol Blackbur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739F7"/>
    <w:rsid w:val="001B2E81"/>
    <w:rsid w:val="001C17E4"/>
    <w:rsid w:val="00214ECC"/>
    <w:rsid w:val="002319B9"/>
    <w:rsid w:val="00232F78"/>
    <w:rsid w:val="00260F73"/>
    <w:rsid w:val="002931FF"/>
    <w:rsid w:val="0029639D"/>
    <w:rsid w:val="002D7D98"/>
    <w:rsid w:val="002E140B"/>
    <w:rsid w:val="00326F90"/>
    <w:rsid w:val="003713D2"/>
    <w:rsid w:val="003729FB"/>
    <w:rsid w:val="00446759"/>
    <w:rsid w:val="004929C5"/>
    <w:rsid w:val="004A41F5"/>
    <w:rsid w:val="004D6768"/>
    <w:rsid w:val="00547911"/>
    <w:rsid w:val="00597958"/>
    <w:rsid w:val="005A051B"/>
    <w:rsid w:val="006D0099"/>
    <w:rsid w:val="0075109E"/>
    <w:rsid w:val="007C0991"/>
    <w:rsid w:val="007C3707"/>
    <w:rsid w:val="00801BD9"/>
    <w:rsid w:val="00821B93"/>
    <w:rsid w:val="008525FA"/>
    <w:rsid w:val="009A7B67"/>
    <w:rsid w:val="009E4AEB"/>
    <w:rsid w:val="00A0792E"/>
    <w:rsid w:val="00A36383"/>
    <w:rsid w:val="00A606A6"/>
    <w:rsid w:val="00AA1D8D"/>
    <w:rsid w:val="00B16633"/>
    <w:rsid w:val="00B47730"/>
    <w:rsid w:val="00B8038E"/>
    <w:rsid w:val="00BD4838"/>
    <w:rsid w:val="00C7253B"/>
    <w:rsid w:val="00C95D05"/>
    <w:rsid w:val="00CB0664"/>
    <w:rsid w:val="00CD745A"/>
    <w:rsid w:val="00D41E2C"/>
    <w:rsid w:val="00D806C1"/>
    <w:rsid w:val="00DA296B"/>
    <w:rsid w:val="00E9708F"/>
    <w:rsid w:val="00F066E1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EC7212" w:rsidP="00EC7212">
          <w:pPr>
            <w:pStyle w:val="F4D6CB2241074A76A75ACE4A72F3BA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EC7212" w:rsidP="00EC7212">
          <w:pPr>
            <w:pStyle w:val="5C6BE9DD57B042A78E73AE6C65AB81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EC7212" w:rsidP="00EC7212">
          <w:pPr>
            <w:pStyle w:val="B94FF17A7DD844238942618D220CAEE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EC7212" w:rsidP="00EC7212">
          <w:pPr>
            <w:pStyle w:val="767E5F504CE04A3283DBB5C362BF53D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EC7212" w:rsidP="00EC7212">
          <w:pPr>
            <w:pStyle w:val="15FA136DFCC9400EA3643631FD9D49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EC7212" w:rsidP="00EC7212">
          <w:pPr>
            <w:pStyle w:val="758EF154077D4EC492E0AA02749775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EC7212" w:rsidP="00EC7212">
          <w:pPr>
            <w:pStyle w:val="60444590C5F4414E83C6454885D5753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EC7212" w:rsidP="00EC7212">
          <w:pPr>
            <w:pStyle w:val="096DC268CB3744C7AF90E558EFABE7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EC7212" w:rsidP="00EC7212">
          <w:pPr>
            <w:pStyle w:val="16EE3227410F4460A6706019F08584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EC7212" w:rsidP="00EC7212">
          <w:pPr>
            <w:pStyle w:val="35C6ADD19D0A4F7F9AA8A8D4CCB137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EC7212" w:rsidP="00EC7212">
          <w:pPr>
            <w:pStyle w:val="0AD4EFDEB46F4DD3B07D7D864B6EAE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EC7212" w:rsidP="00EC7212">
          <w:pPr>
            <w:pStyle w:val="C969D259CE28476AA1EB44B74A93B0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EC7212" w:rsidP="00EC7212">
          <w:pPr>
            <w:pStyle w:val="4163D3241B974CB9999FF0EC5B4E2B2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EC7212" w:rsidP="00EC7212">
          <w:pPr>
            <w:pStyle w:val="89495584885745569DDCF4FEC1482D0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EC7212" w:rsidP="00EC7212">
          <w:pPr>
            <w:pStyle w:val="66C6F6902A3B4D4CA7D745FDDA70B6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EC7212" w:rsidP="00EC7212">
          <w:pPr>
            <w:pStyle w:val="4CD965A9EE694FECADF2476D720E7B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EC7212" w:rsidP="00EC7212">
          <w:pPr>
            <w:pStyle w:val="09E232A6ADC042DB884957F020A929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EC7212" w:rsidP="00EC7212">
          <w:pPr>
            <w:pStyle w:val="3DF7FD3C5E5C4C0992D419903A5ACD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EC7212" w:rsidP="00EC7212">
          <w:pPr>
            <w:pStyle w:val="657F90F891404138BEF4C8B0986FE70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EC7212" w:rsidP="00EC7212">
          <w:pPr>
            <w:pStyle w:val="C9113B8A854441D682CE5AC80AFB086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EC7212" w:rsidP="00EC7212">
          <w:pPr>
            <w:pStyle w:val="E3F5175B57004446843F4F317C13BE7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EC7212" w:rsidP="00EC7212">
          <w:pPr>
            <w:pStyle w:val="74CADD3637F3476CAEF2795719E307A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EC7212" w:rsidP="00EC7212">
          <w:pPr>
            <w:pStyle w:val="6E2E25C8BD59485F83A4E1A3EB66C1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EC7212" w:rsidP="00EC7212">
          <w:pPr>
            <w:pStyle w:val="CADFFF9D18954E1993F5C0789B03E1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EC7212" w:rsidP="00EC7212">
          <w:pPr>
            <w:pStyle w:val="872FF4CA11794B8A841DB2220DF10EA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EC7212" w:rsidP="00EC7212">
          <w:pPr>
            <w:pStyle w:val="4E97BD512F134974B65EC5CE1A1FFA5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EC7212" w:rsidP="00EC7212">
          <w:pPr>
            <w:pStyle w:val="43C24FC1DD4E4C25906C3761C0E444F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EC7212" w:rsidP="00EC7212">
          <w:pPr>
            <w:pStyle w:val="6E5B51F8A20C49259CB13015EB12138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EC7212" w:rsidP="00EC7212">
          <w:pPr>
            <w:pStyle w:val="ACA81B7FEB124004A04A95F11ADBD7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EC7212" w:rsidP="00EC7212">
          <w:pPr>
            <w:pStyle w:val="AB27C8C8D90949D99B80C3BCC40C6D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EC7212" w:rsidP="00EC7212">
          <w:pPr>
            <w:pStyle w:val="BE6BAA36B4CE46CCBA1107A2CA863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EC7212" w:rsidP="00EC7212">
          <w:pPr>
            <w:pStyle w:val="98F3A9EE91754E259AFD2F141BD88EC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EC7212" w:rsidP="00EC7212">
          <w:pPr>
            <w:pStyle w:val="A562792367E244C2B52C13434E400D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EC7212" w:rsidP="00EC7212">
          <w:pPr>
            <w:pStyle w:val="7E217E49FF2B4BCCB4F3ACCCBA86205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EC7212" w:rsidP="00EC7212">
          <w:pPr>
            <w:pStyle w:val="A6B6B6169038418C8F137F03A3BAC3E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EC7212" w:rsidP="00EC7212">
          <w:pPr>
            <w:pStyle w:val="BA84038C5BAB4BC98BCFD7720888F4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EC7212" w:rsidP="00EC7212">
          <w:pPr>
            <w:pStyle w:val="2A85F1BB5E59479D91B2E845B74103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EC7212" w:rsidP="00EC7212">
          <w:pPr>
            <w:pStyle w:val="734A0FEE22AB4D08A85FAFBB84445CB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EC7212" w:rsidP="00EC7212">
          <w:pPr>
            <w:pStyle w:val="3AE69983638E496B87E186B118E83D0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EC7212" w:rsidP="00EC7212">
          <w:pPr>
            <w:pStyle w:val="4E1B8BE8E635423EB269141E9E2912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EC7212" w:rsidP="00EC7212">
          <w:pPr>
            <w:pStyle w:val="522C19E6AA2346A4966003129C441C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EC7212" w:rsidP="00EC7212">
          <w:pPr>
            <w:pStyle w:val="DC6DBC8E8B3947CB8F9195F36B67D85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EC7212" w:rsidP="00EC7212">
          <w:pPr>
            <w:pStyle w:val="49487EF4E50B45EF8F8DF0A58099CB0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EC7212" w:rsidP="00EC7212">
          <w:pPr>
            <w:pStyle w:val="C6C5AA04D5744E5397F5B4C02E599FE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EC7212" w:rsidP="00EC7212">
          <w:pPr>
            <w:pStyle w:val="657845195F10471BB191FDF6254F450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EC7212" w:rsidP="00EC7212">
          <w:pPr>
            <w:pStyle w:val="4261ABEBA6024587BD9BFFA89B86CBA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EC7212" w:rsidP="00EC7212">
          <w:pPr>
            <w:pStyle w:val="ECE4C47E07C843CCA2D7255597D0770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EC7212" w:rsidP="00EC7212">
          <w:pPr>
            <w:pStyle w:val="9444CF760006459A89EF2B7CE3AFF2D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EC7212" w:rsidP="00EC7212">
          <w:pPr>
            <w:pStyle w:val="A451D5A1F2414B9AB219F05CFB3EC45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EC7212" w:rsidP="00EC7212">
          <w:pPr>
            <w:pStyle w:val="E58E1C4CC73644419B96786849CD041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EC7212" w:rsidP="00EC7212">
          <w:pPr>
            <w:pStyle w:val="CA4E4ABAE5DA465E97A6237A7809538C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EC7212" w:rsidP="00EC7212">
          <w:pPr>
            <w:pStyle w:val="156AE4FD73954CA688AAE317B321396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EC7212" w:rsidP="00EC7212">
          <w:pPr>
            <w:pStyle w:val="6D5A277E4DAE4119840AF2E2D970FC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EC7212" w:rsidP="00EC7212">
          <w:pPr>
            <w:pStyle w:val="586FFECF142C4598987272C037E4807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EC7212" w:rsidP="00EC7212">
          <w:pPr>
            <w:pStyle w:val="0FB6E5FECABF45829BB384A56029A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EC7212" w:rsidP="00EC7212">
          <w:pPr>
            <w:pStyle w:val="7041F98D97294F33B27DB409BE8E34F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EC7212" w:rsidP="00EC7212">
          <w:pPr>
            <w:pStyle w:val="73AB6D1D873F4738BF61AE697637871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EC7212" w:rsidP="00EC7212">
          <w:pPr>
            <w:pStyle w:val="520891A0A4C04E9D9F8A8F3644975C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EC7212" w:rsidP="00EC7212">
          <w:pPr>
            <w:pStyle w:val="C582574595EA444189787F4DFB8EE3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EC7212" w:rsidP="00EC7212">
          <w:pPr>
            <w:pStyle w:val="55670920D67C4481B676B57D42BEF39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EC7212" w:rsidP="00EC7212">
          <w:pPr>
            <w:pStyle w:val="1734C0B0E50C4165979C1D1CD6EF511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EC7212" w:rsidP="00EC7212">
          <w:pPr>
            <w:pStyle w:val="A98CC7936C024C2988776FBA2CC670B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EC7212" w:rsidP="00EC7212">
          <w:pPr>
            <w:pStyle w:val="2E9B36F7201C45DF99CA9FA9C42900A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EC7212" w:rsidP="00EC7212">
          <w:pPr>
            <w:pStyle w:val="09814CF1CD7A47D3BB560F37A96F9D5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EC7212" w:rsidP="00EC7212">
          <w:pPr>
            <w:pStyle w:val="7793DEAF92564508A217818A964BBBC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EC7212" w:rsidP="00EC7212">
          <w:pPr>
            <w:pStyle w:val="D5F14FB66A15431389EB3E003A7DADB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FB32F8" w:rsidRDefault="00EC7212" w:rsidP="00EC7212">
          <w:pPr>
            <w:pStyle w:val="0650B01579224C17841E78E78C05793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D0E7F21F7C74B9EB2B3FE75BF17E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EBE9-C029-4830-A3D9-0F7ADAE25657}"/>
      </w:docPartPr>
      <w:docPartBody>
        <w:p w:rsidR="00FB32F8" w:rsidRDefault="00EC7212" w:rsidP="00EC7212">
          <w:pPr>
            <w:pStyle w:val="0D0E7F21F7C74B9EB2B3FE75BF17E85D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FB32F8" w:rsidRDefault="00EC7212" w:rsidP="00EC7212">
          <w:pPr>
            <w:pStyle w:val="E7D02D12569949259F4B303AE9EE91BE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FB32F8" w:rsidRDefault="00EC7212" w:rsidP="00EC7212">
          <w:pPr>
            <w:pStyle w:val="CAA78230F4974F91A466D1A3E44D5E2D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FB32F8" w:rsidRDefault="00EC7212" w:rsidP="00EC7212">
          <w:pPr>
            <w:pStyle w:val="F0CFA2EC4C7B4356B9A2A03A62C38968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FB32F8" w:rsidRDefault="00EC7212" w:rsidP="00EC7212">
          <w:pPr>
            <w:pStyle w:val="9380793E9EE044989EB44762814E78B6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FB32F8" w:rsidRDefault="00EC7212" w:rsidP="00EC7212">
          <w:pPr>
            <w:pStyle w:val="0E951C26B4874E2787CBE628EA2C2094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FB32F8" w:rsidRDefault="00EC7212" w:rsidP="00EC7212">
          <w:pPr>
            <w:pStyle w:val="07E5AC0373094234B85BEF415F1A8998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FB32F8" w:rsidRDefault="00EC7212" w:rsidP="00EC7212">
          <w:pPr>
            <w:pStyle w:val="3ED87B2022A34B2198DC2B217B191A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84E538356841158C171F82ADDD5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B5282-FD07-4F29-B2DF-18CFE9726881}"/>
      </w:docPartPr>
      <w:docPartBody>
        <w:p w:rsidR="00EC7212" w:rsidRDefault="00EC7212" w:rsidP="00EC7212">
          <w:pPr>
            <w:pStyle w:val="E784E538356841158C171F82ADDD532E1"/>
          </w:pPr>
          <w:r w:rsidRPr="00446759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9DD42402A5E4547A9966034646DE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6B0C2-EF9E-494A-8DAD-0775914EB9BB}"/>
      </w:docPartPr>
      <w:docPartBody>
        <w:p w:rsidR="00EC7212" w:rsidRDefault="00EC7212" w:rsidP="00EC7212">
          <w:pPr>
            <w:pStyle w:val="C9DD42402A5E4547A9966034646DECE51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52E9F0F3C3549C29B060FC2F2A6D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4201-BD6A-4DAB-AB1B-0CB0DC782216}"/>
      </w:docPartPr>
      <w:docPartBody>
        <w:p w:rsidR="00EC7212" w:rsidRDefault="00EC7212" w:rsidP="00EC7212">
          <w:pPr>
            <w:pStyle w:val="A52E9F0F3C3549C29B060FC2F2A6D5781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36CB3F2E58949E09F2EAE0D704C7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72621-4597-4216-BC04-C30185824784}"/>
      </w:docPartPr>
      <w:docPartBody>
        <w:p w:rsidR="00EC7212" w:rsidRDefault="00EC7212" w:rsidP="00EC7212">
          <w:pPr>
            <w:pStyle w:val="136CB3F2E58949E09F2EAE0D704C7EE01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F98BD6A7E484DF08110B1C4E624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18609-F20C-4529-ABA2-5109F4885419}"/>
      </w:docPartPr>
      <w:docPartBody>
        <w:p w:rsidR="00EC7212" w:rsidRDefault="00EC7212" w:rsidP="00EC7212">
          <w:pPr>
            <w:pStyle w:val="9F98BD6A7E484DF08110B1C4E624D3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C5AFA5E7E4902A9BB228B214E5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79EC-FA3C-4FD2-8E32-369D0D2FA589}"/>
      </w:docPartPr>
      <w:docPartBody>
        <w:p w:rsidR="00EC7212" w:rsidRDefault="00EC7212" w:rsidP="00EC7212">
          <w:pPr>
            <w:pStyle w:val="233C5AFA5E7E4902A9BB228B214E579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839E78C2545FD826212E931A3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E05B-A3D6-4E97-8A6E-F29C8DCFDB1D}"/>
      </w:docPartPr>
      <w:docPartBody>
        <w:p w:rsidR="00EC7212" w:rsidRDefault="00EC7212" w:rsidP="00EC7212">
          <w:pPr>
            <w:pStyle w:val="1B8839E78C2545FD826212E931A37F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61E07360347BCBC59BA9F385F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8943-DE9A-4924-872C-15CCE11D74A6}"/>
      </w:docPartPr>
      <w:docPartBody>
        <w:p w:rsidR="00EC7212" w:rsidRDefault="00EC7212" w:rsidP="00EC7212">
          <w:pPr>
            <w:pStyle w:val="69B61E07360347BCBC59BA9F385F723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3653A43C104BD19568C0A6A4225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0BB3F-045A-4BAB-92EB-1A04E3D9D43F}"/>
      </w:docPartPr>
      <w:docPartBody>
        <w:p w:rsidR="00EC7212" w:rsidRDefault="00EC7212" w:rsidP="00EC7212">
          <w:pPr>
            <w:pStyle w:val="1B3653A43C104BD19568C0A6A4225B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DD47DEE724B839CD6026B1BF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91A8-F484-4BB9-8846-C1B8F35BA8ED}"/>
      </w:docPartPr>
      <w:docPartBody>
        <w:p w:rsidR="00EC7212" w:rsidRDefault="00EC7212" w:rsidP="00EC7212">
          <w:pPr>
            <w:pStyle w:val="EEADD47DEE724B839CD6026B1BF75AA9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EC7212" w:rsidRDefault="00EC7212" w:rsidP="00EC7212">
          <w:pPr>
            <w:pStyle w:val="2636CEBDA55446F2B898CE82D65A7F19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EC7212" w:rsidRDefault="00EC7212" w:rsidP="00EC7212">
          <w:pPr>
            <w:pStyle w:val="B1AD7A19AFD34107A93F340107E987C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EC7212" w:rsidRDefault="00EC7212" w:rsidP="00EC7212">
          <w:pPr>
            <w:pStyle w:val="886A75EF89754CCCA94133C3ED14837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EC7212" w:rsidRDefault="00EC7212" w:rsidP="00EC7212">
          <w:pPr>
            <w:pStyle w:val="5ED57F54BA834AB1B5607992871117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EC7212" w:rsidRDefault="00EC7212" w:rsidP="00EC7212">
          <w:pPr>
            <w:pStyle w:val="6DFABCABA0B9461DA7D3E68645D5FAB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0A19DFEA52488BB99915162C93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D4C1-B93A-4C83-A922-33F676BFAD5F}"/>
      </w:docPartPr>
      <w:docPartBody>
        <w:p w:rsidR="00EC7212" w:rsidRDefault="00EC7212" w:rsidP="00EC7212">
          <w:pPr>
            <w:pStyle w:val="D90A19DFEA52488BB99915162C93968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563FD68FD43D5BA165673FF6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ABF75-529B-455E-B81A-D7AEB6FCF9D7}"/>
      </w:docPartPr>
      <w:docPartBody>
        <w:p w:rsidR="00EC7212" w:rsidRDefault="00EC7212" w:rsidP="00EC7212">
          <w:pPr>
            <w:pStyle w:val="521563FD68FD43D5BA165673FF6D137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08CFFC6BA4AA5A655C4CB9E8D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A3E5-029B-4B7B-ACB2-88540755CD8B}"/>
      </w:docPartPr>
      <w:docPartBody>
        <w:p w:rsidR="00EC7212" w:rsidRDefault="00EC7212" w:rsidP="00EC7212">
          <w:pPr>
            <w:pStyle w:val="AE408CFFC6BA4AA5A655C4CB9E8D33B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C883E787A7487E8AC9A2460D0D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F150-83FF-4F4E-8568-AE575AA626C3}"/>
      </w:docPartPr>
      <w:docPartBody>
        <w:p w:rsidR="00EC7212" w:rsidRDefault="00EC7212" w:rsidP="00EC7212">
          <w:pPr>
            <w:pStyle w:val="77C883E787A7487E8AC9A2460D0D612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ABB6305204921AB41714CDBEF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CCC7-EC6E-4235-AE3F-C914F0C4399F}"/>
      </w:docPartPr>
      <w:docPartBody>
        <w:p w:rsidR="00EC7212" w:rsidRDefault="00EC7212" w:rsidP="00EC7212">
          <w:pPr>
            <w:pStyle w:val="EDFABB6305204921AB41714CDBEF1F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8876AF22424CB7ED2F5AF92F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A816-F1A3-41C6-9F4B-FEE33DF23F86}"/>
      </w:docPartPr>
      <w:docPartBody>
        <w:p w:rsidR="00EC7212" w:rsidRDefault="00EC7212" w:rsidP="00EC7212">
          <w:pPr>
            <w:pStyle w:val="39948876AF22424CB7ED2F5AF92F9C4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A29DA30454295831DD7CCFD089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FC8B-6295-4D64-BF9F-CC8772FA8AF8}"/>
      </w:docPartPr>
      <w:docPartBody>
        <w:p w:rsidR="00EC7212" w:rsidRDefault="00EC7212" w:rsidP="00EC7212">
          <w:pPr>
            <w:pStyle w:val="4EEA29DA30454295831DD7CCFD0893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869886ABAF424FB7953BF2DF1D3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A4715-2522-4E52-B359-46CE0285A110}"/>
      </w:docPartPr>
      <w:docPartBody>
        <w:p w:rsidR="00000000" w:rsidRDefault="00EC7212" w:rsidP="00EC7212">
          <w:pPr>
            <w:pStyle w:val="AA869886ABAF424FB7953BF2DF1D31C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374A1CCD91472388352B00158D4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683FC-11BB-47A8-99BD-B185520CC416}"/>
      </w:docPartPr>
      <w:docPartBody>
        <w:p w:rsidR="00000000" w:rsidRDefault="00EC7212" w:rsidP="00EC7212">
          <w:pPr>
            <w:pStyle w:val="AE374A1CCD91472388352B00158D417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2E47FD49B3B473D895C35EFD17C4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86EA7-CB7F-41FA-98C2-B4793F1E68BC}"/>
      </w:docPartPr>
      <w:docPartBody>
        <w:p w:rsidR="00000000" w:rsidRDefault="00EC7212" w:rsidP="00EC7212">
          <w:pPr>
            <w:pStyle w:val="32E47FD49B3B473D895C35EFD17C4C6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31D89B3B11049B6B25FF5836F1A6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6E524-E013-42A4-B49B-83E4874FBB70}"/>
      </w:docPartPr>
      <w:docPartBody>
        <w:p w:rsidR="00000000" w:rsidRDefault="00EC7212" w:rsidP="00EC7212">
          <w:pPr>
            <w:pStyle w:val="F31D89B3B11049B6B25FF5836F1A62F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1DF214F1EF49FE80659C689B3AD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65407-B86B-420D-B568-BA7A326CB7BE}"/>
      </w:docPartPr>
      <w:docPartBody>
        <w:p w:rsidR="00000000" w:rsidRDefault="00EC7212" w:rsidP="00EC7212">
          <w:pPr>
            <w:pStyle w:val="731DF214F1EF49FE80659C689B3ADCD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366CD35AAB47649E996CEAEBB60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8AEDD-3EFE-4B57-9E11-27F9368908B2}"/>
      </w:docPartPr>
      <w:docPartBody>
        <w:p w:rsidR="00000000" w:rsidRDefault="00EC7212" w:rsidP="00EC7212">
          <w:pPr>
            <w:pStyle w:val="5D366CD35AAB47649E996CEAEBB6035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9329DF26FB4E599B895EB5751A4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506CA-5D02-4672-A5DC-E159D7296D46}"/>
      </w:docPartPr>
      <w:docPartBody>
        <w:p w:rsidR="00000000" w:rsidRDefault="00EC7212" w:rsidP="00EC7212">
          <w:pPr>
            <w:pStyle w:val="689329DF26FB4E599B895EB5751A472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62CB9F97754CE9B20ABCC49A5D4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8116E-8156-4CA1-98C2-6D430F586B97}"/>
      </w:docPartPr>
      <w:docPartBody>
        <w:p w:rsidR="00000000" w:rsidRDefault="00EC7212" w:rsidP="00EC7212">
          <w:pPr>
            <w:pStyle w:val="0662CB9F97754CE9B20ABCC49A5D4E8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8F5FE428D487DA8BB7B464E79F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F9C2B-B468-4611-A877-F11FC57E799C}"/>
      </w:docPartPr>
      <w:docPartBody>
        <w:p w:rsidR="00000000" w:rsidRDefault="00EC7212" w:rsidP="00EC7212">
          <w:pPr>
            <w:pStyle w:val="65C8F5FE428D487DA8BB7B464E79FA04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B830DF94924B2482C12B7DBBE96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E57D0-8ABE-47BB-8507-C2C354DD508F}"/>
      </w:docPartPr>
      <w:docPartBody>
        <w:p w:rsidR="00000000" w:rsidRDefault="00EC7212" w:rsidP="00EC7212">
          <w:pPr>
            <w:pStyle w:val="47B830DF94924B2482C12B7DBBE9647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3D8F92E24C49BA908881E9316FE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F4CAE-0C70-4F87-909B-B055676045F8}"/>
      </w:docPartPr>
      <w:docPartBody>
        <w:p w:rsidR="00000000" w:rsidRDefault="00EC7212" w:rsidP="00EC7212">
          <w:pPr>
            <w:pStyle w:val="3C3D8F92E24C49BA908881E9316FE63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80E0D108424F9A9B479935F9B01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AFDF4-460D-49B9-9D68-8CEF5077C264}"/>
      </w:docPartPr>
      <w:docPartBody>
        <w:p w:rsidR="00000000" w:rsidRDefault="00EC7212" w:rsidP="00EC7212">
          <w:pPr>
            <w:pStyle w:val="0680E0D108424F9A9B479935F9B0131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8FAD007544EB584F6409C67250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C721E-6359-4E93-AE8F-291D4F978C72}"/>
      </w:docPartPr>
      <w:docPartBody>
        <w:p w:rsidR="00000000" w:rsidRDefault="00EC7212" w:rsidP="00EC7212">
          <w:pPr>
            <w:pStyle w:val="4148FAD007544EB584F6409C6725057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C32D1A006489898648B98FA09F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DBBEF-AC08-4A5D-B81D-E4971A916023}"/>
      </w:docPartPr>
      <w:docPartBody>
        <w:p w:rsidR="00000000" w:rsidRDefault="00EC7212" w:rsidP="00EC7212">
          <w:pPr>
            <w:pStyle w:val="59EC32D1A006489898648B98FA09FC2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F8E50BF1CC440F808E2991B30E9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0E7B0-40C5-47D0-BE7B-BD71592C6D47}"/>
      </w:docPartPr>
      <w:docPartBody>
        <w:p w:rsidR="00000000" w:rsidRDefault="00EC7212" w:rsidP="00EC7212">
          <w:pPr>
            <w:pStyle w:val="BDF8E50BF1CC440F808E2991B30E9E3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FE4D77BD004AA782890B1A2B891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36224-6D7C-43EC-87C4-7C24775AFEB2}"/>
      </w:docPartPr>
      <w:docPartBody>
        <w:p w:rsidR="00000000" w:rsidRDefault="00EC7212" w:rsidP="00EC7212">
          <w:pPr>
            <w:pStyle w:val="1AFE4D77BD004AA782890B1A2B891E9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E3FCF74501D4593A28B0097B11CF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43D9D-7121-4619-9971-AB67E2F0FD78}"/>
      </w:docPartPr>
      <w:docPartBody>
        <w:p w:rsidR="00000000" w:rsidRDefault="00EC7212" w:rsidP="00EC7212">
          <w:pPr>
            <w:pStyle w:val="9E3FCF74501D4593A28B0097B11CF0F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B7C90431B204091BF34D4AC1D3DB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AE169-0095-460B-95AA-2F2BEFFA50FA}"/>
      </w:docPartPr>
      <w:docPartBody>
        <w:p w:rsidR="00000000" w:rsidRDefault="00EC7212" w:rsidP="00EC7212">
          <w:pPr>
            <w:pStyle w:val="1B7C90431B204091BF34D4AC1D3DBC0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78560DA9D445ACB9628803C4F96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C958C-ED6E-46DD-9881-A54D49FA6524}"/>
      </w:docPartPr>
      <w:docPartBody>
        <w:p w:rsidR="00000000" w:rsidRDefault="00EC7212" w:rsidP="00EC7212">
          <w:pPr>
            <w:pStyle w:val="7578560DA9D445ACB9628803C4F9665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08BADE406B4BE29955A794A44B9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1E947-BD5F-4A3C-B5E3-A3395BB3B5AD}"/>
      </w:docPartPr>
      <w:docPartBody>
        <w:p w:rsidR="00000000" w:rsidRDefault="00EC7212" w:rsidP="00EC7212">
          <w:pPr>
            <w:pStyle w:val="1D08BADE406B4BE29955A794A44B9C4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0AF058C40C42668DFC7D2C54FE4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5233B-831C-4FE5-BA8B-A57139141971}"/>
      </w:docPartPr>
      <w:docPartBody>
        <w:p w:rsidR="00000000" w:rsidRDefault="00EC7212" w:rsidP="00EC7212">
          <w:pPr>
            <w:pStyle w:val="A70AF058C40C42668DFC7D2C54FE48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B0BCB4D77548989F7D7A64D219E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8A97A-7A12-4DB7-B020-FCB49BA3303E}"/>
      </w:docPartPr>
      <w:docPartBody>
        <w:p w:rsidR="00000000" w:rsidRDefault="00EC7212" w:rsidP="00EC7212">
          <w:pPr>
            <w:pStyle w:val="88B0BCB4D77548989F7D7A64D219E85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9C81B507D641DC87FA82194ED1E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44EAA-D62D-4423-ADFA-CA66A51E748A}"/>
      </w:docPartPr>
      <w:docPartBody>
        <w:p w:rsidR="00000000" w:rsidRDefault="00EC7212" w:rsidP="00EC7212">
          <w:pPr>
            <w:pStyle w:val="639C81B507D641DC87FA82194ED1EF1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060D239509F4521A56580FA79442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9B5D8-FA34-43CC-AF2A-3EA93E73FDF2}"/>
      </w:docPartPr>
      <w:docPartBody>
        <w:p w:rsidR="00000000" w:rsidRDefault="00EC7212" w:rsidP="00EC7212">
          <w:pPr>
            <w:pStyle w:val="F060D239509F4521A56580FA79442C4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9ACDACDFAB0495793743B259BD77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EA951-E7BF-4C33-86C1-243C0EDA0747}"/>
      </w:docPartPr>
      <w:docPartBody>
        <w:p w:rsidR="00000000" w:rsidRDefault="00EC7212" w:rsidP="00EC7212">
          <w:pPr>
            <w:pStyle w:val="79ACDACDFAB0495793743B259BD7708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9AA3E76E964C07919E72767FDFA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AB8E8-8136-4BC2-962E-7B16B0BAD5C8}"/>
      </w:docPartPr>
      <w:docPartBody>
        <w:p w:rsidR="00000000" w:rsidRDefault="00EC7212" w:rsidP="00EC7212">
          <w:pPr>
            <w:pStyle w:val="6F9AA3E76E964C07919E72767FDFA66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E5B51EFDED4D77870B76E85B233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C4AE9-CF25-4ECE-9381-8F4F2D13171B}"/>
      </w:docPartPr>
      <w:docPartBody>
        <w:p w:rsidR="00000000" w:rsidRDefault="00EC7212" w:rsidP="00EC7212">
          <w:pPr>
            <w:pStyle w:val="B5E5B51EFDED4D77870B76E85B2338A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7B790A53064A2EA783C6F3B9064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90926-B918-43FD-ACED-A7674D0B9510}"/>
      </w:docPartPr>
      <w:docPartBody>
        <w:p w:rsidR="00000000" w:rsidRDefault="00EC7212" w:rsidP="00EC7212">
          <w:pPr>
            <w:pStyle w:val="F87B790A53064A2EA783C6F3B906476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8FF8BC698C434E89BBFC103705B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74B26-AFD9-4EC8-A55C-660861CB2AAE}"/>
      </w:docPartPr>
      <w:docPartBody>
        <w:p w:rsidR="00000000" w:rsidRDefault="00EC7212" w:rsidP="00EC7212">
          <w:pPr>
            <w:pStyle w:val="8E8FF8BC698C434E89BBFC103705B590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59F2EB4351454B2C8CE4046359B53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22BD3-213F-42C1-BDE9-A5B4431D2FE4}"/>
      </w:docPartPr>
      <w:docPartBody>
        <w:p w:rsidR="00000000" w:rsidRDefault="00EC7212" w:rsidP="00EC7212">
          <w:pPr>
            <w:pStyle w:val="59F2EB4351454B2C8CE4046359B5319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8319FD957C4593840AD7D0C78E8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B9220-0C15-4043-9AA1-88D51687127F}"/>
      </w:docPartPr>
      <w:docPartBody>
        <w:p w:rsidR="00000000" w:rsidRDefault="00EC7212" w:rsidP="00EC7212">
          <w:pPr>
            <w:pStyle w:val="518319FD957C4593840AD7D0C78E876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5C65D3CC8440CB3C9A55AD7343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5A91A-853A-4C82-8EA4-1141F470B775}"/>
      </w:docPartPr>
      <w:docPartBody>
        <w:p w:rsidR="00000000" w:rsidRDefault="00EC7212" w:rsidP="00EC7212">
          <w:pPr>
            <w:pStyle w:val="6D55C65D3CC8440CB3C9A55AD7343C6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1F8B837A6543188890A60420A6F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6012B-303B-46A5-8A67-311A73817AE9}"/>
      </w:docPartPr>
      <w:docPartBody>
        <w:p w:rsidR="00000000" w:rsidRDefault="00EC7212" w:rsidP="00EC7212">
          <w:pPr>
            <w:pStyle w:val="4A1F8B837A6543188890A60420A6FE14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DF142684EC468FB1DA54C96F1A4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7B1B9-F4D4-43E2-8972-F04516204946}"/>
      </w:docPartPr>
      <w:docPartBody>
        <w:p w:rsidR="00000000" w:rsidRDefault="00EC7212" w:rsidP="00EC7212">
          <w:pPr>
            <w:pStyle w:val="A4DF142684EC468FB1DA54C96F1A4C80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3E7A6C8D88D046D5B07A95475A652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1CBE5-24D5-47E7-96E1-EB5BF888B52D}"/>
      </w:docPartPr>
      <w:docPartBody>
        <w:p w:rsidR="00000000" w:rsidRDefault="00EC7212" w:rsidP="00EC7212">
          <w:pPr>
            <w:pStyle w:val="3E7A6C8D88D046D5B07A95475A6528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D35B0C30C94983A9B8CD4110782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7F717-97E3-4374-A2FE-F3D80FC3BE4B}"/>
      </w:docPartPr>
      <w:docPartBody>
        <w:p w:rsidR="00000000" w:rsidRDefault="00EC7212" w:rsidP="00EC7212">
          <w:pPr>
            <w:pStyle w:val="D2D35B0C30C94983A9B8CD411078292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4E75E4015C4DB68E3F331B6311F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0F886-D575-47EF-BD45-C2EF2A699B9B}"/>
      </w:docPartPr>
      <w:docPartBody>
        <w:p w:rsidR="00000000" w:rsidRDefault="00EC7212" w:rsidP="00EC7212">
          <w:pPr>
            <w:pStyle w:val="674E75E4015C4DB68E3F331B6311F15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198DD2E5CC45868D4AEC1106FBB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9F07F-FE19-499E-AD65-F294C0F5639D}"/>
      </w:docPartPr>
      <w:docPartBody>
        <w:p w:rsidR="00000000" w:rsidRDefault="00EC7212" w:rsidP="00EC7212">
          <w:pPr>
            <w:pStyle w:val="79198DD2E5CC45868D4AEC1106FBB8E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CB88D5C7A04C6AA4E94EA2B1005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F1D50-9E16-4A4C-AB26-B0056C303229}"/>
      </w:docPartPr>
      <w:docPartBody>
        <w:p w:rsidR="00000000" w:rsidRDefault="00EC7212" w:rsidP="00EC7212">
          <w:pPr>
            <w:pStyle w:val="FFCB88D5C7A04C6AA4E94EA2B1005C4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3C5B556E804F328CE98F3377B4A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929FD-D65A-45A8-ACA8-4AF9BA40086B}"/>
      </w:docPartPr>
      <w:docPartBody>
        <w:p w:rsidR="00000000" w:rsidRDefault="00EC7212" w:rsidP="00EC7212">
          <w:pPr>
            <w:pStyle w:val="813C5B556E804F328CE98F3377B4A42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58F4DE94604A7C84587667D5E3A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08E29-B65E-4FFD-9E9E-87934534C897}"/>
      </w:docPartPr>
      <w:docPartBody>
        <w:p w:rsidR="00000000" w:rsidRDefault="00EC7212" w:rsidP="00EC7212">
          <w:pPr>
            <w:pStyle w:val="8958F4DE94604A7C84587667D5E3A82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36CC3AAAA240558A1F70E921681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A5D07-0008-4F82-B3E9-44D0639EB4F0}"/>
      </w:docPartPr>
      <w:docPartBody>
        <w:p w:rsidR="00000000" w:rsidRDefault="00EC7212" w:rsidP="00EC7212">
          <w:pPr>
            <w:pStyle w:val="7136CC3AAAA240558A1F70E92168133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192308477F4D11853CC48C5E958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D0561-EDBF-41E2-BBE6-42BF3E9C8001}"/>
      </w:docPartPr>
      <w:docPartBody>
        <w:p w:rsidR="00000000" w:rsidRDefault="00EC7212" w:rsidP="00EC7212">
          <w:pPr>
            <w:pStyle w:val="09192308477F4D11853CC48C5E958E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356AE9B93B46D5876B2F93D200C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B0EB6-5AB7-49A8-AB17-F2505BCBE237}"/>
      </w:docPartPr>
      <w:docPartBody>
        <w:p w:rsidR="00000000" w:rsidRDefault="00EC7212" w:rsidP="00EC7212">
          <w:pPr>
            <w:pStyle w:val="EE356AE9B93B46D5876B2F93D200CE7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EFDD844CC0D4CC5B292B2891E90D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8B1F3-F53A-44C2-B8A4-C911DF9B1DBC}"/>
      </w:docPartPr>
      <w:docPartBody>
        <w:p w:rsidR="00000000" w:rsidRDefault="00EC7212" w:rsidP="00EC7212">
          <w:pPr>
            <w:pStyle w:val="7EFDD844CC0D4CC5B292B2891E90D16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604F7B5CE6476BB79D048B0CCB5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7354F-FFA3-493B-AAF4-1365946CD81F}"/>
      </w:docPartPr>
      <w:docPartBody>
        <w:p w:rsidR="00000000" w:rsidRDefault="00EC7212" w:rsidP="00EC7212">
          <w:pPr>
            <w:pStyle w:val="AC604F7B5CE6476BB79D048B0CCB55A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B96DB4190D479790D21C08C6D96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659E2-0775-4143-969F-9C4253ECB40A}"/>
      </w:docPartPr>
      <w:docPartBody>
        <w:p w:rsidR="00000000" w:rsidRDefault="00EC7212" w:rsidP="00EC7212">
          <w:pPr>
            <w:pStyle w:val="CEB96DB4190D479790D21C08C6D9620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3EEEC419FB4A73A8B2E5B8B1755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B6351-1C8A-46A2-8837-4F1BB5E0D5C6}"/>
      </w:docPartPr>
      <w:docPartBody>
        <w:p w:rsidR="00000000" w:rsidRDefault="00EC7212" w:rsidP="00EC7212">
          <w:pPr>
            <w:pStyle w:val="FD3EEEC419FB4A73A8B2E5B8B17554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A9D3CF6711453F9D530006F1283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0F5F9-4809-43F0-8A39-BA221AC6771D}"/>
      </w:docPartPr>
      <w:docPartBody>
        <w:p w:rsidR="00000000" w:rsidRDefault="00EC7212" w:rsidP="00EC7212">
          <w:pPr>
            <w:pStyle w:val="4DA9D3CF6711453F9D530006F1283C9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D766933724F4E9E0C2CB8FEF35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FBCFD-80EA-44E1-B115-23F1FA749452}"/>
      </w:docPartPr>
      <w:docPartBody>
        <w:p w:rsidR="00000000" w:rsidRDefault="00EC7212" w:rsidP="00EC7212">
          <w:pPr>
            <w:pStyle w:val="65CD766933724F4E9E0C2CB8FEF3572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EEC1EA62F6A4C669142695C1483D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A5F1F-5B5A-4D5D-BB95-87F72461ECA4}"/>
      </w:docPartPr>
      <w:docPartBody>
        <w:p w:rsidR="00000000" w:rsidRDefault="00EC7212" w:rsidP="00EC7212">
          <w:pPr>
            <w:pStyle w:val="8EEC1EA62F6A4C669142695C1483D45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EC60183EEC48829EBA9B3A50725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772E7-462D-4FE3-B855-34E407FC2A31}"/>
      </w:docPartPr>
      <w:docPartBody>
        <w:p w:rsidR="00000000" w:rsidRDefault="00EC7212" w:rsidP="00EC7212">
          <w:pPr>
            <w:pStyle w:val="B0EC60183EEC48829EBA9B3A50725B9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CB42420AD740A5A137A9B3773B9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146EB-E2A8-4916-ACD7-E8924BA9A812}"/>
      </w:docPartPr>
      <w:docPartBody>
        <w:p w:rsidR="00000000" w:rsidRDefault="00EC7212" w:rsidP="00EC7212">
          <w:pPr>
            <w:pStyle w:val="EECB42420AD740A5A137A9B3773B91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AF3C750CE14908BC1050CCA8227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BC32C-3CFD-491D-9CA5-E002F61348FB}"/>
      </w:docPartPr>
      <w:docPartBody>
        <w:p w:rsidR="00000000" w:rsidRDefault="00EC7212" w:rsidP="00EC7212">
          <w:pPr>
            <w:pStyle w:val="94AF3C750CE14908BC1050CCA8227D9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095F75081C4663AF611FB1763BB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BA7C1-EE4A-4587-8555-B2578A60F947}"/>
      </w:docPartPr>
      <w:docPartBody>
        <w:p w:rsidR="00000000" w:rsidRDefault="00EC7212" w:rsidP="00EC7212">
          <w:pPr>
            <w:pStyle w:val="EF095F75081C4663AF611FB1763BB53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EF1E2F40E54D19807525B380E01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C446E-61B6-409E-B0A5-51D24F5048C9}"/>
      </w:docPartPr>
      <w:docPartBody>
        <w:p w:rsidR="00000000" w:rsidRDefault="00EC7212" w:rsidP="00EC7212">
          <w:pPr>
            <w:pStyle w:val="B9EF1E2F40E54D19807525B380E0181E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2630F8"/>
    <w:rsid w:val="002F4AEC"/>
    <w:rsid w:val="004161F5"/>
    <w:rsid w:val="005A051B"/>
    <w:rsid w:val="006239E1"/>
    <w:rsid w:val="00667F4B"/>
    <w:rsid w:val="006D0099"/>
    <w:rsid w:val="00917BE7"/>
    <w:rsid w:val="00926343"/>
    <w:rsid w:val="009A5C93"/>
    <w:rsid w:val="00B302C0"/>
    <w:rsid w:val="00BD0B7C"/>
    <w:rsid w:val="00EC7212"/>
    <w:rsid w:val="00F277ED"/>
    <w:rsid w:val="00F75C6A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7212"/>
    <w:rPr>
      <w:color w:val="666666"/>
    </w:rPr>
  </w:style>
  <w:style w:type="paragraph" w:customStyle="1" w:styleId="1734C0B0E50C4165979C1D1CD6EF5118">
    <w:name w:val="1734C0B0E50C4165979C1D1CD6EF5118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F24E541B0145AAA4C1F913603E646E">
    <w:name w:val="96F24E541B0145AAA4C1F913603E646E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C3A3162D80445F78DDE0C5B1FC1D376">
    <w:name w:val="2C3A3162D80445F78DDE0C5B1FC1D376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B3224C02224BE9B27FBD8B4FA44C85">
    <w:name w:val="3BB3224C02224BE9B27FBD8B4FA44C85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">
    <w:name w:val="D5F14FB66A15431389EB3E003A7DADB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">
    <w:name w:val="767E5F504CE04A3283DBB5C362BF53DD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">
    <w:name w:val="E784E538356841158C171F82ADDD532E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">
    <w:name w:val="15FA136DFCC9400EA3643631FD9D49AC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">
    <w:name w:val="0650B01579224C17841E78E78C05793F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">
    <w:name w:val="758EF154077D4EC492E0AA02749775EE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">
    <w:name w:val="60444590C5F4414E83C6454885D5753D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">
    <w:name w:val="096DC268CB3744C7AF90E558EFABE7F6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">
    <w:name w:val="16EE3227410F4460A6706019F08584BA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">
    <w:name w:val="35C6ADD19D0A4F7F9AA8A8D4CCB1374F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">
    <w:name w:val="0AD4EFDEB46F4DD3B07D7D864B6EAEB2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">
    <w:name w:val="C969D259CE28476AA1EB44B74A93B0DE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">
    <w:name w:val="4163D3241B974CB9999FF0EC5B4E2B2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">
    <w:name w:val="89495584885745569DDCF4FEC1482D05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">
    <w:name w:val="66C6F6902A3B4D4CA7D745FDDA70B68A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">
    <w:name w:val="4CD965A9EE694FECADF2476D720E7B6E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">
    <w:name w:val="09E232A6ADC042DB884957F020A929BA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">
    <w:name w:val="3DF7FD3C5E5C4C0992D419903A5ACDD9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">
    <w:name w:val="CADFFF9D18954E1993F5C0789B03E179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">
    <w:name w:val="657F90F891404138BEF4C8B0986FE706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">
    <w:name w:val="C9113B8A854441D682CE5AC80AFB0860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">
    <w:name w:val="A98CC7936C024C2988776FBA2CC670BD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">
    <w:name w:val="2E9B36F7201C45DF99CA9FA9C42900AE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">
    <w:name w:val="09814CF1CD7A47D3BB560F37A96F9D58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">
    <w:name w:val="7793DEAF92564508A217818A964BBBC0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">
    <w:name w:val="872FF4CA11794B8A841DB2220DF10EA6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">
    <w:name w:val="4E97BD512F134974B65EC5CE1A1FFA5C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">
    <w:name w:val="43C24FC1DD4E4C25906C3761C0E444F2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">
    <w:name w:val="6E5B51F8A20C49259CB13015EB121389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">
    <w:name w:val="ACA81B7FEB124004A04A95F11ADBD7A7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">
    <w:name w:val="E3F5175B57004446843F4F317C13BE7C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">
    <w:name w:val="6E2E25C8BD59485F83A4E1A3EB66C1CA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">
    <w:name w:val="74CADD3637F3476CAEF2795719E307AF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">
    <w:name w:val="AB27C8C8D90949D99B80C3BCC40C6DB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">
    <w:name w:val="BE6BAA36B4CE46CCBA1107A2CA86328D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">
    <w:name w:val="98F3A9EE91754E259AFD2F141BD88EC3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">
    <w:name w:val="A562792367E244C2B52C13434E400DB2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">
    <w:name w:val="7E217E49FF2B4BCCB4F3ACCCBA862056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">
    <w:name w:val="A6B6B6169038418C8F137F03A3BAC3E6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">
    <w:name w:val="BA84038C5BAB4BC98BCFD7720888F4EA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">
    <w:name w:val="2A85F1BB5E59479D91B2E845B74103B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">
    <w:name w:val="734A0FEE22AB4D08A85FAFBB84445CB9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">
    <w:name w:val="3AE69983638E496B87E186B118E83D05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">
    <w:name w:val="4E1B8BE8E635423EB269141E9E2912AC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">
    <w:name w:val="522C19E6AA2346A4966003129C441C2C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">
    <w:name w:val="DC6DBC8E8B3947CB8F9195F36B67D85A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">
    <w:name w:val="49487EF4E50B45EF8F8DF0A58099CB09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">
    <w:name w:val="C6C5AA04D5744E5397F5B4C02E599FEC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">
    <w:name w:val="657845195F10471BB191FDF6254F450F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">
    <w:name w:val="4261ABEBA6024587BD9BFFA89B86CBAD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">
    <w:name w:val="ECE4C47E07C843CCA2D7255597D07705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">
    <w:name w:val="9444CF760006459A89EF2B7CE3AFF2D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">
    <w:name w:val="A451D5A1F2414B9AB219F05CFB3EC45E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">
    <w:name w:val="E58E1C4CC73644419B96786849CD0414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">
    <w:name w:val="CA4E4ABAE5DA465E97A6237A7809538C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">
    <w:name w:val="156AE4FD73954CA688AAE317B321396B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">
    <w:name w:val="6D5A277E4DAE4119840AF2E2D970FC5F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">
    <w:name w:val="586FFECF142C4598987272C037E4807A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">
    <w:name w:val="0FB6E5FECABF45829BB384A56029A28D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">
    <w:name w:val="7041F98D97294F33B27DB409BE8E34F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">
    <w:name w:val="73AB6D1D873F4738BF61AE697637871D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">
    <w:name w:val="520891A0A4C04E9D9F8A8F3644975CB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">
    <w:name w:val="C582574595EA444189787F4DFB8EE37F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">
    <w:name w:val="55670920D67C4481B676B57D42BEF39B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1">
    <w:name w:val="0D0E7F21F7C74B9EB2B3FE75BF17E85D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DD42402A5E4547A9966034646DECE5">
    <w:name w:val="C9DD42402A5E4547A9966034646DECE5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1">
    <w:name w:val="E7D02D12569949259F4B303AE9EE91BE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1">
    <w:name w:val="CAA78230F4974F91A466D1A3E44D5E2D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1">
    <w:name w:val="F0CFA2EC4C7B4356B9A2A03A62C38968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1">
    <w:name w:val="9380793E9EE044989EB44762814E78B6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1">
    <w:name w:val="0E951C26B4874E2787CBE628EA2C2094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1">
    <w:name w:val="07E5AC0373094234B85BEF415F1A8998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1">
    <w:name w:val="3ED87B2022A34B2198DC2B217B191AF1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">
    <w:name w:val="A52E9F0F3C3549C29B060FC2F2A6D578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">
    <w:name w:val="136CB3F2E58949E09F2EAE0D704C7EE0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E119DE05CB640549847538B5F8EF9A7">
    <w:name w:val="FE119DE05CB640549847538B5F8EF9A7"/>
    <w:rsid w:val="00FB32F8"/>
  </w:style>
  <w:style w:type="paragraph" w:customStyle="1" w:styleId="9F98BD6A7E484DF08110B1C4E624D3D0">
    <w:name w:val="9F98BD6A7E484DF08110B1C4E624D3D0"/>
    <w:rsid w:val="00FB32F8"/>
  </w:style>
  <w:style w:type="paragraph" w:customStyle="1" w:styleId="233C5AFA5E7E4902A9BB228B214E5792">
    <w:name w:val="233C5AFA5E7E4902A9BB228B214E5792"/>
    <w:rsid w:val="00FB32F8"/>
  </w:style>
  <w:style w:type="paragraph" w:customStyle="1" w:styleId="1B8839E78C2545FD826212E931A37F3B">
    <w:name w:val="1B8839E78C2545FD826212E931A37F3B"/>
    <w:rsid w:val="00FB32F8"/>
  </w:style>
  <w:style w:type="paragraph" w:customStyle="1" w:styleId="69B61E07360347BCBC59BA9F385F7236">
    <w:name w:val="69B61E07360347BCBC59BA9F385F7236"/>
    <w:rsid w:val="00FB32F8"/>
  </w:style>
  <w:style w:type="paragraph" w:customStyle="1" w:styleId="1B3653A43C104BD19568C0A6A4225B7F">
    <w:name w:val="1B3653A43C104BD19568C0A6A4225B7F"/>
    <w:rsid w:val="00FB32F8"/>
  </w:style>
  <w:style w:type="paragraph" w:customStyle="1" w:styleId="EEADD47DEE724B839CD6026B1BF75AA9">
    <w:name w:val="EEADD47DEE724B839CD6026B1BF75AA9"/>
    <w:rsid w:val="00FB32F8"/>
  </w:style>
  <w:style w:type="paragraph" w:customStyle="1" w:styleId="5C1905A191D24C99806B40DA34C15D19">
    <w:name w:val="5C1905A191D24C99806B40DA34C15D19"/>
    <w:rsid w:val="00FB32F8"/>
  </w:style>
  <w:style w:type="paragraph" w:customStyle="1" w:styleId="0423504971984E3CA014D7D54995C960">
    <w:name w:val="0423504971984E3CA014D7D54995C960"/>
    <w:rsid w:val="004161F5"/>
  </w:style>
  <w:style w:type="paragraph" w:customStyle="1" w:styleId="2636CEBDA55446F2B898CE82D65A7F19">
    <w:name w:val="2636CEBDA55446F2B898CE82D65A7F19"/>
    <w:rsid w:val="00FB32F8"/>
  </w:style>
  <w:style w:type="paragraph" w:customStyle="1" w:styleId="B1AD7A19AFD34107A93F340107E987C9">
    <w:name w:val="B1AD7A19AFD34107A93F340107E987C9"/>
    <w:rsid w:val="00FB32F8"/>
  </w:style>
  <w:style w:type="paragraph" w:customStyle="1" w:styleId="886A75EF89754CCCA94133C3ED148370">
    <w:name w:val="886A75EF89754CCCA94133C3ED148370"/>
    <w:rsid w:val="00FB32F8"/>
  </w:style>
  <w:style w:type="paragraph" w:customStyle="1" w:styleId="5ED57F54BA834AB1B5607992871117D0">
    <w:name w:val="5ED57F54BA834AB1B5607992871117D0"/>
    <w:rsid w:val="00FB32F8"/>
  </w:style>
  <w:style w:type="paragraph" w:customStyle="1" w:styleId="6DFABCABA0B9461DA7D3E68645D5FAB7">
    <w:name w:val="6DFABCABA0B9461DA7D3E68645D5FAB7"/>
    <w:rsid w:val="00FB32F8"/>
  </w:style>
  <w:style w:type="paragraph" w:customStyle="1" w:styleId="FC5F21740B2E4765971787BDD685D759">
    <w:name w:val="FC5F21740B2E4765971787BDD685D759"/>
    <w:rsid w:val="00FB32F8"/>
  </w:style>
  <w:style w:type="paragraph" w:customStyle="1" w:styleId="D90A19DFEA52488BB99915162C93968C">
    <w:name w:val="D90A19DFEA52488BB99915162C93968C"/>
    <w:rsid w:val="00FB32F8"/>
  </w:style>
  <w:style w:type="paragraph" w:customStyle="1" w:styleId="521563FD68FD43D5BA165673FF6D1378">
    <w:name w:val="521563FD68FD43D5BA165673FF6D1378"/>
    <w:rsid w:val="00FB32F8"/>
  </w:style>
  <w:style w:type="paragraph" w:customStyle="1" w:styleId="AE408CFFC6BA4AA5A655C4CB9E8D33BD">
    <w:name w:val="AE408CFFC6BA4AA5A655C4CB9E8D33BD"/>
    <w:rsid w:val="00FB32F8"/>
  </w:style>
  <w:style w:type="paragraph" w:customStyle="1" w:styleId="77C883E787A7487E8AC9A2460D0D6120">
    <w:name w:val="77C883E787A7487E8AC9A2460D0D6120"/>
    <w:rsid w:val="00FB32F8"/>
  </w:style>
  <w:style w:type="paragraph" w:customStyle="1" w:styleId="EDFABB6305204921AB41714CDBEF1F2C">
    <w:name w:val="EDFABB6305204921AB41714CDBEF1F2C"/>
    <w:rsid w:val="00FB32F8"/>
  </w:style>
  <w:style w:type="paragraph" w:customStyle="1" w:styleId="39948876AF22424CB7ED2F5AF92F9C43">
    <w:name w:val="39948876AF22424CB7ED2F5AF92F9C43"/>
    <w:rsid w:val="00FB32F8"/>
  </w:style>
  <w:style w:type="paragraph" w:customStyle="1" w:styleId="4EEA29DA30454295831DD7CCFD08932C">
    <w:name w:val="4EEA29DA30454295831DD7CCFD08932C"/>
    <w:rsid w:val="00FB32F8"/>
  </w:style>
  <w:style w:type="paragraph" w:customStyle="1" w:styleId="047256735BF942FB8FC659570B5872FF">
    <w:name w:val="047256735BF942FB8FC659570B5872FF"/>
    <w:rsid w:val="006239E1"/>
  </w:style>
  <w:style w:type="paragraph" w:customStyle="1" w:styleId="C4B1454EFE81435BBDBE7384849CEB21">
    <w:name w:val="C4B1454EFE81435BBDBE7384849CEB21"/>
    <w:rsid w:val="00EC7212"/>
  </w:style>
  <w:style w:type="paragraph" w:customStyle="1" w:styleId="AA869886ABAF424FB7953BF2DF1D31CE">
    <w:name w:val="AA869886ABAF424FB7953BF2DF1D31CE"/>
    <w:rsid w:val="00EC7212"/>
  </w:style>
  <w:style w:type="paragraph" w:customStyle="1" w:styleId="AE374A1CCD91472388352B00158D417E">
    <w:name w:val="AE374A1CCD91472388352B00158D417E"/>
    <w:rsid w:val="00EC7212"/>
  </w:style>
  <w:style w:type="paragraph" w:customStyle="1" w:styleId="32E47FD49B3B473D895C35EFD17C4C67">
    <w:name w:val="32E47FD49B3B473D895C35EFD17C4C67"/>
    <w:rsid w:val="00EC7212"/>
  </w:style>
  <w:style w:type="paragraph" w:customStyle="1" w:styleId="F31D89B3B11049B6B25FF5836F1A62F1">
    <w:name w:val="F31D89B3B11049B6B25FF5836F1A62F1"/>
    <w:rsid w:val="00EC7212"/>
  </w:style>
  <w:style w:type="paragraph" w:customStyle="1" w:styleId="731DF214F1EF49FE80659C689B3ADCD4">
    <w:name w:val="731DF214F1EF49FE80659C689B3ADCD4"/>
    <w:rsid w:val="00EC7212"/>
  </w:style>
  <w:style w:type="paragraph" w:customStyle="1" w:styleId="5D366CD35AAB47649E996CEAEBB60351">
    <w:name w:val="5D366CD35AAB47649E996CEAEBB60351"/>
    <w:rsid w:val="00EC7212"/>
  </w:style>
  <w:style w:type="paragraph" w:customStyle="1" w:styleId="689329DF26FB4E599B895EB5751A472F">
    <w:name w:val="689329DF26FB4E599B895EB5751A472F"/>
    <w:rsid w:val="00EC7212"/>
  </w:style>
  <w:style w:type="paragraph" w:customStyle="1" w:styleId="79E7F956F4964EA3822EB78ACAA13848">
    <w:name w:val="79E7F956F4964EA3822EB78ACAA13848"/>
    <w:rsid w:val="00EC7212"/>
  </w:style>
  <w:style w:type="paragraph" w:customStyle="1" w:styleId="0662CB9F97754CE9B20ABCC49A5D4E82">
    <w:name w:val="0662CB9F97754CE9B20ABCC49A5D4E82"/>
    <w:rsid w:val="00EC7212"/>
  </w:style>
  <w:style w:type="paragraph" w:customStyle="1" w:styleId="65C8F5FE428D487DA8BB7B464E79FA04">
    <w:name w:val="65C8F5FE428D487DA8BB7B464E79FA04"/>
    <w:rsid w:val="00EC7212"/>
  </w:style>
  <w:style w:type="paragraph" w:customStyle="1" w:styleId="47B830DF94924B2482C12B7DBBE96471">
    <w:name w:val="47B830DF94924B2482C12B7DBBE96471"/>
    <w:rsid w:val="00EC7212"/>
  </w:style>
  <w:style w:type="paragraph" w:customStyle="1" w:styleId="3C3D8F92E24C49BA908881E9316FE63A">
    <w:name w:val="3C3D8F92E24C49BA908881E9316FE63A"/>
    <w:rsid w:val="00EC7212"/>
  </w:style>
  <w:style w:type="paragraph" w:customStyle="1" w:styleId="0680E0D108424F9A9B479935F9B01310">
    <w:name w:val="0680E0D108424F9A9B479935F9B01310"/>
    <w:rsid w:val="00EC7212"/>
  </w:style>
  <w:style w:type="paragraph" w:customStyle="1" w:styleId="4148FAD007544EB584F6409C67250573">
    <w:name w:val="4148FAD007544EB584F6409C67250573"/>
    <w:rsid w:val="00EC7212"/>
  </w:style>
  <w:style w:type="paragraph" w:customStyle="1" w:styleId="59EC32D1A006489898648B98FA09FC20">
    <w:name w:val="59EC32D1A006489898648B98FA09FC20"/>
    <w:rsid w:val="00EC7212"/>
  </w:style>
  <w:style w:type="paragraph" w:customStyle="1" w:styleId="D204ECBDD4264A5DA75118A1F9A39542">
    <w:name w:val="D204ECBDD4264A5DA75118A1F9A39542"/>
    <w:rsid w:val="00EC7212"/>
  </w:style>
  <w:style w:type="paragraph" w:customStyle="1" w:styleId="BDF8E50BF1CC440F808E2991B30E9E35">
    <w:name w:val="BDF8E50BF1CC440F808E2991B30E9E35"/>
    <w:rsid w:val="00EC7212"/>
  </w:style>
  <w:style w:type="paragraph" w:customStyle="1" w:styleId="1AFE4D77BD004AA782890B1A2B891E91">
    <w:name w:val="1AFE4D77BD004AA782890B1A2B891E91"/>
    <w:rsid w:val="00EC7212"/>
  </w:style>
  <w:style w:type="paragraph" w:customStyle="1" w:styleId="9E3FCF74501D4593A28B0097B11CF0FD">
    <w:name w:val="9E3FCF74501D4593A28B0097B11CF0FD"/>
    <w:rsid w:val="00EC7212"/>
  </w:style>
  <w:style w:type="paragraph" w:customStyle="1" w:styleId="1B7C90431B204091BF34D4AC1D3DBC08">
    <w:name w:val="1B7C90431B204091BF34D4AC1D3DBC08"/>
    <w:rsid w:val="00EC7212"/>
  </w:style>
  <w:style w:type="paragraph" w:customStyle="1" w:styleId="7578560DA9D445ACB9628803C4F9665C">
    <w:name w:val="7578560DA9D445ACB9628803C4F9665C"/>
    <w:rsid w:val="00EC7212"/>
  </w:style>
  <w:style w:type="paragraph" w:customStyle="1" w:styleId="1D08BADE406B4BE29955A794A44B9C44">
    <w:name w:val="1D08BADE406B4BE29955A794A44B9C44"/>
    <w:rsid w:val="00EC7212"/>
  </w:style>
  <w:style w:type="paragraph" w:customStyle="1" w:styleId="A70AF058C40C42668DFC7D2C54FE48EE">
    <w:name w:val="A70AF058C40C42668DFC7D2C54FE48EE"/>
    <w:rsid w:val="00EC7212"/>
  </w:style>
  <w:style w:type="paragraph" w:customStyle="1" w:styleId="A04F3E4CCDA9482BBAA8787FE3FCD76B">
    <w:name w:val="A04F3E4CCDA9482BBAA8787FE3FCD76B"/>
    <w:rsid w:val="00EC7212"/>
  </w:style>
  <w:style w:type="paragraph" w:customStyle="1" w:styleId="88B0BCB4D77548989F7D7A64D219E857">
    <w:name w:val="88B0BCB4D77548989F7D7A64D219E857"/>
    <w:rsid w:val="00EC7212"/>
  </w:style>
  <w:style w:type="paragraph" w:customStyle="1" w:styleId="639C81B507D641DC87FA82194ED1EF11">
    <w:name w:val="639C81B507D641DC87FA82194ED1EF11"/>
    <w:rsid w:val="00EC7212"/>
  </w:style>
  <w:style w:type="paragraph" w:customStyle="1" w:styleId="F060D239509F4521A56580FA79442C4C">
    <w:name w:val="F060D239509F4521A56580FA79442C4C"/>
    <w:rsid w:val="00EC7212"/>
  </w:style>
  <w:style w:type="paragraph" w:customStyle="1" w:styleId="79ACDACDFAB0495793743B259BD7708F">
    <w:name w:val="79ACDACDFAB0495793743B259BD7708F"/>
    <w:rsid w:val="00EC7212"/>
  </w:style>
  <w:style w:type="paragraph" w:customStyle="1" w:styleId="6F9AA3E76E964C07919E72767FDFA663">
    <w:name w:val="6F9AA3E76E964C07919E72767FDFA663"/>
    <w:rsid w:val="00EC7212"/>
  </w:style>
  <w:style w:type="paragraph" w:customStyle="1" w:styleId="B5E5B51EFDED4D77870B76E85B2338A5">
    <w:name w:val="B5E5B51EFDED4D77870B76E85B2338A5"/>
    <w:rsid w:val="00EC7212"/>
  </w:style>
  <w:style w:type="paragraph" w:customStyle="1" w:styleId="F87B790A53064A2EA783C6F3B906476D">
    <w:name w:val="F87B790A53064A2EA783C6F3B906476D"/>
    <w:rsid w:val="00EC7212"/>
  </w:style>
  <w:style w:type="paragraph" w:customStyle="1" w:styleId="06D9E17B2B2B488C8B76CDC877EC0E9A">
    <w:name w:val="06D9E17B2B2B488C8B76CDC877EC0E9A"/>
    <w:rsid w:val="00EC7212"/>
  </w:style>
  <w:style w:type="paragraph" w:customStyle="1" w:styleId="8E8FF8BC698C434E89BBFC103705B590">
    <w:name w:val="8E8FF8BC698C434E89BBFC103705B590"/>
    <w:rsid w:val="00EC7212"/>
  </w:style>
  <w:style w:type="paragraph" w:customStyle="1" w:styleId="59F2EB4351454B2C8CE4046359B53193">
    <w:name w:val="59F2EB4351454B2C8CE4046359B53193"/>
    <w:rsid w:val="00EC7212"/>
  </w:style>
  <w:style w:type="paragraph" w:customStyle="1" w:styleId="518319FD957C4593840AD7D0C78E876C">
    <w:name w:val="518319FD957C4593840AD7D0C78E876C"/>
    <w:rsid w:val="00EC7212"/>
  </w:style>
  <w:style w:type="paragraph" w:customStyle="1" w:styleId="6D55C65D3CC8440CB3C9A55AD7343C60">
    <w:name w:val="6D55C65D3CC8440CB3C9A55AD7343C60"/>
    <w:rsid w:val="00EC7212"/>
  </w:style>
  <w:style w:type="paragraph" w:customStyle="1" w:styleId="4A1F8B837A6543188890A60420A6FE14">
    <w:name w:val="4A1F8B837A6543188890A60420A6FE14"/>
    <w:rsid w:val="00EC7212"/>
  </w:style>
  <w:style w:type="paragraph" w:customStyle="1" w:styleId="B7A9EAE3BCF54189B6E1BF526760EC6A">
    <w:name w:val="B7A9EAE3BCF54189B6E1BF526760EC6A"/>
    <w:rsid w:val="00EC7212"/>
  </w:style>
  <w:style w:type="paragraph" w:customStyle="1" w:styleId="A4DF142684EC468FB1DA54C96F1A4C80">
    <w:name w:val="A4DF142684EC468FB1DA54C96F1A4C80"/>
    <w:rsid w:val="00EC7212"/>
  </w:style>
  <w:style w:type="paragraph" w:customStyle="1" w:styleId="3E7A6C8D88D046D5B07A95475A6528D0">
    <w:name w:val="3E7A6C8D88D046D5B07A95475A6528D0"/>
    <w:rsid w:val="00EC7212"/>
  </w:style>
  <w:style w:type="paragraph" w:customStyle="1" w:styleId="D2D35B0C30C94983A9B8CD4110782924">
    <w:name w:val="D2D35B0C30C94983A9B8CD4110782924"/>
    <w:rsid w:val="00EC7212"/>
  </w:style>
  <w:style w:type="paragraph" w:customStyle="1" w:styleId="674E75E4015C4DB68E3F331B6311F15D">
    <w:name w:val="674E75E4015C4DB68E3F331B6311F15D"/>
    <w:rsid w:val="00EC7212"/>
  </w:style>
  <w:style w:type="paragraph" w:customStyle="1" w:styleId="79198DD2E5CC45868D4AEC1106FBB8E0">
    <w:name w:val="79198DD2E5CC45868D4AEC1106FBB8E0"/>
    <w:rsid w:val="00EC7212"/>
  </w:style>
  <w:style w:type="paragraph" w:customStyle="1" w:styleId="C50566C87C7349C3AAFFD2B462D378AD">
    <w:name w:val="C50566C87C7349C3AAFFD2B462D378AD"/>
    <w:rsid w:val="00EC7212"/>
  </w:style>
  <w:style w:type="paragraph" w:customStyle="1" w:styleId="FFCB88D5C7A04C6AA4E94EA2B1005C46">
    <w:name w:val="FFCB88D5C7A04C6AA4E94EA2B1005C46"/>
    <w:rsid w:val="00EC7212"/>
  </w:style>
  <w:style w:type="paragraph" w:customStyle="1" w:styleId="813C5B556E804F328CE98F3377B4A428">
    <w:name w:val="813C5B556E804F328CE98F3377B4A428"/>
    <w:rsid w:val="00EC7212"/>
  </w:style>
  <w:style w:type="paragraph" w:customStyle="1" w:styleId="8958F4DE94604A7C84587667D5E3A82D">
    <w:name w:val="8958F4DE94604A7C84587667D5E3A82D"/>
    <w:rsid w:val="00EC7212"/>
  </w:style>
  <w:style w:type="paragraph" w:customStyle="1" w:styleId="7136CC3AAAA240558A1F70E921681333">
    <w:name w:val="7136CC3AAAA240558A1F70E921681333"/>
    <w:rsid w:val="00EC7212"/>
  </w:style>
  <w:style w:type="paragraph" w:customStyle="1" w:styleId="09192308477F4D11853CC48C5E958ECA">
    <w:name w:val="09192308477F4D11853CC48C5E958ECA"/>
    <w:rsid w:val="00EC7212"/>
  </w:style>
  <w:style w:type="paragraph" w:customStyle="1" w:styleId="EE356AE9B93B46D5876B2F93D200CE7F">
    <w:name w:val="EE356AE9B93B46D5876B2F93D200CE7F"/>
    <w:rsid w:val="00EC7212"/>
  </w:style>
  <w:style w:type="paragraph" w:customStyle="1" w:styleId="0CD4C6E9768149B68DDE0B093A967BE9">
    <w:name w:val="0CD4C6E9768149B68DDE0B093A967BE9"/>
    <w:rsid w:val="00EC7212"/>
  </w:style>
  <w:style w:type="paragraph" w:customStyle="1" w:styleId="7EFDD844CC0D4CC5B292B2891E90D165">
    <w:name w:val="7EFDD844CC0D4CC5B292B2891E90D165"/>
    <w:rsid w:val="00EC7212"/>
  </w:style>
  <w:style w:type="paragraph" w:customStyle="1" w:styleId="AC604F7B5CE6476BB79D048B0CCB55A3">
    <w:name w:val="AC604F7B5CE6476BB79D048B0CCB55A3"/>
    <w:rsid w:val="00EC7212"/>
  </w:style>
  <w:style w:type="paragraph" w:customStyle="1" w:styleId="CEB96DB4190D479790D21C08C6D96207">
    <w:name w:val="CEB96DB4190D479790D21C08C6D96207"/>
    <w:rsid w:val="00EC7212"/>
  </w:style>
  <w:style w:type="paragraph" w:customStyle="1" w:styleId="FD3EEEC419FB4A73A8B2E5B8B17554F6">
    <w:name w:val="FD3EEEC419FB4A73A8B2E5B8B17554F6"/>
    <w:rsid w:val="00EC7212"/>
  </w:style>
  <w:style w:type="paragraph" w:customStyle="1" w:styleId="4DA9D3CF6711453F9D530006F1283C90">
    <w:name w:val="4DA9D3CF6711453F9D530006F1283C90"/>
    <w:rsid w:val="00EC7212"/>
  </w:style>
  <w:style w:type="paragraph" w:customStyle="1" w:styleId="65CD766933724F4E9E0C2CB8FEF3572F">
    <w:name w:val="65CD766933724F4E9E0C2CB8FEF3572F"/>
    <w:rsid w:val="00EC7212"/>
  </w:style>
  <w:style w:type="paragraph" w:customStyle="1" w:styleId="80FE0A50A7BB49EA8CB2DF2B75C5F0B1">
    <w:name w:val="80FE0A50A7BB49EA8CB2DF2B75C5F0B1"/>
    <w:rsid w:val="00EC7212"/>
  </w:style>
  <w:style w:type="paragraph" w:customStyle="1" w:styleId="8EEC1EA62F6A4C669142695C1483D452">
    <w:name w:val="8EEC1EA62F6A4C669142695C1483D452"/>
    <w:rsid w:val="00EC7212"/>
  </w:style>
  <w:style w:type="paragraph" w:customStyle="1" w:styleId="B0EC60183EEC48829EBA9B3A50725B98">
    <w:name w:val="B0EC60183EEC48829EBA9B3A50725B98"/>
    <w:rsid w:val="00EC7212"/>
  </w:style>
  <w:style w:type="paragraph" w:customStyle="1" w:styleId="EECB42420AD740A5A137A9B3773B918A">
    <w:name w:val="EECB42420AD740A5A137A9B3773B918A"/>
    <w:rsid w:val="00EC7212"/>
  </w:style>
  <w:style w:type="paragraph" w:customStyle="1" w:styleId="94AF3C750CE14908BC1050CCA8227D94">
    <w:name w:val="94AF3C750CE14908BC1050CCA8227D94"/>
    <w:rsid w:val="00EC7212"/>
  </w:style>
  <w:style w:type="paragraph" w:customStyle="1" w:styleId="EF095F75081C4663AF611FB1763BB532">
    <w:name w:val="EF095F75081C4663AF611FB1763BB532"/>
    <w:rsid w:val="00EC7212"/>
  </w:style>
  <w:style w:type="paragraph" w:customStyle="1" w:styleId="B9EF1E2F40E54D19807525B380E0181E">
    <w:name w:val="B9EF1E2F40E54D19807525B380E0181E"/>
    <w:rsid w:val="00EC7212"/>
  </w:style>
  <w:style w:type="paragraph" w:customStyle="1" w:styleId="1734C0B0E50C4165979C1D1CD6EF51181">
    <w:name w:val="1734C0B0E50C4165979C1D1CD6EF511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1">
    <w:name w:val="D5F14FB66A15431389EB3E003A7DADB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1">
    <w:name w:val="767E5F504CE04A3283DBB5C362BF53D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1">
    <w:name w:val="E784E538356841158C171F82ADDD532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1">
    <w:name w:val="15FA136DFCC9400EA3643631FD9D49A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1">
    <w:name w:val="0650B01579224C17841E78E78C05793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1">
    <w:name w:val="758EF154077D4EC492E0AA02749775E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1">
    <w:name w:val="60444590C5F4414E83C6454885D5753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1">
    <w:name w:val="096DC268CB3744C7AF90E558EFABE7F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1">
    <w:name w:val="16EE3227410F4460A6706019F08584B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1">
    <w:name w:val="35C6ADD19D0A4F7F9AA8A8D4CCB1374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1">
    <w:name w:val="0AD4EFDEB46F4DD3B07D7D864B6EAEB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1">
    <w:name w:val="C969D259CE28476AA1EB44B74A93B0D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1">
    <w:name w:val="4163D3241B974CB9999FF0EC5B4E2B2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1">
    <w:name w:val="89495584885745569DDCF4FEC1482D0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1">
    <w:name w:val="66C6F6902A3B4D4CA7D745FDDA70B68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1">
    <w:name w:val="4CD965A9EE694FECADF2476D720E7B6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1">
    <w:name w:val="09E232A6ADC042DB884957F020A929B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1">
    <w:name w:val="3DF7FD3C5E5C4C0992D419903A5ACDD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1">
    <w:name w:val="CADFFF9D18954E1993F5C0789B03E17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1">
    <w:name w:val="657F90F891404138BEF4C8B0986FE70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1">
    <w:name w:val="C9113B8A854441D682CE5AC80AFB086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1">
    <w:name w:val="A98CC7936C024C2988776FBA2CC670B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1">
    <w:name w:val="2E9B36F7201C45DF99CA9FA9C42900A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1">
    <w:name w:val="09814CF1CD7A47D3BB560F37A96F9D5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1">
    <w:name w:val="7793DEAF92564508A217818A964BBBC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1">
    <w:name w:val="872FF4CA11794B8A841DB2220DF10EA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1">
    <w:name w:val="4E97BD512F134974B65EC5CE1A1FFA5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1">
    <w:name w:val="43C24FC1DD4E4C25906C3761C0E444F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1">
    <w:name w:val="6E5B51F8A20C49259CB13015EB12138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1">
    <w:name w:val="ACA81B7FEB124004A04A95F11ADBD7A7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1">
    <w:name w:val="E3F5175B57004446843F4F317C13BE7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1">
    <w:name w:val="6E2E25C8BD59485F83A4E1A3EB66C1C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1">
    <w:name w:val="74CADD3637F3476CAEF2795719E307A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1">
    <w:name w:val="AB27C8C8D90949D99B80C3BCC40C6DB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1">
    <w:name w:val="BE6BAA36B4CE46CCBA1107A2CA86328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1">
    <w:name w:val="98F3A9EE91754E259AFD2F141BD88EC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1">
    <w:name w:val="A562792367E244C2B52C13434E400DB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1">
    <w:name w:val="7E217E49FF2B4BCCB4F3ACCCBA86205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1">
    <w:name w:val="A6B6B6169038418C8F137F03A3BAC3E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1">
    <w:name w:val="BA84038C5BAB4BC98BCFD7720888F4E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1">
    <w:name w:val="2A85F1BB5E59479D91B2E845B74103B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1">
    <w:name w:val="734A0FEE22AB4D08A85FAFBB84445CB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1">
    <w:name w:val="3AE69983638E496B87E186B118E83D0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1">
    <w:name w:val="4E1B8BE8E635423EB269141E9E2912A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1">
    <w:name w:val="522C19E6AA2346A4966003129C441C2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1">
    <w:name w:val="DC6DBC8E8B3947CB8F9195F36B67D85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1">
    <w:name w:val="49487EF4E50B45EF8F8DF0A58099CB0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A869886ABAF424FB7953BF2DF1D31CE1">
    <w:name w:val="AA869886ABAF424FB7953BF2DF1D31C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374A1CCD91472388352B00158D417E1">
    <w:name w:val="AE374A1CCD91472388352B00158D417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2E47FD49B3B473D895C35EFD17C4C671">
    <w:name w:val="32E47FD49B3B473D895C35EFD17C4C67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1D89B3B11049B6B25FF5836F1A62F11">
    <w:name w:val="F31D89B3B11049B6B25FF5836F1A62F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1DF214F1EF49FE80659C689B3ADCD41">
    <w:name w:val="731DF214F1EF49FE80659C689B3ADCD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D366CD35AAB47649E996CEAEBB603511">
    <w:name w:val="5D366CD35AAB47649E996CEAEBB6035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89329DF26FB4E599B895EB5751A472F1">
    <w:name w:val="689329DF26FB4E599B895EB5751A472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62CB9F97754CE9B20ABCC49A5D4E821">
    <w:name w:val="0662CB9F97754CE9B20ABCC49A5D4E8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C8F5FE428D487DA8BB7B464E79FA041">
    <w:name w:val="65C8F5FE428D487DA8BB7B464E79FA0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B830DF94924B2482C12B7DBBE964711">
    <w:name w:val="47B830DF94924B2482C12B7DBBE9647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C3D8F92E24C49BA908881E9316FE63A1">
    <w:name w:val="3C3D8F92E24C49BA908881E9316FE63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80E0D108424F9A9B479935F9B013101">
    <w:name w:val="0680E0D108424F9A9B479935F9B0131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48FAD007544EB584F6409C672505731">
    <w:name w:val="4148FAD007544EB584F6409C6725057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9EC32D1A006489898648B98FA09FC201">
    <w:name w:val="59EC32D1A006489898648B98FA09FC2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F8E50BF1CC440F808E2991B30E9E351">
    <w:name w:val="BDF8E50BF1CC440F808E2991B30E9E3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AFE4D77BD004AA782890B1A2B891E911">
    <w:name w:val="1AFE4D77BD004AA782890B1A2B891E9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3FCF74501D4593A28B0097B11CF0FD1">
    <w:name w:val="9E3FCF74501D4593A28B0097B11CF0F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7C90431B204091BF34D4AC1D3DBC081">
    <w:name w:val="1B7C90431B204091BF34D4AC1D3DBC0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78560DA9D445ACB9628803C4F9665C1">
    <w:name w:val="7578560DA9D445ACB9628803C4F9665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D08BADE406B4BE29955A794A44B9C441">
    <w:name w:val="1D08BADE406B4BE29955A794A44B9C4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70AF058C40C42668DFC7D2C54FE48EE1">
    <w:name w:val="A70AF058C40C42668DFC7D2C54FE48E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B0BCB4D77548989F7D7A64D219E8571">
    <w:name w:val="88B0BCB4D77548989F7D7A64D219E857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39C81B507D641DC87FA82194ED1EF111">
    <w:name w:val="639C81B507D641DC87FA82194ED1EF1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60D239509F4521A56580FA79442C4C1">
    <w:name w:val="F060D239509F4521A56580FA79442C4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ACDACDFAB0495793743B259BD7708F1">
    <w:name w:val="79ACDACDFAB0495793743B259BD7708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F9AA3E76E964C07919E72767FDFA6631">
    <w:name w:val="6F9AA3E76E964C07919E72767FDFA66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E5B51EFDED4D77870B76E85B2338A51">
    <w:name w:val="B5E5B51EFDED4D77870B76E85B2338A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87B790A53064A2EA783C6F3B906476D1">
    <w:name w:val="F87B790A53064A2EA783C6F3B906476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1">
    <w:name w:val="C6C5AA04D5744E5397F5B4C02E599FE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1">
    <w:name w:val="657845195F10471BB191FDF6254F450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1">
    <w:name w:val="4261ABEBA6024587BD9BFFA89B86CBA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1">
    <w:name w:val="ECE4C47E07C843CCA2D7255597D0770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1">
    <w:name w:val="9444CF760006459A89EF2B7CE3AFF2D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1">
    <w:name w:val="A451D5A1F2414B9AB219F05CFB3EC45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1">
    <w:name w:val="E58E1C4CC73644419B96786849CD041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1">
    <w:name w:val="D90A19DFEA52488BB99915162C93968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1">
    <w:name w:val="521563FD68FD43D5BA165673FF6D137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1">
    <w:name w:val="AE408CFFC6BA4AA5A655C4CB9E8D33B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1">
    <w:name w:val="77C883E787A7487E8AC9A2460D0D612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1">
    <w:name w:val="EDFABB6305204921AB41714CDBEF1F2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1">
    <w:name w:val="39948876AF22424CB7ED2F5AF92F9C4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1">
    <w:name w:val="4EEA29DA30454295831DD7CCFD08932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1">
    <w:name w:val="CA4E4ABAE5DA465E97A6237A7809538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1">
    <w:name w:val="156AE4FD73954CA688AAE317B321396B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1">
    <w:name w:val="6D5A277E4DAE4119840AF2E2D970FC5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1">
    <w:name w:val="586FFECF142C4598987272C037E4807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1">
    <w:name w:val="0FB6E5FECABF45829BB384A56029A28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1">
    <w:name w:val="2636CEBDA55446F2B898CE82D65A7F1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1">
    <w:name w:val="B1AD7A19AFD34107A93F340107E987C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1">
    <w:name w:val="886A75EF89754CCCA94133C3ED14837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1">
    <w:name w:val="5ED57F54BA834AB1B5607992871117D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1">
    <w:name w:val="6DFABCABA0B9461DA7D3E68645D5FAB7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E8FF8BC698C434E89BBFC103705B5901">
    <w:name w:val="8E8FF8BC698C434E89BBFC103705B59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9F2EB4351454B2C8CE4046359B531931">
    <w:name w:val="59F2EB4351454B2C8CE4046359B5319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8319FD957C4593840AD7D0C78E876C1">
    <w:name w:val="518319FD957C4593840AD7D0C78E876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5C65D3CC8440CB3C9A55AD7343C601">
    <w:name w:val="6D55C65D3CC8440CB3C9A55AD7343C6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1F8B837A6543188890A60420A6FE141">
    <w:name w:val="4A1F8B837A6543188890A60420A6FE1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DF142684EC468FB1DA54C96F1A4C801">
    <w:name w:val="A4DF142684EC468FB1DA54C96F1A4C8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7A6C8D88D046D5B07A95475A6528D01">
    <w:name w:val="3E7A6C8D88D046D5B07A95475A6528D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2D35B0C30C94983A9B8CD41107829241">
    <w:name w:val="D2D35B0C30C94983A9B8CD411078292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74E75E4015C4DB68E3F331B6311F15D1">
    <w:name w:val="674E75E4015C4DB68E3F331B6311F15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198DD2E5CC45868D4AEC1106FBB8E01">
    <w:name w:val="79198DD2E5CC45868D4AEC1106FBB8E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1">
    <w:name w:val="7041F98D97294F33B27DB409BE8E34F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1">
    <w:name w:val="73AB6D1D873F4738BF61AE697637871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1">
    <w:name w:val="520891A0A4C04E9D9F8A8F3644975CB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1">
    <w:name w:val="C582574595EA444189787F4DFB8EE37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1">
    <w:name w:val="55670920D67C4481B676B57D42BEF39B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">
    <w:name w:val="0D0E7F21F7C74B9EB2B3FE75BF17E85D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1">
    <w:name w:val="9F98BD6A7E484DF08110B1C4E624D3D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1">
    <w:name w:val="233C5AFA5E7E4902A9BB228B214E579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1">
    <w:name w:val="1B8839E78C2545FD826212E931A37F3B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1">
    <w:name w:val="69B61E07360347BCBC59BA9F385F723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3653A43C104BD19568C0A6A4225B7F1">
    <w:name w:val="1B3653A43C104BD19568C0A6A4225B7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1">
    <w:name w:val="EEADD47DEE724B839CD6026B1BF75AA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CB88D5C7A04C6AA4E94EA2B1005C461">
    <w:name w:val="FFCB88D5C7A04C6AA4E94EA2B1005C4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13C5B556E804F328CE98F3377B4A4281">
    <w:name w:val="813C5B556E804F328CE98F3377B4A42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58F4DE94604A7C84587667D5E3A82D1">
    <w:name w:val="8958F4DE94604A7C84587667D5E3A82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136CC3AAAA240558A1F70E9216813331">
    <w:name w:val="7136CC3AAAA240558A1F70E92168133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192308477F4D11853CC48C5E958ECA1">
    <w:name w:val="09192308477F4D11853CC48C5E958EC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356AE9B93B46D5876B2F93D200CE7F1">
    <w:name w:val="EE356AE9B93B46D5876B2F93D200CE7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FDD844CC0D4CC5B292B2891E90D1651">
    <w:name w:val="7EFDD844CC0D4CC5B292B2891E90D16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604F7B5CE6476BB79D048B0CCB55A31">
    <w:name w:val="AC604F7B5CE6476BB79D048B0CCB55A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EB96DB4190D479790D21C08C6D962071">
    <w:name w:val="CEB96DB4190D479790D21C08C6D96207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D3EEEC419FB4A73A8B2E5B8B17554F61">
    <w:name w:val="FD3EEEC419FB4A73A8B2E5B8B17554F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DA9D3CF6711453F9D530006F1283C901">
    <w:name w:val="4DA9D3CF6711453F9D530006F1283C9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CD766933724F4E9E0C2CB8FEF3572F1">
    <w:name w:val="65CD766933724F4E9E0C2CB8FEF3572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EEC1EA62F6A4C669142695C1483D4521">
    <w:name w:val="8EEC1EA62F6A4C669142695C1483D45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EC60183EEC48829EBA9B3A50725B981">
    <w:name w:val="B0EC60183EEC48829EBA9B3A50725B9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CB42420AD740A5A137A9B3773B918A1">
    <w:name w:val="EECB42420AD740A5A137A9B3773B918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AF3C750CE14908BC1050CCA8227D941">
    <w:name w:val="94AF3C750CE14908BC1050CCA8227D9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F095F75081C4663AF611FB1763BB5321">
    <w:name w:val="EF095F75081C4663AF611FB1763BB53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EF1E2F40E54D19807525B380E0181E1">
    <w:name w:val="B9EF1E2F40E54D19807525B380E0181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DD42402A5E4547A9966034646DECE51">
    <w:name w:val="C9DD42402A5E4547A9966034646DECE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">
    <w:name w:val="E7D02D12569949259F4B303AE9EE91BE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">
    <w:name w:val="CAA78230F4974F91A466D1A3E44D5E2D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">
    <w:name w:val="F0CFA2EC4C7B4356B9A2A03A62C38968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">
    <w:name w:val="9380793E9EE044989EB44762814E78B6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">
    <w:name w:val="0E951C26B4874E2787CBE628EA2C2094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">
    <w:name w:val="07E5AC0373094234B85BEF415F1A8998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">
    <w:name w:val="3ED87B2022A34B2198DC2B217B191A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1">
    <w:name w:val="A52E9F0F3C3549C29B060FC2F2A6D57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1">
    <w:name w:val="136CB3F2E58949E09F2EAE0D704C7EE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396FDF-C951-468B-A455-B62814C8A7E1}"/>
</file>

<file path=customXml/itemProps3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4</cp:revision>
  <dcterms:created xsi:type="dcterms:W3CDTF">2026-08-20T14:25:00Z</dcterms:created>
  <dcterms:modified xsi:type="dcterms:W3CDTF">2026-09-09T13:01:00Z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