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307FF798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8E5780">
        <w:rPr>
          <w:b/>
          <w:bCs/>
          <w:sz w:val="40"/>
          <w:szCs w:val="40"/>
        </w:rPr>
        <w:t>Infectious Diseases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Pr="007C0991" w:rsidRDefault="007C0991" w:rsidP="007C0991"/>
    <w:p w14:paraId="6E5B97C0" w14:textId="59A16C94" w:rsidR="00214ECC" w:rsidRPr="00F4085D" w:rsidRDefault="003729FB" w:rsidP="001C17E4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26432B61" w14:textId="09D5BCC7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24C98232" w:rsidR="009E4AEB" w:rsidRPr="00597958" w:rsidRDefault="00846BF0" w:rsidP="009E4AE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Current </w:t>
            </w:r>
            <w:r w:rsidR="009E4AEB" w:rsidRPr="00597958">
              <w:rPr>
                <w:b/>
                <w:bCs/>
              </w:rPr>
              <w:t>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</w:tcPr>
              <w:p w14:paraId="13FF5351" w14:textId="76ACC4B8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5309A5" w14:textId="417B04D7" w:rsidR="009E4AEB" w:rsidRDefault="009E4AEB" w:rsidP="3FE541D5"/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63434F62">
                <wp:simplePos x="0" y="0"/>
                <wp:positionH relativeFrom="margin">
                  <wp:align>right</wp:align>
                </wp:positionH>
                <wp:positionV relativeFrom="paragraph">
                  <wp:posOffset>2175952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3027F7ED" w:rsidR="002931FF" w:rsidRPr="00B25E2F" w:rsidRDefault="00B25E2F" w:rsidP="00B25E2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71.3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Deh/m8&#10;3QAAAAgBAAAPAAAAAAAAAAAAAAAAAGgEAABkcnMvZG93bnJldi54bWxQSwUGAAAAAAQABADzAAAA&#10;cgUAAAAA&#10;">
                <v:textbox style="mso-fit-shape-to-text:t">
                  <w:txbxContent>
                    <w:p w14:paraId="0B7A552B" w14:textId="3027F7ED" w:rsidR="002931FF" w:rsidRPr="00B25E2F" w:rsidRDefault="00B25E2F" w:rsidP="00B25E2F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63F6142D" w14:textId="77777777" w:rsidR="00846BF0" w:rsidRPr="00846BF0" w:rsidRDefault="00846BF0" w:rsidP="00846BF0">
      <w:pPr>
        <w:pStyle w:val="Heading1"/>
      </w:pPr>
      <w:r w:rsidRPr="00846BF0">
        <w:lastRenderedPageBreak/>
        <w:t>Career Objective / Personal Statement</w:t>
      </w:r>
    </w:p>
    <w:p w14:paraId="7270FBE1" w14:textId="029EB429" w:rsidR="00846BF0" w:rsidRDefault="00846BF0" w:rsidP="00846BF0">
      <w:pPr>
        <w:rPr>
          <w:b/>
          <w:bCs/>
        </w:rPr>
      </w:pPr>
      <w:r w:rsidRPr="00846BF0">
        <w:rPr>
          <w:b/>
          <w:bCs/>
        </w:rPr>
        <w:t>Brief statement (250 words) outlining your motivation for a career in medicine, chosen specialty, and career goals.</w:t>
      </w:r>
    </w:p>
    <w:sdt>
      <w:sdtPr>
        <w:rPr>
          <w:b/>
          <w:bCs/>
        </w:rPr>
        <w:id w:val="-1539039204"/>
        <w:placeholder>
          <w:docPart w:val="52A7464D96FD4651804EB52EF6222011"/>
        </w:placeholder>
        <w:showingPlcHdr/>
      </w:sdtPr>
      <w:sdtContent>
        <w:p w14:paraId="21497E6C" w14:textId="31D80EF5" w:rsidR="00846BF0" w:rsidRPr="00846BF0" w:rsidRDefault="00846BF0" w:rsidP="00846BF0">
          <w:pPr>
            <w:rPr>
              <w:b/>
              <w:bCs/>
            </w:rPr>
          </w:pPr>
          <w:r w:rsidRPr="00F10F93">
            <w:rPr>
              <w:rStyle w:val="PlaceholderText"/>
            </w:rPr>
            <w:t>Click or tap here to enter text.</w:t>
          </w:r>
        </w:p>
      </w:sdtContent>
    </w:sdt>
    <w:p w14:paraId="18146BAE" w14:textId="77777777" w:rsidR="00846BF0" w:rsidRDefault="00846BF0" w:rsidP="00846BF0"/>
    <w:p w14:paraId="73ED809F" w14:textId="619479E0" w:rsidR="00214ECC" w:rsidRDefault="003729FB" w:rsidP="001C17E4">
      <w:pPr>
        <w:pStyle w:val="Heading1"/>
      </w:pPr>
      <w:r>
        <w:t>Commitment to Specialty &amp; Career Motivation</w:t>
      </w:r>
    </w:p>
    <w:p w14:paraId="3808862C" w14:textId="77777777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Why are you interested in this specialty?</w:t>
      </w:r>
      <w:r w:rsidR="002D7D98" w:rsidRPr="00597958">
        <w:rPr>
          <w:b/>
          <w:bCs/>
        </w:rPr>
        <w:t xml:space="preserve"> (200 words)</w:t>
      </w:r>
    </w:p>
    <w:p w14:paraId="63A91466" w14:textId="26842EEA" w:rsidR="00214ECC" w:rsidRDefault="00000000" w:rsidP="00597958">
      <w:sdt>
        <w:sdtPr>
          <w:id w:val="-1365520692"/>
          <w:placeholder>
            <w:docPart w:val="767E5F504CE04A3283DBB5C362BF53DD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6B918E70" w14:textId="4FEC28B6" w:rsidR="00846BF0" w:rsidRDefault="00846BF0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experiences have influenced your decision to pursue this area? (200 words)</w:t>
      </w:r>
    </w:p>
    <w:sdt>
      <w:sdtPr>
        <w:id w:val="407199932"/>
        <w:placeholder>
          <w:docPart w:val="C0492C6D754449F8B542EA48D1DCE9D9"/>
        </w:placeholder>
        <w:showingPlcHdr/>
      </w:sdtPr>
      <w:sdtContent>
        <w:p w14:paraId="471A4DB6" w14:textId="3655BCCF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51C12F35" w14:textId="470024D3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What steps have you taken to build your career in this specialty? (e.g., rotations, audits,</w:t>
      </w:r>
      <w:r>
        <w:t xml:space="preserve"> </w:t>
      </w:r>
      <w:r w:rsidRPr="00597958">
        <w:rPr>
          <w:b/>
          <w:bCs/>
        </w:rPr>
        <w:t>courses, research)</w:t>
      </w:r>
      <w:r w:rsidR="002D7D98" w:rsidRPr="00597958">
        <w:rPr>
          <w:b/>
          <w:bCs/>
        </w:rPr>
        <w:t xml:space="preserve"> (200 words)</w:t>
      </w:r>
    </w:p>
    <w:p w14:paraId="3E3713EA" w14:textId="000B6F80" w:rsidR="009E4AEB" w:rsidRDefault="00000000" w:rsidP="00597958">
      <w:sdt>
        <w:sdtPr>
          <w:id w:val="-462970739"/>
          <w:placeholder>
            <w:docPart w:val="15FA136DFCC9400EA3643631FD9D49AC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6D446B95" w14:textId="156007D2" w:rsidR="007C3707" w:rsidRDefault="00846BF0" w:rsidP="00846BF0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are your short- and long-term career goals in this field? (200 words)</w:t>
      </w:r>
    </w:p>
    <w:sdt>
      <w:sdtPr>
        <w:id w:val="-1794284309"/>
        <w:placeholder>
          <w:docPart w:val="7E49DCD23CEC4ECE8F377BF42DDB4968"/>
        </w:placeholder>
        <w:showingPlcHdr/>
      </w:sdtPr>
      <w:sdtContent>
        <w:p w14:paraId="1218BEFA" w14:textId="77EB5171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214C56ED" w14:textId="77777777" w:rsidR="00B25E2F" w:rsidRDefault="00B25E2F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28495B9D" w:rsidR="002D7D98" w:rsidRDefault="003729FB" w:rsidP="001C17E4">
      <w:pPr>
        <w:pStyle w:val="Heading1"/>
      </w:pPr>
      <w:r>
        <w:lastRenderedPageBreak/>
        <w:t>Medical Education &amp; Qualifications</w:t>
      </w:r>
      <w:r w:rsidR="002D7D98">
        <w:t xml:space="preserve"> – Including Memberships</w:t>
      </w:r>
      <w:r w:rsidR="00C7253B">
        <w:t xml:space="preserve"> and Courses</w:t>
      </w:r>
    </w:p>
    <w:p w14:paraId="71241A66" w14:textId="68A2E640" w:rsidR="00214ECC" w:rsidRDefault="003729FB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F4085D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B16633" w:rsidRPr="00F4085D">
              <w:rPr>
                <w:b/>
                <w:bCs/>
              </w:rPr>
              <w:t xml:space="preserve"> </w:t>
            </w:r>
            <w:r w:rsidR="00F4085D" w:rsidRPr="00F4085D">
              <w:rPr>
                <w:b/>
                <w:bCs/>
              </w:rPr>
              <w:t>A</w:t>
            </w:r>
            <w:r w:rsidR="00B16633" w:rsidRPr="00F4085D">
              <w:rPr>
                <w:b/>
                <w:bCs/>
              </w:rPr>
              <w:t>ttached</w:t>
            </w:r>
          </w:p>
        </w:tc>
      </w:tr>
      <w:tr w:rsidR="002D7D98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Default="00C95D05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Default="00C95D05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Default="00C95D05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Default="00C95D05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2DCA766C" w14:textId="77777777" w:rsidR="00846BF0" w:rsidRDefault="00846BF0" w:rsidP="00846BF0"/>
    <w:p w14:paraId="45EC413B" w14:textId="77777777" w:rsidR="00846BF0" w:rsidRDefault="00846BF0" w:rsidP="00846BF0"/>
    <w:p w14:paraId="75B4FEB0" w14:textId="541B1391" w:rsidR="3FE541D5" w:rsidRDefault="002D7D98" w:rsidP="001C17E4">
      <w:pPr>
        <w:pStyle w:val="Heading1"/>
      </w:pPr>
      <w:r>
        <w:t>Current Professional Registrations</w:t>
      </w:r>
      <w:r w:rsidR="00F4085D">
        <w:t xml:space="preserve"> </w:t>
      </w:r>
      <w:r w:rsidR="2D96377B">
        <w:t xml:space="preserve">(IMC, GMC, </w:t>
      </w:r>
      <w:proofErr w:type="spellStart"/>
      <w:r w:rsidR="2D96377B">
        <w:t>etc</w:t>
      </w:r>
      <w:proofErr w:type="spellEnd"/>
      <w:r w:rsidR="2D96377B"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2D7D98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Default="001B2E81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Default="001B2E81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B1663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030D62DC" w:rsidR="00B16633" w:rsidRDefault="00E3057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04751B70" w:rsidR="00B16633" w:rsidRDefault="00E3057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719D6632" w:rsidR="00B16633" w:rsidRDefault="00E3057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777A0AD1" w:rsidR="00B16633" w:rsidRDefault="00E3057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4C86187A" w:rsidR="00B16633" w:rsidRDefault="00E3057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66AAE0F0" w:rsidR="00B16633" w:rsidRDefault="00E3057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0ABF11E6" w:rsidR="00B16633" w:rsidRDefault="00E3057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64FAF7A8" w:rsidR="00B16633" w:rsidRDefault="00E3057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7F88D5EC" w:rsidR="00B16633" w:rsidRDefault="00E3057B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72F5FA1A" w:rsidR="00B16633" w:rsidRDefault="00E3057B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15A72B4E" w:rsidR="00B16633" w:rsidRDefault="00E3057B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019B314B" w:rsidR="00B16633" w:rsidRDefault="00E3057B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Default="001B2E81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Default="001B2E81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14AD253B" w14:textId="77777777" w:rsidR="00214ECC" w:rsidRDefault="003729FB" w:rsidP="001C17E4">
      <w:pPr>
        <w:pStyle w:val="Heading1"/>
      </w:pPr>
      <w:r>
        <w:lastRenderedPageBreak/>
        <w:t>Clinical Employment History</w:t>
      </w:r>
    </w:p>
    <w:p w14:paraId="5179FB9C" w14:textId="77777777" w:rsidR="00214ECC" w:rsidRDefault="003729FB">
      <w:r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14:paraId="2D16504D" w14:textId="77777777">
        <w:tc>
          <w:tcPr>
            <w:tcW w:w="9350" w:type="dxa"/>
            <w:gridSpan w:val="2"/>
          </w:tcPr>
          <w:p w14:paraId="57CB4B58" w14:textId="659FA28D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14:paraId="20EAB3EC" w14:textId="77777777" w:rsidTr="002E140B">
        <w:tc>
          <w:tcPr>
            <w:tcW w:w="2547" w:type="dxa"/>
          </w:tcPr>
          <w:p w14:paraId="4C1371F0" w14:textId="773A0F9E" w:rsidR="00597958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1DAEE8EA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09CE63E9" w14:textId="77777777" w:rsidTr="002E140B">
        <w:tc>
          <w:tcPr>
            <w:tcW w:w="2547" w:type="dxa"/>
          </w:tcPr>
          <w:p w14:paraId="67052997" w14:textId="449E67BD" w:rsidR="00597958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208FC157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423BA94B" w14:textId="77777777" w:rsidTr="002E140B">
        <w:tc>
          <w:tcPr>
            <w:tcW w:w="2547" w:type="dxa"/>
          </w:tcPr>
          <w:p w14:paraId="4DDB93B2" w14:textId="7F833D2D" w:rsidR="00597958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Content>
            <w:tc>
              <w:tcPr>
                <w:tcW w:w="6803" w:type="dxa"/>
              </w:tcPr>
              <w:p w14:paraId="7BBDFA63" w14:textId="4FCAA322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14:paraId="6A2FA343" w14:textId="77777777" w:rsidTr="002E140B">
        <w:tc>
          <w:tcPr>
            <w:tcW w:w="2547" w:type="dxa"/>
          </w:tcPr>
          <w:p w14:paraId="05DA6982" w14:textId="689D0E30" w:rsidR="00597958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803" w:type="dxa"/>
              </w:tcPr>
              <w:p w14:paraId="270E49BD" w14:textId="7ED909CB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803" w:type="dxa"/>
              </w:tcPr>
              <w:p w14:paraId="54041384" w14:textId="42470ED5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71B1E8E1" w:rsidR="002E140B" w:rsidRDefault="002E140B" w:rsidP="002E140B"/>
        </w:tc>
      </w:tr>
      <w:tr w:rsidR="002E140B" w14:paraId="11904FE7" w14:textId="77777777">
        <w:tc>
          <w:tcPr>
            <w:tcW w:w="9350" w:type="dxa"/>
            <w:gridSpan w:val="2"/>
          </w:tcPr>
          <w:p w14:paraId="17040DC0" w14:textId="0E31571C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14:paraId="0D159708" w14:textId="77777777" w:rsidTr="002E140B">
        <w:tc>
          <w:tcPr>
            <w:tcW w:w="2547" w:type="dxa"/>
          </w:tcPr>
          <w:p w14:paraId="6855F987" w14:textId="77777777" w:rsidR="002E140B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5529B1E" w14:textId="77777777" w:rsidR="002E140B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3FF24D13" w14:textId="77777777" w:rsidTr="002E140B">
        <w:tc>
          <w:tcPr>
            <w:tcW w:w="2547" w:type="dxa"/>
          </w:tcPr>
          <w:p w14:paraId="104FCC2D" w14:textId="77777777" w:rsidR="002E140B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588BA6" w14:textId="77777777" w:rsidR="002E140B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15579743" w14:textId="77777777" w:rsidTr="002E140B">
        <w:tc>
          <w:tcPr>
            <w:tcW w:w="2547" w:type="dxa"/>
          </w:tcPr>
          <w:p w14:paraId="4D83AFB6" w14:textId="77777777" w:rsidR="002E140B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Content>
            <w:tc>
              <w:tcPr>
                <w:tcW w:w="6803" w:type="dxa"/>
              </w:tcPr>
              <w:p w14:paraId="4FF8C2D7" w14:textId="77777777" w:rsidR="002E140B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48B155F2" w14:textId="77777777" w:rsidTr="002E140B">
        <w:tc>
          <w:tcPr>
            <w:tcW w:w="2547" w:type="dxa"/>
          </w:tcPr>
          <w:p w14:paraId="5C52A10E" w14:textId="77777777" w:rsidR="002E140B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Content>
            <w:tc>
              <w:tcPr>
                <w:tcW w:w="6803" w:type="dxa"/>
              </w:tcPr>
              <w:p w14:paraId="68F98D5F" w14:textId="77777777" w:rsidR="002E140B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Content>
            <w:tc>
              <w:tcPr>
                <w:tcW w:w="6803" w:type="dxa"/>
              </w:tcPr>
              <w:p w14:paraId="2EFBB2EB" w14:textId="77777777" w:rsidR="002E140B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2C5684CC" w:rsidR="002E140B" w:rsidRDefault="002E140B" w:rsidP="002E140B"/>
        </w:tc>
      </w:tr>
      <w:tr w:rsidR="00B25E2F" w14:paraId="54CE028D" w14:textId="77777777">
        <w:tc>
          <w:tcPr>
            <w:tcW w:w="9350" w:type="dxa"/>
            <w:gridSpan w:val="2"/>
          </w:tcPr>
          <w:p w14:paraId="2C6FB70C" w14:textId="29F22233" w:rsidR="00B25E2F" w:rsidRDefault="00B25E2F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423498819"/>
                <w:placeholder>
                  <w:docPart w:val="93950904BBD34A1C81EF2304DFE5ECA6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25E2F" w14:paraId="044096AB" w14:textId="77777777" w:rsidTr="002E140B">
        <w:tc>
          <w:tcPr>
            <w:tcW w:w="2547" w:type="dxa"/>
          </w:tcPr>
          <w:p w14:paraId="7E44C817" w14:textId="77777777" w:rsidR="00B25E2F" w:rsidRDefault="00B25E2F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505716824"/>
            <w:placeholder>
              <w:docPart w:val="9E0DD85AA32D405DA5DA7E47368CF28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FBD17A3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2E45B70E" w14:textId="77777777" w:rsidTr="002E140B">
        <w:tc>
          <w:tcPr>
            <w:tcW w:w="2547" w:type="dxa"/>
          </w:tcPr>
          <w:p w14:paraId="3CE0D86A" w14:textId="77777777" w:rsidR="00B25E2F" w:rsidRDefault="00B25E2F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1245488710"/>
            <w:placeholder>
              <w:docPart w:val="5B2A999D880D4003AF6EA2E2A6021D7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8DB407D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5EC22422" w14:textId="77777777" w:rsidTr="002E140B">
        <w:tc>
          <w:tcPr>
            <w:tcW w:w="2547" w:type="dxa"/>
          </w:tcPr>
          <w:p w14:paraId="438C5E0A" w14:textId="77777777" w:rsidR="00B25E2F" w:rsidRDefault="00B25E2F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1913924794"/>
            <w:placeholder>
              <w:docPart w:val="E7BBF1003A26407AA0B45B90FACC5C8A"/>
            </w:placeholder>
            <w:showingPlcHdr/>
          </w:sdtPr>
          <w:sdtContent>
            <w:tc>
              <w:tcPr>
                <w:tcW w:w="6803" w:type="dxa"/>
              </w:tcPr>
              <w:p w14:paraId="7B008A2F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4C4C723" w14:textId="77777777" w:rsidTr="002E140B">
        <w:tc>
          <w:tcPr>
            <w:tcW w:w="2547" w:type="dxa"/>
          </w:tcPr>
          <w:p w14:paraId="58F11E51" w14:textId="77777777" w:rsidR="00B25E2F" w:rsidRDefault="00B25E2F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936737558"/>
            <w:placeholder>
              <w:docPart w:val="0C27D6B0B07A4519BC60486D63EBC9C6"/>
            </w:placeholder>
            <w:showingPlcHdr/>
          </w:sdtPr>
          <w:sdtContent>
            <w:tc>
              <w:tcPr>
                <w:tcW w:w="6803" w:type="dxa"/>
              </w:tcPr>
              <w:p w14:paraId="3524EDD5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BF8D450" w14:textId="77777777" w:rsidTr="002E140B">
        <w:tc>
          <w:tcPr>
            <w:tcW w:w="2547" w:type="dxa"/>
            <w:vAlign w:val="center"/>
          </w:tcPr>
          <w:p w14:paraId="6C1883D8" w14:textId="77777777" w:rsidR="00B25E2F" w:rsidRDefault="00B25E2F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5520208"/>
            <w:placeholder>
              <w:docPart w:val="C0599321E46B47E5A9A6A7978037C9C6"/>
            </w:placeholder>
            <w:showingPlcHdr/>
          </w:sdtPr>
          <w:sdtContent>
            <w:tc>
              <w:tcPr>
                <w:tcW w:w="6803" w:type="dxa"/>
              </w:tcPr>
              <w:p w14:paraId="0386F886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9075C57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43F604A3" w14:textId="77777777" w:rsidR="00B25E2F" w:rsidRDefault="00B25E2F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81148923"/>
            <w:placeholder>
              <w:docPart w:val="4180D848FAC7444D8DCB36CAB3BDED7D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501CB98E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B738EE4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6E7B0E" w14:textId="05E47F3E" w:rsidR="00B25E2F" w:rsidRDefault="00B25E2F" w:rsidP="002E140B"/>
        </w:tc>
      </w:tr>
      <w:tr w:rsidR="00B25E2F" w14:paraId="0F3AE21F" w14:textId="77777777">
        <w:tc>
          <w:tcPr>
            <w:tcW w:w="9350" w:type="dxa"/>
            <w:gridSpan w:val="2"/>
          </w:tcPr>
          <w:p w14:paraId="383CCABF" w14:textId="3B385F03" w:rsidR="00B25E2F" w:rsidRDefault="00B25E2F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511725100"/>
                <w:placeholder>
                  <w:docPart w:val="0CBD32D287894CD09A4B06613302A8C9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25E2F" w14:paraId="35D3A663" w14:textId="77777777" w:rsidTr="002E140B">
        <w:tc>
          <w:tcPr>
            <w:tcW w:w="2547" w:type="dxa"/>
          </w:tcPr>
          <w:p w14:paraId="610185D8" w14:textId="77777777" w:rsidR="00B25E2F" w:rsidRDefault="00B25E2F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1634705709"/>
            <w:placeholder>
              <w:docPart w:val="6B9920180D3F48F88A59A188964CDA0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2788D5B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53489F1E" w14:textId="77777777" w:rsidTr="002E140B">
        <w:tc>
          <w:tcPr>
            <w:tcW w:w="2547" w:type="dxa"/>
          </w:tcPr>
          <w:p w14:paraId="13A30500" w14:textId="77777777" w:rsidR="00B25E2F" w:rsidRDefault="00B25E2F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427541765"/>
            <w:placeholder>
              <w:docPart w:val="D6753B24D82D4489A36D57AD74F4547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0038D17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2247B5A0" w14:textId="77777777" w:rsidTr="002E140B">
        <w:tc>
          <w:tcPr>
            <w:tcW w:w="2547" w:type="dxa"/>
          </w:tcPr>
          <w:p w14:paraId="240D342B" w14:textId="77777777" w:rsidR="00B25E2F" w:rsidRDefault="00B25E2F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1200614995"/>
            <w:placeholder>
              <w:docPart w:val="A4DE5812F6454694AACA90CF6243ABCD"/>
            </w:placeholder>
            <w:showingPlcHdr/>
          </w:sdtPr>
          <w:sdtContent>
            <w:tc>
              <w:tcPr>
                <w:tcW w:w="6803" w:type="dxa"/>
              </w:tcPr>
              <w:p w14:paraId="2997092C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78CA27A" w14:textId="77777777" w:rsidTr="002E140B">
        <w:tc>
          <w:tcPr>
            <w:tcW w:w="2547" w:type="dxa"/>
          </w:tcPr>
          <w:p w14:paraId="340F9065" w14:textId="77777777" w:rsidR="00B25E2F" w:rsidRDefault="00B25E2F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1910035520"/>
            <w:placeholder>
              <w:docPart w:val="FEA9CE2AC10247B6A9D643E28B113D02"/>
            </w:placeholder>
            <w:showingPlcHdr/>
          </w:sdtPr>
          <w:sdtContent>
            <w:tc>
              <w:tcPr>
                <w:tcW w:w="6803" w:type="dxa"/>
              </w:tcPr>
              <w:p w14:paraId="5423414A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7B25061" w14:textId="77777777" w:rsidTr="002E140B">
        <w:tc>
          <w:tcPr>
            <w:tcW w:w="2547" w:type="dxa"/>
            <w:vAlign w:val="center"/>
          </w:tcPr>
          <w:p w14:paraId="1942000F" w14:textId="77777777" w:rsidR="00B25E2F" w:rsidRDefault="00B25E2F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333423053"/>
            <w:placeholder>
              <w:docPart w:val="840E2C80CDC046899502CE35811A35E9"/>
            </w:placeholder>
            <w:showingPlcHdr/>
          </w:sdtPr>
          <w:sdtContent>
            <w:tc>
              <w:tcPr>
                <w:tcW w:w="6803" w:type="dxa"/>
              </w:tcPr>
              <w:p w14:paraId="1408FBD8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6441A19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4EC27AF2" w14:textId="77777777" w:rsidR="00B25E2F" w:rsidRDefault="00B25E2F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945844897"/>
            <w:placeholder>
              <w:docPart w:val="24FC70836B0244DE8F331D914AAC5C4D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15F36A5C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DD9A3C6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A0047" w14:textId="37D9D7CB" w:rsidR="00B25E2F" w:rsidRDefault="00B25E2F" w:rsidP="002E140B"/>
        </w:tc>
      </w:tr>
      <w:tr w:rsidR="00B25E2F" w14:paraId="1D6A5177" w14:textId="77777777">
        <w:tc>
          <w:tcPr>
            <w:tcW w:w="9350" w:type="dxa"/>
            <w:gridSpan w:val="2"/>
          </w:tcPr>
          <w:p w14:paraId="7062E7FA" w14:textId="6FFD4A67" w:rsidR="00B25E2F" w:rsidRDefault="00B25E2F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2013026375"/>
                <w:placeholder>
                  <w:docPart w:val="F565529FFC1148BA8C3210C99BCC178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25E2F" w14:paraId="1C736CB1" w14:textId="77777777" w:rsidTr="002E140B">
        <w:tc>
          <w:tcPr>
            <w:tcW w:w="2547" w:type="dxa"/>
          </w:tcPr>
          <w:p w14:paraId="12C40E96" w14:textId="77777777" w:rsidR="00B25E2F" w:rsidRDefault="00B25E2F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363751453"/>
            <w:placeholder>
              <w:docPart w:val="4E0BAC110F414297B56F6F0FF42A8E4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0670477E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7FDC1E81" w14:textId="77777777" w:rsidTr="002E140B">
        <w:tc>
          <w:tcPr>
            <w:tcW w:w="2547" w:type="dxa"/>
          </w:tcPr>
          <w:p w14:paraId="131D7375" w14:textId="77777777" w:rsidR="00B25E2F" w:rsidRDefault="00B25E2F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061600676"/>
            <w:placeholder>
              <w:docPart w:val="4EAA0FD18F2946D4A9398E63F1070D7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BE308F9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5E8FBBC9" w14:textId="77777777" w:rsidTr="002E140B">
        <w:tc>
          <w:tcPr>
            <w:tcW w:w="2547" w:type="dxa"/>
          </w:tcPr>
          <w:p w14:paraId="3A8B4A5A" w14:textId="77777777" w:rsidR="00B25E2F" w:rsidRDefault="00B25E2F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1718345332"/>
            <w:placeholder>
              <w:docPart w:val="B4EA8CB4115849519A1E2662B67524BA"/>
            </w:placeholder>
            <w:showingPlcHdr/>
          </w:sdtPr>
          <w:sdtContent>
            <w:tc>
              <w:tcPr>
                <w:tcW w:w="6803" w:type="dxa"/>
              </w:tcPr>
              <w:p w14:paraId="0CB0328B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E4E4806" w14:textId="77777777" w:rsidTr="002E140B">
        <w:tc>
          <w:tcPr>
            <w:tcW w:w="2547" w:type="dxa"/>
          </w:tcPr>
          <w:p w14:paraId="4B23FE30" w14:textId="77777777" w:rsidR="00B25E2F" w:rsidRDefault="00B25E2F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1050500715"/>
            <w:placeholder>
              <w:docPart w:val="94AF4504CC09468FBCF1795A8BDCC564"/>
            </w:placeholder>
            <w:showingPlcHdr/>
          </w:sdtPr>
          <w:sdtContent>
            <w:tc>
              <w:tcPr>
                <w:tcW w:w="6803" w:type="dxa"/>
              </w:tcPr>
              <w:p w14:paraId="3EDB4E0E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676CD8B" w14:textId="77777777" w:rsidTr="002E140B">
        <w:tc>
          <w:tcPr>
            <w:tcW w:w="2547" w:type="dxa"/>
            <w:vAlign w:val="center"/>
          </w:tcPr>
          <w:p w14:paraId="1C2DFF53" w14:textId="77777777" w:rsidR="00B25E2F" w:rsidRDefault="00B25E2F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905749447"/>
            <w:placeholder>
              <w:docPart w:val="E05D83A0B0604A24A43667A1FE03E932"/>
            </w:placeholder>
            <w:showingPlcHdr/>
          </w:sdtPr>
          <w:sdtContent>
            <w:tc>
              <w:tcPr>
                <w:tcW w:w="6803" w:type="dxa"/>
              </w:tcPr>
              <w:p w14:paraId="2BA8D16B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4226447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6B7EE8B" w14:textId="77777777" w:rsidR="00B25E2F" w:rsidRDefault="00B25E2F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301311562"/>
            <w:placeholder>
              <w:docPart w:val="45D4C8C4275641FC85752E3CB7AA75C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294701F2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4A025436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6DB695" w14:textId="31DF7BDD" w:rsidR="00B25E2F" w:rsidRDefault="00B25E2F" w:rsidP="002E140B"/>
        </w:tc>
      </w:tr>
    </w:tbl>
    <w:p w14:paraId="56595939" w14:textId="77777777" w:rsidR="00B25E2F" w:rsidRDefault="00B25E2F">
      <w:pPr>
        <w:pStyle w:val="Heading1"/>
      </w:pPr>
    </w:p>
    <w:p w14:paraId="49A65581" w14:textId="77777777" w:rsidR="00B25E2F" w:rsidRDefault="00B25E2F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3CC0C084" w:rsidR="00214ECC" w:rsidRDefault="007C3707">
      <w:pPr>
        <w:pStyle w:val="Heading1"/>
      </w:pPr>
      <w:r>
        <w:lastRenderedPageBreak/>
        <w:t>A</w:t>
      </w:r>
      <w:r w:rsidR="003729FB">
        <w:t>udit &amp; Quality Improvement</w:t>
      </w:r>
      <w:r w:rsidR="008E5780">
        <w:t xml:space="preserve"> Projects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14:paraId="1AC9EFE7" w14:textId="77777777">
        <w:tc>
          <w:tcPr>
            <w:tcW w:w="9350" w:type="dxa"/>
            <w:gridSpan w:val="2"/>
          </w:tcPr>
          <w:p w14:paraId="4B30661B" w14:textId="1BB74789" w:rsidR="008525FA" w:rsidRDefault="008525FA" w:rsidP="002D7D98">
            <w:r w:rsidRPr="00F4085D">
              <w:rPr>
                <w:b/>
                <w:bCs/>
              </w:rPr>
              <w:t>Project Title</w:t>
            </w:r>
            <w:r w:rsidR="00CD745A"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Content>
                <w:r w:rsidR="00CD745A"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Default="00CD745A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Content>
            <w:tc>
              <w:tcPr>
                <w:tcW w:w="6520" w:type="dxa"/>
              </w:tcPr>
              <w:p w14:paraId="745FB9AC" w14:textId="2D45EB7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Default="00CD745A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Default="00CD745A" w:rsidP="002D7D98">
            <w:r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D02023" w14:textId="60E95C39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FE0445" w14:textId="66AEC1FD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53A3E46" w14:textId="77777777" w:rsidR="008525FA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Content>
            <w:tc>
              <w:tcPr>
                <w:tcW w:w="6520" w:type="dxa"/>
              </w:tcPr>
              <w:p w14:paraId="4673DCAB" w14:textId="7BD4129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E70E9ED" w14:textId="77777777" w:rsidR="008525FA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Content>
            <w:tc>
              <w:tcPr>
                <w:tcW w:w="6520" w:type="dxa"/>
              </w:tcPr>
              <w:p w14:paraId="3CCAF454" w14:textId="4840209E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Default="00CD745A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Content>
            <w:tc>
              <w:tcPr>
                <w:tcW w:w="6520" w:type="dxa"/>
              </w:tcPr>
              <w:p w14:paraId="491EB2BF" w14:textId="28F05A7B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Default="00CD745A" w:rsidP="002D7D98">
            <w:r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0A26162D" w:rsidR="00CD745A" w:rsidRDefault="00CD745A" w:rsidP="002D7D98"/>
        </w:tc>
      </w:tr>
      <w:tr w:rsidR="002931FF" w14:paraId="3014636D" w14:textId="77777777">
        <w:tc>
          <w:tcPr>
            <w:tcW w:w="9350" w:type="dxa"/>
            <w:gridSpan w:val="2"/>
          </w:tcPr>
          <w:p w14:paraId="3216CF1D" w14:textId="66BB59D8" w:rsidR="002931FF" w:rsidRDefault="002931F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74721409"/>
                <w:placeholder>
                  <w:docPart w:val="982533AA1A67444FAB6AD764FF1EF88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931FF" w14:paraId="6E261133" w14:textId="77777777" w:rsidTr="00A0792E">
        <w:tc>
          <w:tcPr>
            <w:tcW w:w="2830" w:type="dxa"/>
            <w:vAlign w:val="center"/>
          </w:tcPr>
          <w:p w14:paraId="193728E9" w14:textId="77777777" w:rsidR="002931FF" w:rsidRDefault="002931F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11206397"/>
            <w:placeholder>
              <w:docPart w:val="A8251704D7154EB4AAFD40739CBF3232"/>
            </w:placeholder>
            <w:showingPlcHdr/>
          </w:sdtPr>
          <w:sdtContent>
            <w:tc>
              <w:tcPr>
                <w:tcW w:w="6520" w:type="dxa"/>
              </w:tcPr>
              <w:p w14:paraId="74294417" w14:textId="77777777" w:rsidR="002931FF" w:rsidRDefault="002931F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77831E41" w14:textId="77777777" w:rsidTr="00A0792E">
        <w:tc>
          <w:tcPr>
            <w:tcW w:w="2830" w:type="dxa"/>
            <w:vAlign w:val="center"/>
          </w:tcPr>
          <w:p w14:paraId="456ED2A1" w14:textId="77777777" w:rsidR="002931FF" w:rsidRDefault="002931F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7934321" w14:textId="77777777" w:rsidR="002931FF" w:rsidRDefault="002931FF" w:rsidP="002D7D98">
            <w:r>
              <w:t xml:space="preserve">Yes </w:t>
            </w:r>
            <w:sdt>
              <w:sdtPr>
                <w:id w:val="-10405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7765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984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7A824D50" w14:textId="77777777" w:rsidTr="00A0792E">
        <w:tc>
          <w:tcPr>
            <w:tcW w:w="2830" w:type="dxa"/>
            <w:vAlign w:val="center"/>
          </w:tcPr>
          <w:p w14:paraId="7C2C9893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197582324"/>
            <w:placeholder>
              <w:docPart w:val="092F71A98DCB432994A49CF6A2418B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5E62E12" w14:textId="77777777" w:rsidR="002931FF" w:rsidRDefault="002931F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220D0D2D" w14:textId="77777777" w:rsidTr="00A0792E">
        <w:tc>
          <w:tcPr>
            <w:tcW w:w="2830" w:type="dxa"/>
            <w:vAlign w:val="center"/>
          </w:tcPr>
          <w:p w14:paraId="73DD0207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815936946"/>
            <w:placeholder>
              <w:docPart w:val="FF714C39671F4059B6173089394CD3E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0A3AC13" w14:textId="77777777" w:rsidR="002931FF" w:rsidRDefault="002931F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4766F2A8" w14:textId="77777777" w:rsidTr="00A0792E">
        <w:tc>
          <w:tcPr>
            <w:tcW w:w="2830" w:type="dxa"/>
            <w:vAlign w:val="center"/>
          </w:tcPr>
          <w:p w14:paraId="69BF3AA2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8394289" w14:textId="77777777" w:rsidR="002931FF" w:rsidRDefault="002931FF" w:rsidP="00CD745A"/>
        </w:tc>
        <w:sdt>
          <w:sdtPr>
            <w:id w:val="-347414704"/>
            <w:placeholder>
              <w:docPart w:val="28589E92AA8443098EDE0E709D3F9809"/>
            </w:placeholder>
            <w:showingPlcHdr/>
          </w:sdtPr>
          <w:sdtContent>
            <w:tc>
              <w:tcPr>
                <w:tcW w:w="6520" w:type="dxa"/>
              </w:tcPr>
              <w:p w14:paraId="77BA76A8" w14:textId="77777777" w:rsidR="002931FF" w:rsidRDefault="002931F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BB1FDDC" w14:textId="77777777" w:rsidTr="00A0792E">
        <w:tc>
          <w:tcPr>
            <w:tcW w:w="2830" w:type="dxa"/>
            <w:vAlign w:val="center"/>
          </w:tcPr>
          <w:p w14:paraId="5377F8F6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3C96DEB8" w14:textId="77777777" w:rsidR="002931FF" w:rsidRDefault="002931FF" w:rsidP="00CD745A"/>
        </w:tc>
        <w:sdt>
          <w:sdtPr>
            <w:id w:val="1700431310"/>
            <w:placeholder>
              <w:docPart w:val="7B8873B5DDFA49E29AD3D86C96355BEA"/>
            </w:placeholder>
            <w:showingPlcHdr/>
          </w:sdtPr>
          <w:sdtContent>
            <w:tc>
              <w:tcPr>
                <w:tcW w:w="6520" w:type="dxa"/>
              </w:tcPr>
              <w:p w14:paraId="02EAFB29" w14:textId="77777777" w:rsidR="002931FF" w:rsidRDefault="002931F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E4CEAFE" w14:textId="77777777" w:rsidTr="00A0792E">
        <w:tc>
          <w:tcPr>
            <w:tcW w:w="2830" w:type="dxa"/>
            <w:vAlign w:val="center"/>
          </w:tcPr>
          <w:p w14:paraId="4664899C" w14:textId="77777777" w:rsidR="002931FF" w:rsidRDefault="002931F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829975207"/>
            <w:placeholder>
              <w:docPart w:val="7D53A91E55554B1E87906AAB7E66728B"/>
            </w:placeholder>
            <w:showingPlcHdr/>
          </w:sdtPr>
          <w:sdtContent>
            <w:tc>
              <w:tcPr>
                <w:tcW w:w="6520" w:type="dxa"/>
              </w:tcPr>
              <w:p w14:paraId="1A000859" w14:textId="77777777" w:rsidR="002931FF" w:rsidRDefault="002931F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10142A32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7DFCFA4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02D975A" w14:textId="77777777" w:rsidR="002931FF" w:rsidRDefault="002931FF" w:rsidP="002D7D98">
            <w:r>
              <w:t xml:space="preserve">Yes </w:t>
            </w:r>
            <w:sdt>
              <w:sdtPr>
                <w:id w:val="214462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0650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49840D2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3731D" w14:textId="79D11FBC" w:rsidR="002931FF" w:rsidRDefault="002931FF" w:rsidP="002D7D98"/>
        </w:tc>
      </w:tr>
      <w:tr w:rsidR="00B25E2F" w14:paraId="74431D06" w14:textId="77777777">
        <w:tc>
          <w:tcPr>
            <w:tcW w:w="9350" w:type="dxa"/>
            <w:gridSpan w:val="2"/>
          </w:tcPr>
          <w:p w14:paraId="4948431A" w14:textId="3161C676" w:rsidR="00B25E2F" w:rsidRDefault="00B25E2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666778078"/>
                <w:placeholder>
                  <w:docPart w:val="A0E2A2033A7541D6A85548103945E2F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25E2F" w14:paraId="77E4E546" w14:textId="77777777" w:rsidTr="00A0792E">
        <w:tc>
          <w:tcPr>
            <w:tcW w:w="2830" w:type="dxa"/>
            <w:vAlign w:val="center"/>
          </w:tcPr>
          <w:p w14:paraId="4DBD748D" w14:textId="77777777" w:rsidR="00B25E2F" w:rsidRDefault="00B25E2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310371050"/>
            <w:placeholder>
              <w:docPart w:val="AAED296183A94FF68EC2A30F1706A178"/>
            </w:placeholder>
            <w:showingPlcHdr/>
          </w:sdtPr>
          <w:sdtContent>
            <w:tc>
              <w:tcPr>
                <w:tcW w:w="6520" w:type="dxa"/>
              </w:tcPr>
              <w:p w14:paraId="782D2B59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A43C6ED" w14:textId="77777777" w:rsidTr="00A0792E">
        <w:tc>
          <w:tcPr>
            <w:tcW w:w="2830" w:type="dxa"/>
            <w:vAlign w:val="center"/>
          </w:tcPr>
          <w:p w14:paraId="233C96A8" w14:textId="77777777" w:rsidR="00B25E2F" w:rsidRDefault="00B25E2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666C77FB" w14:textId="77777777" w:rsidR="00B25E2F" w:rsidRDefault="00B25E2F" w:rsidP="002D7D98">
            <w:r>
              <w:t xml:space="preserve">Yes </w:t>
            </w:r>
            <w:sdt>
              <w:sdtPr>
                <w:id w:val="-1911989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094364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960838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67B1CE49" w14:textId="77777777" w:rsidTr="00A0792E">
        <w:tc>
          <w:tcPr>
            <w:tcW w:w="2830" w:type="dxa"/>
            <w:vAlign w:val="center"/>
          </w:tcPr>
          <w:p w14:paraId="45335DC5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389099531"/>
            <w:placeholder>
              <w:docPart w:val="009B08C6998C4817B8A4AB88903A40C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EA12914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75CFB5EC" w14:textId="77777777" w:rsidTr="00A0792E">
        <w:tc>
          <w:tcPr>
            <w:tcW w:w="2830" w:type="dxa"/>
            <w:vAlign w:val="center"/>
          </w:tcPr>
          <w:p w14:paraId="2B43C78C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489867846"/>
            <w:placeholder>
              <w:docPart w:val="AB00AEFCFD3340DEBA9935F564689B1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24B1774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592F6BE7" w14:textId="77777777" w:rsidTr="00A0792E">
        <w:tc>
          <w:tcPr>
            <w:tcW w:w="2830" w:type="dxa"/>
            <w:vAlign w:val="center"/>
          </w:tcPr>
          <w:p w14:paraId="3C831772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0C273BDF" w14:textId="77777777" w:rsidR="00B25E2F" w:rsidRDefault="00B25E2F" w:rsidP="00CD745A"/>
        </w:tc>
        <w:sdt>
          <w:sdtPr>
            <w:id w:val="-2072266739"/>
            <w:placeholder>
              <w:docPart w:val="92083A9B14A94F4096B112001E55D735"/>
            </w:placeholder>
            <w:showingPlcHdr/>
          </w:sdtPr>
          <w:sdtContent>
            <w:tc>
              <w:tcPr>
                <w:tcW w:w="6520" w:type="dxa"/>
              </w:tcPr>
              <w:p w14:paraId="58308A1D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5832FAF0" w14:textId="77777777" w:rsidTr="00A0792E">
        <w:tc>
          <w:tcPr>
            <w:tcW w:w="2830" w:type="dxa"/>
            <w:vAlign w:val="center"/>
          </w:tcPr>
          <w:p w14:paraId="0B4B4FF1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What was the measurable impact?</w:t>
            </w:r>
          </w:p>
          <w:p w14:paraId="63468DEA" w14:textId="77777777" w:rsidR="00B25E2F" w:rsidRDefault="00B25E2F" w:rsidP="00CD745A"/>
        </w:tc>
        <w:sdt>
          <w:sdtPr>
            <w:id w:val="1025446802"/>
            <w:placeholder>
              <w:docPart w:val="8DDA3BC9EB904F68B80B43D9A5221A79"/>
            </w:placeholder>
            <w:showingPlcHdr/>
          </w:sdtPr>
          <w:sdtContent>
            <w:tc>
              <w:tcPr>
                <w:tcW w:w="6520" w:type="dxa"/>
              </w:tcPr>
              <w:p w14:paraId="24BF4125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715D322" w14:textId="77777777" w:rsidTr="00A0792E">
        <w:tc>
          <w:tcPr>
            <w:tcW w:w="2830" w:type="dxa"/>
            <w:vAlign w:val="center"/>
          </w:tcPr>
          <w:p w14:paraId="36D1A281" w14:textId="77777777" w:rsidR="00B25E2F" w:rsidRDefault="00B25E2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18974382"/>
            <w:placeholder>
              <w:docPart w:val="03C32A7C3FE045BCA48929A561C5735A"/>
            </w:placeholder>
            <w:showingPlcHdr/>
          </w:sdtPr>
          <w:sdtContent>
            <w:tc>
              <w:tcPr>
                <w:tcW w:w="6520" w:type="dxa"/>
              </w:tcPr>
              <w:p w14:paraId="2353F61F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C1F322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B51B151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180C54D5" w14:textId="77777777" w:rsidR="00B25E2F" w:rsidRDefault="00B25E2F" w:rsidP="002D7D98">
            <w:r>
              <w:t xml:space="preserve">Yes </w:t>
            </w:r>
            <w:sdt>
              <w:sdtPr>
                <w:id w:val="670141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2237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1F83FB85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D362D9" w14:textId="70C42F91" w:rsidR="00B25E2F" w:rsidRDefault="00B25E2F" w:rsidP="002D7D98"/>
        </w:tc>
      </w:tr>
      <w:tr w:rsidR="00B25E2F" w14:paraId="39DB59AF" w14:textId="77777777">
        <w:tc>
          <w:tcPr>
            <w:tcW w:w="9350" w:type="dxa"/>
            <w:gridSpan w:val="2"/>
          </w:tcPr>
          <w:p w14:paraId="0D275B04" w14:textId="293DCC5F" w:rsidR="00B25E2F" w:rsidRDefault="00B25E2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337157719"/>
                <w:placeholder>
                  <w:docPart w:val="5F7D1BE6AC054B3BB1B210174782FC6B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25E2F" w14:paraId="6180912A" w14:textId="77777777" w:rsidTr="00A0792E">
        <w:tc>
          <w:tcPr>
            <w:tcW w:w="2830" w:type="dxa"/>
            <w:vAlign w:val="center"/>
          </w:tcPr>
          <w:p w14:paraId="2F0C4F04" w14:textId="77777777" w:rsidR="00B25E2F" w:rsidRDefault="00B25E2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363606572"/>
            <w:placeholder>
              <w:docPart w:val="11BE277B624C4B90833AC7E6A0F9FF7F"/>
            </w:placeholder>
            <w:showingPlcHdr/>
          </w:sdtPr>
          <w:sdtContent>
            <w:tc>
              <w:tcPr>
                <w:tcW w:w="6520" w:type="dxa"/>
              </w:tcPr>
              <w:p w14:paraId="06400806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B27DDDC" w14:textId="77777777" w:rsidTr="00A0792E">
        <w:tc>
          <w:tcPr>
            <w:tcW w:w="2830" w:type="dxa"/>
            <w:vAlign w:val="center"/>
          </w:tcPr>
          <w:p w14:paraId="1C4DE0EF" w14:textId="77777777" w:rsidR="00B25E2F" w:rsidRDefault="00B25E2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72BB0125" w14:textId="77777777" w:rsidR="00B25E2F" w:rsidRDefault="00B25E2F" w:rsidP="002D7D98">
            <w:r>
              <w:t xml:space="preserve">Yes </w:t>
            </w:r>
            <w:sdt>
              <w:sdtPr>
                <w:id w:val="-1248882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197535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857555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4B0DFB84" w14:textId="77777777" w:rsidTr="00A0792E">
        <w:tc>
          <w:tcPr>
            <w:tcW w:w="2830" w:type="dxa"/>
            <w:vAlign w:val="center"/>
          </w:tcPr>
          <w:p w14:paraId="1376E650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874974090"/>
            <w:placeholder>
              <w:docPart w:val="0FC8CD94D4944E7799E4393E1B913E4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36E570A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1631FD1A" w14:textId="77777777" w:rsidTr="00A0792E">
        <w:tc>
          <w:tcPr>
            <w:tcW w:w="2830" w:type="dxa"/>
            <w:vAlign w:val="center"/>
          </w:tcPr>
          <w:p w14:paraId="7276CB78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25371616"/>
            <w:placeholder>
              <w:docPart w:val="7B2FE8461E3549948EF171D5F62935F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268B699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0468E87A" w14:textId="77777777" w:rsidTr="00A0792E">
        <w:tc>
          <w:tcPr>
            <w:tcW w:w="2830" w:type="dxa"/>
            <w:vAlign w:val="center"/>
          </w:tcPr>
          <w:p w14:paraId="16C7890B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7FE1201E" w14:textId="77777777" w:rsidR="00B25E2F" w:rsidRDefault="00B25E2F" w:rsidP="00CD745A"/>
        </w:tc>
        <w:sdt>
          <w:sdtPr>
            <w:id w:val="1413430040"/>
            <w:placeholder>
              <w:docPart w:val="5F06B93654464CDC8F29E7C2C398AA60"/>
            </w:placeholder>
            <w:showingPlcHdr/>
          </w:sdtPr>
          <w:sdtContent>
            <w:tc>
              <w:tcPr>
                <w:tcW w:w="6520" w:type="dxa"/>
              </w:tcPr>
              <w:p w14:paraId="7A9A16C8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98325A9" w14:textId="77777777" w:rsidTr="00A0792E">
        <w:tc>
          <w:tcPr>
            <w:tcW w:w="2830" w:type="dxa"/>
            <w:vAlign w:val="center"/>
          </w:tcPr>
          <w:p w14:paraId="47AB4080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0FD6407A" w14:textId="77777777" w:rsidR="00B25E2F" w:rsidRDefault="00B25E2F" w:rsidP="00CD745A"/>
        </w:tc>
        <w:sdt>
          <w:sdtPr>
            <w:id w:val="1336341152"/>
            <w:placeholder>
              <w:docPart w:val="F4BA1182635D4F8DA91A9868883D364B"/>
            </w:placeholder>
            <w:showingPlcHdr/>
          </w:sdtPr>
          <w:sdtContent>
            <w:tc>
              <w:tcPr>
                <w:tcW w:w="6520" w:type="dxa"/>
              </w:tcPr>
              <w:p w14:paraId="297430DC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40D605E" w14:textId="77777777" w:rsidTr="00A0792E">
        <w:tc>
          <w:tcPr>
            <w:tcW w:w="2830" w:type="dxa"/>
            <w:vAlign w:val="center"/>
          </w:tcPr>
          <w:p w14:paraId="6748B802" w14:textId="77777777" w:rsidR="00B25E2F" w:rsidRDefault="00B25E2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1198508382"/>
            <w:placeholder>
              <w:docPart w:val="7D14210B3E9D4C24933AE4932E5CDDA9"/>
            </w:placeholder>
            <w:showingPlcHdr/>
          </w:sdtPr>
          <w:sdtContent>
            <w:tc>
              <w:tcPr>
                <w:tcW w:w="6520" w:type="dxa"/>
              </w:tcPr>
              <w:p w14:paraId="6BC808FA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5045B421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036F899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17EBE891" w14:textId="77777777" w:rsidR="00B25E2F" w:rsidRDefault="00B25E2F" w:rsidP="002D7D98">
            <w:r>
              <w:t xml:space="preserve">Yes </w:t>
            </w:r>
            <w:sdt>
              <w:sdtPr>
                <w:id w:val="-2079200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13226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5CB73172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1C2B56" w14:textId="0154B203" w:rsidR="00B25E2F" w:rsidRDefault="00B25E2F" w:rsidP="002D7D98"/>
        </w:tc>
      </w:tr>
      <w:tr w:rsidR="00B25E2F" w14:paraId="135F5AE5" w14:textId="77777777">
        <w:tc>
          <w:tcPr>
            <w:tcW w:w="9350" w:type="dxa"/>
            <w:gridSpan w:val="2"/>
          </w:tcPr>
          <w:p w14:paraId="61CD1304" w14:textId="3D61EB0D" w:rsidR="00B25E2F" w:rsidRDefault="00B25E2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985692884"/>
                <w:placeholder>
                  <w:docPart w:val="DEE56275160A488AA9F4A061C8A570D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25E2F" w14:paraId="3FC818B0" w14:textId="77777777" w:rsidTr="00A0792E">
        <w:tc>
          <w:tcPr>
            <w:tcW w:w="2830" w:type="dxa"/>
            <w:vAlign w:val="center"/>
          </w:tcPr>
          <w:p w14:paraId="4C2EBFE2" w14:textId="77777777" w:rsidR="00B25E2F" w:rsidRDefault="00B25E2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27783796"/>
            <w:placeholder>
              <w:docPart w:val="3987D20F6CCE459FB7A1367213795A96"/>
            </w:placeholder>
            <w:showingPlcHdr/>
          </w:sdtPr>
          <w:sdtContent>
            <w:tc>
              <w:tcPr>
                <w:tcW w:w="6520" w:type="dxa"/>
              </w:tcPr>
              <w:p w14:paraId="38841FE3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F1CCAF5" w14:textId="77777777" w:rsidTr="00A0792E">
        <w:tc>
          <w:tcPr>
            <w:tcW w:w="2830" w:type="dxa"/>
            <w:vAlign w:val="center"/>
          </w:tcPr>
          <w:p w14:paraId="7A67EDE1" w14:textId="77777777" w:rsidR="00B25E2F" w:rsidRDefault="00B25E2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001DB7B2" w14:textId="77777777" w:rsidR="00B25E2F" w:rsidRDefault="00B25E2F" w:rsidP="002D7D98">
            <w:r>
              <w:t xml:space="preserve">Yes </w:t>
            </w:r>
            <w:sdt>
              <w:sdtPr>
                <w:id w:val="108210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19162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68096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356126BA" w14:textId="77777777" w:rsidTr="00A0792E">
        <w:tc>
          <w:tcPr>
            <w:tcW w:w="2830" w:type="dxa"/>
            <w:vAlign w:val="center"/>
          </w:tcPr>
          <w:p w14:paraId="5EA2E1AF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747841179"/>
            <w:placeholder>
              <w:docPart w:val="8F1FDDF23E0C4FB69EFFD638AABC7EB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9B8E620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1FAFF288" w14:textId="77777777" w:rsidTr="00A0792E">
        <w:tc>
          <w:tcPr>
            <w:tcW w:w="2830" w:type="dxa"/>
            <w:vAlign w:val="center"/>
          </w:tcPr>
          <w:p w14:paraId="6B1783E3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444228247"/>
            <w:placeholder>
              <w:docPart w:val="1517133207324C388AD2ABC3B193B37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02B7EE6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67528C9D" w14:textId="77777777" w:rsidTr="00A0792E">
        <w:tc>
          <w:tcPr>
            <w:tcW w:w="2830" w:type="dxa"/>
            <w:vAlign w:val="center"/>
          </w:tcPr>
          <w:p w14:paraId="3BF80EFE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3664085B" w14:textId="77777777" w:rsidR="00B25E2F" w:rsidRDefault="00B25E2F" w:rsidP="00CD745A"/>
        </w:tc>
        <w:sdt>
          <w:sdtPr>
            <w:id w:val="678469064"/>
            <w:placeholder>
              <w:docPart w:val="9BF94CFAA0BE4178BB5E66844D776F77"/>
            </w:placeholder>
            <w:showingPlcHdr/>
          </w:sdtPr>
          <w:sdtContent>
            <w:tc>
              <w:tcPr>
                <w:tcW w:w="6520" w:type="dxa"/>
              </w:tcPr>
              <w:p w14:paraId="36A15BFB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49AA2C11" w14:textId="77777777" w:rsidTr="00A0792E">
        <w:tc>
          <w:tcPr>
            <w:tcW w:w="2830" w:type="dxa"/>
            <w:vAlign w:val="center"/>
          </w:tcPr>
          <w:p w14:paraId="64E95A78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67409BF6" w14:textId="77777777" w:rsidR="00B25E2F" w:rsidRDefault="00B25E2F" w:rsidP="00CD745A"/>
        </w:tc>
        <w:sdt>
          <w:sdtPr>
            <w:id w:val="1354759718"/>
            <w:placeholder>
              <w:docPart w:val="B3511EC2F2DE441D83CD4B3C5AF3BA22"/>
            </w:placeholder>
            <w:showingPlcHdr/>
          </w:sdtPr>
          <w:sdtContent>
            <w:tc>
              <w:tcPr>
                <w:tcW w:w="6520" w:type="dxa"/>
              </w:tcPr>
              <w:p w14:paraId="34AC1B90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11747722" w14:textId="77777777" w:rsidTr="00A0792E">
        <w:tc>
          <w:tcPr>
            <w:tcW w:w="2830" w:type="dxa"/>
            <w:vAlign w:val="center"/>
          </w:tcPr>
          <w:p w14:paraId="20697054" w14:textId="77777777" w:rsidR="00B25E2F" w:rsidRDefault="00B25E2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2008472456"/>
            <w:placeholder>
              <w:docPart w:val="184EA171F12547BDA7A4EB3389A63E6C"/>
            </w:placeholder>
            <w:showingPlcHdr/>
          </w:sdtPr>
          <w:sdtContent>
            <w:tc>
              <w:tcPr>
                <w:tcW w:w="6520" w:type="dxa"/>
              </w:tcPr>
              <w:p w14:paraId="08070C6D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9EA8DD6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C0B1C68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114D9F72" w14:textId="77777777" w:rsidR="00B25E2F" w:rsidRDefault="00B25E2F" w:rsidP="002D7D98">
            <w:r>
              <w:t xml:space="preserve">Yes </w:t>
            </w:r>
            <w:sdt>
              <w:sdtPr>
                <w:id w:val="1377814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33215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2E86780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503823" w14:textId="029EA89D" w:rsidR="00B25E2F" w:rsidRDefault="00B25E2F" w:rsidP="002D7D98"/>
        </w:tc>
      </w:tr>
    </w:tbl>
    <w:p w14:paraId="28BFB7AC" w14:textId="77777777" w:rsidR="00B25E2F" w:rsidRDefault="00B25E2F">
      <w:pPr>
        <w:pStyle w:val="Heading1"/>
      </w:pPr>
    </w:p>
    <w:p w14:paraId="442D0037" w14:textId="77777777" w:rsidR="00B25E2F" w:rsidRDefault="00B25E2F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5DF61268" w:rsidR="00214ECC" w:rsidRDefault="003729FB">
      <w:pPr>
        <w:pStyle w:val="Heading1"/>
      </w:pPr>
      <w:r>
        <w:lastRenderedPageBreak/>
        <w:t xml:space="preserve">Research </w:t>
      </w:r>
    </w:p>
    <w:p w14:paraId="0987AE42" w14:textId="3FC96AF3" w:rsidR="00C7253B" w:rsidRDefault="00C7253B" w:rsidP="00C7253B">
      <w: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14:paraId="6F75DC21" w14:textId="77777777">
        <w:tc>
          <w:tcPr>
            <w:tcW w:w="9350" w:type="dxa"/>
            <w:gridSpan w:val="2"/>
          </w:tcPr>
          <w:p w14:paraId="59BAD478" w14:textId="216D24BC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769739CE" w14:textId="77777777" w:rsidTr="00CD745A">
        <w:tc>
          <w:tcPr>
            <w:tcW w:w="2723" w:type="dxa"/>
            <w:vAlign w:val="center"/>
          </w:tcPr>
          <w:p w14:paraId="178AC458" w14:textId="56A0B311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Content>
            <w:tc>
              <w:tcPr>
                <w:tcW w:w="6627" w:type="dxa"/>
              </w:tcPr>
              <w:p w14:paraId="419B1C3D" w14:textId="3D84B99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15DA0842" w14:textId="77777777" w:rsidTr="00CD745A">
        <w:tc>
          <w:tcPr>
            <w:tcW w:w="2723" w:type="dxa"/>
            <w:vAlign w:val="center"/>
          </w:tcPr>
          <w:p w14:paraId="22919863" w14:textId="26D703DD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Content>
            <w:tc>
              <w:tcPr>
                <w:tcW w:w="6627" w:type="dxa"/>
              </w:tcPr>
              <w:p w14:paraId="468FCDE1" w14:textId="3348A05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5D715A34" w14:textId="77777777" w:rsidTr="00CD745A">
        <w:tc>
          <w:tcPr>
            <w:tcW w:w="2723" w:type="dxa"/>
            <w:vAlign w:val="center"/>
          </w:tcPr>
          <w:p w14:paraId="1275C95C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687B8572" w14:textId="77777777" w:rsidR="00CD745A" w:rsidRDefault="00CD745A" w:rsidP="00CD745A"/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Content>
            <w:tc>
              <w:tcPr>
                <w:tcW w:w="6627" w:type="dxa"/>
              </w:tcPr>
              <w:p w14:paraId="65BB4C77" w14:textId="59DC1FA6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7E170BE8" w14:textId="77777777" w:rsidTr="00CD745A">
        <w:tc>
          <w:tcPr>
            <w:tcW w:w="2723" w:type="dxa"/>
            <w:vAlign w:val="center"/>
          </w:tcPr>
          <w:p w14:paraId="609E6916" w14:textId="6B8BFF7A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595583B5" w:rsidR="00CD745A" w:rsidRDefault="00CD745A" w:rsidP="00C7253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Default="00CD745A" w:rsidP="00CD745A">
            <w:r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027C6542" w:rsidR="00CD745A" w:rsidRDefault="00CD745A" w:rsidP="00CD745A"/>
        </w:tc>
      </w:tr>
      <w:tr w:rsidR="00CD745A" w14:paraId="2CAAEA55" w14:textId="77777777">
        <w:tc>
          <w:tcPr>
            <w:tcW w:w="9350" w:type="dxa"/>
            <w:gridSpan w:val="2"/>
          </w:tcPr>
          <w:p w14:paraId="0912AE07" w14:textId="7B29D526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134250045"/>
                <w:placeholder>
                  <w:docPart w:val="26164AFE8C004731B39F8D42AA79484B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45561211" w14:textId="77777777" w:rsidTr="00CD745A">
        <w:tc>
          <w:tcPr>
            <w:tcW w:w="2723" w:type="dxa"/>
            <w:vAlign w:val="center"/>
          </w:tcPr>
          <w:p w14:paraId="33EC83AA" w14:textId="77777777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039898715"/>
            <w:placeholder>
              <w:docPart w:val="143E6DFAA3A744858DA27EA69CF186A8"/>
            </w:placeholder>
            <w:showingPlcHdr/>
          </w:sdtPr>
          <w:sdtContent>
            <w:tc>
              <w:tcPr>
                <w:tcW w:w="6627" w:type="dxa"/>
              </w:tcPr>
              <w:p w14:paraId="1383E0DC" w14:textId="77777777" w:rsidR="00CD745A" w:rsidRDefault="00CD745A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C5D06A4" w14:textId="77777777" w:rsidTr="00CD745A">
        <w:tc>
          <w:tcPr>
            <w:tcW w:w="2723" w:type="dxa"/>
            <w:vAlign w:val="center"/>
          </w:tcPr>
          <w:p w14:paraId="11FFEE38" w14:textId="77777777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849295955"/>
            <w:placeholder>
              <w:docPart w:val="FB7E9068020A4D09974EA1EB0D07EBE0"/>
            </w:placeholder>
            <w:showingPlcHdr/>
          </w:sdtPr>
          <w:sdtContent>
            <w:tc>
              <w:tcPr>
                <w:tcW w:w="6627" w:type="dxa"/>
              </w:tcPr>
              <w:p w14:paraId="22629E3B" w14:textId="77777777" w:rsidR="00CD745A" w:rsidRDefault="00CD745A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8F6B4EE" w14:textId="77777777" w:rsidTr="00CD745A">
        <w:tc>
          <w:tcPr>
            <w:tcW w:w="2723" w:type="dxa"/>
            <w:vAlign w:val="center"/>
          </w:tcPr>
          <w:p w14:paraId="57D486D0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0F44AD1C" w14:textId="77777777" w:rsidR="00CD745A" w:rsidRDefault="00CD745A" w:rsidP="00CD745A"/>
        </w:tc>
        <w:sdt>
          <w:sdtPr>
            <w:id w:val="666522276"/>
            <w:placeholder>
              <w:docPart w:val="B9DD229517514DD3BA30880642405144"/>
            </w:placeholder>
            <w:showingPlcHdr/>
          </w:sdtPr>
          <w:sdtContent>
            <w:tc>
              <w:tcPr>
                <w:tcW w:w="6627" w:type="dxa"/>
              </w:tcPr>
              <w:p w14:paraId="58B1D2F4" w14:textId="77777777" w:rsidR="00CD745A" w:rsidRDefault="00CD745A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4929BB4B" w14:textId="77777777" w:rsidTr="00CD745A">
        <w:tc>
          <w:tcPr>
            <w:tcW w:w="2723" w:type="dxa"/>
            <w:vAlign w:val="center"/>
          </w:tcPr>
          <w:p w14:paraId="6B87E394" w14:textId="77777777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039040763"/>
            <w:placeholder>
              <w:docPart w:val="4B4DB9EE858049CCB9AFBB15E50951B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7328BCA" w14:textId="77777777" w:rsidR="00CD745A" w:rsidRDefault="00CD745A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5C3E6963" w14:textId="77777777" w:rsidTr="00CD745A">
        <w:tc>
          <w:tcPr>
            <w:tcW w:w="2723" w:type="dxa"/>
            <w:vAlign w:val="center"/>
          </w:tcPr>
          <w:p w14:paraId="61031033" w14:textId="77777777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D915A34" w14:textId="77777777" w:rsidR="00CD745A" w:rsidRDefault="00CD745A" w:rsidP="00CD745A">
            <w:r>
              <w:t xml:space="preserve">Complete  </w:t>
            </w:r>
            <w:sdt>
              <w:sdtPr>
                <w:id w:val="75818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07597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1EB756F8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6FD53F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54A7D4" w14:textId="42BA2BA9" w:rsidR="00CD745A" w:rsidRDefault="00CD745A" w:rsidP="00CD745A"/>
        </w:tc>
      </w:tr>
      <w:tr w:rsidR="00B25E2F" w14:paraId="10457D50" w14:textId="77777777">
        <w:tc>
          <w:tcPr>
            <w:tcW w:w="9350" w:type="dxa"/>
            <w:gridSpan w:val="2"/>
          </w:tcPr>
          <w:p w14:paraId="41BD251C" w14:textId="21135037" w:rsidR="00B25E2F" w:rsidRDefault="00B25E2F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714657150"/>
                <w:placeholder>
                  <w:docPart w:val="05835F643CFC4C1D81AC8409F3A7956E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25E2F" w14:paraId="2BDD4579" w14:textId="77777777" w:rsidTr="00CD745A">
        <w:tc>
          <w:tcPr>
            <w:tcW w:w="2723" w:type="dxa"/>
            <w:vAlign w:val="center"/>
          </w:tcPr>
          <w:p w14:paraId="54E52D3E" w14:textId="77777777" w:rsidR="00B25E2F" w:rsidRDefault="00B25E2F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414775243"/>
            <w:placeholder>
              <w:docPart w:val="2D4652AA73E14574AEA14857FBB14AAE"/>
            </w:placeholder>
            <w:showingPlcHdr/>
          </w:sdtPr>
          <w:sdtContent>
            <w:tc>
              <w:tcPr>
                <w:tcW w:w="6627" w:type="dxa"/>
              </w:tcPr>
              <w:p w14:paraId="770592CA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B10AE27" w14:textId="77777777" w:rsidTr="00CD745A">
        <w:tc>
          <w:tcPr>
            <w:tcW w:w="2723" w:type="dxa"/>
            <w:vAlign w:val="center"/>
          </w:tcPr>
          <w:p w14:paraId="62BEF09F" w14:textId="77777777" w:rsidR="00B25E2F" w:rsidRDefault="00B25E2F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339749496"/>
            <w:placeholder>
              <w:docPart w:val="95DAB610269E4C658C97DEF727B66E78"/>
            </w:placeholder>
            <w:showingPlcHdr/>
          </w:sdtPr>
          <w:sdtContent>
            <w:tc>
              <w:tcPr>
                <w:tcW w:w="6627" w:type="dxa"/>
              </w:tcPr>
              <w:p w14:paraId="5221F068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A62CE3D" w14:textId="77777777" w:rsidTr="00CD745A">
        <w:tc>
          <w:tcPr>
            <w:tcW w:w="2723" w:type="dxa"/>
            <w:vAlign w:val="center"/>
          </w:tcPr>
          <w:p w14:paraId="49F60F58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7FB78280" w14:textId="77777777" w:rsidR="00B25E2F" w:rsidRDefault="00B25E2F" w:rsidP="00CD745A"/>
        </w:tc>
        <w:sdt>
          <w:sdtPr>
            <w:id w:val="-2081357447"/>
            <w:placeholder>
              <w:docPart w:val="2B252D13FD054C109303747793AFD04F"/>
            </w:placeholder>
            <w:showingPlcHdr/>
          </w:sdtPr>
          <w:sdtContent>
            <w:tc>
              <w:tcPr>
                <w:tcW w:w="6627" w:type="dxa"/>
              </w:tcPr>
              <w:p w14:paraId="3E16590B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428EC1AE" w14:textId="77777777" w:rsidTr="00CD745A">
        <w:tc>
          <w:tcPr>
            <w:tcW w:w="2723" w:type="dxa"/>
            <w:vAlign w:val="center"/>
          </w:tcPr>
          <w:p w14:paraId="3B8EF2CC" w14:textId="77777777" w:rsidR="00B25E2F" w:rsidRDefault="00B25E2F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074204161"/>
            <w:placeholder>
              <w:docPart w:val="B7A4BFC3F9BA40CC95F5E2384417727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760540AA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22422639" w14:textId="77777777" w:rsidTr="00CD745A">
        <w:tc>
          <w:tcPr>
            <w:tcW w:w="2723" w:type="dxa"/>
            <w:vAlign w:val="center"/>
          </w:tcPr>
          <w:p w14:paraId="79A8F6DD" w14:textId="77777777" w:rsidR="00B25E2F" w:rsidRDefault="00B25E2F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62138780" w14:textId="77777777" w:rsidR="00B25E2F" w:rsidRDefault="00B25E2F" w:rsidP="00CD745A">
            <w:r>
              <w:t xml:space="preserve">Complete  </w:t>
            </w:r>
            <w:sdt>
              <w:sdtPr>
                <w:id w:val="805669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516734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64678765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C121B0" w14:textId="77777777" w:rsidR="00B25E2F" w:rsidRPr="00F4085D" w:rsidRDefault="00B25E2F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3633A1" w14:textId="25EA1ACF" w:rsidR="00B25E2F" w:rsidRDefault="00B25E2F" w:rsidP="00CD745A"/>
        </w:tc>
      </w:tr>
      <w:tr w:rsidR="00B25E2F" w14:paraId="06D47278" w14:textId="77777777">
        <w:tc>
          <w:tcPr>
            <w:tcW w:w="9350" w:type="dxa"/>
            <w:gridSpan w:val="2"/>
          </w:tcPr>
          <w:p w14:paraId="618A0451" w14:textId="39CF1523" w:rsidR="00B25E2F" w:rsidRDefault="00B25E2F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523095309"/>
                <w:placeholder>
                  <w:docPart w:val="C43C82B10C5E4AFC96B5C4F497A2D2C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25E2F" w14:paraId="30A1952C" w14:textId="77777777" w:rsidTr="00CD745A">
        <w:tc>
          <w:tcPr>
            <w:tcW w:w="2723" w:type="dxa"/>
            <w:vAlign w:val="center"/>
          </w:tcPr>
          <w:p w14:paraId="1F380D4F" w14:textId="77777777" w:rsidR="00B25E2F" w:rsidRDefault="00B25E2F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97843659"/>
            <w:placeholder>
              <w:docPart w:val="341038B481B54953A99E828DD8C2AAA6"/>
            </w:placeholder>
            <w:showingPlcHdr/>
          </w:sdtPr>
          <w:sdtContent>
            <w:tc>
              <w:tcPr>
                <w:tcW w:w="6627" w:type="dxa"/>
              </w:tcPr>
              <w:p w14:paraId="44634D84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C395A5C" w14:textId="77777777" w:rsidTr="00CD745A">
        <w:tc>
          <w:tcPr>
            <w:tcW w:w="2723" w:type="dxa"/>
            <w:vAlign w:val="center"/>
          </w:tcPr>
          <w:p w14:paraId="41E4991E" w14:textId="77777777" w:rsidR="00B25E2F" w:rsidRDefault="00B25E2F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375307716"/>
            <w:placeholder>
              <w:docPart w:val="5E0909C30E244864B303D2929ED72464"/>
            </w:placeholder>
            <w:showingPlcHdr/>
          </w:sdtPr>
          <w:sdtContent>
            <w:tc>
              <w:tcPr>
                <w:tcW w:w="6627" w:type="dxa"/>
              </w:tcPr>
              <w:p w14:paraId="79D2EF75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42B2C08" w14:textId="77777777" w:rsidTr="00CD745A">
        <w:tc>
          <w:tcPr>
            <w:tcW w:w="2723" w:type="dxa"/>
            <w:vAlign w:val="center"/>
          </w:tcPr>
          <w:p w14:paraId="2F4C42D4" w14:textId="77777777" w:rsidR="00B25E2F" w:rsidRPr="00F4085D" w:rsidRDefault="00B25E2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1BAC9CD4" w14:textId="77777777" w:rsidR="00B25E2F" w:rsidRDefault="00B25E2F" w:rsidP="00CD745A"/>
        </w:tc>
        <w:sdt>
          <w:sdtPr>
            <w:id w:val="937716570"/>
            <w:placeholder>
              <w:docPart w:val="B2EB878418184419934ACC907E4474BF"/>
            </w:placeholder>
            <w:showingPlcHdr/>
          </w:sdtPr>
          <w:sdtContent>
            <w:tc>
              <w:tcPr>
                <w:tcW w:w="6627" w:type="dxa"/>
              </w:tcPr>
              <w:p w14:paraId="48093460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96C25CB" w14:textId="77777777" w:rsidTr="00CD745A">
        <w:tc>
          <w:tcPr>
            <w:tcW w:w="2723" w:type="dxa"/>
            <w:vAlign w:val="center"/>
          </w:tcPr>
          <w:p w14:paraId="2744EAA0" w14:textId="77777777" w:rsidR="00B25E2F" w:rsidRDefault="00B25E2F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568412928"/>
            <w:placeholder>
              <w:docPart w:val="F6CE0FCE345143009E48153FD266559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19E9CD0D" w14:textId="77777777" w:rsidR="00B25E2F" w:rsidRDefault="00B25E2F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25E2F" w14:paraId="2AEE4171" w14:textId="77777777" w:rsidTr="00CD745A">
        <w:tc>
          <w:tcPr>
            <w:tcW w:w="2723" w:type="dxa"/>
            <w:vAlign w:val="center"/>
          </w:tcPr>
          <w:p w14:paraId="04F2ADD3" w14:textId="77777777" w:rsidR="00B25E2F" w:rsidRDefault="00B25E2F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6D03194B" w14:textId="77777777" w:rsidR="00B25E2F" w:rsidRDefault="00B25E2F" w:rsidP="00CD745A">
            <w:r>
              <w:t xml:space="preserve">Complete  </w:t>
            </w:r>
            <w:sdt>
              <w:sdtPr>
                <w:id w:val="-755208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73335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495C91D1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5154CF" w14:textId="77777777" w:rsidR="00B25E2F" w:rsidRPr="00F4085D" w:rsidRDefault="00B25E2F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2F4AFC" w14:textId="11F5E55F" w:rsidR="00B25E2F" w:rsidRDefault="00B25E2F" w:rsidP="00CD745A"/>
        </w:tc>
      </w:tr>
    </w:tbl>
    <w:p w14:paraId="217DAF30" w14:textId="4A5D05ED" w:rsidR="00CD745A" w:rsidRDefault="008E5780" w:rsidP="008E5780">
      <w:pPr>
        <w:pStyle w:val="Heading1"/>
      </w:pPr>
      <w:r>
        <w:t>Publications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8E5780" w14:paraId="14326279" w14:textId="77777777">
        <w:tc>
          <w:tcPr>
            <w:tcW w:w="2689" w:type="dxa"/>
          </w:tcPr>
          <w:p w14:paraId="14E9BF22" w14:textId="3B0F1E6E" w:rsidR="008E5780" w:rsidRDefault="008E5780">
            <w:r w:rsidRPr="00F4085D">
              <w:rPr>
                <w:b/>
                <w:bCs/>
              </w:rPr>
              <w:t>Role</w:t>
            </w:r>
          </w:p>
        </w:tc>
        <w:sdt>
          <w:sdtPr>
            <w:id w:val="2022972129"/>
            <w:placeholder>
              <w:docPart w:val="EE7C2F2036D64DE99FFDE53A1E774707"/>
            </w:placeholder>
            <w:showingPlcHdr/>
          </w:sdtPr>
          <w:sdtContent>
            <w:tc>
              <w:tcPr>
                <w:tcW w:w="6661" w:type="dxa"/>
              </w:tcPr>
              <w:p w14:paraId="665634BF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09AA4C01" w14:textId="77777777">
        <w:tc>
          <w:tcPr>
            <w:tcW w:w="2689" w:type="dxa"/>
          </w:tcPr>
          <w:p w14:paraId="6BF882B0" w14:textId="77777777" w:rsidR="008E5780" w:rsidRDefault="008E5780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901629510"/>
            <w:placeholder>
              <w:docPart w:val="68D2E910EC264D63BD8DEA280ABB88C6"/>
            </w:placeholder>
            <w:showingPlcHdr/>
          </w:sdtPr>
          <w:sdtContent>
            <w:tc>
              <w:tcPr>
                <w:tcW w:w="6661" w:type="dxa"/>
              </w:tcPr>
              <w:p w14:paraId="37BA85C3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62981DEC" w14:textId="77777777">
        <w:tc>
          <w:tcPr>
            <w:tcW w:w="2689" w:type="dxa"/>
          </w:tcPr>
          <w:p w14:paraId="653284BF" w14:textId="77777777" w:rsidR="008E5780" w:rsidRDefault="008E5780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687877694"/>
            <w:placeholder>
              <w:docPart w:val="3A68C0E2A89E4DDD8D6975632BD05C5F"/>
            </w:placeholder>
            <w:showingPlcHdr/>
          </w:sdtPr>
          <w:sdtContent>
            <w:tc>
              <w:tcPr>
                <w:tcW w:w="6661" w:type="dxa"/>
              </w:tcPr>
              <w:p w14:paraId="5E1B910A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4753A47A" w14:textId="77777777">
        <w:tc>
          <w:tcPr>
            <w:tcW w:w="2689" w:type="dxa"/>
          </w:tcPr>
          <w:p w14:paraId="00C0D927" w14:textId="77777777" w:rsidR="008E5780" w:rsidRPr="00F4085D" w:rsidRDefault="008E5780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01576EA9" w14:textId="77777777" w:rsidR="008E5780" w:rsidRDefault="008E5780"/>
        </w:tc>
        <w:sdt>
          <w:sdtPr>
            <w:id w:val="1152953224"/>
            <w:placeholder>
              <w:docPart w:val="75135E300332412E90FEC8F871AF5736"/>
            </w:placeholder>
            <w:showingPlcHdr/>
          </w:sdtPr>
          <w:sdtContent>
            <w:tc>
              <w:tcPr>
                <w:tcW w:w="6661" w:type="dxa"/>
              </w:tcPr>
              <w:p w14:paraId="123CF36F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39E22405" w14:textId="77777777">
        <w:tc>
          <w:tcPr>
            <w:tcW w:w="2689" w:type="dxa"/>
          </w:tcPr>
          <w:p w14:paraId="6ED9C1E2" w14:textId="77777777" w:rsidR="008E5780" w:rsidRDefault="008E5780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2EFF04A" w14:textId="77777777" w:rsidR="008E5780" w:rsidRDefault="008E5780">
            <w:r>
              <w:t xml:space="preserve">Complete  </w:t>
            </w:r>
            <w:sdt>
              <w:sdtPr>
                <w:id w:val="-596788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204640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E5780" w14:paraId="56C13022" w14:textId="77777777">
        <w:tc>
          <w:tcPr>
            <w:tcW w:w="2689" w:type="dxa"/>
          </w:tcPr>
          <w:p w14:paraId="338CA531" w14:textId="77777777" w:rsidR="008E5780" w:rsidRDefault="008E5780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880927650"/>
            <w:placeholder>
              <w:docPart w:val="4736521809DA4E1AA67C53DF8D0930F3"/>
            </w:placeholder>
            <w:showingPlcHdr/>
          </w:sdtPr>
          <w:sdtContent>
            <w:tc>
              <w:tcPr>
                <w:tcW w:w="6661" w:type="dxa"/>
              </w:tcPr>
              <w:p w14:paraId="35AA0651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212C911C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4C6078F8" w14:textId="77777777" w:rsidR="008E5780" w:rsidRPr="00F4085D" w:rsidRDefault="008E5780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C0D9C29" w14:textId="77777777" w:rsidR="008E5780" w:rsidRDefault="008E5780">
            <w:r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E5780" w14:paraId="1825EFE1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C7AC33" w14:textId="63BB8B88" w:rsidR="008E5780" w:rsidRDefault="008E5780"/>
        </w:tc>
      </w:tr>
      <w:tr w:rsidR="00B25E2F" w14:paraId="52B99F9F" w14:textId="77777777">
        <w:tc>
          <w:tcPr>
            <w:tcW w:w="2689" w:type="dxa"/>
          </w:tcPr>
          <w:p w14:paraId="67814B23" w14:textId="20605921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278709778"/>
            <w:placeholder>
              <w:docPart w:val="D29A05B54BA94794965495C719B38F56"/>
            </w:placeholder>
            <w:showingPlcHdr/>
          </w:sdtPr>
          <w:sdtContent>
            <w:tc>
              <w:tcPr>
                <w:tcW w:w="6661" w:type="dxa"/>
              </w:tcPr>
              <w:p w14:paraId="662C760C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43852CE" w14:textId="77777777">
        <w:tc>
          <w:tcPr>
            <w:tcW w:w="2689" w:type="dxa"/>
          </w:tcPr>
          <w:p w14:paraId="362D7ADE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756248605"/>
            <w:placeholder>
              <w:docPart w:val="98481A8F6AD343B5AF7DFE3015ABA664"/>
            </w:placeholder>
            <w:showingPlcHdr/>
          </w:sdtPr>
          <w:sdtContent>
            <w:tc>
              <w:tcPr>
                <w:tcW w:w="6661" w:type="dxa"/>
              </w:tcPr>
              <w:p w14:paraId="09CF63E7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4586F9A1" w14:textId="77777777">
        <w:tc>
          <w:tcPr>
            <w:tcW w:w="2689" w:type="dxa"/>
          </w:tcPr>
          <w:p w14:paraId="2FCDAA63" w14:textId="77777777" w:rsidR="00B25E2F" w:rsidRDefault="00B25E2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403140751"/>
            <w:placeholder>
              <w:docPart w:val="B8E992C21AED4FCCB3FB805D8832C811"/>
            </w:placeholder>
            <w:showingPlcHdr/>
          </w:sdtPr>
          <w:sdtContent>
            <w:tc>
              <w:tcPr>
                <w:tcW w:w="6661" w:type="dxa"/>
              </w:tcPr>
              <w:p w14:paraId="000E740E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105DB816" w14:textId="77777777">
        <w:tc>
          <w:tcPr>
            <w:tcW w:w="2689" w:type="dxa"/>
          </w:tcPr>
          <w:p w14:paraId="66236656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719D857" w14:textId="77777777" w:rsidR="00B25E2F" w:rsidRDefault="00B25E2F"/>
        </w:tc>
        <w:sdt>
          <w:sdtPr>
            <w:id w:val="-152610198"/>
            <w:placeholder>
              <w:docPart w:val="DB97997027034574A820100BA28779C6"/>
            </w:placeholder>
            <w:showingPlcHdr/>
          </w:sdtPr>
          <w:sdtContent>
            <w:tc>
              <w:tcPr>
                <w:tcW w:w="6661" w:type="dxa"/>
              </w:tcPr>
              <w:p w14:paraId="358D7F69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0A6F62B" w14:textId="77777777">
        <w:tc>
          <w:tcPr>
            <w:tcW w:w="2689" w:type="dxa"/>
          </w:tcPr>
          <w:p w14:paraId="766BEEC5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5B3E00C" w14:textId="77777777" w:rsidR="00B25E2F" w:rsidRDefault="00B25E2F">
            <w:r>
              <w:t xml:space="preserve">Complete  </w:t>
            </w:r>
            <w:sdt>
              <w:sdtPr>
                <w:id w:val="-52777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801422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148632B5" w14:textId="77777777">
        <w:tc>
          <w:tcPr>
            <w:tcW w:w="2689" w:type="dxa"/>
          </w:tcPr>
          <w:p w14:paraId="203E7FE1" w14:textId="77777777" w:rsidR="00B25E2F" w:rsidRDefault="00B25E2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741911355"/>
            <w:placeholder>
              <w:docPart w:val="08A5BBC61EA54C2E9A4DFC84297C3A79"/>
            </w:placeholder>
            <w:showingPlcHdr/>
          </w:sdtPr>
          <w:sdtContent>
            <w:tc>
              <w:tcPr>
                <w:tcW w:w="6661" w:type="dxa"/>
              </w:tcPr>
              <w:p w14:paraId="18BC8D52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4948956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7B541684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3F0B675" w14:textId="77777777" w:rsidR="00B25E2F" w:rsidRDefault="00B25E2F">
            <w:r>
              <w:t xml:space="preserve">Yes </w:t>
            </w:r>
            <w:sdt>
              <w:sdtPr>
                <w:id w:val="140812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416060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5BD7ECD9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5721E" w14:textId="36240F01" w:rsidR="00B25E2F" w:rsidRDefault="00B25E2F"/>
        </w:tc>
      </w:tr>
      <w:tr w:rsidR="00B25E2F" w14:paraId="08F9A4E5" w14:textId="77777777">
        <w:tc>
          <w:tcPr>
            <w:tcW w:w="2689" w:type="dxa"/>
          </w:tcPr>
          <w:p w14:paraId="03A2320E" w14:textId="34F56C0D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1769577377"/>
            <w:placeholder>
              <w:docPart w:val="03FEDA85EBA3443494BEB1A7CCE6EC5E"/>
            </w:placeholder>
            <w:showingPlcHdr/>
          </w:sdtPr>
          <w:sdtContent>
            <w:tc>
              <w:tcPr>
                <w:tcW w:w="6661" w:type="dxa"/>
              </w:tcPr>
              <w:p w14:paraId="0066F60B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4F5931E9" w14:textId="77777777">
        <w:tc>
          <w:tcPr>
            <w:tcW w:w="2689" w:type="dxa"/>
          </w:tcPr>
          <w:p w14:paraId="6C378EB3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612442879"/>
            <w:placeholder>
              <w:docPart w:val="224B893CAF2A4C18A2BF279A3EB270F1"/>
            </w:placeholder>
            <w:showingPlcHdr/>
          </w:sdtPr>
          <w:sdtContent>
            <w:tc>
              <w:tcPr>
                <w:tcW w:w="6661" w:type="dxa"/>
              </w:tcPr>
              <w:p w14:paraId="2A6A695F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1CE83AD0" w14:textId="77777777">
        <w:tc>
          <w:tcPr>
            <w:tcW w:w="2689" w:type="dxa"/>
          </w:tcPr>
          <w:p w14:paraId="2BDC8DAA" w14:textId="77777777" w:rsidR="00B25E2F" w:rsidRDefault="00B25E2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694607642"/>
            <w:placeholder>
              <w:docPart w:val="90A14ED0A294403BB4EB0D96749A798B"/>
            </w:placeholder>
            <w:showingPlcHdr/>
          </w:sdtPr>
          <w:sdtContent>
            <w:tc>
              <w:tcPr>
                <w:tcW w:w="6661" w:type="dxa"/>
              </w:tcPr>
              <w:p w14:paraId="47337A50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ADBB57B" w14:textId="77777777">
        <w:tc>
          <w:tcPr>
            <w:tcW w:w="2689" w:type="dxa"/>
          </w:tcPr>
          <w:p w14:paraId="1424F8AF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6965111C" w14:textId="77777777" w:rsidR="00B25E2F" w:rsidRDefault="00B25E2F"/>
        </w:tc>
        <w:sdt>
          <w:sdtPr>
            <w:id w:val="1826158719"/>
            <w:placeholder>
              <w:docPart w:val="FA243354C2B748268D403E77E970710A"/>
            </w:placeholder>
            <w:showingPlcHdr/>
          </w:sdtPr>
          <w:sdtContent>
            <w:tc>
              <w:tcPr>
                <w:tcW w:w="6661" w:type="dxa"/>
              </w:tcPr>
              <w:p w14:paraId="654E6092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3BD41FA" w14:textId="77777777">
        <w:tc>
          <w:tcPr>
            <w:tcW w:w="2689" w:type="dxa"/>
          </w:tcPr>
          <w:p w14:paraId="29CDED80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C1D1BB8" w14:textId="77777777" w:rsidR="00B25E2F" w:rsidRDefault="00B25E2F">
            <w:r>
              <w:t xml:space="preserve">Complete  </w:t>
            </w:r>
            <w:sdt>
              <w:sdtPr>
                <w:id w:val="214362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241631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19C76F21" w14:textId="77777777">
        <w:tc>
          <w:tcPr>
            <w:tcW w:w="2689" w:type="dxa"/>
          </w:tcPr>
          <w:p w14:paraId="6E98EF61" w14:textId="77777777" w:rsidR="00B25E2F" w:rsidRDefault="00B25E2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057052116"/>
            <w:placeholder>
              <w:docPart w:val="7CC20849886348838E7D5C1751BAAFCE"/>
            </w:placeholder>
            <w:showingPlcHdr/>
          </w:sdtPr>
          <w:sdtContent>
            <w:tc>
              <w:tcPr>
                <w:tcW w:w="6661" w:type="dxa"/>
              </w:tcPr>
              <w:p w14:paraId="7C245B17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418D366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12FEFC83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B29F7EB" w14:textId="77777777" w:rsidR="00B25E2F" w:rsidRDefault="00B25E2F">
            <w:r>
              <w:t xml:space="preserve">Yes </w:t>
            </w:r>
            <w:sdt>
              <w:sdtPr>
                <w:id w:val="-232011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724574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10C276EE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72F8DF" w14:textId="1C7E50FB" w:rsidR="00B25E2F" w:rsidRDefault="00B25E2F"/>
        </w:tc>
      </w:tr>
      <w:tr w:rsidR="00B25E2F" w14:paraId="0FBDC1A3" w14:textId="77777777">
        <w:tc>
          <w:tcPr>
            <w:tcW w:w="2689" w:type="dxa"/>
          </w:tcPr>
          <w:p w14:paraId="2CBA79B9" w14:textId="06033F0A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1367948905"/>
            <w:placeholder>
              <w:docPart w:val="3D03718ACD0E4CAD86017488A9C3B8FB"/>
            </w:placeholder>
            <w:showingPlcHdr/>
          </w:sdtPr>
          <w:sdtContent>
            <w:tc>
              <w:tcPr>
                <w:tcW w:w="6661" w:type="dxa"/>
              </w:tcPr>
              <w:p w14:paraId="08DC8A99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1FF8CF31" w14:textId="77777777">
        <w:tc>
          <w:tcPr>
            <w:tcW w:w="2689" w:type="dxa"/>
          </w:tcPr>
          <w:p w14:paraId="7DBA4A93" w14:textId="77777777" w:rsidR="00B25E2F" w:rsidRDefault="00B25E2F">
            <w:r w:rsidRPr="00F4085D">
              <w:rPr>
                <w:b/>
                <w:bCs/>
              </w:rPr>
              <w:lastRenderedPageBreak/>
              <w:t>Institution</w:t>
            </w:r>
          </w:p>
        </w:tc>
        <w:sdt>
          <w:sdtPr>
            <w:id w:val="-1636640030"/>
            <w:placeholder>
              <w:docPart w:val="7F73402ACF4945B4963B993FCE77EBC0"/>
            </w:placeholder>
            <w:showingPlcHdr/>
          </w:sdtPr>
          <w:sdtContent>
            <w:tc>
              <w:tcPr>
                <w:tcW w:w="6661" w:type="dxa"/>
              </w:tcPr>
              <w:p w14:paraId="6ECBEABA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0F70C13" w14:textId="77777777">
        <w:tc>
          <w:tcPr>
            <w:tcW w:w="2689" w:type="dxa"/>
          </w:tcPr>
          <w:p w14:paraId="27315AC0" w14:textId="77777777" w:rsidR="00B25E2F" w:rsidRDefault="00B25E2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889832411"/>
            <w:placeholder>
              <w:docPart w:val="8DEDC25DA65648E0A61722138A5B3F0F"/>
            </w:placeholder>
            <w:showingPlcHdr/>
          </w:sdtPr>
          <w:sdtContent>
            <w:tc>
              <w:tcPr>
                <w:tcW w:w="6661" w:type="dxa"/>
              </w:tcPr>
              <w:p w14:paraId="2B734A53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5A543FC" w14:textId="77777777">
        <w:tc>
          <w:tcPr>
            <w:tcW w:w="2689" w:type="dxa"/>
          </w:tcPr>
          <w:p w14:paraId="2096F80A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5AB667E2" w14:textId="77777777" w:rsidR="00B25E2F" w:rsidRDefault="00B25E2F"/>
        </w:tc>
        <w:sdt>
          <w:sdtPr>
            <w:id w:val="1634981029"/>
            <w:placeholder>
              <w:docPart w:val="D33B18A239F14CE7AB5114B7ACB660EA"/>
            </w:placeholder>
            <w:showingPlcHdr/>
          </w:sdtPr>
          <w:sdtContent>
            <w:tc>
              <w:tcPr>
                <w:tcW w:w="6661" w:type="dxa"/>
              </w:tcPr>
              <w:p w14:paraId="22BC1CB0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17F650A" w14:textId="77777777">
        <w:tc>
          <w:tcPr>
            <w:tcW w:w="2689" w:type="dxa"/>
          </w:tcPr>
          <w:p w14:paraId="502DEF4A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0D41D46F" w14:textId="77777777" w:rsidR="00B25E2F" w:rsidRDefault="00B25E2F">
            <w:r>
              <w:t xml:space="preserve">Complete  </w:t>
            </w:r>
            <w:sdt>
              <w:sdtPr>
                <w:id w:val="939718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68227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5A802318" w14:textId="77777777">
        <w:tc>
          <w:tcPr>
            <w:tcW w:w="2689" w:type="dxa"/>
          </w:tcPr>
          <w:p w14:paraId="7F540BBE" w14:textId="77777777" w:rsidR="00B25E2F" w:rsidRDefault="00B25E2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2133746856"/>
            <w:placeholder>
              <w:docPart w:val="6B2728BAAE0D438C8B15904C234A9AD6"/>
            </w:placeholder>
            <w:showingPlcHdr/>
          </w:sdtPr>
          <w:sdtContent>
            <w:tc>
              <w:tcPr>
                <w:tcW w:w="6661" w:type="dxa"/>
              </w:tcPr>
              <w:p w14:paraId="5653736E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1F2F44A4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00CF2B49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6BC41A6" w14:textId="77777777" w:rsidR="00B25E2F" w:rsidRDefault="00B25E2F">
            <w:r>
              <w:t xml:space="preserve">Yes </w:t>
            </w:r>
            <w:sdt>
              <w:sdtPr>
                <w:id w:val="-409936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893958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1EBA5B15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69038E" w14:textId="47F11018" w:rsidR="00B25E2F" w:rsidRDefault="00B25E2F"/>
        </w:tc>
      </w:tr>
      <w:tr w:rsidR="00B25E2F" w14:paraId="1428DD8A" w14:textId="77777777">
        <w:tc>
          <w:tcPr>
            <w:tcW w:w="2689" w:type="dxa"/>
          </w:tcPr>
          <w:p w14:paraId="71D17198" w14:textId="3C527C6D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515300061"/>
            <w:placeholder>
              <w:docPart w:val="36B89B7D43B443D889ED0D231AC66935"/>
            </w:placeholder>
            <w:showingPlcHdr/>
          </w:sdtPr>
          <w:sdtContent>
            <w:tc>
              <w:tcPr>
                <w:tcW w:w="6661" w:type="dxa"/>
              </w:tcPr>
              <w:p w14:paraId="0AFFD8B2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6F822FA" w14:textId="77777777">
        <w:tc>
          <w:tcPr>
            <w:tcW w:w="2689" w:type="dxa"/>
          </w:tcPr>
          <w:p w14:paraId="7EC7A56F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220272120"/>
            <w:placeholder>
              <w:docPart w:val="E4DF4D48FF2E44A68677DB9186CA755C"/>
            </w:placeholder>
            <w:showingPlcHdr/>
          </w:sdtPr>
          <w:sdtContent>
            <w:tc>
              <w:tcPr>
                <w:tcW w:w="6661" w:type="dxa"/>
              </w:tcPr>
              <w:p w14:paraId="4C229D44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F43BF15" w14:textId="77777777">
        <w:tc>
          <w:tcPr>
            <w:tcW w:w="2689" w:type="dxa"/>
          </w:tcPr>
          <w:p w14:paraId="5862B287" w14:textId="77777777" w:rsidR="00B25E2F" w:rsidRDefault="00B25E2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692883130"/>
            <w:placeholder>
              <w:docPart w:val="D1B4F9AB76C649A78C33B4FFC9BEB8F6"/>
            </w:placeholder>
            <w:showingPlcHdr/>
          </w:sdtPr>
          <w:sdtContent>
            <w:tc>
              <w:tcPr>
                <w:tcW w:w="6661" w:type="dxa"/>
              </w:tcPr>
              <w:p w14:paraId="5D67B97C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7B53CDC" w14:textId="77777777">
        <w:tc>
          <w:tcPr>
            <w:tcW w:w="2689" w:type="dxa"/>
          </w:tcPr>
          <w:p w14:paraId="15067E32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3523F77E" w14:textId="77777777" w:rsidR="00B25E2F" w:rsidRDefault="00B25E2F"/>
        </w:tc>
        <w:sdt>
          <w:sdtPr>
            <w:id w:val="-495956051"/>
            <w:placeholder>
              <w:docPart w:val="FC67A76DC58D48B8926CC3A90C2168AB"/>
            </w:placeholder>
            <w:showingPlcHdr/>
          </w:sdtPr>
          <w:sdtContent>
            <w:tc>
              <w:tcPr>
                <w:tcW w:w="6661" w:type="dxa"/>
              </w:tcPr>
              <w:p w14:paraId="3FDA6082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5E302205" w14:textId="77777777">
        <w:tc>
          <w:tcPr>
            <w:tcW w:w="2689" w:type="dxa"/>
          </w:tcPr>
          <w:p w14:paraId="3EEC9166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492C8DA" w14:textId="77777777" w:rsidR="00B25E2F" w:rsidRDefault="00B25E2F">
            <w:r>
              <w:t xml:space="preserve">Complete  </w:t>
            </w:r>
            <w:sdt>
              <w:sdtPr>
                <w:id w:val="-189450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601407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75E6171E" w14:textId="77777777">
        <w:tc>
          <w:tcPr>
            <w:tcW w:w="2689" w:type="dxa"/>
          </w:tcPr>
          <w:p w14:paraId="7795F6F3" w14:textId="77777777" w:rsidR="00B25E2F" w:rsidRDefault="00B25E2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57446874"/>
            <w:placeholder>
              <w:docPart w:val="EFE5B9174B574EBD8B7DDA7B55EF7943"/>
            </w:placeholder>
            <w:showingPlcHdr/>
          </w:sdtPr>
          <w:sdtContent>
            <w:tc>
              <w:tcPr>
                <w:tcW w:w="6661" w:type="dxa"/>
              </w:tcPr>
              <w:p w14:paraId="4F2FC003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E7FC790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1711C68C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1FFAAB06" w14:textId="77777777" w:rsidR="00B25E2F" w:rsidRDefault="00B25E2F">
            <w:r>
              <w:t xml:space="preserve">Yes </w:t>
            </w:r>
            <w:sdt>
              <w:sdtPr>
                <w:id w:val="645481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320427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2984E119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17DCF8" w14:textId="1008C235" w:rsidR="00B25E2F" w:rsidRDefault="00B25E2F"/>
        </w:tc>
      </w:tr>
    </w:tbl>
    <w:p w14:paraId="3E325E62" w14:textId="77777777" w:rsidR="00B25E2F" w:rsidRDefault="00B25E2F">
      <w:pPr>
        <w:pStyle w:val="Heading1"/>
      </w:pPr>
    </w:p>
    <w:p w14:paraId="2DF0FB8E" w14:textId="77777777" w:rsidR="00B25E2F" w:rsidRDefault="00B25E2F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2D5B985D" w:rsidR="00214ECC" w:rsidRDefault="003729FB">
      <w:pPr>
        <w:pStyle w:val="Heading1"/>
      </w:pPr>
      <w:r>
        <w:lastRenderedPageBreak/>
        <w:t>Teaching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14:paraId="66F7ED9E" w14:textId="77777777" w:rsidTr="00A0792E">
        <w:tc>
          <w:tcPr>
            <w:tcW w:w="2689" w:type="dxa"/>
          </w:tcPr>
          <w:p w14:paraId="1ADD563F" w14:textId="19CA0ACA" w:rsidR="00E9708F" w:rsidRDefault="00E9708F">
            <w:r w:rsidRPr="00F4085D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Content>
            <w:tc>
              <w:tcPr>
                <w:tcW w:w="6661" w:type="dxa"/>
              </w:tcPr>
              <w:p w14:paraId="38426A61" w14:textId="6DC414F8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740C1B" w14:textId="77777777" w:rsidTr="00A0792E">
        <w:tc>
          <w:tcPr>
            <w:tcW w:w="2689" w:type="dxa"/>
          </w:tcPr>
          <w:p w14:paraId="5063B332" w14:textId="5483306F" w:rsidR="00E9708F" w:rsidRDefault="00E9708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Content>
            <w:tc>
              <w:tcPr>
                <w:tcW w:w="6661" w:type="dxa"/>
              </w:tcPr>
              <w:p w14:paraId="1BDE551D" w14:textId="5EDF4B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6CA38CE" w14:textId="77777777" w:rsidTr="00A0792E">
        <w:tc>
          <w:tcPr>
            <w:tcW w:w="2689" w:type="dxa"/>
          </w:tcPr>
          <w:p w14:paraId="6E014817" w14:textId="4BF4295B" w:rsidR="00E9708F" w:rsidRDefault="00E9708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Content>
            <w:tc>
              <w:tcPr>
                <w:tcW w:w="6661" w:type="dxa"/>
              </w:tcPr>
              <w:p w14:paraId="423783DB" w14:textId="2A8EDBCC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7EA1DB7" w14:textId="77777777" w:rsidTr="00A0792E">
        <w:tc>
          <w:tcPr>
            <w:tcW w:w="2689" w:type="dxa"/>
          </w:tcPr>
          <w:p w14:paraId="287584B0" w14:textId="77777777" w:rsidR="00E9708F" w:rsidRPr="00F4085D" w:rsidRDefault="00E9708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6F22547" w14:textId="77777777" w:rsidR="00E9708F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Content>
            <w:tc>
              <w:tcPr>
                <w:tcW w:w="6661" w:type="dxa"/>
              </w:tcPr>
              <w:p w14:paraId="428D0AF4" w14:textId="14E793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4B70A0A3" w14:textId="77777777" w:rsidTr="00A0792E">
        <w:tc>
          <w:tcPr>
            <w:tcW w:w="2689" w:type="dxa"/>
          </w:tcPr>
          <w:p w14:paraId="2B82BE9D" w14:textId="190108BB" w:rsidR="00E9708F" w:rsidRDefault="00E9708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Default="00E9708F">
            <w:r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605DD3C8" w14:textId="77777777" w:rsidTr="00A0792E">
        <w:tc>
          <w:tcPr>
            <w:tcW w:w="2689" w:type="dxa"/>
          </w:tcPr>
          <w:p w14:paraId="3ACF7AFC" w14:textId="2D9BB58C" w:rsidR="00E9708F" w:rsidRDefault="00E9708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Content>
            <w:tc>
              <w:tcPr>
                <w:tcW w:w="6661" w:type="dxa"/>
              </w:tcPr>
              <w:p w14:paraId="44ADF35B" w14:textId="075D342D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2600088E" w:rsidR="00E9708F" w:rsidRDefault="00E9708F"/>
        </w:tc>
      </w:tr>
      <w:tr w:rsidR="008E5780" w14:paraId="4D7DD415" w14:textId="77777777" w:rsidTr="00A0792E">
        <w:tc>
          <w:tcPr>
            <w:tcW w:w="2689" w:type="dxa"/>
          </w:tcPr>
          <w:p w14:paraId="19A50DEC" w14:textId="583C9F97" w:rsidR="008E5780" w:rsidRDefault="008E5780">
            <w:r w:rsidRPr="00F4085D">
              <w:rPr>
                <w:b/>
                <w:bCs/>
              </w:rPr>
              <w:t>Role</w:t>
            </w:r>
          </w:p>
        </w:tc>
        <w:sdt>
          <w:sdtPr>
            <w:id w:val="-363903417"/>
            <w:placeholder>
              <w:docPart w:val="5B53A3089E014B80A3DF921D322D4D9A"/>
            </w:placeholder>
            <w:showingPlcHdr/>
          </w:sdtPr>
          <w:sdtContent>
            <w:tc>
              <w:tcPr>
                <w:tcW w:w="6661" w:type="dxa"/>
              </w:tcPr>
              <w:p w14:paraId="6C13C51D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5E6BBD9F" w14:textId="77777777" w:rsidTr="00A0792E">
        <w:tc>
          <w:tcPr>
            <w:tcW w:w="2689" w:type="dxa"/>
          </w:tcPr>
          <w:p w14:paraId="6F3E0EDB" w14:textId="77777777" w:rsidR="008E5780" w:rsidRDefault="008E5780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844592706"/>
            <w:placeholder>
              <w:docPart w:val="E3760AF975DD4EFB8BEB699FB1ADE8EB"/>
            </w:placeholder>
            <w:showingPlcHdr/>
          </w:sdtPr>
          <w:sdtContent>
            <w:tc>
              <w:tcPr>
                <w:tcW w:w="6661" w:type="dxa"/>
              </w:tcPr>
              <w:p w14:paraId="3ACCD09C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3B31A549" w14:textId="77777777" w:rsidTr="00A0792E">
        <w:tc>
          <w:tcPr>
            <w:tcW w:w="2689" w:type="dxa"/>
          </w:tcPr>
          <w:p w14:paraId="66566B81" w14:textId="77777777" w:rsidR="008E5780" w:rsidRDefault="008E5780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684937338"/>
            <w:placeholder>
              <w:docPart w:val="B325819E676E41CDB338A38C7F62FAF5"/>
            </w:placeholder>
            <w:showingPlcHdr/>
          </w:sdtPr>
          <w:sdtContent>
            <w:tc>
              <w:tcPr>
                <w:tcW w:w="6661" w:type="dxa"/>
              </w:tcPr>
              <w:p w14:paraId="1C671F8A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2A43C81F" w14:textId="77777777" w:rsidTr="00A0792E">
        <w:tc>
          <w:tcPr>
            <w:tcW w:w="2689" w:type="dxa"/>
          </w:tcPr>
          <w:p w14:paraId="7A9EA52D" w14:textId="77777777" w:rsidR="008E5780" w:rsidRPr="00F4085D" w:rsidRDefault="008E5780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3333B060" w14:textId="77777777" w:rsidR="008E5780" w:rsidRDefault="008E5780"/>
        </w:tc>
        <w:sdt>
          <w:sdtPr>
            <w:id w:val="330562830"/>
            <w:placeholder>
              <w:docPart w:val="80A0B282B56E4C9D83CB7B16E5735CA5"/>
            </w:placeholder>
            <w:showingPlcHdr/>
          </w:sdtPr>
          <w:sdtContent>
            <w:tc>
              <w:tcPr>
                <w:tcW w:w="6661" w:type="dxa"/>
              </w:tcPr>
              <w:p w14:paraId="6102249F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019D9541" w14:textId="77777777" w:rsidTr="00A0792E">
        <w:tc>
          <w:tcPr>
            <w:tcW w:w="2689" w:type="dxa"/>
          </w:tcPr>
          <w:p w14:paraId="0561175F" w14:textId="77777777" w:rsidR="008E5780" w:rsidRDefault="008E5780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78CA3D46" w14:textId="77777777" w:rsidR="008E5780" w:rsidRDefault="008E5780">
            <w:r>
              <w:t xml:space="preserve">Complete  </w:t>
            </w:r>
            <w:sdt>
              <w:sdtPr>
                <w:id w:val="1702356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565483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E5780" w14:paraId="6913D31D" w14:textId="77777777" w:rsidTr="00A0792E">
        <w:tc>
          <w:tcPr>
            <w:tcW w:w="2689" w:type="dxa"/>
          </w:tcPr>
          <w:p w14:paraId="1573849B" w14:textId="77777777" w:rsidR="008E5780" w:rsidRDefault="008E5780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827397588"/>
            <w:placeholder>
              <w:docPart w:val="A211CE5A3D8A490D8A3ADDC376ECA089"/>
            </w:placeholder>
            <w:showingPlcHdr/>
          </w:sdtPr>
          <w:sdtContent>
            <w:tc>
              <w:tcPr>
                <w:tcW w:w="6661" w:type="dxa"/>
              </w:tcPr>
              <w:p w14:paraId="0BB2E550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0FF6E43D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96E5B3" w14:textId="3C59B334" w:rsidR="008E5780" w:rsidRDefault="008E5780"/>
        </w:tc>
      </w:tr>
      <w:tr w:rsidR="00B25E2F" w14:paraId="2437B212" w14:textId="77777777" w:rsidTr="00A0792E">
        <w:tc>
          <w:tcPr>
            <w:tcW w:w="2689" w:type="dxa"/>
          </w:tcPr>
          <w:p w14:paraId="74111B80" w14:textId="0F0695E5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813479118"/>
            <w:placeholder>
              <w:docPart w:val="43AC25A4B7AD4021A9E83559C575621D"/>
            </w:placeholder>
            <w:showingPlcHdr/>
          </w:sdtPr>
          <w:sdtContent>
            <w:tc>
              <w:tcPr>
                <w:tcW w:w="6661" w:type="dxa"/>
              </w:tcPr>
              <w:p w14:paraId="4F58FEE7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13E8A0C3" w14:textId="77777777" w:rsidTr="00A0792E">
        <w:tc>
          <w:tcPr>
            <w:tcW w:w="2689" w:type="dxa"/>
          </w:tcPr>
          <w:p w14:paraId="07B72154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995033093"/>
            <w:placeholder>
              <w:docPart w:val="72D375FE267948BA8E46030D496D1653"/>
            </w:placeholder>
            <w:showingPlcHdr/>
          </w:sdtPr>
          <w:sdtContent>
            <w:tc>
              <w:tcPr>
                <w:tcW w:w="6661" w:type="dxa"/>
              </w:tcPr>
              <w:p w14:paraId="17863D41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C971819" w14:textId="77777777" w:rsidTr="00A0792E">
        <w:tc>
          <w:tcPr>
            <w:tcW w:w="2689" w:type="dxa"/>
          </w:tcPr>
          <w:p w14:paraId="5E6C0A84" w14:textId="77777777" w:rsidR="00B25E2F" w:rsidRDefault="00B25E2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37021018"/>
            <w:placeholder>
              <w:docPart w:val="231112FFF24743F5B81BF71AA554E251"/>
            </w:placeholder>
            <w:showingPlcHdr/>
          </w:sdtPr>
          <w:sdtContent>
            <w:tc>
              <w:tcPr>
                <w:tcW w:w="6661" w:type="dxa"/>
              </w:tcPr>
              <w:p w14:paraId="71DC5433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19D158A7" w14:textId="77777777" w:rsidTr="00A0792E">
        <w:tc>
          <w:tcPr>
            <w:tcW w:w="2689" w:type="dxa"/>
          </w:tcPr>
          <w:p w14:paraId="3B843C64" w14:textId="77777777" w:rsidR="00B25E2F" w:rsidRPr="00F4085D" w:rsidRDefault="00B25E2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5B0DA2D7" w14:textId="77777777" w:rsidR="00B25E2F" w:rsidRDefault="00B25E2F"/>
        </w:tc>
        <w:sdt>
          <w:sdtPr>
            <w:id w:val="-863056156"/>
            <w:placeholder>
              <w:docPart w:val="8E7AEC81E6934CB6B7403055EF94259E"/>
            </w:placeholder>
            <w:showingPlcHdr/>
          </w:sdtPr>
          <w:sdtContent>
            <w:tc>
              <w:tcPr>
                <w:tcW w:w="6661" w:type="dxa"/>
              </w:tcPr>
              <w:p w14:paraId="352CFC21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5BE504F8" w14:textId="77777777" w:rsidTr="00A0792E">
        <w:tc>
          <w:tcPr>
            <w:tcW w:w="2689" w:type="dxa"/>
          </w:tcPr>
          <w:p w14:paraId="0F42D045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13C9321" w14:textId="77777777" w:rsidR="00B25E2F" w:rsidRDefault="00B25E2F">
            <w:r>
              <w:t xml:space="preserve">Complete  </w:t>
            </w:r>
            <w:sdt>
              <w:sdtPr>
                <w:id w:val="1821315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614140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23A91DBA" w14:textId="77777777" w:rsidTr="00A0792E">
        <w:tc>
          <w:tcPr>
            <w:tcW w:w="2689" w:type="dxa"/>
          </w:tcPr>
          <w:p w14:paraId="7BFC8FD5" w14:textId="77777777" w:rsidR="00B25E2F" w:rsidRDefault="00B25E2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401259341"/>
            <w:placeholder>
              <w:docPart w:val="077ED1DB8EC44D14AB99336A4B391381"/>
            </w:placeholder>
            <w:showingPlcHdr/>
          </w:sdtPr>
          <w:sdtContent>
            <w:tc>
              <w:tcPr>
                <w:tcW w:w="6661" w:type="dxa"/>
              </w:tcPr>
              <w:p w14:paraId="2326D43E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BC62A6A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E61BD3" w14:textId="13C53172" w:rsidR="00B25E2F" w:rsidRDefault="00B25E2F"/>
        </w:tc>
      </w:tr>
      <w:tr w:rsidR="00B25E2F" w14:paraId="38E1AB9F" w14:textId="77777777" w:rsidTr="00A0792E">
        <w:tc>
          <w:tcPr>
            <w:tcW w:w="2689" w:type="dxa"/>
          </w:tcPr>
          <w:p w14:paraId="3FFF6B7A" w14:textId="41F43769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314000338"/>
            <w:placeholder>
              <w:docPart w:val="902879E63ED845F5BFBB66FC45877926"/>
            </w:placeholder>
            <w:showingPlcHdr/>
          </w:sdtPr>
          <w:sdtContent>
            <w:tc>
              <w:tcPr>
                <w:tcW w:w="6661" w:type="dxa"/>
              </w:tcPr>
              <w:p w14:paraId="44CAF339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84B458A" w14:textId="77777777" w:rsidTr="00A0792E">
        <w:tc>
          <w:tcPr>
            <w:tcW w:w="2689" w:type="dxa"/>
          </w:tcPr>
          <w:p w14:paraId="4481CB67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888383107"/>
            <w:placeholder>
              <w:docPart w:val="9AAEC8B69FFE449092B9576F48F68E25"/>
            </w:placeholder>
            <w:showingPlcHdr/>
          </w:sdtPr>
          <w:sdtContent>
            <w:tc>
              <w:tcPr>
                <w:tcW w:w="6661" w:type="dxa"/>
              </w:tcPr>
              <w:p w14:paraId="426503B0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400F4912" w14:textId="77777777" w:rsidTr="00A0792E">
        <w:tc>
          <w:tcPr>
            <w:tcW w:w="2689" w:type="dxa"/>
          </w:tcPr>
          <w:p w14:paraId="3AB7875D" w14:textId="77777777" w:rsidR="00B25E2F" w:rsidRDefault="00B25E2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080952378"/>
            <w:placeholder>
              <w:docPart w:val="4698BE0023D14D859C1CF8133A5B7BB9"/>
            </w:placeholder>
            <w:showingPlcHdr/>
          </w:sdtPr>
          <w:sdtContent>
            <w:tc>
              <w:tcPr>
                <w:tcW w:w="6661" w:type="dxa"/>
              </w:tcPr>
              <w:p w14:paraId="2DD0D886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D5BE443" w14:textId="77777777" w:rsidTr="00A0792E">
        <w:tc>
          <w:tcPr>
            <w:tcW w:w="2689" w:type="dxa"/>
          </w:tcPr>
          <w:p w14:paraId="257320D1" w14:textId="77777777" w:rsidR="00B25E2F" w:rsidRPr="00F4085D" w:rsidRDefault="00B25E2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4CBEAD45" w14:textId="77777777" w:rsidR="00B25E2F" w:rsidRDefault="00B25E2F"/>
        </w:tc>
        <w:sdt>
          <w:sdtPr>
            <w:id w:val="600149686"/>
            <w:placeholder>
              <w:docPart w:val="B9A1F8DB398B497788A9F2640F13E7B6"/>
            </w:placeholder>
            <w:showingPlcHdr/>
          </w:sdtPr>
          <w:sdtContent>
            <w:tc>
              <w:tcPr>
                <w:tcW w:w="6661" w:type="dxa"/>
              </w:tcPr>
              <w:p w14:paraId="4A0A0483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0490A69" w14:textId="77777777" w:rsidTr="00A0792E">
        <w:tc>
          <w:tcPr>
            <w:tcW w:w="2689" w:type="dxa"/>
          </w:tcPr>
          <w:p w14:paraId="4950D3E7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CDE1E9C" w14:textId="77777777" w:rsidR="00B25E2F" w:rsidRDefault="00B25E2F">
            <w:r>
              <w:t xml:space="preserve">Complete  </w:t>
            </w:r>
            <w:sdt>
              <w:sdtPr>
                <w:id w:val="897408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91648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0C09CA7F" w14:textId="77777777" w:rsidTr="00A0792E">
        <w:tc>
          <w:tcPr>
            <w:tcW w:w="2689" w:type="dxa"/>
          </w:tcPr>
          <w:p w14:paraId="7D211969" w14:textId="77777777" w:rsidR="00B25E2F" w:rsidRDefault="00B25E2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572330761"/>
            <w:placeholder>
              <w:docPart w:val="1006D5334C7645D98814E77DB04BC9AB"/>
            </w:placeholder>
            <w:showingPlcHdr/>
          </w:sdtPr>
          <w:sdtContent>
            <w:tc>
              <w:tcPr>
                <w:tcW w:w="6661" w:type="dxa"/>
              </w:tcPr>
              <w:p w14:paraId="79D8C4FB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FB1DC8A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AA209B" w14:textId="68709440" w:rsidR="00B25E2F" w:rsidRDefault="00B25E2F"/>
        </w:tc>
      </w:tr>
      <w:tr w:rsidR="00B25E2F" w14:paraId="1D33B5A2" w14:textId="77777777" w:rsidTr="00A0792E">
        <w:tc>
          <w:tcPr>
            <w:tcW w:w="2689" w:type="dxa"/>
          </w:tcPr>
          <w:p w14:paraId="48A4B6D8" w14:textId="075BDDFA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578813990"/>
            <w:placeholder>
              <w:docPart w:val="EB9C78A16E3B414CA7F4808F58E226A1"/>
            </w:placeholder>
            <w:showingPlcHdr/>
          </w:sdtPr>
          <w:sdtContent>
            <w:tc>
              <w:tcPr>
                <w:tcW w:w="6661" w:type="dxa"/>
              </w:tcPr>
              <w:p w14:paraId="72074D77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74848A6" w14:textId="77777777" w:rsidTr="00A0792E">
        <w:tc>
          <w:tcPr>
            <w:tcW w:w="2689" w:type="dxa"/>
          </w:tcPr>
          <w:p w14:paraId="63CBD4CD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002780962"/>
            <w:placeholder>
              <w:docPart w:val="F5C3BEE3C8D74BE8B4E2E82E6C548D4E"/>
            </w:placeholder>
            <w:showingPlcHdr/>
          </w:sdtPr>
          <w:sdtContent>
            <w:tc>
              <w:tcPr>
                <w:tcW w:w="6661" w:type="dxa"/>
              </w:tcPr>
              <w:p w14:paraId="1DAFAB38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D72EDF6" w14:textId="77777777" w:rsidTr="00A0792E">
        <w:tc>
          <w:tcPr>
            <w:tcW w:w="2689" w:type="dxa"/>
          </w:tcPr>
          <w:p w14:paraId="2B18092F" w14:textId="77777777" w:rsidR="00B25E2F" w:rsidRDefault="00B25E2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450207614"/>
            <w:placeholder>
              <w:docPart w:val="B75FF42B4C434DEDADB5C2B97AF2815C"/>
            </w:placeholder>
            <w:showingPlcHdr/>
          </w:sdtPr>
          <w:sdtContent>
            <w:tc>
              <w:tcPr>
                <w:tcW w:w="6661" w:type="dxa"/>
              </w:tcPr>
              <w:p w14:paraId="542513BC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F5A3E55" w14:textId="77777777" w:rsidTr="00A0792E">
        <w:tc>
          <w:tcPr>
            <w:tcW w:w="2689" w:type="dxa"/>
          </w:tcPr>
          <w:p w14:paraId="2D1FC7F7" w14:textId="77777777" w:rsidR="00B25E2F" w:rsidRPr="00F4085D" w:rsidRDefault="00B25E2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37472127" w14:textId="77777777" w:rsidR="00B25E2F" w:rsidRDefault="00B25E2F"/>
        </w:tc>
        <w:sdt>
          <w:sdtPr>
            <w:id w:val="248085647"/>
            <w:placeholder>
              <w:docPart w:val="3DC81886BD35412D829536EACCB9B711"/>
            </w:placeholder>
            <w:showingPlcHdr/>
          </w:sdtPr>
          <w:sdtContent>
            <w:tc>
              <w:tcPr>
                <w:tcW w:w="6661" w:type="dxa"/>
              </w:tcPr>
              <w:p w14:paraId="3ECFA784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1B7DC6E" w14:textId="77777777" w:rsidTr="00A0792E">
        <w:tc>
          <w:tcPr>
            <w:tcW w:w="2689" w:type="dxa"/>
          </w:tcPr>
          <w:p w14:paraId="04161262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DCBE25C" w14:textId="77777777" w:rsidR="00B25E2F" w:rsidRDefault="00B25E2F">
            <w:r>
              <w:t xml:space="preserve">Complete  </w:t>
            </w:r>
            <w:sdt>
              <w:sdtPr>
                <w:id w:val="-73678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867719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18E15A01" w14:textId="77777777" w:rsidTr="00A0792E">
        <w:tc>
          <w:tcPr>
            <w:tcW w:w="2689" w:type="dxa"/>
          </w:tcPr>
          <w:p w14:paraId="35904F37" w14:textId="77777777" w:rsidR="00B25E2F" w:rsidRDefault="00B25E2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216928443"/>
            <w:placeholder>
              <w:docPart w:val="E8AF836467904BA3BC0DFD276D90B2A2"/>
            </w:placeholder>
            <w:showingPlcHdr/>
          </w:sdtPr>
          <w:sdtContent>
            <w:tc>
              <w:tcPr>
                <w:tcW w:w="6661" w:type="dxa"/>
              </w:tcPr>
              <w:p w14:paraId="7C3BB024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66C87942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4694D5" w14:textId="2C5A2855" w:rsidR="00B25E2F" w:rsidRDefault="00B25E2F"/>
        </w:tc>
      </w:tr>
    </w:tbl>
    <w:p w14:paraId="72EB047D" w14:textId="68C2B30E" w:rsidR="0075109E" w:rsidRDefault="008E5780" w:rsidP="00F211F0">
      <w:pPr>
        <w:pStyle w:val="Heading1"/>
      </w:pPr>
      <w:r>
        <w:lastRenderedPageBreak/>
        <w:t xml:space="preserve">Formal </w:t>
      </w:r>
      <w:r w:rsidR="00F211F0">
        <w:t>Leadership</w:t>
      </w:r>
      <w:r w:rsidR="0075109E">
        <w:t xml:space="preserve"> </w:t>
      </w:r>
      <w:r w:rsidR="00846BF0">
        <w:t xml:space="preserve">&amp; Management </w:t>
      </w:r>
      <w:r>
        <w:t>Roles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8E5780" w14:paraId="22D4EE91" w14:textId="77777777">
        <w:tc>
          <w:tcPr>
            <w:tcW w:w="2689" w:type="dxa"/>
          </w:tcPr>
          <w:p w14:paraId="7180439B" w14:textId="2226107F" w:rsidR="008E5780" w:rsidRDefault="008E5780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693991107"/>
            <w:placeholder>
              <w:docPart w:val="E35B6655259146508DD418BD48E5BC43"/>
            </w:placeholder>
            <w:showingPlcHdr/>
          </w:sdtPr>
          <w:sdtContent>
            <w:tc>
              <w:tcPr>
                <w:tcW w:w="6661" w:type="dxa"/>
              </w:tcPr>
              <w:p w14:paraId="60AE8944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2F749543" w14:textId="77777777">
        <w:tc>
          <w:tcPr>
            <w:tcW w:w="2689" w:type="dxa"/>
          </w:tcPr>
          <w:p w14:paraId="5DD0E3A0" w14:textId="77777777" w:rsidR="008E5780" w:rsidRDefault="008E5780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80055173"/>
            <w:placeholder>
              <w:docPart w:val="C463460EDC9E4D71AF7E9395FDDA9EEC"/>
            </w:placeholder>
            <w:showingPlcHdr/>
          </w:sdtPr>
          <w:sdtContent>
            <w:tc>
              <w:tcPr>
                <w:tcW w:w="6661" w:type="dxa"/>
              </w:tcPr>
              <w:p w14:paraId="31B95EBF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1E01FCC4" w14:textId="77777777">
        <w:tc>
          <w:tcPr>
            <w:tcW w:w="2689" w:type="dxa"/>
          </w:tcPr>
          <w:p w14:paraId="268EF6F2" w14:textId="67223656" w:rsidR="008E5780" w:rsidRDefault="008E5780">
            <w:r>
              <w:rPr>
                <w:b/>
                <w:bCs/>
              </w:rPr>
              <w:t>Dates</w:t>
            </w:r>
          </w:p>
        </w:tc>
        <w:sdt>
          <w:sdtPr>
            <w:id w:val="948042334"/>
            <w:placeholder>
              <w:docPart w:val="2E09ACF79A5E4C7ABB8092AFB3426039"/>
            </w:placeholder>
            <w:showingPlcHdr/>
          </w:sdtPr>
          <w:sdtContent>
            <w:tc>
              <w:tcPr>
                <w:tcW w:w="6661" w:type="dxa"/>
              </w:tcPr>
              <w:p w14:paraId="55A45FF4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237F4C65" w14:textId="77777777">
        <w:tc>
          <w:tcPr>
            <w:tcW w:w="2689" w:type="dxa"/>
          </w:tcPr>
          <w:p w14:paraId="478D3325" w14:textId="3DB3F860" w:rsidR="008E5780" w:rsidRDefault="008E5780" w:rsidP="008E5780">
            <w:r w:rsidRPr="00F4085D">
              <w:rPr>
                <w:b/>
                <w:bCs/>
              </w:rPr>
              <w:t xml:space="preserve">Feedback/Outcomes </w:t>
            </w:r>
          </w:p>
        </w:tc>
        <w:sdt>
          <w:sdtPr>
            <w:id w:val="1137218343"/>
            <w:placeholder>
              <w:docPart w:val="53D74768D1B54CA8B2A5D385C512534A"/>
            </w:placeholder>
            <w:showingPlcHdr/>
          </w:sdtPr>
          <w:sdtContent>
            <w:tc>
              <w:tcPr>
                <w:tcW w:w="6661" w:type="dxa"/>
              </w:tcPr>
              <w:p w14:paraId="0EEFE05F" w14:textId="77777777" w:rsidR="008E5780" w:rsidRDefault="008E578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E5780" w14:paraId="295F69CF" w14:textId="77777777">
        <w:tc>
          <w:tcPr>
            <w:tcW w:w="2689" w:type="dxa"/>
          </w:tcPr>
          <w:p w14:paraId="65A274CA" w14:textId="77777777" w:rsidR="008E5780" w:rsidRDefault="008E5780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46748C5" w14:textId="77777777" w:rsidR="008E5780" w:rsidRDefault="008E5780">
            <w:r>
              <w:t xml:space="preserve">Complete  </w:t>
            </w:r>
            <w:sdt>
              <w:sdtPr>
                <w:id w:val="-183799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545917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E5780" w14:paraId="242F4478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7DA063D9" w14:textId="77777777" w:rsidR="008E5780" w:rsidRPr="00F4085D" w:rsidRDefault="008E5780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D23743F" w14:textId="77777777" w:rsidR="008E5780" w:rsidRDefault="008E5780">
            <w:r>
              <w:t xml:space="preserve">Yes </w:t>
            </w:r>
            <w:sdt>
              <w:sdtPr>
                <w:id w:val="-41555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985619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E5780" w14:paraId="0F768495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62702F" w14:textId="37FC83A8" w:rsidR="008E5780" w:rsidRDefault="008E5780"/>
        </w:tc>
      </w:tr>
      <w:tr w:rsidR="00B25E2F" w14:paraId="1A79D993" w14:textId="77777777">
        <w:tc>
          <w:tcPr>
            <w:tcW w:w="2689" w:type="dxa"/>
          </w:tcPr>
          <w:p w14:paraId="36BD9055" w14:textId="0A4FED49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132918234"/>
            <w:placeholder>
              <w:docPart w:val="7BB56E31F9DB4A1EA02EAE2ACFEB2638"/>
            </w:placeholder>
            <w:showingPlcHdr/>
          </w:sdtPr>
          <w:sdtContent>
            <w:tc>
              <w:tcPr>
                <w:tcW w:w="6661" w:type="dxa"/>
              </w:tcPr>
              <w:p w14:paraId="2156D017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705CA17A" w14:textId="77777777">
        <w:tc>
          <w:tcPr>
            <w:tcW w:w="2689" w:type="dxa"/>
          </w:tcPr>
          <w:p w14:paraId="4F9CA05D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966418297"/>
            <w:placeholder>
              <w:docPart w:val="60663B54BBF249FB81B3D6DA525FC8AB"/>
            </w:placeholder>
            <w:showingPlcHdr/>
          </w:sdtPr>
          <w:sdtContent>
            <w:tc>
              <w:tcPr>
                <w:tcW w:w="6661" w:type="dxa"/>
              </w:tcPr>
              <w:p w14:paraId="46C0DFF5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EC5E3B9" w14:textId="77777777">
        <w:tc>
          <w:tcPr>
            <w:tcW w:w="2689" w:type="dxa"/>
          </w:tcPr>
          <w:p w14:paraId="2CABBF9B" w14:textId="77777777" w:rsidR="00B25E2F" w:rsidRDefault="00B25E2F">
            <w:r>
              <w:rPr>
                <w:b/>
                <w:bCs/>
              </w:rPr>
              <w:t>Dates</w:t>
            </w:r>
          </w:p>
        </w:tc>
        <w:sdt>
          <w:sdtPr>
            <w:id w:val="1843666459"/>
            <w:placeholder>
              <w:docPart w:val="404564BB005C456386C59B2D81215C89"/>
            </w:placeholder>
            <w:showingPlcHdr/>
          </w:sdtPr>
          <w:sdtContent>
            <w:tc>
              <w:tcPr>
                <w:tcW w:w="6661" w:type="dxa"/>
              </w:tcPr>
              <w:p w14:paraId="53E26191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4CF59473" w14:textId="77777777">
        <w:tc>
          <w:tcPr>
            <w:tcW w:w="2689" w:type="dxa"/>
          </w:tcPr>
          <w:p w14:paraId="78BE0732" w14:textId="77777777" w:rsidR="00B25E2F" w:rsidRDefault="00B25E2F" w:rsidP="008E5780">
            <w:r w:rsidRPr="00F4085D">
              <w:rPr>
                <w:b/>
                <w:bCs/>
              </w:rPr>
              <w:t xml:space="preserve">Feedback/Outcomes </w:t>
            </w:r>
          </w:p>
        </w:tc>
        <w:sdt>
          <w:sdtPr>
            <w:id w:val="950200655"/>
            <w:placeholder>
              <w:docPart w:val="8B6B366005AF4DE7BF494038728D795E"/>
            </w:placeholder>
            <w:showingPlcHdr/>
          </w:sdtPr>
          <w:sdtContent>
            <w:tc>
              <w:tcPr>
                <w:tcW w:w="6661" w:type="dxa"/>
              </w:tcPr>
              <w:p w14:paraId="2D2704F2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55A623AB" w14:textId="77777777">
        <w:tc>
          <w:tcPr>
            <w:tcW w:w="2689" w:type="dxa"/>
          </w:tcPr>
          <w:p w14:paraId="044CE622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5255E7A" w14:textId="77777777" w:rsidR="00B25E2F" w:rsidRDefault="00B25E2F">
            <w:r>
              <w:t xml:space="preserve">Complete  </w:t>
            </w:r>
            <w:sdt>
              <w:sdtPr>
                <w:id w:val="-620845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432864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0A6B19A8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61B33D8C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344D0950" w14:textId="77777777" w:rsidR="00B25E2F" w:rsidRDefault="00B25E2F">
            <w:r>
              <w:t xml:space="preserve">Yes </w:t>
            </w:r>
            <w:sdt>
              <w:sdtPr>
                <w:id w:val="-802623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770468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7F9F9785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C40278" w14:textId="2FB9E9ED" w:rsidR="00B25E2F" w:rsidRDefault="00B25E2F"/>
        </w:tc>
      </w:tr>
      <w:tr w:rsidR="00B25E2F" w14:paraId="691DD8C3" w14:textId="77777777">
        <w:tc>
          <w:tcPr>
            <w:tcW w:w="2689" w:type="dxa"/>
          </w:tcPr>
          <w:p w14:paraId="6489E541" w14:textId="49622E11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1222647091"/>
            <w:placeholder>
              <w:docPart w:val="AAA6076282CB4F41B304CD46638E9AC3"/>
            </w:placeholder>
            <w:showingPlcHdr/>
          </w:sdtPr>
          <w:sdtContent>
            <w:tc>
              <w:tcPr>
                <w:tcW w:w="6661" w:type="dxa"/>
              </w:tcPr>
              <w:p w14:paraId="192CDCC3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5F4E9E66" w14:textId="77777777">
        <w:tc>
          <w:tcPr>
            <w:tcW w:w="2689" w:type="dxa"/>
          </w:tcPr>
          <w:p w14:paraId="3911AC53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2020739689"/>
            <w:placeholder>
              <w:docPart w:val="FB2E00091AC4471ABC388D5CE4B82916"/>
            </w:placeholder>
            <w:showingPlcHdr/>
          </w:sdtPr>
          <w:sdtContent>
            <w:tc>
              <w:tcPr>
                <w:tcW w:w="6661" w:type="dxa"/>
              </w:tcPr>
              <w:p w14:paraId="760CACD0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5C9D4CDD" w14:textId="77777777">
        <w:tc>
          <w:tcPr>
            <w:tcW w:w="2689" w:type="dxa"/>
          </w:tcPr>
          <w:p w14:paraId="661F8C30" w14:textId="77777777" w:rsidR="00B25E2F" w:rsidRDefault="00B25E2F">
            <w:r>
              <w:rPr>
                <w:b/>
                <w:bCs/>
              </w:rPr>
              <w:t>Dates</w:t>
            </w:r>
          </w:p>
        </w:tc>
        <w:sdt>
          <w:sdtPr>
            <w:id w:val="-1552457412"/>
            <w:placeholder>
              <w:docPart w:val="4F51DB8F6FAD41BC850188254F06FC02"/>
            </w:placeholder>
            <w:showingPlcHdr/>
          </w:sdtPr>
          <w:sdtContent>
            <w:tc>
              <w:tcPr>
                <w:tcW w:w="6661" w:type="dxa"/>
              </w:tcPr>
              <w:p w14:paraId="6352052C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34F5CE5" w14:textId="77777777">
        <w:tc>
          <w:tcPr>
            <w:tcW w:w="2689" w:type="dxa"/>
          </w:tcPr>
          <w:p w14:paraId="199A98FF" w14:textId="77777777" w:rsidR="00B25E2F" w:rsidRDefault="00B25E2F" w:rsidP="008E5780">
            <w:r w:rsidRPr="00F4085D">
              <w:rPr>
                <w:b/>
                <w:bCs/>
              </w:rPr>
              <w:t xml:space="preserve">Feedback/Outcomes </w:t>
            </w:r>
          </w:p>
        </w:tc>
        <w:sdt>
          <w:sdtPr>
            <w:id w:val="-2009818128"/>
            <w:placeholder>
              <w:docPart w:val="E47218CB5CC746EA98BB9CA176DAEE8D"/>
            </w:placeholder>
            <w:showingPlcHdr/>
          </w:sdtPr>
          <w:sdtContent>
            <w:tc>
              <w:tcPr>
                <w:tcW w:w="6661" w:type="dxa"/>
              </w:tcPr>
              <w:p w14:paraId="5AEC38E4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45F5938C" w14:textId="77777777">
        <w:tc>
          <w:tcPr>
            <w:tcW w:w="2689" w:type="dxa"/>
          </w:tcPr>
          <w:p w14:paraId="06AB7D69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7BF6CBCE" w14:textId="77777777" w:rsidR="00B25E2F" w:rsidRDefault="00B25E2F">
            <w:r>
              <w:t xml:space="preserve">Complete  </w:t>
            </w:r>
            <w:sdt>
              <w:sdtPr>
                <w:id w:val="-1311700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221804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7239AF72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792A497B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651FBE7" w14:textId="77777777" w:rsidR="00B25E2F" w:rsidRDefault="00B25E2F">
            <w:r>
              <w:t xml:space="preserve">Yes </w:t>
            </w:r>
            <w:sdt>
              <w:sdtPr>
                <w:id w:val="923694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384647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41DBB0A9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0CA326" w14:textId="290F41F5" w:rsidR="00B25E2F" w:rsidRDefault="00B25E2F"/>
        </w:tc>
      </w:tr>
      <w:tr w:rsidR="00B25E2F" w14:paraId="69140C2F" w14:textId="77777777">
        <w:tc>
          <w:tcPr>
            <w:tcW w:w="2689" w:type="dxa"/>
          </w:tcPr>
          <w:p w14:paraId="0E8F96FF" w14:textId="0A7391AC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1371184956"/>
            <w:placeholder>
              <w:docPart w:val="4EAF14C96C1249029CB3CB11C72930C6"/>
            </w:placeholder>
            <w:showingPlcHdr/>
          </w:sdtPr>
          <w:sdtContent>
            <w:tc>
              <w:tcPr>
                <w:tcW w:w="6661" w:type="dxa"/>
              </w:tcPr>
              <w:p w14:paraId="35A07E24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59044FDB" w14:textId="77777777">
        <w:tc>
          <w:tcPr>
            <w:tcW w:w="2689" w:type="dxa"/>
          </w:tcPr>
          <w:p w14:paraId="41245080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686642501"/>
            <w:placeholder>
              <w:docPart w:val="E7DB687354514D078AF615E08F261687"/>
            </w:placeholder>
            <w:showingPlcHdr/>
          </w:sdtPr>
          <w:sdtContent>
            <w:tc>
              <w:tcPr>
                <w:tcW w:w="6661" w:type="dxa"/>
              </w:tcPr>
              <w:p w14:paraId="293107C8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7BA422E" w14:textId="77777777">
        <w:tc>
          <w:tcPr>
            <w:tcW w:w="2689" w:type="dxa"/>
          </w:tcPr>
          <w:p w14:paraId="15787A59" w14:textId="77777777" w:rsidR="00B25E2F" w:rsidRDefault="00B25E2F">
            <w:r>
              <w:rPr>
                <w:b/>
                <w:bCs/>
              </w:rPr>
              <w:t>Dates</w:t>
            </w:r>
          </w:p>
        </w:tc>
        <w:sdt>
          <w:sdtPr>
            <w:id w:val="-1934583280"/>
            <w:placeholder>
              <w:docPart w:val="6D9D2D1247714776B9BC57668961DDF3"/>
            </w:placeholder>
            <w:showingPlcHdr/>
          </w:sdtPr>
          <w:sdtContent>
            <w:tc>
              <w:tcPr>
                <w:tcW w:w="6661" w:type="dxa"/>
              </w:tcPr>
              <w:p w14:paraId="49FA707D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F71BD8A" w14:textId="77777777">
        <w:tc>
          <w:tcPr>
            <w:tcW w:w="2689" w:type="dxa"/>
          </w:tcPr>
          <w:p w14:paraId="2F899F3A" w14:textId="77777777" w:rsidR="00B25E2F" w:rsidRDefault="00B25E2F" w:rsidP="008E5780">
            <w:r w:rsidRPr="00F4085D">
              <w:rPr>
                <w:b/>
                <w:bCs/>
              </w:rPr>
              <w:t xml:space="preserve">Feedback/Outcomes </w:t>
            </w:r>
          </w:p>
        </w:tc>
        <w:sdt>
          <w:sdtPr>
            <w:id w:val="-1287501993"/>
            <w:placeholder>
              <w:docPart w:val="BB298F2D26D34F16AB2166BE7872E6FD"/>
            </w:placeholder>
            <w:showingPlcHdr/>
          </w:sdtPr>
          <w:sdtContent>
            <w:tc>
              <w:tcPr>
                <w:tcW w:w="6661" w:type="dxa"/>
              </w:tcPr>
              <w:p w14:paraId="4DAE369B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2935052A" w14:textId="77777777">
        <w:tc>
          <w:tcPr>
            <w:tcW w:w="2689" w:type="dxa"/>
          </w:tcPr>
          <w:p w14:paraId="398119D2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8C85A18" w14:textId="77777777" w:rsidR="00B25E2F" w:rsidRDefault="00B25E2F">
            <w:r>
              <w:t xml:space="preserve">Complete  </w:t>
            </w:r>
            <w:sdt>
              <w:sdtPr>
                <w:id w:val="97703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75751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18BC6596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7213E9CE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0FD83F8" w14:textId="77777777" w:rsidR="00B25E2F" w:rsidRDefault="00B25E2F">
            <w:r>
              <w:t xml:space="preserve">Yes </w:t>
            </w:r>
            <w:sdt>
              <w:sdtPr>
                <w:id w:val="-151769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161539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0FC72EE1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91F095" w14:textId="066C793B" w:rsidR="00B25E2F" w:rsidRDefault="00B25E2F"/>
        </w:tc>
      </w:tr>
      <w:tr w:rsidR="00B25E2F" w14:paraId="48D7AEAB" w14:textId="77777777">
        <w:tc>
          <w:tcPr>
            <w:tcW w:w="2689" w:type="dxa"/>
          </w:tcPr>
          <w:p w14:paraId="177FCE41" w14:textId="094C4208" w:rsidR="00B25E2F" w:rsidRDefault="00B25E2F">
            <w:r w:rsidRPr="00F4085D">
              <w:rPr>
                <w:b/>
                <w:bCs/>
              </w:rPr>
              <w:t>Role</w:t>
            </w:r>
          </w:p>
        </w:tc>
        <w:sdt>
          <w:sdtPr>
            <w:id w:val="729968584"/>
            <w:placeholder>
              <w:docPart w:val="082AEF006D934EEB8F9C9EB682A5B8AC"/>
            </w:placeholder>
            <w:showingPlcHdr/>
          </w:sdtPr>
          <w:sdtContent>
            <w:tc>
              <w:tcPr>
                <w:tcW w:w="6661" w:type="dxa"/>
              </w:tcPr>
              <w:p w14:paraId="1D185092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029995B9" w14:textId="77777777">
        <w:tc>
          <w:tcPr>
            <w:tcW w:w="2689" w:type="dxa"/>
          </w:tcPr>
          <w:p w14:paraId="1554AC1B" w14:textId="77777777" w:rsidR="00B25E2F" w:rsidRDefault="00B25E2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490156971"/>
            <w:placeholder>
              <w:docPart w:val="92840F83F857439CB0F560B65A95055C"/>
            </w:placeholder>
            <w:showingPlcHdr/>
          </w:sdtPr>
          <w:sdtContent>
            <w:tc>
              <w:tcPr>
                <w:tcW w:w="6661" w:type="dxa"/>
              </w:tcPr>
              <w:p w14:paraId="6C5B38A9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7932346" w14:textId="77777777">
        <w:tc>
          <w:tcPr>
            <w:tcW w:w="2689" w:type="dxa"/>
          </w:tcPr>
          <w:p w14:paraId="59118417" w14:textId="77777777" w:rsidR="00B25E2F" w:rsidRDefault="00B25E2F">
            <w:r>
              <w:rPr>
                <w:b/>
                <w:bCs/>
              </w:rPr>
              <w:t>Dates</w:t>
            </w:r>
          </w:p>
        </w:tc>
        <w:sdt>
          <w:sdtPr>
            <w:id w:val="-1091782296"/>
            <w:placeholder>
              <w:docPart w:val="ACCC264728114ADB8EB894C7A094B5CD"/>
            </w:placeholder>
            <w:showingPlcHdr/>
          </w:sdtPr>
          <w:sdtContent>
            <w:tc>
              <w:tcPr>
                <w:tcW w:w="6661" w:type="dxa"/>
              </w:tcPr>
              <w:p w14:paraId="100554CE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33FD5E3E" w14:textId="77777777">
        <w:tc>
          <w:tcPr>
            <w:tcW w:w="2689" w:type="dxa"/>
          </w:tcPr>
          <w:p w14:paraId="22BD165D" w14:textId="77777777" w:rsidR="00B25E2F" w:rsidRDefault="00B25E2F" w:rsidP="008E5780">
            <w:r w:rsidRPr="00F4085D">
              <w:rPr>
                <w:b/>
                <w:bCs/>
              </w:rPr>
              <w:t xml:space="preserve">Feedback/Outcomes </w:t>
            </w:r>
          </w:p>
        </w:tc>
        <w:sdt>
          <w:sdtPr>
            <w:id w:val="535390839"/>
            <w:placeholder>
              <w:docPart w:val="D9D452437EFA4D61A4BF4165DCA28CF2"/>
            </w:placeholder>
            <w:showingPlcHdr/>
          </w:sdtPr>
          <w:sdtContent>
            <w:tc>
              <w:tcPr>
                <w:tcW w:w="6661" w:type="dxa"/>
              </w:tcPr>
              <w:p w14:paraId="4B0FB0C5" w14:textId="77777777" w:rsidR="00B25E2F" w:rsidRDefault="00B25E2F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5E2F" w14:paraId="1FE710C8" w14:textId="77777777">
        <w:tc>
          <w:tcPr>
            <w:tcW w:w="2689" w:type="dxa"/>
          </w:tcPr>
          <w:p w14:paraId="1A1540D9" w14:textId="77777777" w:rsidR="00B25E2F" w:rsidRDefault="00B25E2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C6593E2" w14:textId="77777777" w:rsidR="00B25E2F" w:rsidRDefault="00B25E2F">
            <w:r>
              <w:t xml:space="preserve">Complete  </w:t>
            </w:r>
            <w:sdt>
              <w:sdtPr>
                <w:id w:val="-1220734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578667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6328E7FC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7E7B8DA9" w14:textId="77777777" w:rsidR="00B25E2F" w:rsidRPr="00F4085D" w:rsidRDefault="00B25E2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4F697C2" w14:textId="77777777" w:rsidR="00B25E2F" w:rsidRDefault="00B25E2F">
            <w:r>
              <w:t xml:space="preserve">Yes </w:t>
            </w:r>
            <w:sdt>
              <w:sdtPr>
                <w:id w:val="1154810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401951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25E2F" w14:paraId="665B30CC" w14:textId="77777777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5887B6" w14:textId="0B8C5859" w:rsidR="00B25E2F" w:rsidRDefault="00B25E2F"/>
        </w:tc>
      </w:tr>
    </w:tbl>
    <w:p w14:paraId="44996457" w14:textId="77777777" w:rsidR="00846BF0" w:rsidRPr="00846BF0" w:rsidRDefault="00846BF0" w:rsidP="00846BF0"/>
    <w:p w14:paraId="6B2C589B" w14:textId="77777777" w:rsidR="00846BF0" w:rsidRPr="00846BF0" w:rsidRDefault="00846BF0" w:rsidP="00846BF0"/>
    <w:p w14:paraId="7C431B1F" w14:textId="77777777" w:rsidR="00F211F0" w:rsidRDefault="00F211F0" w:rsidP="00F211F0"/>
    <w:p w14:paraId="1FC78D44" w14:textId="2D5B2B68" w:rsidR="00214ECC" w:rsidRDefault="00214ECC"/>
    <w:sectPr w:rsidR="00214ECC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4490D" w14:textId="77777777" w:rsidR="00AC60FF" w:rsidRDefault="00AC60FF" w:rsidP="001B2E81">
      <w:pPr>
        <w:spacing w:after="0" w:line="240" w:lineRule="auto"/>
      </w:pPr>
      <w:r>
        <w:separator/>
      </w:r>
    </w:p>
  </w:endnote>
  <w:endnote w:type="continuationSeparator" w:id="0">
    <w:p w14:paraId="1C861016" w14:textId="77777777" w:rsidR="00AC60FF" w:rsidRDefault="00AC60FF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531F2" w14:textId="77777777" w:rsidR="00AC60FF" w:rsidRDefault="00AC60FF" w:rsidP="001B2E81">
      <w:pPr>
        <w:spacing w:after="0" w:line="240" w:lineRule="auto"/>
      </w:pPr>
      <w:r>
        <w:separator/>
      </w:r>
    </w:p>
  </w:footnote>
  <w:footnote w:type="continuationSeparator" w:id="0">
    <w:p w14:paraId="6762BEF0" w14:textId="77777777" w:rsidR="00AC60FF" w:rsidRDefault="00AC60FF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8575" w14:textId="458E63FD" w:rsidR="007C3707" w:rsidRDefault="007C3707">
    <w:pPr>
      <w:pStyle w:val="Header"/>
    </w:pPr>
    <w:r>
      <w:ptab w:relativeTo="margin" w:alignment="right" w:leader="none"/>
    </w:r>
    <w:r>
      <w:t xml:space="preserve">RCPI HST Application CV: </w:t>
    </w:r>
    <w:r w:rsidR="008E5780">
      <w:t>Infectious Diseases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Default="001C17E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991F84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2142C"/>
    <w:multiLevelType w:val="hybridMultilevel"/>
    <w:tmpl w:val="27EE41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D03EC6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1F2C7B"/>
    <w:multiLevelType w:val="hybridMultilevel"/>
    <w:tmpl w:val="5CFE18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3"/>
  </w:num>
  <w:num w:numId="14" w16cid:durableId="889731661">
    <w:abstractNumId w:val="14"/>
  </w:num>
  <w:num w:numId="15" w16cid:durableId="1684742980">
    <w:abstractNumId w:val="15"/>
  </w:num>
  <w:num w:numId="16" w16cid:durableId="1393891575">
    <w:abstractNumId w:val="9"/>
  </w:num>
  <w:num w:numId="17" w16cid:durableId="1571112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DFE"/>
    <w:rsid w:val="0006063C"/>
    <w:rsid w:val="00081140"/>
    <w:rsid w:val="000834D5"/>
    <w:rsid w:val="0015074B"/>
    <w:rsid w:val="001B2E81"/>
    <w:rsid w:val="001C17E4"/>
    <w:rsid w:val="00214ECC"/>
    <w:rsid w:val="002319B9"/>
    <w:rsid w:val="002931FF"/>
    <w:rsid w:val="0029639D"/>
    <w:rsid w:val="002D7D98"/>
    <w:rsid w:val="002E140B"/>
    <w:rsid w:val="00326F90"/>
    <w:rsid w:val="003729FB"/>
    <w:rsid w:val="003B5611"/>
    <w:rsid w:val="004A41F5"/>
    <w:rsid w:val="004D6768"/>
    <w:rsid w:val="00547911"/>
    <w:rsid w:val="00597958"/>
    <w:rsid w:val="005A051B"/>
    <w:rsid w:val="00684B65"/>
    <w:rsid w:val="006D0099"/>
    <w:rsid w:val="0075109E"/>
    <w:rsid w:val="007C0991"/>
    <w:rsid w:val="007C3707"/>
    <w:rsid w:val="00821B93"/>
    <w:rsid w:val="00846BF0"/>
    <w:rsid w:val="008525FA"/>
    <w:rsid w:val="008E5780"/>
    <w:rsid w:val="008E5ED2"/>
    <w:rsid w:val="009A7B67"/>
    <w:rsid w:val="009E4AEB"/>
    <w:rsid w:val="009F7823"/>
    <w:rsid w:val="00A0792E"/>
    <w:rsid w:val="00A36383"/>
    <w:rsid w:val="00A62857"/>
    <w:rsid w:val="00AA1D8D"/>
    <w:rsid w:val="00AC60FF"/>
    <w:rsid w:val="00B16633"/>
    <w:rsid w:val="00B25E2F"/>
    <w:rsid w:val="00B47730"/>
    <w:rsid w:val="00B8038E"/>
    <w:rsid w:val="00BC3393"/>
    <w:rsid w:val="00BD4838"/>
    <w:rsid w:val="00C47B11"/>
    <w:rsid w:val="00C7253B"/>
    <w:rsid w:val="00C95D05"/>
    <w:rsid w:val="00C96489"/>
    <w:rsid w:val="00CB0664"/>
    <w:rsid w:val="00CD745A"/>
    <w:rsid w:val="00DA296B"/>
    <w:rsid w:val="00DC2290"/>
    <w:rsid w:val="00E3057B"/>
    <w:rsid w:val="00E9708F"/>
    <w:rsid w:val="00F211F0"/>
    <w:rsid w:val="00F277ED"/>
    <w:rsid w:val="00F4085D"/>
    <w:rsid w:val="00F54DC5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9A116C87-EFC0-4624-9105-04F637F4F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0C2345" w:rsidP="000C2345">
          <w:pPr>
            <w:pStyle w:val="F4D6CB2241074A76A75ACE4A72F3BAC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0C2345" w:rsidP="000C2345">
          <w:pPr>
            <w:pStyle w:val="5C6BE9DD57B042A78E73AE6C65AB81E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0C2345" w:rsidP="000C2345">
          <w:pPr>
            <w:pStyle w:val="B94FF17A7DD844238942618D220CAEE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0C2345" w:rsidP="000C2345">
          <w:pPr>
            <w:pStyle w:val="767E5F504CE04A3283DBB5C362BF53D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0C2345" w:rsidP="000C2345">
          <w:pPr>
            <w:pStyle w:val="15FA136DFCC9400EA3643631FD9D49A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0C2345" w:rsidP="000C2345">
          <w:pPr>
            <w:pStyle w:val="758EF154077D4EC492E0AA02749775E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0C2345" w:rsidP="000C2345">
          <w:pPr>
            <w:pStyle w:val="60444590C5F4414E83C6454885D5753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0C2345" w:rsidP="000C2345">
          <w:pPr>
            <w:pStyle w:val="096DC268CB3744C7AF90E558EFABE7F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0C2345" w:rsidP="000C2345">
          <w:pPr>
            <w:pStyle w:val="16EE3227410F4460A6706019F08584B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0C2345" w:rsidP="000C2345">
          <w:pPr>
            <w:pStyle w:val="35C6ADD19D0A4F7F9AA8A8D4CCB1374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0C2345" w:rsidP="000C2345">
          <w:pPr>
            <w:pStyle w:val="0AD4EFDEB46F4DD3B07D7D864B6EAE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0C2345" w:rsidP="000C2345">
          <w:pPr>
            <w:pStyle w:val="C969D259CE28476AA1EB44B74A93B0D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0C2345" w:rsidP="000C2345">
          <w:pPr>
            <w:pStyle w:val="4163D3241B974CB9999FF0EC5B4E2B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0C2345" w:rsidP="000C2345">
          <w:pPr>
            <w:pStyle w:val="89495584885745569DDCF4FEC1482D0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0C2345" w:rsidP="000C2345">
          <w:pPr>
            <w:pStyle w:val="66C6F6902A3B4D4CA7D745FDDA70B68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0C2345" w:rsidP="000C2345">
          <w:pPr>
            <w:pStyle w:val="4CD965A9EE694FECADF2476D720E7B6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0C2345" w:rsidP="000C2345">
          <w:pPr>
            <w:pStyle w:val="09E232A6ADC042DB884957F020A929B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0C2345" w:rsidP="000C2345">
          <w:pPr>
            <w:pStyle w:val="3DF7FD3C5E5C4C0992D419903A5ACDD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0C2345" w:rsidP="000C2345">
          <w:pPr>
            <w:pStyle w:val="657F90F891404138BEF4C8B0986FE70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0C2345" w:rsidP="000C2345">
          <w:pPr>
            <w:pStyle w:val="C9113B8A854441D682CE5AC80AFB086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0C2345" w:rsidP="000C2345">
          <w:pPr>
            <w:pStyle w:val="E3F5175B57004446843F4F317C13BE7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0C2345" w:rsidP="000C2345">
          <w:pPr>
            <w:pStyle w:val="74CADD3637F3476CAEF2795719E307A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0C2345" w:rsidP="000C2345">
          <w:pPr>
            <w:pStyle w:val="6E2E25C8BD59485F83A4E1A3EB66C1C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0C2345" w:rsidP="000C2345">
          <w:pPr>
            <w:pStyle w:val="CADFFF9D18954E1993F5C0789B03E17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0C2345" w:rsidP="000C2345">
          <w:pPr>
            <w:pStyle w:val="872FF4CA11794B8A841DB2220DF10EA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0C2345" w:rsidP="000C2345">
          <w:pPr>
            <w:pStyle w:val="4E97BD512F134974B65EC5CE1A1FFA5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0C2345" w:rsidP="000C2345">
          <w:pPr>
            <w:pStyle w:val="43C24FC1DD4E4C25906C3761C0E444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0C2345" w:rsidP="000C2345">
          <w:pPr>
            <w:pStyle w:val="6E5B51F8A20C49259CB13015EB12138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0C2345" w:rsidP="000C2345">
          <w:pPr>
            <w:pStyle w:val="ACA81B7FEB124004A04A95F11ADBD7A7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0C2345" w:rsidP="000C2345">
          <w:pPr>
            <w:pStyle w:val="AB27C8C8D90949D99B80C3BCC40C6D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0C2345" w:rsidP="000C2345">
          <w:pPr>
            <w:pStyle w:val="BE6BAA36B4CE46CCBA1107A2CA86328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0C2345" w:rsidP="000C2345">
          <w:pPr>
            <w:pStyle w:val="98F3A9EE91754E259AFD2F141BD88EC3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0C2345" w:rsidP="000C2345">
          <w:pPr>
            <w:pStyle w:val="A562792367E244C2B52C13434E400D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0C2345" w:rsidP="000C2345">
          <w:pPr>
            <w:pStyle w:val="7E217E49FF2B4BCCB4F3ACCCBA86205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0C2345" w:rsidP="000C2345">
          <w:pPr>
            <w:pStyle w:val="A6B6B6169038418C8F137F03A3BAC3E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0C2345" w:rsidP="000C2345">
          <w:pPr>
            <w:pStyle w:val="BA84038C5BAB4BC98BCFD7720888F4E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0C2345" w:rsidP="000C2345">
          <w:pPr>
            <w:pStyle w:val="2A85F1BB5E59479D91B2E845B74103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0C2345" w:rsidP="000C2345">
          <w:pPr>
            <w:pStyle w:val="734A0FEE22AB4D08A85FAFBB84445CB9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0C2345" w:rsidP="000C2345">
          <w:pPr>
            <w:pStyle w:val="3AE69983638E496B87E186B118E83D05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0C2345" w:rsidP="000C2345">
          <w:pPr>
            <w:pStyle w:val="4E1B8BE8E635423EB269141E9E2912A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0C2345" w:rsidP="000C2345">
          <w:pPr>
            <w:pStyle w:val="522C19E6AA2346A4966003129C441C2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0C2345" w:rsidP="000C2345">
          <w:pPr>
            <w:pStyle w:val="DC6DBC8E8B3947CB8F9195F36B67D85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0C2345" w:rsidP="000C2345">
          <w:pPr>
            <w:pStyle w:val="49487EF4E50B45EF8F8DF0A58099CB0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0C2345" w:rsidP="000C2345">
          <w:pPr>
            <w:pStyle w:val="C6C5AA04D5744E5397F5B4C02E599FE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0C2345" w:rsidP="000C2345">
          <w:pPr>
            <w:pStyle w:val="657845195F10471BB191FDF6254F450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0C2345" w:rsidP="000C2345">
          <w:pPr>
            <w:pStyle w:val="4261ABEBA6024587BD9BFFA89B86CBA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0C2345" w:rsidP="000C2345">
          <w:pPr>
            <w:pStyle w:val="ECE4C47E07C843CCA2D7255597D07705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0C2345" w:rsidP="000C2345">
          <w:pPr>
            <w:pStyle w:val="9444CF760006459A89EF2B7CE3AFF2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0C2345" w:rsidP="000C2345">
          <w:pPr>
            <w:pStyle w:val="A451D5A1F2414B9AB219F05CFB3EC45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0C2345" w:rsidP="000C2345">
          <w:pPr>
            <w:pStyle w:val="E58E1C4CC73644419B96786849CD041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0C2345" w:rsidP="000C2345">
          <w:pPr>
            <w:pStyle w:val="CA4E4ABAE5DA465E97A6237A7809538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0C2345" w:rsidP="000C2345">
          <w:pPr>
            <w:pStyle w:val="156AE4FD73954CA688AAE317B321396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0C2345" w:rsidP="000C2345">
          <w:pPr>
            <w:pStyle w:val="6D5A277E4DAE4119840AF2E2D970FC5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0C2345" w:rsidP="000C2345">
          <w:pPr>
            <w:pStyle w:val="586FFECF142C4598987272C037E4807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0C2345" w:rsidP="000C2345">
          <w:pPr>
            <w:pStyle w:val="0FB6E5FECABF45829BB384A56029A28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6164AFE8C004731B39F8D42AA794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844EF-ADD6-4262-AAB4-675971BC0AAA}"/>
      </w:docPartPr>
      <w:docPartBody>
        <w:p w:rsidR="004161F5" w:rsidRDefault="000C2345" w:rsidP="000C2345">
          <w:pPr>
            <w:pStyle w:val="26164AFE8C004731B39F8D42AA79484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3E6DFAA3A744858DA27EA69CF18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E8A8C-51C0-4144-89BC-3515CCD83F1A}"/>
      </w:docPartPr>
      <w:docPartBody>
        <w:p w:rsidR="004161F5" w:rsidRDefault="000C2345" w:rsidP="000C2345">
          <w:pPr>
            <w:pStyle w:val="143E6DFAA3A744858DA27EA69CF186A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7E9068020A4D09974EA1EB0D07E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BAB17-855A-4C4D-874A-93CE948C9AA3}"/>
      </w:docPartPr>
      <w:docPartBody>
        <w:p w:rsidR="004161F5" w:rsidRDefault="000C2345" w:rsidP="000C2345">
          <w:pPr>
            <w:pStyle w:val="FB7E9068020A4D09974EA1EB0D07EBE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DD229517514DD3BA30880642405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61FEA-3A97-41F3-97BB-88D258595AF0}"/>
      </w:docPartPr>
      <w:docPartBody>
        <w:p w:rsidR="004161F5" w:rsidRDefault="000C2345" w:rsidP="000C2345">
          <w:pPr>
            <w:pStyle w:val="B9DD229517514DD3BA3088064240514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4DB9EE858049CCB9AFBB15E5095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4E822-6637-475A-9ECE-360D82B14F33}"/>
      </w:docPartPr>
      <w:docPartBody>
        <w:p w:rsidR="004161F5" w:rsidRDefault="000C2345" w:rsidP="000C2345">
          <w:pPr>
            <w:pStyle w:val="4B4DB9EE858049CCB9AFBB15E50951BB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0C2345" w:rsidP="000C2345">
          <w:pPr>
            <w:pStyle w:val="7041F98D97294F33B27DB409BE8E34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0C2345" w:rsidP="000C2345">
          <w:pPr>
            <w:pStyle w:val="73AB6D1D873F4738BF61AE697637871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0C2345" w:rsidP="000C2345">
          <w:pPr>
            <w:pStyle w:val="520891A0A4C04E9D9F8A8F3644975C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0C2345" w:rsidP="000C2345">
          <w:pPr>
            <w:pStyle w:val="C582574595EA444189787F4DFB8EE37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0C2345" w:rsidP="000C2345">
          <w:pPr>
            <w:pStyle w:val="55670920D67C4481B676B57D42BEF39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0C2345" w:rsidP="000C2345">
          <w:pPr>
            <w:pStyle w:val="1734C0B0E50C4165979C1D1CD6EF511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2533AA1A67444FAB6AD764FF1EF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F7DA-E9F2-4032-A788-B62BA60378EC}"/>
      </w:docPartPr>
      <w:docPartBody>
        <w:p w:rsidR="00667F4B" w:rsidRDefault="000C2345" w:rsidP="000C2345">
          <w:pPr>
            <w:pStyle w:val="982533AA1A67444FAB6AD764FF1EF88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51704D7154EB4AAFD40739CBF3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B767D-4E47-48E7-8104-5FCB54E20DFF}"/>
      </w:docPartPr>
      <w:docPartBody>
        <w:p w:rsidR="00667F4B" w:rsidRDefault="000C2345" w:rsidP="000C2345">
          <w:pPr>
            <w:pStyle w:val="A8251704D7154EB4AAFD40739CBF32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F71A98DCB432994A49CF6A2418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1B163-2111-47F1-BE3E-715B36098DE9}"/>
      </w:docPartPr>
      <w:docPartBody>
        <w:p w:rsidR="00667F4B" w:rsidRDefault="000C2345" w:rsidP="000C2345">
          <w:pPr>
            <w:pStyle w:val="092F71A98DCB432994A49CF6A2418B19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F714C39671F4059B6173089394C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16FAE-E734-44BE-A31F-E00E026FC3BC}"/>
      </w:docPartPr>
      <w:docPartBody>
        <w:p w:rsidR="00667F4B" w:rsidRDefault="000C2345" w:rsidP="000C2345">
          <w:pPr>
            <w:pStyle w:val="FF714C39671F4059B6173089394CD3E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589E92AA8443098EDE0E709D3F9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60FC3-714F-41B4-9890-9A9052B837B3}"/>
      </w:docPartPr>
      <w:docPartBody>
        <w:p w:rsidR="00667F4B" w:rsidRDefault="000C2345" w:rsidP="000C2345">
          <w:pPr>
            <w:pStyle w:val="28589E92AA8443098EDE0E709D3F980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873B5DDFA49E29AD3D86C96355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AA905-D309-487F-A1AF-07580395F905}"/>
      </w:docPartPr>
      <w:docPartBody>
        <w:p w:rsidR="00667F4B" w:rsidRDefault="000C2345" w:rsidP="000C2345">
          <w:pPr>
            <w:pStyle w:val="7B8873B5DDFA49E29AD3D86C96355BE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3A91E55554B1E87906AAB7E667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CBF7F-A57D-47C2-BCA3-E8C041F05825}"/>
      </w:docPartPr>
      <w:docPartBody>
        <w:p w:rsidR="00667F4B" w:rsidRDefault="000C2345" w:rsidP="000C2345">
          <w:pPr>
            <w:pStyle w:val="7D53A91E55554B1E87906AAB7E66728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0C2345" w:rsidP="000C2345">
          <w:pPr>
            <w:pStyle w:val="A98CC7936C024C2988776FBA2CC670B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0C2345" w:rsidP="000C2345">
          <w:pPr>
            <w:pStyle w:val="2E9B36F7201C45DF99CA9FA9C42900A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0C2345" w:rsidP="000C2345">
          <w:pPr>
            <w:pStyle w:val="09814CF1CD7A47D3BB560F37A96F9D5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0C2345" w:rsidP="000C2345">
          <w:pPr>
            <w:pStyle w:val="7793DEAF92564508A217818A964BBBC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A7464D96FD4651804EB52EF6222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4658BA-49C0-43FB-93CF-A4C62A3D396B}"/>
      </w:docPartPr>
      <w:docPartBody>
        <w:p w:rsidR="000C2345" w:rsidRDefault="000C2345" w:rsidP="000C2345">
          <w:pPr>
            <w:pStyle w:val="52A7464D96FD4651804EB52EF6222011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492C6D754449F8B542EA48D1DCE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1C79E-3592-43AA-891B-73933DAE8A9C}"/>
      </w:docPartPr>
      <w:docPartBody>
        <w:p w:rsidR="000C2345" w:rsidRDefault="000C2345" w:rsidP="000C2345">
          <w:pPr>
            <w:pStyle w:val="C0492C6D754449F8B542EA48D1DCE9D9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49DCD23CEC4ECE8F377BF42DDB4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CF883-03A2-42BC-8940-8EA819EE75BE}"/>
      </w:docPartPr>
      <w:docPartBody>
        <w:p w:rsidR="000C2345" w:rsidRDefault="000C2345" w:rsidP="000C2345">
          <w:pPr>
            <w:pStyle w:val="7E49DCD23CEC4ECE8F377BF42DDB4968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B6655259146508DD418BD48E5B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DB948-13A6-46BF-895B-33907A8267EE}"/>
      </w:docPartPr>
      <w:docPartBody>
        <w:p w:rsidR="000C2345" w:rsidRDefault="000C2345" w:rsidP="000C2345">
          <w:pPr>
            <w:pStyle w:val="E35B6655259146508DD418BD48E5BC4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63460EDC9E4D71AF7E9395FDDA9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B274F-619E-4D97-AB98-5F4FCA7A7547}"/>
      </w:docPartPr>
      <w:docPartBody>
        <w:p w:rsidR="000C2345" w:rsidRDefault="000C2345" w:rsidP="000C2345">
          <w:pPr>
            <w:pStyle w:val="C463460EDC9E4D71AF7E9395FDDA9EE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09ACF79A5E4C7ABB8092AFB3426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B8498-5050-4CF5-ACF6-49DB02CF8C9D}"/>
      </w:docPartPr>
      <w:docPartBody>
        <w:p w:rsidR="000C2345" w:rsidRDefault="000C2345" w:rsidP="000C2345">
          <w:pPr>
            <w:pStyle w:val="2E09ACF79A5E4C7ABB8092AFB342603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D74768D1B54CA8B2A5D385C5125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6DB8B-C0F1-47EA-96F7-DB569C10FAAE}"/>
      </w:docPartPr>
      <w:docPartBody>
        <w:p w:rsidR="000C2345" w:rsidRDefault="000C2345" w:rsidP="000C2345">
          <w:pPr>
            <w:pStyle w:val="53D74768D1B54CA8B2A5D385C512534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53A3089E014B80A3DF921D322D4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8F9612-7A6E-4BF6-8F6A-F62278236072}"/>
      </w:docPartPr>
      <w:docPartBody>
        <w:p w:rsidR="000C2345" w:rsidRDefault="000C2345" w:rsidP="000C2345">
          <w:pPr>
            <w:pStyle w:val="5B53A3089E014B80A3DF921D322D4D9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760AF975DD4EFB8BEB699FB1ADE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CED3E2-20BA-4B62-A4C8-015C549636E1}"/>
      </w:docPartPr>
      <w:docPartBody>
        <w:p w:rsidR="000C2345" w:rsidRDefault="000C2345" w:rsidP="000C2345">
          <w:pPr>
            <w:pStyle w:val="E3760AF975DD4EFB8BEB699FB1ADE8E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25819E676E41CDB338A38C7F62F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50F6B-69E9-43DE-BC59-3661AE802181}"/>
      </w:docPartPr>
      <w:docPartBody>
        <w:p w:rsidR="000C2345" w:rsidRDefault="000C2345" w:rsidP="000C2345">
          <w:pPr>
            <w:pStyle w:val="B325819E676E41CDB338A38C7F62FAF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A0B282B56E4C9D83CB7B16E5735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942D6-DB5D-4C77-97B0-86CF882410D0}"/>
      </w:docPartPr>
      <w:docPartBody>
        <w:p w:rsidR="000C2345" w:rsidRDefault="000C2345" w:rsidP="000C2345">
          <w:pPr>
            <w:pStyle w:val="80A0B282B56E4C9D83CB7B16E5735CA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11CE5A3D8A490D8A3ADDC376ECA0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9D23E-3F65-47FD-A617-21E1A7F00C8F}"/>
      </w:docPartPr>
      <w:docPartBody>
        <w:p w:rsidR="000C2345" w:rsidRDefault="000C2345" w:rsidP="000C2345">
          <w:pPr>
            <w:pStyle w:val="A211CE5A3D8A490D8A3ADDC376ECA08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7C2F2036D64DE99FFDE53A1E774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BB3F1-1B5A-4DBA-9B2D-E4D65658C032}"/>
      </w:docPartPr>
      <w:docPartBody>
        <w:p w:rsidR="000C2345" w:rsidRDefault="000C2345" w:rsidP="000C2345">
          <w:pPr>
            <w:pStyle w:val="EE7C2F2036D64DE99FFDE53A1E77470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D2E910EC264D63BD8DEA280ABB8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5004B-77A0-4840-8F2E-EBC37FFD1A2A}"/>
      </w:docPartPr>
      <w:docPartBody>
        <w:p w:rsidR="000C2345" w:rsidRDefault="000C2345" w:rsidP="000C2345">
          <w:pPr>
            <w:pStyle w:val="68D2E910EC264D63BD8DEA280ABB88C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68C0E2A89E4DDD8D6975632BD05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42824-6E75-4986-A4F9-4CE4F7AA3599}"/>
      </w:docPartPr>
      <w:docPartBody>
        <w:p w:rsidR="000C2345" w:rsidRDefault="000C2345" w:rsidP="000C2345">
          <w:pPr>
            <w:pStyle w:val="3A68C0E2A89E4DDD8D6975632BD05C5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135E300332412E90FEC8F871AF5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2B2FF-C9E0-4A65-AF1D-7D7881476B94}"/>
      </w:docPartPr>
      <w:docPartBody>
        <w:p w:rsidR="000C2345" w:rsidRDefault="000C2345" w:rsidP="000C2345">
          <w:pPr>
            <w:pStyle w:val="75135E300332412E90FEC8F871AF573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36521809DA4E1AA67C53DF8D093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30AC6-83F2-4D02-BEEC-1FAD2AF2681C}"/>
      </w:docPartPr>
      <w:docPartBody>
        <w:p w:rsidR="000C2345" w:rsidRDefault="000C2345" w:rsidP="000C2345">
          <w:pPr>
            <w:pStyle w:val="4736521809DA4E1AA67C53DF8D0930F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950904BBD34A1C81EF2304DFE5E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33179-F8C0-4D19-8803-8700C7DC9C19}"/>
      </w:docPartPr>
      <w:docPartBody>
        <w:p w:rsidR="00000000" w:rsidRDefault="000C2345" w:rsidP="000C2345">
          <w:pPr>
            <w:pStyle w:val="93950904BBD34A1C81EF2304DFE5ECA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0DD85AA32D405DA5DA7E47368CF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0491A-A396-4D43-B43E-9697C90217CA}"/>
      </w:docPartPr>
      <w:docPartBody>
        <w:p w:rsidR="00000000" w:rsidRDefault="000C2345" w:rsidP="000C2345">
          <w:pPr>
            <w:pStyle w:val="9E0DD85AA32D405DA5DA7E47368CF282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B2A999D880D4003AF6EA2E2A6021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93A523-4E94-4F9C-A915-FAC183BE789F}"/>
      </w:docPartPr>
      <w:docPartBody>
        <w:p w:rsidR="00000000" w:rsidRDefault="000C2345" w:rsidP="000C2345">
          <w:pPr>
            <w:pStyle w:val="5B2A999D880D4003AF6EA2E2A6021D7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7BBF1003A26407AA0B45B90FACC5C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CD46E-9BD2-4E3E-A8BE-FE457C340C61}"/>
      </w:docPartPr>
      <w:docPartBody>
        <w:p w:rsidR="00000000" w:rsidRDefault="000C2345" w:rsidP="000C2345">
          <w:pPr>
            <w:pStyle w:val="E7BBF1003A26407AA0B45B90FACC5C8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27D6B0B07A4519BC60486D63EBC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C1F5C-A967-4B46-96BF-ED21F4BC6B13}"/>
      </w:docPartPr>
      <w:docPartBody>
        <w:p w:rsidR="00000000" w:rsidRDefault="000C2345" w:rsidP="000C2345">
          <w:pPr>
            <w:pStyle w:val="0C27D6B0B07A4519BC60486D63EBC9C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599321E46B47E5A9A6A7978037C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C28C1-3647-4876-B24A-4247F4252944}"/>
      </w:docPartPr>
      <w:docPartBody>
        <w:p w:rsidR="00000000" w:rsidRDefault="000C2345" w:rsidP="000C2345">
          <w:pPr>
            <w:pStyle w:val="C0599321E46B47E5A9A6A7978037C9C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80D848FAC7444D8DCB36CAB3BDE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49CE9-7D78-482D-83FE-D9C5B028F1FC}"/>
      </w:docPartPr>
      <w:docPartBody>
        <w:p w:rsidR="00000000" w:rsidRDefault="000C2345" w:rsidP="000C2345">
          <w:pPr>
            <w:pStyle w:val="4180D848FAC7444D8DCB36CAB3BDED7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BD32D287894CD09A4B06613302A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80749-0EDD-4C84-8EB0-A9C13FA4414F}"/>
      </w:docPartPr>
      <w:docPartBody>
        <w:p w:rsidR="00000000" w:rsidRDefault="000C2345" w:rsidP="000C2345">
          <w:pPr>
            <w:pStyle w:val="0CBD32D287894CD09A4B06613302A8C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9920180D3F48F88A59A188964CD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8EC3-115A-484C-B011-563F58C5E32E}"/>
      </w:docPartPr>
      <w:docPartBody>
        <w:p w:rsidR="00000000" w:rsidRDefault="000C2345" w:rsidP="000C2345">
          <w:pPr>
            <w:pStyle w:val="6B9920180D3F48F88A59A188964CDA0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6753B24D82D4489A36D57AD74F45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C441D-E5C3-4D2A-AF3D-D92E967388D3}"/>
      </w:docPartPr>
      <w:docPartBody>
        <w:p w:rsidR="00000000" w:rsidRDefault="000C2345" w:rsidP="000C2345">
          <w:pPr>
            <w:pStyle w:val="D6753B24D82D4489A36D57AD74F45479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4DE5812F6454694AACA90CF6243A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CDE74-E642-45CF-B326-59122FDB43AC}"/>
      </w:docPartPr>
      <w:docPartBody>
        <w:p w:rsidR="00000000" w:rsidRDefault="000C2345" w:rsidP="000C2345">
          <w:pPr>
            <w:pStyle w:val="A4DE5812F6454694AACA90CF6243ABC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A9CE2AC10247B6A9D643E28B113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9A855-3F5A-4B55-B649-38F081620D45}"/>
      </w:docPartPr>
      <w:docPartBody>
        <w:p w:rsidR="00000000" w:rsidRDefault="000C2345" w:rsidP="000C2345">
          <w:pPr>
            <w:pStyle w:val="FEA9CE2AC10247B6A9D643E28B113D0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0E2C80CDC046899502CE35811A3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A00D0-C135-4B33-82A5-8D2D4AA54415}"/>
      </w:docPartPr>
      <w:docPartBody>
        <w:p w:rsidR="00000000" w:rsidRDefault="000C2345" w:rsidP="000C2345">
          <w:pPr>
            <w:pStyle w:val="840E2C80CDC046899502CE35811A35E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FC70836B0244DE8F331D914AAC5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590D1-7A02-4140-8D30-F5BE64D2BA14}"/>
      </w:docPartPr>
      <w:docPartBody>
        <w:p w:rsidR="00000000" w:rsidRDefault="000C2345" w:rsidP="000C2345">
          <w:pPr>
            <w:pStyle w:val="24FC70836B0244DE8F331D914AAC5C4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65529FFC1148BA8C3210C99BCC1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B0656-73EA-4D95-932C-43B108A111A8}"/>
      </w:docPartPr>
      <w:docPartBody>
        <w:p w:rsidR="00000000" w:rsidRDefault="000C2345" w:rsidP="000C2345">
          <w:pPr>
            <w:pStyle w:val="F565529FFC1148BA8C3210C99BCC178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0BAC110F414297B56F6F0FF42A8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AA91F-CF13-4B0E-9F3C-BC603A630995}"/>
      </w:docPartPr>
      <w:docPartBody>
        <w:p w:rsidR="00000000" w:rsidRDefault="000C2345" w:rsidP="000C2345">
          <w:pPr>
            <w:pStyle w:val="4E0BAC110F414297B56F6F0FF42A8E4B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AA0FD18F2946D4A9398E63F1070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854ED-4E77-45D8-8B73-F0F0D8FF8092}"/>
      </w:docPartPr>
      <w:docPartBody>
        <w:p w:rsidR="00000000" w:rsidRDefault="000C2345" w:rsidP="000C2345">
          <w:pPr>
            <w:pStyle w:val="4EAA0FD18F2946D4A9398E63F1070D7C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B4EA8CB4115849519A1E2662B6752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76110-6854-447D-B7FD-AD0B660EC049}"/>
      </w:docPartPr>
      <w:docPartBody>
        <w:p w:rsidR="00000000" w:rsidRDefault="000C2345" w:rsidP="000C2345">
          <w:pPr>
            <w:pStyle w:val="B4EA8CB4115849519A1E2662B67524B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AF4504CC09468FBCF1795A8BDCC5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BC354-FF98-4F5C-8B21-F3D6BBD5379F}"/>
      </w:docPartPr>
      <w:docPartBody>
        <w:p w:rsidR="00000000" w:rsidRDefault="000C2345" w:rsidP="000C2345">
          <w:pPr>
            <w:pStyle w:val="94AF4504CC09468FBCF1795A8BDCC56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5D83A0B0604A24A43667A1FE03E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B02EA-B4B7-41BA-A57C-EB5D7427B86A}"/>
      </w:docPartPr>
      <w:docPartBody>
        <w:p w:rsidR="00000000" w:rsidRDefault="000C2345" w:rsidP="000C2345">
          <w:pPr>
            <w:pStyle w:val="E05D83A0B0604A24A43667A1FE03E93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D4C8C4275641FC85752E3CB7AA7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247D9-F66D-48EB-9B60-0EC94DFA2F1D}"/>
      </w:docPartPr>
      <w:docPartBody>
        <w:p w:rsidR="00000000" w:rsidRDefault="000C2345" w:rsidP="000C2345">
          <w:pPr>
            <w:pStyle w:val="45D4C8C4275641FC85752E3CB7AA75C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E2A2033A7541D6A85548103945E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C20CA-CB23-481B-93EC-18795B2D443B}"/>
      </w:docPartPr>
      <w:docPartBody>
        <w:p w:rsidR="00000000" w:rsidRDefault="000C2345" w:rsidP="000C2345">
          <w:pPr>
            <w:pStyle w:val="A0E2A2033A7541D6A85548103945E2F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ED296183A94FF68EC2A30F1706A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8AF4F-5E59-4709-85C8-93CD6F625102}"/>
      </w:docPartPr>
      <w:docPartBody>
        <w:p w:rsidR="00000000" w:rsidRDefault="000C2345" w:rsidP="000C2345">
          <w:pPr>
            <w:pStyle w:val="AAED296183A94FF68EC2A30F1706A17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9B08C6998C4817B8A4AB88903A4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34EDC-F557-49F7-AB3F-BACC77ECBD17}"/>
      </w:docPartPr>
      <w:docPartBody>
        <w:p w:rsidR="00000000" w:rsidRDefault="000C2345" w:rsidP="000C2345">
          <w:pPr>
            <w:pStyle w:val="009B08C6998C4817B8A4AB88903A40CB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B00AEFCFD3340DEBA9935F564689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729F8-3013-4951-95A6-4B66791F4BFE}"/>
      </w:docPartPr>
      <w:docPartBody>
        <w:p w:rsidR="00000000" w:rsidRDefault="000C2345" w:rsidP="000C2345">
          <w:pPr>
            <w:pStyle w:val="AB00AEFCFD3340DEBA9935F564689B10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2083A9B14A94F4096B112001E55D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7CA3B-A355-471A-9E0B-B90191C81B90}"/>
      </w:docPartPr>
      <w:docPartBody>
        <w:p w:rsidR="00000000" w:rsidRDefault="000C2345" w:rsidP="000C2345">
          <w:pPr>
            <w:pStyle w:val="92083A9B14A94F4096B112001E55D73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DA3BC9EB904F68B80B43D9A5221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AF7F0-CB6B-4717-8E6F-7C5DFA07CCD5}"/>
      </w:docPartPr>
      <w:docPartBody>
        <w:p w:rsidR="00000000" w:rsidRDefault="000C2345" w:rsidP="000C2345">
          <w:pPr>
            <w:pStyle w:val="8DDA3BC9EB904F68B80B43D9A5221A7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C32A7C3FE045BCA48929A561C57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A104B-6FDD-40BA-8113-14EDC6EE7B62}"/>
      </w:docPartPr>
      <w:docPartBody>
        <w:p w:rsidR="00000000" w:rsidRDefault="000C2345" w:rsidP="000C2345">
          <w:pPr>
            <w:pStyle w:val="03C32A7C3FE045BCA48929A561C5735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7D1BE6AC054B3BB1B210174782F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094C2-FEF2-4E86-A56C-21F965B3B56A}"/>
      </w:docPartPr>
      <w:docPartBody>
        <w:p w:rsidR="00000000" w:rsidRDefault="000C2345" w:rsidP="000C2345">
          <w:pPr>
            <w:pStyle w:val="5F7D1BE6AC054B3BB1B210174782FC6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BE277B624C4B90833AC7E6A0F9F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565D5-9C15-4FB1-B41A-F9327C1E8BC9}"/>
      </w:docPartPr>
      <w:docPartBody>
        <w:p w:rsidR="00000000" w:rsidRDefault="000C2345" w:rsidP="000C2345">
          <w:pPr>
            <w:pStyle w:val="11BE277B624C4B90833AC7E6A0F9FF7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C8CD94D4944E7799E4393E1B913E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3AA37-5978-4770-99EF-0E32A1B806C4}"/>
      </w:docPartPr>
      <w:docPartBody>
        <w:p w:rsidR="00000000" w:rsidRDefault="000C2345" w:rsidP="000C2345">
          <w:pPr>
            <w:pStyle w:val="0FC8CD94D4944E7799E4393E1B913E4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B2FE8461E3549948EF171D5F6293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570A6-B2D8-4D10-9103-7CB6C16199D9}"/>
      </w:docPartPr>
      <w:docPartBody>
        <w:p w:rsidR="00000000" w:rsidRDefault="000C2345" w:rsidP="000C2345">
          <w:pPr>
            <w:pStyle w:val="7B2FE8461E3549948EF171D5F62935FC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F06B93654464CDC8F29E7C2C398A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DB294-F903-4CBE-B1DC-16FAAA62E8A2}"/>
      </w:docPartPr>
      <w:docPartBody>
        <w:p w:rsidR="00000000" w:rsidRDefault="000C2345" w:rsidP="000C2345">
          <w:pPr>
            <w:pStyle w:val="5F06B93654464CDC8F29E7C2C398AA6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BA1182635D4F8DA91A9868883D3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57354-42D6-44B3-A5DD-B8C9361D9C9E}"/>
      </w:docPartPr>
      <w:docPartBody>
        <w:p w:rsidR="00000000" w:rsidRDefault="000C2345" w:rsidP="000C2345">
          <w:pPr>
            <w:pStyle w:val="F4BA1182635D4F8DA91A9868883D364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14210B3E9D4C24933AE4932E5CD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2777B-910A-4F51-ABC1-0F6D490676EC}"/>
      </w:docPartPr>
      <w:docPartBody>
        <w:p w:rsidR="00000000" w:rsidRDefault="000C2345" w:rsidP="000C2345">
          <w:pPr>
            <w:pStyle w:val="7D14210B3E9D4C24933AE4932E5CDDA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E56275160A488AA9F4A061C8A570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5350D-0586-43AD-98F0-7D4FE8BA807E}"/>
      </w:docPartPr>
      <w:docPartBody>
        <w:p w:rsidR="00000000" w:rsidRDefault="000C2345" w:rsidP="000C2345">
          <w:pPr>
            <w:pStyle w:val="DEE56275160A488AA9F4A061C8A570D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87D20F6CCE459FB7A1367213795A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D4E1B-5CEC-41A0-B2E9-995717C07A0E}"/>
      </w:docPartPr>
      <w:docPartBody>
        <w:p w:rsidR="00000000" w:rsidRDefault="000C2345" w:rsidP="000C2345">
          <w:pPr>
            <w:pStyle w:val="3987D20F6CCE459FB7A1367213795A9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1FDDF23E0C4FB69EFFD638AABC7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47B8C-E2F3-4AB0-9A9F-A589C8CB5172}"/>
      </w:docPartPr>
      <w:docPartBody>
        <w:p w:rsidR="00000000" w:rsidRDefault="000C2345" w:rsidP="000C2345">
          <w:pPr>
            <w:pStyle w:val="8F1FDDF23E0C4FB69EFFD638AABC7EBE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1517133207324C388AD2ABC3B193B3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55737-DC86-4829-BA52-23C3EB22A56D}"/>
      </w:docPartPr>
      <w:docPartBody>
        <w:p w:rsidR="00000000" w:rsidRDefault="000C2345" w:rsidP="000C2345">
          <w:pPr>
            <w:pStyle w:val="1517133207324C388AD2ABC3B193B37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BF94CFAA0BE4178BB5E66844D776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20808-7DC2-4A56-AF86-B4D1A96C2243}"/>
      </w:docPartPr>
      <w:docPartBody>
        <w:p w:rsidR="00000000" w:rsidRDefault="000C2345" w:rsidP="000C2345">
          <w:pPr>
            <w:pStyle w:val="9BF94CFAA0BE4178BB5E66844D776F7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511EC2F2DE441D83CD4B3C5AF3B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12A96-BAD7-40F3-9B60-BA4584936751}"/>
      </w:docPartPr>
      <w:docPartBody>
        <w:p w:rsidR="00000000" w:rsidRDefault="000C2345" w:rsidP="000C2345">
          <w:pPr>
            <w:pStyle w:val="B3511EC2F2DE441D83CD4B3C5AF3BA2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4EA171F12547BDA7A4EB3389A63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09587-68DE-4EA1-B3C0-BC19A3EDA950}"/>
      </w:docPartPr>
      <w:docPartBody>
        <w:p w:rsidR="00000000" w:rsidRDefault="000C2345" w:rsidP="000C2345">
          <w:pPr>
            <w:pStyle w:val="184EA171F12547BDA7A4EB3389A63E6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835F643CFC4C1D81AC8409F3A79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DCB6A-2D12-4FB0-BB8C-98F74FBF34E5}"/>
      </w:docPartPr>
      <w:docPartBody>
        <w:p w:rsidR="00000000" w:rsidRDefault="000C2345" w:rsidP="000C2345">
          <w:pPr>
            <w:pStyle w:val="05835F643CFC4C1D81AC8409F3A7956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4652AA73E14574AEA14857FBB14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28FFD-9845-4C68-BA5B-AE71E6B04BE7}"/>
      </w:docPartPr>
      <w:docPartBody>
        <w:p w:rsidR="00000000" w:rsidRDefault="000C2345" w:rsidP="000C2345">
          <w:pPr>
            <w:pStyle w:val="2D4652AA73E14574AEA14857FBB14AA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DAB610269E4C658C97DEF727B66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F003C-BA8B-496D-8683-E0EFB32733B5}"/>
      </w:docPartPr>
      <w:docPartBody>
        <w:p w:rsidR="00000000" w:rsidRDefault="000C2345" w:rsidP="000C2345">
          <w:pPr>
            <w:pStyle w:val="95DAB610269E4C658C97DEF727B66E7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252D13FD054C109303747793A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2E53D-8CCD-42B2-998E-C864443E0973}"/>
      </w:docPartPr>
      <w:docPartBody>
        <w:p w:rsidR="00000000" w:rsidRDefault="000C2345" w:rsidP="000C2345">
          <w:pPr>
            <w:pStyle w:val="2B252D13FD054C109303747793AFD04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A4BFC3F9BA40CC95F5E23844177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4850A-9F2D-43FF-8E48-7FB8154AE650}"/>
      </w:docPartPr>
      <w:docPartBody>
        <w:p w:rsidR="00000000" w:rsidRDefault="000C2345" w:rsidP="000C2345">
          <w:pPr>
            <w:pStyle w:val="B7A4BFC3F9BA40CC95F5E23844177276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43C82B10C5E4AFC96B5C4F497A2D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AF9F7-0DFE-4C8A-93F5-5678E4E53749}"/>
      </w:docPartPr>
      <w:docPartBody>
        <w:p w:rsidR="00000000" w:rsidRDefault="000C2345" w:rsidP="000C2345">
          <w:pPr>
            <w:pStyle w:val="C43C82B10C5E4AFC96B5C4F497A2D2C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1038B481B54953A99E828DD8C2A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D8C5F-51AF-4146-9192-7F992BC02CD4}"/>
      </w:docPartPr>
      <w:docPartBody>
        <w:p w:rsidR="00000000" w:rsidRDefault="000C2345" w:rsidP="000C2345">
          <w:pPr>
            <w:pStyle w:val="341038B481B54953A99E828DD8C2AAA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0909C30E244864B303D2929ED72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64EFC-C723-4AE2-9254-07B54FBB5C58}"/>
      </w:docPartPr>
      <w:docPartBody>
        <w:p w:rsidR="00000000" w:rsidRDefault="000C2345" w:rsidP="000C2345">
          <w:pPr>
            <w:pStyle w:val="5E0909C30E244864B303D2929ED7246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EB878418184419934ACC907E447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A3886-84D0-4266-B80B-3A3DFF21B404}"/>
      </w:docPartPr>
      <w:docPartBody>
        <w:p w:rsidR="00000000" w:rsidRDefault="000C2345" w:rsidP="000C2345">
          <w:pPr>
            <w:pStyle w:val="B2EB878418184419934ACC907E4474B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CE0FCE345143009E48153FD2665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29D82-46B9-4EC1-BB4F-A5C9C8DDDFBA}"/>
      </w:docPartPr>
      <w:docPartBody>
        <w:p w:rsidR="00000000" w:rsidRDefault="000C2345" w:rsidP="000C2345">
          <w:pPr>
            <w:pStyle w:val="F6CE0FCE345143009E48153FD2665599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29A05B54BA94794965495C719B38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E39D8-24A4-4EA9-B607-28B6BD4C86DF}"/>
      </w:docPartPr>
      <w:docPartBody>
        <w:p w:rsidR="00000000" w:rsidRDefault="000C2345" w:rsidP="000C2345">
          <w:pPr>
            <w:pStyle w:val="D29A05B54BA94794965495C719B38F5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481A8F6AD343B5AF7DFE3015ABA6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895FC-CE35-4F8A-9EB5-096ACD7B3DF0}"/>
      </w:docPartPr>
      <w:docPartBody>
        <w:p w:rsidR="00000000" w:rsidRDefault="000C2345" w:rsidP="000C2345">
          <w:pPr>
            <w:pStyle w:val="98481A8F6AD343B5AF7DFE3015ABA66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E992C21AED4FCCB3FB805D8832C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6039D-680D-4270-95C8-D6EBE1039874}"/>
      </w:docPartPr>
      <w:docPartBody>
        <w:p w:rsidR="00000000" w:rsidRDefault="000C2345" w:rsidP="000C2345">
          <w:pPr>
            <w:pStyle w:val="B8E992C21AED4FCCB3FB805D8832C81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97997027034574A820100BA2877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3104F-C6BE-4929-BDBE-F8022713D2B5}"/>
      </w:docPartPr>
      <w:docPartBody>
        <w:p w:rsidR="00000000" w:rsidRDefault="000C2345" w:rsidP="000C2345">
          <w:pPr>
            <w:pStyle w:val="DB97997027034574A820100BA28779C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A5BBC61EA54C2E9A4DFC84297C3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659E9-66EA-4305-853D-31580D658169}"/>
      </w:docPartPr>
      <w:docPartBody>
        <w:p w:rsidR="00000000" w:rsidRDefault="000C2345" w:rsidP="000C2345">
          <w:pPr>
            <w:pStyle w:val="08A5BBC61EA54C2E9A4DFC84297C3A7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FEDA85EBA3443494BEB1A7CCE6E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5660E4-2D02-4894-A0BF-AF16F38CFD52}"/>
      </w:docPartPr>
      <w:docPartBody>
        <w:p w:rsidR="00000000" w:rsidRDefault="000C2345" w:rsidP="000C2345">
          <w:pPr>
            <w:pStyle w:val="03FEDA85EBA3443494BEB1A7CCE6EC5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4B893CAF2A4C18A2BF279A3EB27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85716-7DBD-4F1C-9CA9-0CC6F68D2680}"/>
      </w:docPartPr>
      <w:docPartBody>
        <w:p w:rsidR="00000000" w:rsidRDefault="000C2345" w:rsidP="000C2345">
          <w:pPr>
            <w:pStyle w:val="224B893CAF2A4C18A2BF279A3EB270F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14ED0A294403BB4EB0D96749A7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B889D-012C-465F-9994-43BFE4F9E04D}"/>
      </w:docPartPr>
      <w:docPartBody>
        <w:p w:rsidR="00000000" w:rsidRDefault="000C2345" w:rsidP="000C2345">
          <w:pPr>
            <w:pStyle w:val="90A14ED0A294403BB4EB0D96749A798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243354C2B748268D403E77E9707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EA690-EDEC-4DFD-8E56-B9B120A3525D}"/>
      </w:docPartPr>
      <w:docPartBody>
        <w:p w:rsidR="00000000" w:rsidRDefault="000C2345" w:rsidP="000C2345">
          <w:pPr>
            <w:pStyle w:val="FA243354C2B748268D403E77E970710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C20849886348838E7D5C1751BAAF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EA6FF-6341-41C3-BBE1-6F14284688AE}"/>
      </w:docPartPr>
      <w:docPartBody>
        <w:p w:rsidR="00000000" w:rsidRDefault="000C2345" w:rsidP="000C2345">
          <w:pPr>
            <w:pStyle w:val="7CC20849886348838E7D5C1751BAAFC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03718ACD0E4CAD86017488A9C3B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223D6-CB26-408F-BCF9-596229628F95}"/>
      </w:docPartPr>
      <w:docPartBody>
        <w:p w:rsidR="00000000" w:rsidRDefault="000C2345" w:rsidP="000C2345">
          <w:pPr>
            <w:pStyle w:val="3D03718ACD0E4CAD86017488A9C3B8F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73402ACF4945B4963B993FCE77E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63944-3606-406A-B1CA-4D22004AC1C5}"/>
      </w:docPartPr>
      <w:docPartBody>
        <w:p w:rsidR="00000000" w:rsidRDefault="000C2345" w:rsidP="000C2345">
          <w:pPr>
            <w:pStyle w:val="7F73402ACF4945B4963B993FCE77EBC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EDC25DA65648E0A61722138A5B3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834A4-0AF6-4464-8F7D-4B2626E82814}"/>
      </w:docPartPr>
      <w:docPartBody>
        <w:p w:rsidR="00000000" w:rsidRDefault="000C2345" w:rsidP="000C2345">
          <w:pPr>
            <w:pStyle w:val="8DEDC25DA65648E0A61722138A5B3F0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3B18A239F14CE7AB5114B7ACB66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5B9DF-EAE9-443B-9C12-C7A720151DC4}"/>
      </w:docPartPr>
      <w:docPartBody>
        <w:p w:rsidR="00000000" w:rsidRDefault="000C2345" w:rsidP="000C2345">
          <w:pPr>
            <w:pStyle w:val="D33B18A239F14CE7AB5114B7ACB660E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2728BAAE0D438C8B15904C234A9A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3C35F-E6A1-4556-A51A-C119A7D433F4}"/>
      </w:docPartPr>
      <w:docPartBody>
        <w:p w:rsidR="00000000" w:rsidRDefault="000C2345" w:rsidP="000C2345">
          <w:pPr>
            <w:pStyle w:val="6B2728BAAE0D438C8B15904C234A9AD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B89B7D43B443D889ED0D231AC669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0F1AB8-8155-4C2C-9324-20AFF1684DC4}"/>
      </w:docPartPr>
      <w:docPartBody>
        <w:p w:rsidR="00000000" w:rsidRDefault="000C2345" w:rsidP="000C2345">
          <w:pPr>
            <w:pStyle w:val="36B89B7D43B443D889ED0D231AC6693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DF4D48FF2E44A68677DB9186CA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30A51-353C-4254-997C-EAAC9475ABA9}"/>
      </w:docPartPr>
      <w:docPartBody>
        <w:p w:rsidR="00000000" w:rsidRDefault="000C2345" w:rsidP="000C2345">
          <w:pPr>
            <w:pStyle w:val="E4DF4D48FF2E44A68677DB9186CA755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B4F9AB76C649A78C33B4FFC9BEB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762E7-4661-4C55-ABB0-7CE9F8B188E4}"/>
      </w:docPartPr>
      <w:docPartBody>
        <w:p w:rsidR="00000000" w:rsidRDefault="000C2345" w:rsidP="000C2345">
          <w:pPr>
            <w:pStyle w:val="D1B4F9AB76C649A78C33B4FFC9BEB8F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7A76DC58D48B8926CC3A90C216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BAFCC-46DF-4E48-8513-67B6C963DC84}"/>
      </w:docPartPr>
      <w:docPartBody>
        <w:p w:rsidR="00000000" w:rsidRDefault="000C2345" w:rsidP="000C2345">
          <w:pPr>
            <w:pStyle w:val="FC67A76DC58D48B8926CC3A90C2168A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E5B9174B574EBD8B7DDA7B55EF7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9464D-BBE2-41C4-93A7-185A596C8E2A}"/>
      </w:docPartPr>
      <w:docPartBody>
        <w:p w:rsidR="00000000" w:rsidRDefault="000C2345" w:rsidP="000C2345">
          <w:pPr>
            <w:pStyle w:val="EFE5B9174B574EBD8B7DDA7B55EF794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AC25A4B7AD4021A9E83559C5756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806EE-B4C2-44DD-A0B2-3178AB1998E1}"/>
      </w:docPartPr>
      <w:docPartBody>
        <w:p w:rsidR="00000000" w:rsidRDefault="000C2345" w:rsidP="000C2345">
          <w:pPr>
            <w:pStyle w:val="43AC25A4B7AD4021A9E83559C575621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D375FE267948BA8E46030D496D1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141AF-BA15-4FF1-AD66-673996A6489E}"/>
      </w:docPartPr>
      <w:docPartBody>
        <w:p w:rsidR="00000000" w:rsidRDefault="000C2345" w:rsidP="000C2345">
          <w:pPr>
            <w:pStyle w:val="72D375FE267948BA8E46030D496D165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1112FFF24743F5B81BF71AA554E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28D83C-956F-4A09-8D38-959B62C10A81}"/>
      </w:docPartPr>
      <w:docPartBody>
        <w:p w:rsidR="00000000" w:rsidRDefault="000C2345" w:rsidP="000C2345">
          <w:pPr>
            <w:pStyle w:val="231112FFF24743F5B81BF71AA554E25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7AEC81E6934CB6B7403055EF942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7E62C-40A4-4139-A6DD-9E6271EFAB65}"/>
      </w:docPartPr>
      <w:docPartBody>
        <w:p w:rsidR="00000000" w:rsidRDefault="000C2345" w:rsidP="000C2345">
          <w:pPr>
            <w:pStyle w:val="8E7AEC81E6934CB6B7403055EF94259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7ED1DB8EC44D14AB99336A4B3913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3C57E-BF46-449E-BE1E-AB81493C50E5}"/>
      </w:docPartPr>
      <w:docPartBody>
        <w:p w:rsidR="00000000" w:rsidRDefault="000C2345" w:rsidP="000C2345">
          <w:pPr>
            <w:pStyle w:val="077ED1DB8EC44D14AB99336A4B39138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2879E63ED845F5BFBB66FC458779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CC50C-1B83-4F7F-BA68-6C6D74F1745E}"/>
      </w:docPartPr>
      <w:docPartBody>
        <w:p w:rsidR="00000000" w:rsidRDefault="000C2345" w:rsidP="000C2345">
          <w:pPr>
            <w:pStyle w:val="902879E63ED845F5BFBB66FC4587792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AEC8B69FFE449092B9576F48F68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9F387-3065-4822-A00D-F16E956C6D64}"/>
      </w:docPartPr>
      <w:docPartBody>
        <w:p w:rsidR="00000000" w:rsidRDefault="000C2345" w:rsidP="000C2345">
          <w:pPr>
            <w:pStyle w:val="9AAEC8B69FFE449092B9576F48F68E2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98BE0023D14D859C1CF8133A5B7B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21B1E-4F65-4866-91A7-4D00685F1B73}"/>
      </w:docPartPr>
      <w:docPartBody>
        <w:p w:rsidR="00000000" w:rsidRDefault="000C2345" w:rsidP="000C2345">
          <w:pPr>
            <w:pStyle w:val="4698BE0023D14D859C1CF8133A5B7BB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A1F8DB398B497788A9F2640F13E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8BEF5-ECD9-44F4-8CA0-98F83C9119B2}"/>
      </w:docPartPr>
      <w:docPartBody>
        <w:p w:rsidR="00000000" w:rsidRDefault="000C2345" w:rsidP="000C2345">
          <w:pPr>
            <w:pStyle w:val="B9A1F8DB398B497788A9F2640F13E7B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06D5334C7645D98814E77DB04BC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ADB3B-FBED-4343-84EB-2DE619BF8BD0}"/>
      </w:docPartPr>
      <w:docPartBody>
        <w:p w:rsidR="00000000" w:rsidRDefault="000C2345" w:rsidP="000C2345">
          <w:pPr>
            <w:pStyle w:val="1006D5334C7645D98814E77DB04BC9A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9C78A16E3B414CA7F4808F58E22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E4F87-42E3-4059-B38F-8BA83F5F409B}"/>
      </w:docPartPr>
      <w:docPartBody>
        <w:p w:rsidR="00000000" w:rsidRDefault="000C2345" w:rsidP="000C2345">
          <w:pPr>
            <w:pStyle w:val="EB9C78A16E3B414CA7F4808F58E226A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C3BEE3C8D74BE8B4E2E82E6C548D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5679D-83D2-4AA8-B954-A74DB1BB3426}"/>
      </w:docPartPr>
      <w:docPartBody>
        <w:p w:rsidR="00000000" w:rsidRDefault="000C2345" w:rsidP="000C2345">
          <w:pPr>
            <w:pStyle w:val="F5C3BEE3C8D74BE8B4E2E82E6C548D4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5FF42B4C434DEDADB5C2B97AF28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10B21-A26C-444F-988E-887A28660A01}"/>
      </w:docPartPr>
      <w:docPartBody>
        <w:p w:rsidR="00000000" w:rsidRDefault="000C2345" w:rsidP="000C2345">
          <w:pPr>
            <w:pStyle w:val="B75FF42B4C434DEDADB5C2B97AF2815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C81886BD35412D829536EACCB9B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31D1A-66F7-4ADD-A8DA-A16D62058B07}"/>
      </w:docPartPr>
      <w:docPartBody>
        <w:p w:rsidR="00000000" w:rsidRDefault="000C2345" w:rsidP="000C2345">
          <w:pPr>
            <w:pStyle w:val="3DC81886BD35412D829536EACCB9B71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AF836467904BA3BC0DFD276D90B2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09DDD-78C9-4BEA-A2FB-609E3798C057}"/>
      </w:docPartPr>
      <w:docPartBody>
        <w:p w:rsidR="00000000" w:rsidRDefault="000C2345" w:rsidP="000C2345">
          <w:pPr>
            <w:pStyle w:val="E8AF836467904BA3BC0DFD276D90B2A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B56E31F9DB4A1EA02EAE2ACFEB2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A3229-CE28-4513-915D-669F616ADDED}"/>
      </w:docPartPr>
      <w:docPartBody>
        <w:p w:rsidR="00000000" w:rsidRDefault="000C2345" w:rsidP="000C2345">
          <w:pPr>
            <w:pStyle w:val="7BB56E31F9DB4A1EA02EAE2ACFEB263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663B54BBF249FB81B3D6DA525FC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6814C9-6AC1-4834-96BA-0AABE474D537}"/>
      </w:docPartPr>
      <w:docPartBody>
        <w:p w:rsidR="00000000" w:rsidRDefault="000C2345" w:rsidP="000C2345">
          <w:pPr>
            <w:pStyle w:val="60663B54BBF249FB81B3D6DA525FC8A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4564BB005C456386C59B2D81215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A9ED5-286D-4AAB-9542-CAE5E4C38E0A}"/>
      </w:docPartPr>
      <w:docPartBody>
        <w:p w:rsidR="00000000" w:rsidRDefault="000C2345" w:rsidP="000C2345">
          <w:pPr>
            <w:pStyle w:val="404564BB005C456386C59B2D81215C8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6B366005AF4DE7BF494038728D7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AF287-8893-46B3-B465-2B2886798B2B}"/>
      </w:docPartPr>
      <w:docPartBody>
        <w:p w:rsidR="00000000" w:rsidRDefault="000C2345" w:rsidP="000C2345">
          <w:pPr>
            <w:pStyle w:val="8B6B366005AF4DE7BF494038728D795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A6076282CB4F41B304CD46638E9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7759A-3A7B-4457-999E-3968FB3A0139}"/>
      </w:docPartPr>
      <w:docPartBody>
        <w:p w:rsidR="00000000" w:rsidRDefault="000C2345" w:rsidP="000C2345">
          <w:pPr>
            <w:pStyle w:val="AAA6076282CB4F41B304CD46638E9AC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2E00091AC4471ABC388D5CE4B82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DCF15-8C60-415C-B614-8E63CBD5EE63}"/>
      </w:docPartPr>
      <w:docPartBody>
        <w:p w:rsidR="00000000" w:rsidRDefault="000C2345" w:rsidP="000C2345">
          <w:pPr>
            <w:pStyle w:val="FB2E00091AC4471ABC388D5CE4B8291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51DB8F6FAD41BC850188254F06F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75BA5-0BA4-4F24-8D32-3C8D0D5D3B7B}"/>
      </w:docPartPr>
      <w:docPartBody>
        <w:p w:rsidR="00000000" w:rsidRDefault="000C2345" w:rsidP="000C2345">
          <w:pPr>
            <w:pStyle w:val="4F51DB8F6FAD41BC850188254F06FC0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7218CB5CC746EA98BB9CA176DAE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1F8D3-C494-4144-9003-9A790600E90E}"/>
      </w:docPartPr>
      <w:docPartBody>
        <w:p w:rsidR="00000000" w:rsidRDefault="000C2345" w:rsidP="000C2345">
          <w:pPr>
            <w:pStyle w:val="E47218CB5CC746EA98BB9CA176DAEE8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AF14C96C1249029CB3CB11C7293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1BCBF6-06F2-409F-85FD-BE9062E0BC7D}"/>
      </w:docPartPr>
      <w:docPartBody>
        <w:p w:rsidR="00000000" w:rsidRDefault="000C2345" w:rsidP="000C2345">
          <w:pPr>
            <w:pStyle w:val="4EAF14C96C1249029CB3CB11C72930C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DB687354514D078AF615E08F261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2972C-CAEB-4F8E-A5EA-0385526DF77D}"/>
      </w:docPartPr>
      <w:docPartBody>
        <w:p w:rsidR="00000000" w:rsidRDefault="000C2345" w:rsidP="000C2345">
          <w:pPr>
            <w:pStyle w:val="E7DB687354514D078AF615E08F26168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9D2D1247714776B9BC57668961D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9521A-C5D6-4617-AE3D-08BCCBB6F512}"/>
      </w:docPartPr>
      <w:docPartBody>
        <w:p w:rsidR="00000000" w:rsidRDefault="000C2345" w:rsidP="000C2345">
          <w:pPr>
            <w:pStyle w:val="6D9D2D1247714776B9BC57668961DDF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298F2D26D34F16AB2166BE7872E6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049CF-DAC0-4DEF-8366-30058B0089F0}"/>
      </w:docPartPr>
      <w:docPartBody>
        <w:p w:rsidR="00000000" w:rsidRDefault="000C2345" w:rsidP="000C2345">
          <w:pPr>
            <w:pStyle w:val="BB298F2D26D34F16AB2166BE7872E6F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2AEF006D934EEB8F9C9EB682A5B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6ACEC-2BC1-4BA2-86A2-7E9BDBE8552A}"/>
      </w:docPartPr>
      <w:docPartBody>
        <w:p w:rsidR="00000000" w:rsidRDefault="000C2345" w:rsidP="000C2345">
          <w:pPr>
            <w:pStyle w:val="082AEF006D934EEB8F9C9EB682A5B8A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840F83F857439CB0F560B65A950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4319BC-01FA-440C-B109-BD9BCF99D6E5}"/>
      </w:docPartPr>
      <w:docPartBody>
        <w:p w:rsidR="00000000" w:rsidRDefault="000C2345" w:rsidP="000C2345">
          <w:pPr>
            <w:pStyle w:val="92840F83F857439CB0F560B65A95055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CC264728114ADB8EB894C7A094B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D9003-90B9-42A3-B44A-953446FF2147}"/>
      </w:docPartPr>
      <w:docPartBody>
        <w:p w:rsidR="00000000" w:rsidRDefault="000C2345" w:rsidP="000C2345">
          <w:pPr>
            <w:pStyle w:val="ACCC264728114ADB8EB894C7A094B5C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D452437EFA4D61A4BF4165DCA28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482B5-3C42-4C52-B473-0A3794105D63}"/>
      </w:docPartPr>
      <w:docPartBody>
        <w:p w:rsidR="00000000" w:rsidRDefault="000C2345" w:rsidP="000C2345">
          <w:pPr>
            <w:pStyle w:val="D9D452437EFA4D61A4BF4165DCA28CF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C2345"/>
    <w:rsid w:val="00190F9F"/>
    <w:rsid w:val="00307384"/>
    <w:rsid w:val="003B5611"/>
    <w:rsid w:val="004161F5"/>
    <w:rsid w:val="00417FF6"/>
    <w:rsid w:val="004801B2"/>
    <w:rsid w:val="005A051B"/>
    <w:rsid w:val="006239E1"/>
    <w:rsid w:val="00667F4B"/>
    <w:rsid w:val="006D0099"/>
    <w:rsid w:val="009A5C93"/>
    <w:rsid w:val="00B302C0"/>
    <w:rsid w:val="00BC3393"/>
    <w:rsid w:val="00BD0B7C"/>
    <w:rsid w:val="00EE6B93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2345"/>
    <w:rPr>
      <w:color w:val="666666"/>
    </w:rPr>
  </w:style>
  <w:style w:type="paragraph" w:customStyle="1" w:styleId="FCDFC28E012440078A389B7E7116D931">
    <w:name w:val="FCDFC28E012440078A389B7E7116D931"/>
    <w:rsid w:val="00417FF6"/>
  </w:style>
  <w:style w:type="paragraph" w:customStyle="1" w:styleId="E35B6655259146508DD418BD48E5BC43">
    <w:name w:val="E35B6655259146508DD418BD48E5BC43"/>
    <w:rsid w:val="00417FF6"/>
  </w:style>
  <w:style w:type="paragraph" w:customStyle="1" w:styleId="C463460EDC9E4D71AF7E9395FDDA9EEC">
    <w:name w:val="C463460EDC9E4D71AF7E9395FDDA9EEC"/>
    <w:rsid w:val="00417FF6"/>
  </w:style>
  <w:style w:type="paragraph" w:customStyle="1" w:styleId="2E09ACF79A5E4C7ABB8092AFB3426039">
    <w:name w:val="2E09ACF79A5E4C7ABB8092AFB3426039"/>
    <w:rsid w:val="00417FF6"/>
  </w:style>
  <w:style w:type="paragraph" w:customStyle="1" w:styleId="53D74768D1B54CA8B2A5D385C512534A">
    <w:name w:val="53D74768D1B54CA8B2A5D385C512534A"/>
    <w:rsid w:val="00417FF6"/>
  </w:style>
  <w:style w:type="paragraph" w:customStyle="1" w:styleId="9FBFCC8FA3494CD7848576CBEF9DC877">
    <w:name w:val="9FBFCC8FA3494CD7848576CBEF9DC877"/>
    <w:rsid w:val="00417FF6"/>
  </w:style>
  <w:style w:type="paragraph" w:customStyle="1" w:styleId="D1CCCE2DC64D4465B71794DD843FFF31">
    <w:name w:val="D1CCCE2DC64D4465B71794DD843FFF31"/>
    <w:rsid w:val="00417FF6"/>
  </w:style>
  <w:style w:type="paragraph" w:customStyle="1" w:styleId="5B53A3089E014B80A3DF921D322D4D9A">
    <w:name w:val="5B53A3089E014B80A3DF921D322D4D9A"/>
    <w:rsid w:val="00417FF6"/>
  </w:style>
  <w:style w:type="paragraph" w:customStyle="1" w:styleId="E3760AF975DD4EFB8BEB699FB1ADE8EB">
    <w:name w:val="E3760AF975DD4EFB8BEB699FB1ADE8EB"/>
    <w:rsid w:val="00417FF6"/>
  </w:style>
  <w:style w:type="paragraph" w:customStyle="1" w:styleId="B325819E676E41CDB338A38C7F62FAF5">
    <w:name w:val="B325819E676E41CDB338A38C7F62FAF5"/>
    <w:rsid w:val="00417FF6"/>
  </w:style>
  <w:style w:type="paragraph" w:customStyle="1" w:styleId="80A0B282B56E4C9D83CB7B16E5735CA5">
    <w:name w:val="80A0B282B56E4C9D83CB7B16E5735CA5"/>
    <w:rsid w:val="00417FF6"/>
  </w:style>
  <w:style w:type="paragraph" w:customStyle="1" w:styleId="A211CE5A3D8A490D8A3ADDC376ECA089">
    <w:name w:val="A211CE5A3D8A490D8A3ADDC376ECA089"/>
    <w:rsid w:val="00417FF6"/>
  </w:style>
  <w:style w:type="paragraph" w:customStyle="1" w:styleId="7BC0A5E1A62A4722A0F25B686D7CE532">
    <w:name w:val="7BC0A5E1A62A4722A0F25B686D7CE532"/>
    <w:rsid w:val="00417FF6"/>
  </w:style>
  <w:style w:type="paragraph" w:customStyle="1" w:styleId="EE7C2F2036D64DE99FFDE53A1E774707">
    <w:name w:val="EE7C2F2036D64DE99FFDE53A1E774707"/>
    <w:rsid w:val="00417FF6"/>
  </w:style>
  <w:style w:type="paragraph" w:customStyle="1" w:styleId="68D2E910EC264D63BD8DEA280ABB88C6">
    <w:name w:val="68D2E910EC264D63BD8DEA280ABB88C6"/>
    <w:rsid w:val="00417FF6"/>
  </w:style>
  <w:style w:type="paragraph" w:customStyle="1" w:styleId="3A68C0E2A89E4DDD8D6975632BD05C5F">
    <w:name w:val="3A68C0E2A89E4DDD8D6975632BD05C5F"/>
    <w:rsid w:val="00417FF6"/>
  </w:style>
  <w:style w:type="paragraph" w:customStyle="1" w:styleId="75135E300332412E90FEC8F871AF5736">
    <w:name w:val="75135E300332412E90FEC8F871AF5736"/>
    <w:rsid w:val="00417FF6"/>
  </w:style>
  <w:style w:type="paragraph" w:customStyle="1" w:styleId="4736521809DA4E1AA67C53DF8D0930F3">
    <w:name w:val="4736521809DA4E1AA67C53DF8D0930F3"/>
    <w:rsid w:val="00417FF6"/>
  </w:style>
  <w:style w:type="paragraph" w:customStyle="1" w:styleId="C21B9C3E87074139A9C846B1B4334AB3">
    <w:name w:val="C21B9C3E87074139A9C846B1B4334AB3"/>
    <w:rsid w:val="004161F5"/>
  </w:style>
  <w:style w:type="paragraph" w:customStyle="1" w:styleId="0423504971984E3CA014D7D54995C960">
    <w:name w:val="0423504971984E3CA014D7D54995C960"/>
    <w:rsid w:val="004161F5"/>
  </w:style>
  <w:style w:type="paragraph" w:customStyle="1" w:styleId="047256735BF942FB8FC659570B5872FF">
    <w:name w:val="047256735BF942FB8FC659570B5872FF"/>
    <w:rsid w:val="006239E1"/>
  </w:style>
  <w:style w:type="paragraph" w:customStyle="1" w:styleId="6EB2257E5DDE498E98DC42ED4E9EA10F">
    <w:name w:val="6EB2257E5DDE498E98DC42ED4E9EA10F"/>
    <w:rsid w:val="006239E1"/>
  </w:style>
  <w:style w:type="paragraph" w:customStyle="1" w:styleId="1734C0B0E50C4165979C1D1CD6EF51181">
    <w:name w:val="1734C0B0E50C4165979C1D1CD6EF5118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1">
    <w:name w:val="F4D6CB2241074A76A75ACE4A72F3BACA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1">
    <w:name w:val="5C6BE9DD57B042A78E73AE6C65AB81E9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1">
    <w:name w:val="B94FF17A7DD844238942618D220CAEE0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F24E541B0145AAA4C1F913603E646E1">
    <w:name w:val="96F24E541B0145AAA4C1F913603E646E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3A3162D80445F78DDE0C5B1FC1D3761">
    <w:name w:val="2C3A3162D80445F78DDE0C5B1FC1D376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BB3224C02224BE9B27FBD8B4FA44C851">
    <w:name w:val="3BB3224C02224BE9B27FBD8B4FA44C85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A7464D96FD4651804EB52EF6222011">
    <w:name w:val="52A7464D96FD4651804EB52EF622201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1">
    <w:name w:val="767E5F504CE04A3283DBB5C362BF53DD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492C6D754449F8B542EA48D1DCE9D9">
    <w:name w:val="C0492C6D754449F8B542EA48D1DCE9D9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1">
    <w:name w:val="15FA136DFCC9400EA3643631FD9D49AC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49DCD23CEC4ECE8F377BF42DDB4968">
    <w:name w:val="7E49DCD23CEC4ECE8F377BF42DDB4968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1">
    <w:name w:val="758EF154077D4EC492E0AA02749775EE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1">
    <w:name w:val="60444590C5F4414E83C6454885D5753D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1">
    <w:name w:val="096DC268CB3744C7AF90E558EFABE7F6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1">
    <w:name w:val="16EE3227410F4460A6706019F08584BA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1">
    <w:name w:val="35C6ADD19D0A4F7F9AA8A8D4CCB1374F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1">
    <w:name w:val="0AD4EFDEB46F4DD3B07D7D864B6EAEB2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1">
    <w:name w:val="C969D259CE28476AA1EB44B74A93B0DE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1">
    <w:name w:val="4163D3241B974CB9999FF0EC5B4E2B21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1">
    <w:name w:val="89495584885745569DDCF4FEC1482D05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1">
    <w:name w:val="66C6F6902A3B4D4CA7D745FDDA70B68A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1">
    <w:name w:val="4CD965A9EE694FECADF2476D720E7B6E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1">
    <w:name w:val="09E232A6ADC042DB884957F020A929BA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1">
    <w:name w:val="3DF7FD3C5E5C4C0992D419903A5ACDD9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1">
    <w:name w:val="CADFFF9D18954E1993F5C0789B03E179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1">
    <w:name w:val="657F90F891404138BEF4C8B0986FE706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1">
    <w:name w:val="C9113B8A854441D682CE5AC80AFB0860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1">
    <w:name w:val="A98CC7936C024C2988776FBA2CC670BD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1">
    <w:name w:val="2E9B36F7201C45DF99CA9FA9C42900AE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1">
    <w:name w:val="09814CF1CD7A47D3BB560F37A96F9D58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1">
    <w:name w:val="7793DEAF92564508A217818A964BBBC0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1">
    <w:name w:val="872FF4CA11794B8A841DB2220DF10EA6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1">
    <w:name w:val="4E97BD512F134974B65EC5CE1A1FFA5C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1">
    <w:name w:val="43C24FC1DD4E4C25906C3761C0E444F2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1">
    <w:name w:val="6E5B51F8A20C49259CB13015EB121389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1">
    <w:name w:val="ACA81B7FEB124004A04A95F11ADBD7A7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1">
    <w:name w:val="E3F5175B57004446843F4F317C13BE7C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1">
    <w:name w:val="6E2E25C8BD59485F83A4E1A3EB66C1CA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1">
    <w:name w:val="74CADD3637F3476CAEF2795719E307AF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1">
    <w:name w:val="AB27C8C8D90949D99B80C3BCC40C6DB1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1">
    <w:name w:val="BE6BAA36B4CE46CCBA1107A2CA86328D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1">
    <w:name w:val="98F3A9EE91754E259AFD2F141BD88EC3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1">
    <w:name w:val="A562792367E244C2B52C13434E400DB2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1">
    <w:name w:val="7E217E49FF2B4BCCB4F3ACCCBA862056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1">
    <w:name w:val="A6B6B6169038418C8F137F03A3BAC3E6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1">
    <w:name w:val="BA84038C5BAB4BC98BCFD7720888F4EA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1">
    <w:name w:val="2A85F1BB5E59479D91B2E845B74103B1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1">
    <w:name w:val="734A0FEE22AB4D08A85FAFBB84445CB9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1">
    <w:name w:val="3AE69983638E496B87E186B118E83D05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1">
    <w:name w:val="4E1B8BE8E635423EB269141E9E2912AC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1">
    <w:name w:val="522C19E6AA2346A4966003129C441C2C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1">
    <w:name w:val="DC6DBC8E8B3947CB8F9195F36B67D85A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1">
    <w:name w:val="49487EF4E50B45EF8F8DF0A58099CB09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1">
    <w:name w:val="C6C5AA04D5744E5397F5B4C02E599FEC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1">
    <w:name w:val="657845195F10471BB191FDF6254F450F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1">
    <w:name w:val="4261ABEBA6024587BD9BFFA89B86CBAD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1">
    <w:name w:val="ECE4C47E07C843CCA2D7255597D07705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1">
    <w:name w:val="9444CF760006459A89EF2B7CE3AFF2D1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1">
    <w:name w:val="A451D5A1F2414B9AB219F05CFB3EC45E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1">
    <w:name w:val="E58E1C4CC73644419B96786849CD0414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1">
    <w:name w:val="982533AA1A67444FAB6AD764FF1EF883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1">
    <w:name w:val="A8251704D7154EB4AAFD40739CBF3232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1">
    <w:name w:val="092F71A98DCB432994A49CF6A2418B19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1">
    <w:name w:val="FF714C39671F4059B6173089394CD3ED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1">
    <w:name w:val="28589E92AA8443098EDE0E709D3F9809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1">
    <w:name w:val="7B8873B5DDFA49E29AD3D86C96355BEA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1">
    <w:name w:val="7D53A91E55554B1E87906AAB7E66728B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1">
    <w:name w:val="CA4E4ABAE5DA465E97A6237A7809538C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1">
    <w:name w:val="156AE4FD73954CA688AAE317B321396B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1">
    <w:name w:val="6D5A277E4DAE4119840AF2E2D970FC5F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1">
    <w:name w:val="586FFECF142C4598987272C037E4807A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1">
    <w:name w:val="0FB6E5FECABF45829BB384A56029A28D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1">
    <w:name w:val="26164AFE8C004731B39F8D42AA79484B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1">
    <w:name w:val="143E6DFAA3A744858DA27EA69CF186A8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1">
    <w:name w:val="FB7E9068020A4D09974EA1EB0D07EBE0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1">
    <w:name w:val="B9DD229517514DD3BA30880642405144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1">
    <w:name w:val="4B4DB9EE858049CCB9AFBB15E50951BB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1">
    <w:name w:val="7041F98D97294F33B27DB409BE8E34F1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1">
    <w:name w:val="73AB6D1D873F4738BF61AE697637871D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1">
    <w:name w:val="520891A0A4C04E9D9F8A8F3644975CB1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1">
    <w:name w:val="C582574595EA444189787F4DFB8EE37F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1">
    <w:name w:val="55670920D67C4481B676B57D42BEF39B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1E5E9AF763946C2B3BEC353DE3F7306">
    <w:name w:val="51E5E9AF763946C2B3BEC353DE3F7306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EF1C05A71C4DAA91B29A4C4EAA700B">
    <w:name w:val="8FEF1C05A71C4DAA91B29A4C4EAA700B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771BDDA7C5941A8BC43EE5995976F67">
    <w:name w:val="2771BDDA7C5941A8BC43EE5995976F67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43104CBDB44232AFB0232D73F1C493">
    <w:name w:val="EE43104CBDB44232AFB0232D73F1C493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DA2A178D6B46C39B8B9B8DC8FA81B5">
    <w:name w:val="2BDA2A178D6B46C39B8B9B8DC8FA81B5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78AD9CFA164045B60C9E1325BF8831">
    <w:name w:val="D678AD9CFA164045B60C9E1325BF8831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E3DA2C11814326AD64C0F1205025BF">
    <w:name w:val="C0E3DA2C11814326AD64C0F1205025BF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1016B82DE94F6E9B830ED388546A5C">
    <w:name w:val="CB1016B82DE94F6E9B830ED388546A5C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CDB660DEF04192A1B9508E9A547016">
    <w:name w:val="02CDB660DEF04192A1B9508E9A547016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9773B1B17964FFE95D305F4091EB1EC">
    <w:name w:val="79773B1B17964FFE95D305F4091EB1EC"/>
    <w:rsid w:val="00417FF6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928B3D137B04B7EAF6B8991EAB83354">
    <w:name w:val="E928B3D137B04B7EAF6B8991EAB83354"/>
    <w:rsid w:val="000C2345"/>
  </w:style>
  <w:style w:type="paragraph" w:customStyle="1" w:styleId="93950904BBD34A1C81EF2304DFE5ECA6">
    <w:name w:val="93950904BBD34A1C81EF2304DFE5ECA6"/>
    <w:rsid w:val="000C2345"/>
  </w:style>
  <w:style w:type="paragraph" w:customStyle="1" w:styleId="9E0DD85AA32D405DA5DA7E47368CF282">
    <w:name w:val="9E0DD85AA32D405DA5DA7E47368CF282"/>
    <w:rsid w:val="000C2345"/>
  </w:style>
  <w:style w:type="paragraph" w:customStyle="1" w:styleId="5B2A999D880D4003AF6EA2E2A6021D74">
    <w:name w:val="5B2A999D880D4003AF6EA2E2A6021D74"/>
    <w:rsid w:val="000C2345"/>
  </w:style>
  <w:style w:type="paragraph" w:customStyle="1" w:styleId="E7BBF1003A26407AA0B45B90FACC5C8A">
    <w:name w:val="E7BBF1003A26407AA0B45B90FACC5C8A"/>
    <w:rsid w:val="000C2345"/>
  </w:style>
  <w:style w:type="paragraph" w:customStyle="1" w:styleId="0C27D6B0B07A4519BC60486D63EBC9C6">
    <w:name w:val="0C27D6B0B07A4519BC60486D63EBC9C6"/>
    <w:rsid w:val="000C2345"/>
  </w:style>
  <w:style w:type="paragraph" w:customStyle="1" w:styleId="C0599321E46B47E5A9A6A7978037C9C6">
    <w:name w:val="C0599321E46B47E5A9A6A7978037C9C6"/>
    <w:rsid w:val="000C2345"/>
  </w:style>
  <w:style w:type="paragraph" w:customStyle="1" w:styleId="4180D848FAC7444D8DCB36CAB3BDED7D">
    <w:name w:val="4180D848FAC7444D8DCB36CAB3BDED7D"/>
    <w:rsid w:val="000C2345"/>
  </w:style>
  <w:style w:type="paragraph" w:customStyle="1" w:styleId="13388FF61E1F4CDAA9809D090963C12F">
    <w:name w:val="13388FF61E1F4CDAA9809D090963C12F"/>
    <w:rsid w:val="000C2345"/>
  </w:style>
  <w:style w:type="paragraph" w:customStyle="1" w:styleId="0CBD32D287894CD09A4B06613302A8C9">
    <w:name w:val="0CBD32D287894CD09A4B06613302A8C9"/>
    <w:rsid w:val="000C2345"/>
  </w:style>
  <w:style w:type="paragraph" w:customStyle="1" w:styleId="6B9920180D3F48F88A59A188964CDA04">
    <w:name w:val="6B9920180D3F48F88A59A188964CDA04"/>
    <w:rsid w:val="000C2345"/>
  </w:style>
  <w:style w:type="paragraph" w:customStyle="1" w:styleId="D6753B24D82D4489A36D57AD74F45479">
    <w:name w:val="D6753B24D82D4489A36D57AD74F45479"/>
    <w:rsid w:val="000C2345"/>
  </w:style>
  <w:style w:type="paragraph" w:customStyle="1" w:styleId="A4DE5812F6454694AACA90CF6243ABCD">
    <w:name w:val="A4DE5812F6454694AACA90CF6243ABCD"/>
    <w:rsid w:val="000C2345"/>
  </w:style>
  <w:style w:type="paragraph" w:customStyle="1" w:styleId="FEA9CE2AC10247B6A9D643E28B113D02">
    <w:name w:val="FEA9CE2AC10247B6A9D643E28B113D02"/>
    <w:rsid w:val="000C2345"/>
  </w:style>
  <w:style w:type="paragraph" w:customStyle="1" w:styleId="840E2C80CDC046899502CE35811A35E9">
    <w:name w:val="840E2C80CDC046899502CE35811A35E9"/>
    <w:rsid w:val="000C2345"/>
  </w:style>
  <w:style w:type="paragraph" w:customStyle="1" w:styleId="24FC70836B0244DE8F331D914AAC5C4D">
    <w:name w:val="24FC70836B0244DE8F331D914AAC5C4D"/>
    <w:rsid w:val="000C2345"/>
  </w:style>
  <w:style w:type="paragraph" w:customStyle="1" w:styleId="845D84C80FE44C24BCD1EC300DFA3ECD">
    <w:name w:val="845D84C80FE44C24BCD1EC300DFA3ECD"/>
    <w:rsid w:val="000C2345"/>
  </w:style>
  <w:style w:type="paragraph" w:customStyle="1" w:styleId="F565529FFC1148BA8C3210C99BCC1781">
    <w:name w:val="F565529FFC1148BA8C3210C99BCC1781"/>
    <w:rsid w:val="000C2345"/>
  </w:style>
  <w:style w:type="paragraph" w:customStyle="1" w:styleId="4E0BAC110F414297B56F6F0FF42A8E4B">
    <w:name w:val="4E0BAC110F414297B56F6F0FF42A8E4B"/>
    <w:rsid w:val="000C2345"/>
  </w:style>
  <w:style w:type="paragraph" w:customStyle="1" w:styleId="4EAA0FD18F2946D4A9398E63F1070D7C">
    <w:name w:val="4EAA0FD18F2946D4A9398E63F1070D7C"/>
    <w:rsid w:val="000C2345"/>
  </w:style>
  <w:style w:type="paragraph" w:customStyle="1" w:styleId="B4EA8CB4115849519A1E2662B67524BA">
    <w:name w:val="B4EA8CB4115849519A1E2662B67524BA"/>
    <w:rsid w:val="000C2345"/>
  </w:style>
  <w:style w:type="paragraph" w:customStyle="1" w:styleId="94AF4504CC09468FBCF1795A8BDCC564">
    <w:name w:val="94AF4504CC09468FBCF1795A8BDCC564"/>
    <w:rsid w:val="000C2345"/>
  </w:style>
  <w:style w:type="paragraph" w:customStyle="1" w:styleId="E05D83A0B0604A24A43667A1FE03E932">
    <w:name w:val="E05D83A0B0604A24A43667A1FE03E932"/>
    <w:rsid w:val="000C2345"/>
  </w:style>
  <w:style w:type="paragraph" w:customStyle="1" w:styleId="45D4C8C4275641FC85752E3CB7AA75C9">
    <w:name w:val="45D4C8C4275641FC85752E3CB7AA75C9"/>
    <w:rsid w:val="000C2345"/>
  </w:style>
  <w:style w:type="paragraph" w:customStyle="1" w:styleId="A7316259FB884001878E20C35F0E7174">
    <w:name w:val="A7316259FB884001878E20C35F0E7174"/>
    <w:rsid w:val="000C2345"/>
  </w:style>
  <w:style w:type="paragraph" w:customStyle="1" w:styleId="A0E2A2033A7541D6A85548103945E2F1">
    <w:name w:val="A0E2A2033A7541D6A85548103945E2F1"/>
    <w:rsid w:val="000C2345"/>
  </w:style>
  <w:style w:type="paragraph" w:customStyle="1" w:styleId="AAED296183A94FF68EC2A30F1706A178">
    <w:name w:val="AAED296183A94FF68EC2A30F1706A178"/>
    <w:rsid w:val="000C2345"/>
  </w:style>
  <w:style w:type="paragraph" w:customStyle="1" w:styleId="009B08C6998C4817B8A4AB88903A40CB">
    <w:name w:val="009B08C6998C4817B8A4AB88903A40CB"/>
    <w:rsid w:val="000C2345"/>
  </w:style>
  <w:style w:type="paragraph" w:customStyle="1" w:styleId="AB00AEFCFD3340DEBA9935F564689B10">
    <w:name w:val="AB00AEFCFD3340DEBA9935F564689B10"/>
    <w:rsid w:val="000C2345"/>
  </w:style>
  <w:style w:type="paragraph" w:customStyle="1" w:styleId="92083A9B14A94F4096B112001E55D735">
    <w:name w:val="92083A9B14A94F4096B112001E55D735"/>
    <w:rsid w:val="000C2345"/>
  </w:style>
  <w:style w:type="paragraph" w:customStyle="1" w:styleId="8DDA3BC9EB904F68B80B43D9A5221A79">
    <w:name w:val="8DDA3BC9EB904F68B80B43D9A5221A79"/>
    <w:rsid w:val="000C2345"/>
  </w:style>
  <w:style w:type="paragraph" w:customStyle="1" w:styleId="03C32A7C3FE045BCA48929A561C5735A">
    <w:name w:val="03C32A7C3FE045BCA48929A561C5735A"/>
    <w:rsid w:val="000C2345"/>
  </w:style>
  <w:style w:type="paragraph" w:customStyle="1" w:styleId="A825D7A442A04702A59E029FD3C2DF91">
    <w:name w:val="A825D7A442A04702A59E029FD3C2DF91"/>
    <w:rsid w:val="000C2345"/>
  </w:style>
  <w:style w:type="paragraph" w:customStyle="1" w:styleId="5F7D1BE6AC054B3BB1B210174782FC6B">
    <w:name w:val="5F7D1BE6AC054B3BB1B210174782FC6B"/>
    <w:rsid w:val="000C2345"/>
  </w:style>
  <w:style w:type="paragraph" w:customStyle="1" w:styleId="11BE277B624C4B90833AC7E6A0F9FF7F">
    <w:name w:val="11BE277B624C4B90833AC7E6A0F9FF7F"/>
    <w:rsid w:val="000C2345"/>
  </w:style>
  <w:style w:type="paragraph" w:customStyle="1" w:styleId="0FC8CD94D4944E7799E4393E1B913E44">
    <w:name w:val="0FC8CD94D4944E7799E4393E1B913E44"/>
    <w:rsid w:val="000C2345"/>
  </w:style>
  <w:style w:type="paragraph" w:customStyle="1" w:styleId="7B2FE8461E3549948EF171D5F62935FC">
    <w:name w:val="7B2FE8461E3549948EF171D5F62935FC"/>
    <w:rsid w:val="000C2345"/>
  </w:style>
  <w:style w:type="paragraph" w:customStyle="1" w:styleId="5F06B93654464CDC8F29E7C2C398AA60">
    <w:name w:val="5F06B93654464CDC8F29E7C2C398AA60"/>
    <w:rsid w:val="000C2345"/>
  </w:style>
  <w:style w:type="paragraph" w:customStyle="1" w:styleId="F4BA1182635D4F8DA91A9868883D364B">
    <w:name w:val="F4BA1182635D4F8DA91A9868883D364B"/>
    <w:rsid w:val="000C2345"/>
  </w:style>
  <w:style w:type="paragraph" w:customStyle="1" w:styleId="7D14210B3E9D4C24933AE4932E5CDDA9">
    <w:name w:val="7D14210B3E9D4C24933AE4932E5CDDA9"/>
    <w:rsid w:val="000C2345"/>
  </w:style>
  <w:style w:type="paragraph" w:customStyle="1" w:styleId="12BE9A41FB5D41CC9279B0F19A03D619">
    <w:name w:val="12BE9A41FB5D41CC9279B0F19A03D619"/>
    <w:rsid w:val="000C2345"/>
  </w:style>
  <w:style w:type="paragraph" w:customStyle="1" w:styleId="DEE56275160A488AA9F4A061C8A570D3">
    <w:name w:val="DEE56275160A488AA9F4A061C8A570D3"/>
    <w:rsid w:val="000C2345"/>
  </w:style>
  <w:style w:type="paragraph" w:customStyle="1" w:styleId="3987D20F6CCE459FB7A1367213795A96">
    <w:name w:val="3987D20F6CCE459FB7A1367213795A96"/>
    <w:rsid w:val="000C2345"/>
  </w:style>
  <w:style w:type="paragraph" w:customStyle="1" w:styleId="8F1FDDF23E0C4FB69EFFD638AABC7EBE">
    <w:name w:val="8F1FDDF23E0C4FB69EFFD638AABC7EBE"/>
    <w:rsid w:val="000C2345"/>
  </w:style>
  <w:style w:type="paragraph" w:customStyle="1" w:styleId="1517133207324C388AD2ABC3B193B37D">
    <w:name w:val="1517133207324C388AD2ABC3B193B37D"/>
    <w:rsid w:val="000C2345"/>
  </w:style>
  <w:style w:type="paragraph" w:customStyle="1" w:styleId="9BF94CFAA0BE4178BB5E66844D776F77">
    <w:name w:val="9BF94CFAA0BE4178BB5E66844D776F77"/>
    <w:rsid w:val="000C2345"/>
  </w:style>
  <w:style w:type="paragraph" w:customStyle="1" w:styleId="B3511EC2F2DE441D83CD4B3C5AF3BA22">
    <w:name w:val="B3511EC2F2DE441D83CD4B3C5AF3BA22"/>
    <w:rsid w:val="000C2345"/>
  </w:style>
  <w:style w:type="paragraph" w:customStyle="1" w:styleId="184EA171F12547BDA7A4EB3389A63E6C">
    <w:name w:val="184EA171F12547BDA7A4EB3389A63E6C"/>
    <w:rsid w:val="000C2345"/>
  </w:style>
  <w:style w:type="paragraph" w:customStyle="1" w:styleId="38A3D329B6DE4738867D6EDAA83E5402">
    <w:name w:val="38A3D329B6DE4738867D6EDAA83E5402"/>
    <w:rsid w:val="000C2345"/>
  </w:style>
  <w:style w:type="paragraph" w:customStyle="1" w:styleId="05835F643CFC4C1D81AC8409F3A7956E">
    <w:name w:val="05835F643CFC4C1D81AC8409F3A7956E"/>
    <w:rsid w:val="000C2345"/>
  </w:style>
  <w:style w:type="paragraph" w:customStyle="1" w:styleId="2D4652AA73E14574AEA14857FBB14AAE">
    <w:name w:val="2D4652AA73E14574AEA14857FBB14AAE"/>
    <w:rsid w:val="000C2345"/>
  </w:style>
  <w:style w:type="paragraph" w:customStyle="1" w:styleId="95DAB610269E4C658C97DEF727B66E78">
    <w:name w:val="95DAB610269E4C658C97DEF727B66E78"/>
    <w:rsid w:val="000C2345"/>
  </w:style>
  <w:style w:type="paragraph" w:customStyle="1" w:styleId="2B252D13FD054C109303747793AFD04F">
    <w:name w:val="2B252D13FD054C109303747793AFD04F"/>
    <w:rsid w:val="000C2345"/>
  </w:style>
  <w:style w:type="paragraph" w:customStyle="1" w:styleId="B7A4BFC3F9BA40CC95F5E23844177276">
    <w:name w:val="B7A4BFC3F9BA40CC95F5E23844177276"/>
    <w:rsid w:val="000C2345"/>
  </w:style>
  <w:style w:type="paragraph" w:customStyle="1" w:styleId="F8E56CB107884A49A3E3CAD0C43CF898">
    <w:name w:val="F8E56CB107884A49A3E3CAD0C43CF898"/>
    <w:rsid w:val="000C2345"/>
  </w:style>
  <w:style w:type="paragraph" w:customStyle="1" w:styleId="C43C82B10C5E4AFC96B5C4F497A2D2C3">
    <w:name w:val="C43C82B10C5E4AFC96B5C4F497A2D2C3"/>
    <w:rsid w:val="000C2345"/>
  </w:style>
  <w:style w:type="paragraph" w:customStyle="1" w:styleId="341038B481B54953A99E828DD8C2AAA6">
    <w:name w:val="341038B481B54953A99E828DD8C2AAA6"/>
    <w:rsid w:val="000C2345"/>
  </w:style>
  <w:style w:type="paragraph" w:customStyle="1" w:styleId="5E0909C30E244864B303D2929ED72464">
    <w:name w:val="5E0909C30E244864B303D2929ED72464"/>
    <w:rsid w:val="000C2345"/>
  </w:style>
  <w:style w:type="paragraph" w:customStyle="1" w:styleId="B2EB878418184419934ACC907E4474BF">
    <w:name w:val="B2EB878418184419934ACC907E4474BF"/>
    <w:rsid w:val="000C2345"/>
  </w:style>
  <w:style w:type="paragraph" w:customStyle="1" w:styleId="F6CE0FCE345143009E48153FD2665599">
    <w:name w:val="F6CE0FCE345143009E48153FD2665599"/>
    <w:rsid w:val="000C2345"/>
  </w:style>
  <w:style w:type="paragraph" w:customStyle="1" w:styleId="5BD57191BD134CBC88C6539D2AF7C7C4">
    <w:name w:val="5BD57191BD134CBC88C6539D2AF7C7C4"/>
    <w:rsid w:val="000C2345"/>
  </w:style>
  <w:style w:type="paragraph" w:customStyle="1" w:styleId="D29A05B54BA94794965495C719B38F56">
    <w:name w:val="D29A05B54BA94794965495C719B38F56"/>
    <w:rsid w:val="000C2345"/>
  </w:style>
  <w:style w:type="paragraph" w:customStyle="1" w:styleId="98481A8F6AD343B5AF7DFE3015ABA664">
    <w:name w:val="98481A8F6AD343B5AF7DFE3015ABA664"/>
    <w:rsid w:val="000C2345"/>
  </w:style>
  <w:style w:type="paragraph" w:customStyle="1" w:styleId="B8E992C21AED4FCCB3FB805D8832C811">
    <w:name w:val="B8E992C21AED4FCCB3FB805D8832C811"/>
    <w:rsid w:val="000C2345"/>
  </w:style>
  <w:style w:type="paragraph" w:customStyle="1" w:styleId="DB97997027034574A820100BA28779C6">
    <w:name w:val="DB97997027034574A820100BA28779C6"/>
    <w:rsid w:val="000C2345"/>
  </w:style>
  <w:style w:type="paragraph" w:customStyle="1" w:styleId="08A5BBC61EA54C2E9A4DFC84297C3A79">
    <w:name w:val="08A5BBC61EA54C2E9A4DFC84297C3A79"/>
    <w:rsid w:val="000C2345"/>
  </w:style>
  <w:style w:type="paragraph" w:customStyle="1" w:styleId="C4414BEDDCAB4BD5B4E073E6DAFBC97C">
    <w:name w:val="C4414BEDDCAB4BD5B4E073E6DAFBC97C"/>
    <w:rsid w:val="000C2345"/>
  </w:style>
  <w:style w:type="paragraph" w:customStyle="1" w:styleId="03FEDA85EBA3443494BEB1A7CCE6EC5E">
    <w:name w:val="03FEDA85EBA3443494BEB1A7CCE6EC5E"/>
    <w:rsid w:val="000C2345"/>
  </w:style>
  <w:style w:type="paragraph" w:customStyle="1" w:styleId="224B893CAF2A4C18A2BF279A3EB270F1">
    <w:name w:val="224B893CAF2A4C18A2BF279A3EB270F1"/>
    <w:rsid w:val="000C2345"/>
  </w:style>
  <w:style w:type="paragraph" w:customStyle="1" w:styleId="90A14ED0A294403BB4EB0D96749A798B">
    <w:name w:val="90A14ED0A294403BB4EB0D96749A798B"/>
    <w:rsid w:val="000C2345"/>
  </w:style>
  <w:style w:type="paragraph" w:customStyle="1" w:styleId="FA243354C2B748268D403E77E970710A">
    <w:name w:val="FA243354C2B748268D403E77E970710A"/>
    <w:rsid w:val="000C2345"/>
  </w:style>
  <w:style w:type="paragraph" w:customStyle="1" w:styleId="7CC20849886348838E7D5C1751BAAFCE">
    <w:name w:val="7CC20849886348838E7D5C1751BAAFCE"/>
    <w:rsid w:val="000C2345"/>
  </w:style>
  <w:style w:type="paragraph" w:customStyle="1" w:styleId="6B7E1DEC267642A0897503AB3D4FC9DF">
    <w:name w:val="6B7E1DEC267642A0897503AB3D4FC9DF"/>
    <w:rsid w:val="000C2345"/>
  </w:style>
  <w:style w:type="paragraph" w:customStyle="1" w:styleId="3D03718ACD0E4CAD86017488A9C3B8FB">
    <w:name w:val="3D03718ACD0E4CAD86017488A9C3B8FB"/>
    <w:rsid w:val="000C2345"/>
  </w:style>
  <w:style w:type="paragraph" w:customStyle="1" w:styleId="7F73402ACF4945B4963B993FCE77EBC0">
    <w:name w:val="7F73402ACF4945B4963B993FCE77EBC0"/>
    <w:rsid w:val="000C2345"/>
  </w:style>
  <w:style w:type="paragraph" w:customStyle="1" w:styleId="8DEDC25DA65648E0A61722138A5B3F0F">
    <w:name w:val="8DEDC25DA65648E0A61722138A5B3F0F"/>
    <w:rsid w:val="000C2345"/>
  </w:style>
  <w:style w:type="paragraph" w:customStyle="1" w:styleId="D33B18A239F14CE7AB5114B7ACB660EA">
    <w:name w:val="D33B18A239F14CE7AB5114B7ACB660EA"/>
    <w:rsid w:val="000C2345"/>
  </w:style>
  <w:style w:type="paragraph" w:customStyle="1" w:styleId="6B2728BAAE0D438C8B15904C234A9AD6">
    <w:name w:val="6B2728BAAE0D438C8B15904C234A9AD6"/>
    <w:rsid w:val="000C2345"/>
  </w:style>
  <w:style w:type="paragraph" w:customStyle="1" w:styleId="1C7620EE0A66412383641D87005D552C">
    <w:name w:val="1C7620EE0A66412383641D87005D552C"/>
    <w:rsid w:val="000C2345"/>
  </w:style>
  <w:style w:type="paragraph" w:customStyle="1" w:styleId="36B89B7D43B443D889ED0D231AC66935">
    <w:name w:val="36B89B7D43B443D889ED0D231AC66935"/>
    <w:rsid w:val="000C2345"/>
  </w:style>
  <w:style w:type="paragraph" w:customStyle="1" w:styleId="E4DF4D48FF2E44A68677DB9186CA755C">
    <w:name w:val="E4DF4D48FF2E44A68677DB9186CA755C"/>
    <w:rsid w:val="000C2345"/>
  </w:style>
  <w:style w:type="paragraph" w:customStyle="1" w:styleId="D1B4F9AB76C649A78C33B4FFC9BEB8F6">
    <w:name w:val="D1B4F9AB76C649A78C33B4FFC9BEB8F6"/>
    <w:rsid w:val="000C2345"/>
  </w:style>
  <w:style w:type="paragraph" w:customStyle="1" w:styleId="FC67A76DC58D48B8926CC3A90C2168AB">
    <w:name w:val="FC67A76DC58D48B8926CC3A90C2168AB"/>
    <w:rsid w:val="000C2345"/>
  </w:style>
  <w:style w:type="paragraph" w:customStyle="1" w:styleId="EFE5B9174B574EBD8B7DDA7B55EF7943">
    <w:name w:val="EFE5B9174B574EBD8B7DDA7B55EF7943"/>
    <w:rsid w:val="000C2345"/>
  </w:style>
  <w:style w:type="paragraph" w:customStyle="1" w:styleId="AB3C343E8CEC460C86DF0A14D40F381D">
    <w:name w:val="AB3C343E8CEC460C86DF0A14D40F381D"/>
    <w:rsid w:val="000C2345"/>
  </w:style>
  <w:style w:type="paragraph" w:customStyle="1" w:styleId="43AC25A4B7AD4021A9E83559C575621D">
    <w:name w:val="43AC25A4B7AD4021A9E83559C575621D"/>
    <w:rsid w:val="000C2345"/>
  </w:style>
  <w:style w:type="paragraph" w:customStyle="1" w:styleId="72D375FE267948BA8E46030D496D1653">
    <w:name w:val="72D375FE267948BA8E46030D496D1653"/>
    <w:rsid w:val="000C2345"/>
  </w:style>
  <w:style w:type="paragraph" w:customStyle="1" w:styleId="231112FFF24743F5B81BF71AA554E251">
    <w:name w:val="231112FFF24743F5B81BF71AA554E251"/>
    <w:rsid w:val="000C2345"/>
  </w:style>
  <w:style w:type="paragraph" w:customStyle="1" w:styleId="8E7AEC81E6934CB6B7403055EF94259E">
    <w:name w:val="8E7AEC81E6934CB6B7403055EF94259E"/>
    <w:rsid w:val="000C2345"/>
  </w:style>
  <w:style w:type="paragraph" w:customStyle="1" w:styleId="077ED1DB8EC44D14AB99336A4B391381">
    <w:name w:val="077ED1DB8EC44D14AB99336A4B391381"/>
    <w:rsid w:val="000C2345"/>
  </w:style>
  <w:style w:type="paragraph" w:customStyle="1" w:styleId="5BE45A38514E4F72BBC168F267C41437">
    <w:name w:val="5BE45A38514E4F72BBC168F267C41437"/>
    <w:rsid w:val="000C2345"/>
  </w:style>
  <w:style w:type="paragraph" w:customStyle="1" w:styleId="902879E63ED845F5BFBB66FC45877926">
    <w:name w:val="902879E63ED845F5BFBB66FC45877926"/>
    <w:rsid w:val="000C2345"/>
  </w:style>
  <w:style w:type="paragraph" w:customStyle="1" w:styleId="9AAEC8B69FFE449092B9576F48F68E25">
    <w:name w:val="9AAEC8B69FFE449092B9576F48F68E25"/>
    <w:rsid w:val="000C2345"/>
  </w:style>
  <w:style w:type="paragraph" w:customStyle="1" w:styleId="4698BE0023D14D859C1CF8133A5B7BB9">
    <w:name w:val="4698BE0023D14D859C1CF8133A5B7BB9"/>
    <w:rsid w:val="000C2345"/>
  </w:style>
  <w:style w:type="paragraph" w:customStyle="1" w:styleId="B9A1F8DB398B497788A9F2640F13E7B6">
    <w:name w:val="B9A1F8DB398B497788A9F2640F13E7B6"/>
    <w:rsid w:val="000C2345"/>
  </w:style>
  <w:style w:type="paragraph" w:customStyle="1" w:styleId="1006D5334C7645D98814E77DB04BC9AB">
    <w:name w:val="1006D5334C7645D98814E77DB04BC9AB"/>
    <w:rsid w:val="000C2345"/>
  </w:style>
  <w:style w:type="paragraph" w:customStyle="1" w:styleId="C3CDDF494F024834983D2412C508C4CF">
    <w:name w:val="C3CDDF494F024834983D2412C508C4CF"/>
    <w:rsid w:val="000C2345"/>
  </w:style>
  <w:style w:type="paragraph" w:customStyle="1" w:styleId="EB9C78A16E3B414CA7F4808F58E226A1">
    <w:name w:val="EB9C78A16E3B414CA7F4808F58E226A1"/>
    <w:rsid w:val="000C2345"/>
  </w:style>
  <w:style w:type="paragraph" w:customStyle="1" w:styleId="F5C3BEE3C8D74BE8B4E2E82E6C548D4E">
    <w:name w:val="F5C3BEE3C8D74BE8B4E2E82E6C548D4E"/>
    <w:rsid w:val="000C2345"/>
  </w:style>
  <w:style w:type="paragraph" w:customStyle="1" w:styleId="B75FF42B4C434DEDADB5C2B97AF2815C">
    <w:name w:val="B75FF42B4C434DEDADB5C2B97AF2815C"/>
    <w:rsid w:val="000C2345"/>
  </w:style>
  <w:style w:type="paragraph" w:customStyle="1" w:styleId="3DC81886BD35412D829536EACCB9B711">
    <w:name w:val="3DC81886BD35412D829536EACCB9B711"/>
    <w:rsid w:val="000C2345"/>
  </w:style>
  <w:style w:type="paragraph" w:customStyle="1" w:styleId="E8AF836467904BA3BC0DFD276D90B2A2">
    <w:name w:val="E8AF836467904BA3BC0DFD276D90B2A2"/>
    <w:rsid w:val="000C2345"/>
  </w:style>
  <w:style w:type="paragraph" w:customStyle="1" w:styleId="01FC143117CC4DA3A31607DF425BFCC2">
    <w:name w:val="01FC143117CC4DA3A31607DF425BFCC2"/>
    <w:rsid w:val="000C2345"/>
  </w:style>
  <w:style w:type="paragraph" w:customStyle="1" w:styleId="7BB56E31F9DB4A1EA02EAE2ACFEB2638">
    <w:name w:val="7BB56E31F9DB4A1EA02EAE2ACFEB2638"/>
    <w:rsid w:val="000C2345"/>
  </w:style>
  <w:style w:type="paragraph" w:customStyle="1" w:styleId="60663B54BBF249FB81B3D6DA525FC8AB">
    <w:name w:val="60663B54BBF249FB81B3D6DA525FC8AB"/>
    <w:rsid w:val="000C2345"/>
  </w:style>
  <w:style w:type="paragraph" w:customStyle="1" w:styleId="404564BB005C456386C59B2D81215C89">
    <w:name w:val="404564BB005C456386C59B2D81215C89"/>
    <w:rsid w:val="000C2345"/>
  </w:style>
  <w:style w:type="paragraph" w:customStyle="1" w:styleId="8B6B366005AF4DE7BF494038728D795E">
    <w:name w:val="8B6B366005AF4DE7BF494038728D795E"/>
    <w:rsid w:val="000C2345"/>
  </w:style>
  <w:style w:type="paragraph" w:customStyle="1" w:styleId="D1CAC33E90854D5294ACC9446C0932FF">
    <w:name w:val="D1CAC33E90854D5294ACC9446C0932FF"/>
    <w:rsid w:val="000C2345"/>
  </w:style>
  <w:style w:type="paragraph" w:customStyle="1" w:styleId="AAA6076282CB4F41B304CD46638E9AC3">
    <w:name w:val="AAA6076282CB4F41B304CD46638E9AC3"/>
    <w:rsid w:val="000C2345"/>
  </w:style>
  <w:style w:type="paragraph" w:customStyle="1" w:styleId="FB2E00091AC4471ABC388D5CE4B82916">
    <w:name w:val="FB2E00091AC4471ABC388D5CE4B82916"/>
    <w:rsid w:val="000C2345"/>
  </w:style>
  <w:style w:type="paragraph" w:customStyle="1" w:styleId="4F51DB8F6FAD41BC850188254F06FC02">
    <w:name w:val="4F51DB8F6FAD41BC850188254F06FC02"/>
    <w:rsid w:val="000C2345"/>
  </w:style>
  <w:style w:type="paragraph" w:customStyle="1" w:styleId="E47218CB5CC746EA98BB9CA176DAEE8D">
    <w:name w:val="E47218CB5CC746EA98BB9CA176DAEE8D"/>
    <w:rsid w:val="000C2345"/>
  </w:style>
  <w:style w:type="paragraph" w:customStyle="1" w:styleId="6761CE1EA4DF4C499417BF0E9B3384BE">
    <w:name w:val="6761CE1EA4DF4C499417BF0E9B3384BE"/>
    <w:rsid w:val="000C2345"/>
  </w:style>
  <w:style w:type="paragraph" w:customStyle="1" w:styleId="4EAF14C96C1249029CB3CB11C72930C6">
    <w:name w:val="4EAF14C96C1249029CB3CB11C72930C6"/>
    <w:rsid w:val="000C2345"/>
  </w:style>
  <w:style w:type="paragraph" w:customStyle="1" w:styleId="E7DB687354514D078AF615E08F261687">
    <w:name w:val="E7DB687354514D078AF615E08F261687"/>
    <w:rsid w:val="000C2345"/>
  </w:style>
  <w:style w:type="paragraph" w:customStyle="1" w:styleId="6D9D2D1247714776B9BC57668961DDF3">
    <w:name w:val="6D9D2D1247714776B9BC57668961DDF3"/>
    <w:rsid w:val="000C2345"/>
  </w:style>
  <w:style w:type="paragraph" w:customStyle="1" w:styleId="BB298F2D26D34F16AB2166BE7872E6FD">
    <w:name w:val="BB298F2D26D34F16AB2166BE7872E6FD"/>
    <w:rsid w:val="000C2345"/>
  </w:style>
  <w:style w:type="paragraph" w:customStyle="1" w:styleId="09BC55DA173C4D96992BCBA975851E32">
    <w:name w:val="09BC55DA173C4D96992BCBA975851E32"/>
    <w:rsid w:val="000C2345"/>
  </w:style>
  <w:style w:type="paragraph" w:customStyle="1" w:styleId="082AEF006D934EEB8F9C9EB682A5B8AC">
    <w:name w:val="082AEF006D934EEB8F9C9EB682A5B8AC"/>
    <w:rsid w:val="000C2345"/>
  </w:style>
  <w:style w:type="paragraph" w:customStyle="1" w:styleId="92840F83F857439CB0F560B65A95055C">
    <w:name w:val="92840F83F857439CB0F560B65A95055C"/>
    <w:rsid w:val="000C2345"/>
  </w:style>
  <w:style w:type="paragraph" w:customStyle="1" w:styleId="ACCC264728114ADB8EB894C7A094B5CD">
    <w:name w:val="ACCC264728114ADB8EB894C7A094B5CD"/>
    <w:rsid w:val="000C2345"/>
  </w:style>
  <w:style w:type="paragraph" w:customStyle="1" w:styleId="D9D452437EFA4D61A4BF4165DCA28CF2">
    <w:name w:val="D9D452437EFA4D61A4BF4165DCA28CF2"/>
    <w:rsid w:val="000C2345"/>
  </w:style>
  <w:style w:type="paragraph" w:customStyle="1" w:styleId="1734C0B0E50C4165979C1D1CD6EF5118">
    <w:name w:val="1734C0B0E50C4165979C1D1CD6EF5118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">
    <w:name w:val="F4D6CB2241074A76A75ACE4A72F3BAC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">
    <w:name w:val="5C6BE9DD57B042A78E73AE6C65AB81E9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">
    <w:name w:val="B94FF17A7DD844238942618D220CAEE0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A7464D96FD4651804EB52EF62220111">
    <w:name w:val="52A7464D96FD4651804EB52EF622201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">
    <w:name w:val="767E5F504CE04A3283DBB5C362BF53DD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492C6D754449F8B542EA48D1DCE9D91">
    <w:name w:val="C0492C6D754449F8B542EA48D1DCE9D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">
    <w:name w:val="15FA136DFCC9400EA3643631FD9D49AC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49DCD23CEC4ECE8F377BF42DDB49681">
    <w:name w:val="7E49DCD23CEC4ECE8F377BF42DDB4968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">
    <w:name w:val="758EF154077D4EC492E0AA02749775EE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">
    <w:name w:val="60444590C5F4414E83C6454885D5753D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">
    <w:name w:val="096DC268CB3744C7AF90E558EFABE7F6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">
    <w:name w:val="16EE3227410F4460A6706019F08584B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">
    <w:name w:val="35C6ADD19D0A4F7F9AA8A8D4CCB1374F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">
    <w:name w:val="0AD4EFDEB46F4DD3B07D7D864B6EAEB2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">
    <w:name w:val="C969D259CE28476AA1EB44B74A93B0DE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">
    <w:name w:val="4163D3241B974CB9999FF0EC5B4E2B2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">
    <w:name w:val="89495584885745569DDCF4FEC1482D05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">
    <w:name w:val="66C6F6902A3B4D4CA7D745FDDA70B68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">
    <w:name w:val="4CD965A9EE694FECADF2476D720E7B6E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">
    <w:name w:val="09E232A6ADC042DB884957F020A929B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">
    <w:name w:val="3DF7FD3C5E5C4C0992D419903A5ACDD9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">
    <w:name w:val="CADFFF9D18954E1993F5C0789B03E179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">
    <w:name w:val="657F90F891404138BEF4C8B0986FE706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">
    <w:name w:val="C9113B8A854441D682CE5AC80AFB0860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">
    <w:name w:val="A98CC7936C024C2988776FBA2CC670BD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">
    <w:name w:val="2E9B36F7201C45DF99CA9FA9C42900AE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">
    <w:name w:val="09814CF1CD7A47D3BB560F37A96F9D58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">
    <w:name w:val="7793DEAF92564508A217818A964BBBC0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">
    <w:name w:val="872FF4CA11794B8A841DB2220DF10EA6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">
    <w:name w:val="4E97BD512F134974B65EC5CE1A1FFA5C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">
    <w:name w:val="43C24FC1DD4E4C25906C3761C0E444F2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">
    <w:name w:val="6E5B51F8A20C49259CB13015EB121389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">
    <w:name w:val="ACA81B7FEB124004A04A95F11ADBD7A7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">
    <w:name w:val="E3F5175B57004446843F4F317C13BE7C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">
    <w:name w:val="6E2E25C8BD59485F83A4E1A3EB66C1C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">
    <w:name w:val="74CADD3637F3476CAEF2795719E307AF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">
    <w:name w:val="AB27C8C8D90949D99B80C3BCC40C6D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">
    <w:name w:val="BE6BAA36B4CE46CCBA1107A2CA86328D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">
    <w:name w:val="98F3A9EE91754E259AFD2F141BD88EC3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">
    <w:name w:val="A562792367E244C2B52C13434E400DB2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">
    <w:name w:val="7E217E49FF2B4BCCB4F3ACCCBA862056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">
    <w:name w:val="A6B6B6169038418C8F137F03A3BAC3E6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">
    <w:name w:val="BA84038C5BAB4BC98BCFD7720888F4E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">
    <w:name w:val="2A85F1BB5E59479D91B2E845B74103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">
    <w:name w:val="734A0FEE22AB4D08A85FAFBB84445CB9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">
    <w:name w:val="3AE69983638E496B87E186B118E83D05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">
    <w:name w:val="4E1B8BE8E635423EB269141E9E2912AC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">
    <w:name w:val="522C19E6AA2346A4966003129C441C2C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">
    <w:name w:val="DC6DBC8E8B3947CB8F9195F36B67D85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">
    <w:name w:val="49487EF4E50B45EF8F8DF0A58099CB09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950904BBD34A1C81EF2304DFE5ECA61">
    <w:name w:val="93950904BBD34A1C81EF2304DFE5ECA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E0DD85AA32D405DA5DA7E47368CF2821">
    <w:name w:val="9E0DD85AA32D405DA5DA7E47368CF282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B2A999D880D4003AF6EA2E2A6021D741">
    <w:name w:val="5B2A999D880D4003AF6EA2E2A6021D74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BBF1003A26407AA0B45B90FACC5C8A1">
    <w:name w:val="E7BBF1003A26407AA0B45B90FACC5C8A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27D6B0B07A4519BC60486D63EBC9C61">
    <w:name w:val="0C27D6B0B07A4519BC60486D63EBC9C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599321E46B47E5A9A6A7978037C9C61">
    <w:name w:val="C0599321E46B47E5A9A6A7978037C9C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80D848FAC7444D8DCB36CAB3BDED7D1">
    <w:name w:val="4180D848FAC7444D8DCB36CAB3BDED7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BD32D287894CD09A4B06613302A8C91">
    <w:name w:val="0CBD32D287894CD09A4B06613302A8C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9920180D3F48F88A59A188964CDA041">
    <w:name w:val="6B9920180D3F48F88A59A188964CDA04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753B24D82D4489A36D57AD74F454791">
    <w:name w:val="D6753B24D82D4489A36D57AD74F4547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DE5812F6454694AACA90CF6243ABCD1">
    <w:name w:val="A4DE5812F6454694AACA90CF6243ABC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EA9CE2AC10247B6A9D643E28B113D021">
    <w:name w:val="FEA9CE2AC10247B6A9D643E28B113D02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40E2C80CDC046899502CE35811A35E91">
    <w:name w:val="840E2C80CDC046899502CE35811A35E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FC70836B0244DE8F331D914AAC5C4D1">
    <w:name w:val="24FC70836B0244DE8F331D914AAC5C4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565529FFC1148BA8C3210C99BCC17811">
    <w:name w:val="F565529FFC1148BA8C3210C99BCC178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0BAC110F414297B56F6F0FF42A8E4B1">
    <w:name w:val="4E0BAC110F414297B56F6F0FF42A8E4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AA0FD18F2946D4A9398E63F1070D7C1">
    <w:name w:val="4EAA0FD18F2946D4A9398E63F1070D7C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EA8CB4115849519A1E2662B67524BA1">
    <w:name w:val="B4EA8CB4115849519A1E2662B67524BA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AF4504CC09468FBCF1795A8BDCC5641">
    <w:name w:val="94AF4504CC09468FBCF1795A8BDCC564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05D83A0B0604A24A43667A1FE03E9321">
    <w:name w:val="E05D83A0B0604A24A43667A1FE03E932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5D4C8C4275641FC85752E3CB7AA75C91">
    <w:name w:val="45D4C8C4275641FC85752E3CB7AA75C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">
    <w:name w:val="C6C5AA04D5744E5397F5B4C02E599FEC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">
    <w:name w:val="657845195F10471BB191FDF6254F450F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">
    <w:name w:val="4261ABEBA6024587BD9BFFA89B86CBAD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">
    <w:name w:val="ECE4C47E07C843CCA2D7255597D07705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">
    <w:name w:val="9444CF760006459A89EF2B7CE3AFF2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">
    <w:name w:val="A451D5A1F2414B9AB219F05CFB3EC45E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">
    <w:name w:val="E58E1C4CC73644419B96786849CD0414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">
    <w:name w:val="982533AA1A67444FAB6AD764FF1EF883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">
    <w:name w:val="A8251704D7154EB4AAFD40739CBF3232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">
    <w:name w:val="092F71A98DCB432994A49CF6A2418B19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">
    <w:name w:val="FF714C39671F4059B6173089394CD3ED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">
    <w:name w:val="28589E92AA8443098EDE0E709D3F9809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">
    <w:name w:val="7B8873B5DDFA49E29AD3D86C96355BE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">
    <w:name w:val="7D53A91E55554B1E87906AAB7E66728B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E2A2033A7541D6A85548103945E2F11">
    <w:name w:val="A0E2A2033A7541D6A85548103945E2F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ED296183A94FF68EC2A30F1706A1781">
    <w:name w:val="AAED296183A94FF68EC2A30F1706A178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09B08C6998C4817B8A4AB88903A40CB1">
    <w:name w:val="009B08C6998C4817B8A4AB88903A40C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00AEFCFD3340DEBA9935F564689B101">
    <w:name w:val="AB00AEFCFD3340DEBA9935F564689B10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2083A9B14A94F4096B112001E55D7351">
    <w:name w:val="92083A9B14A94F4096B112001E55D735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DDA3BC9EB904F68B80B43D9A5221A791">
    <w:name w:val="8DDA3BC9EB904F68B80B43D9A5221A7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3C32A7C3FE045BCA48929A561C5735A1">
    <w:name w:val="03C32A7C3FE045BCA48929A561C5735A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F7D1BE6AC054B3BB1B210174782FC6B1">
    <w:name w:val="5F7D1BE6AC054B3BB1B210174782FC6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1BE277B624C4B90833AC7E6A0F9FF7F1">
    <w:name w:val="11BE277B624C4B90833AC7E6A0F9FF7F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C8CD94D4944E7799E4393E1B913E441">
    <w:name w:val="0FC8CD94D4944E7799E4393E1B913E44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2FE8461E3549948EF171D5F62935FC1">
    <w:name w:val="7B2FE8461E3549948EF171D5F62935FC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F06B93654464CDC8F29E7C2C398AA601">
    <w:name w:val="5F06B93654464CDC8F29E7C2C398AA60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BA1182635D4F8DA91A9868883D364B1">
    <w:name w:val="F4BA1182635D4F8DA91A9868883D364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14210B3E9D4C24933AE4932E5CDDA91">
    <w:name w:val="7D14210B3E9D4C24933AE4932E5CDDA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EE56275160A488AA9F4A061C8A570D31">
    <w:name w:val="DEE56275160A488AA9F4A061C8A570D3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87D20F6CCE459FB7A1367213795A961">
    <w:name w:val="3987D20F6CCE459FB7A1367213795A9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1FDDF23E0C4FB69EFFD638AABC7EBE1">
    <w:name w:val="8F1FDDF23E0C4FB69EFFD638AABC7EBE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17133207324C388AD2ABC3B193B37D1">
    <w:name w:val="1517133207324C388AD2ABC3B193B37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F94CFAA0BE4178BB5E66844D776F771">
    <w:name w:val="9BF94CFAA0BE4178BB5E66844D776F77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511EC2F2DE441D83CD4B3C5AF3BA221">
    <w:name w:val="B3511EC2F2DE441D83CD4B3C5AF3BA22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84EA171F12547BDA7A4EB3389A63E6C1">
    <w:name w:val="184EA171F12547BDA7A4EB3389A63E6C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">
    <w:name w:val="CA4E4ABAE5DA465E97A6237A7809538C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">
    <w:name w:val="156AE4FD73954CA688AAE317B321396B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">
    <w:name w:val="6D5A277E4DAE4119840AF2E2D970FC5F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">
    <w:name w:val="586FFECF142C4598987272C037E4807A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">
    <w:name w:val="0FB6E5FECABF45829BB384A56029A28D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">
    <w:name w:val="26164AFE8C004731B39F8D42AA79484B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">
    <w:name w:val="143E6DFAA3A744858DA27EA69CF186A8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">
    <w:name w:val="FB7E9068020A4D09974EA1EB0D07EBE0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">
    <w:name w:val="B9DD229517514DD3BA30880642405144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">
    <w:name w:val="4B4DB9EE858049CCB9AFBB15E50951BB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5835F643CFC4C1D81AC8409F3A7956E1">
    <w:name w:val="05835F643CFC4C1D81AC8409F3A7956E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4652AA73E14574AEA14857FBB14AAE1">
    <w:name w:val="2D4652AA73E14574AEA14857FBB14AAE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DAB610269E4C658C97DEF727B66E781">
    <w:name w:val="95DAB610269E4C658C97DEF727B66E78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252D13FD054C109303747793AFD04F1">
    <w:name w:val="2B252D13FD054C109303747793AFD04F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7A4BFC3F9BA40CC95F5E238441772761">
    <w:name w:val="B7A4BFC3F9BA40CC95F5E2384417727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3C82B10C5E4AFC96B5C4F497A2D2C31">
    <w:name w:val="C43C82B10C5E4AFC96B5C4F497A2D2C3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1038B481B54953A99E828DD8C2AAA61">
    <w:name w:val="341038B481B54953A99E828DD8C2AAA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0909C30E244864B303D2929ED724641">
    <w:name w:val="5E0909C30E244864B303D2929ED72464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EB878418184419934ACC907E4474BF1">
    <w:name w:val="B2EB878418184419934ACC907E4474BF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CE0FCE345143009E48153FD26655991">
    <w:name w:val="F6CE0FCE345143009E48153FD266559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7C2F2036D64DE99FFDE53A1E7747071">
    <w:name w:val="EE7C2F2036D64DE99FFDE53A1E774707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8D2E910EC264D63BD8DEA280ABB88C61">
    <w:name w:val="68D2E910EC264D63BD8DEA280ABB88C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68C0E2A89E4DDD8D6975632BD05C5F1">
    <w:name w:val="3A68C0E2A89E4DDD8D6975632BD05C5F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135E300332412E90FEC8F871AF57361">
    <w:name w:val="75135E300332412E90FEC8F871AF573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736521809DA4E1AA67C53DF8D0930F31">
    <w:name w:val="4736521809DA4E1AA67C53DF8D0930F3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9A05B54BA94794965495C719B38F561">
    <w:name w:val="D29A05B54BA94794965495C719B38F5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481A8F6AD343B5AF7DFE3015ABA6641">
    <w:name w:val="98481A8F6AD343B5AF7DFE3015ABA664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8E992C21AED4FCCB3FB805D8832C8111">
    <w:name w:val="B8E992C21AED4FCCB3FB805D8832C81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97997027034574A820100BA28779C61">
    <w:name w:val="DB97997027034574A820100BA28779C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A5BBC61EA54C2E9A4DFC84297C3A791">
    <w:name w:val="08A5BBC61EA54C2E9A4DFC84297C3A7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3FEDA85EBA3443494BEB1A7CCE6EC5E1">
    <w:name w:val="03FEDA85EBA3443494BEB1A7CCE6EC5E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4B893CAF2A4C18A2BF279A3EB270F11">
    <w:name w:val="224B893CAF2A4C18A2BF279A3EB270F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A14ED0A294403BB4EB0D96749A798B1">
    <w:name w:val="90A14ED0A294403BB4EB0D96749A798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243354C2B748268D403E77E970710A1">
    <w:name w:val="FA243354C2B748268D403E77E970710A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C20849886348838E7D5C1751BAAFCE1">
    <w:name w:val="7CC20849886348838E7D5C1751BAAFCE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03718ACD0E4CAD86017488A9C3B8FB1">
    <w:name w:val="3D03718ACD0E4CAD86017488A9C3B8F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F73402ACF4945B4963B993FCE77EBC01">
    <w:name w:val="7F73402ACF4945B4963B993FCE77EBC0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DEDC25DA65648E0A61722138A5B3F0F1">
    <w:name w:val="8DEDC25DA65648E0A61722138A5B3F0F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33B18A239F14CE7AB5114B7ACB660EA1">
    <w:name w:val="D33B18A239F14CE7AB5114B7ACB660EA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2728BAAE0D438C8B15904C234A9AD61">
    <w:name w:val="6B2728BAAE0D438C8B15904C234A9AD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B89B7D43B443D889ED0D231AC669351">
    <w:name w:val="36B89B7D43B443D889ED0D231AC66935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4DF4D48FF2E44A68677DB9186CA755C1">
    <w:name w:val="E4DF4D48FF2E44A68677DB9186CA755C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1B4F9AB76C649A78C33B4FFC9BEB8F61">
    <w:name w:val="D1B4F9AB76C649A78C33B4FFC9BEB8F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C67A76DC58D48B8926CC3A90C2168AB1">
    <w:name w:val="FC67A76DC58D48B8926CC3A90C2168A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FE5B9174B574EBD8B7DDA7B55EF79431">
    <w:name w:val="EFE5B9174B574EBD8B7DDA7B55EF7943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">
    <w:name w:val="7041F98D97294F33B27DB409BE8E34F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">
    <w:name w:val="73AB6D1D873F4738BF61AE697637871D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">
    <w:name w:val="520891A0A4C04E9D9F8A8F3644975C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">
    <w:name w:val="C582574595EA444189787F4DFB8EE37F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">
    <w:name w:val="55670920D67C4481B676B57D42BEF39B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B53A3089E014B80A3DF921D322D4D9A1">
    <w:name w:val="5B53A3089E014B80A3DF921D322D4D9A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760AF975DD4EFB8BEB699FB1ADE8EB1">
    <w:name w:val="E3760AF975DD4EFB8BEB699FB1ADE8E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25819E676E41CDB338A38C7F62FAF51">
    <w:name w:val="B325819E676E41CDB338A38C7F62FAF5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0A0B282B56E4C9D83CB7B16E5735CA51">
    <w:name w:val="80A0B282B56E4C9D83CB7B16E5735CA5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11CE5A3D8A490D8A3ADDC376ECA0891">
    <w:name w:val="A211CE5A3D8A490D8A3ADDC376ECA08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AC25A4B7AD4021A9E83559C575621D1">
    <w:name w:val="43AC25A4B7AD4021A9E83559C575621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2D375FE267948BA8E46030D496D16531">
    <w:name w:val="72D375FE267948BA8E46030D496D1653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1112FFF24743F5B81BF71AA554E2511">
    <w:name w:val="231112FFF24743F5B81BF71AA554E25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E7AEC81E6934CB6B7403055EF94259E1">
    <w:name w:val="8E7AEC81E6934CB6B7403055EF94259E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7ED1DB8EC44D14AB99336A4B3913811">
    <w:name w:val="077ED1DB8EC44D14AB99336A4B39138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2879E63ED845F5BFBB66FC458779261">
    <w:name w:val="902879E63ED845F5BFBB66FC4587792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AEC8B69FFE449092B9576F48F68E251">
    <w:name w:val="9AAEC8B69FFE449092B9576F48F68E25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698BE0023D14D859C1CF8133A5B7BB91">
    <w:name w:val="4698BE0023D14D859C1CF8133A5B7BB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A1F8DB398B497788A9F2640F13E7B61">
    <w:name w:val="B9A1F8DB398B497788A9F2640F13E7B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06D5334C7645D98814E77DB04BC9AB1">
    <w:name w:val="1006D5334C7645D98814E77DB04BC9A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B9C78A16E3B414CA7F4808F58E226A11">
    <w:name w:val="EB9C78A16E3B414CA7F4808F58E226A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5C3BEE3C8D74BE8B4E2E82E6C548D4E1">
    <w:name w:val="F5C3BEE3C8D74BE8B4E2E82E6C548D4E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75FF42B4C434DEDADB5C2B97AF2815C1">
    <w:name w:val="B75FF42B4C434DEDADB5C2B97AF2815C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C81886BD35412D829536EACCB9B7111">
    <w:name w:val="3DC81886BD35412D829536EACCB9B711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AF836467904BA3BC0DFD276D90B2A21">
    <w:name w:val="E8AF836467904BA3BC0DFD276D90B2A2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5B6655259146508DD418BD48E5BC431">
    <w:name w:val="E35B6655259146508DD418BD48E5BC43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63460EDC9E4D71AF7E9395FDDA9EEC1">
    <w:name w:val="C463460EDC9E4D71AF7E9395FDDA9EEC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09ACF79A5E4C7ABB8092AFB34260391">
    <w:name w:val="2E09ACF79A5E4C7ABB8092AFB342603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D74768D1B54CA8B2A5D385C512534A1">
    <w:name w:val="53D74768D1B54CA8B2A5D385C512534A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B56E31F9DB4A1EA02EAE2ACFEB26381">
    <w:name w:val="7BB56E31F9DB4A1EA02EAE2ACFEB2638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663B54BBF249FB81B3D6DA525FC8AB1">
    <w:name w:val="60663B54BBF249FB81B3D6DA525FC8AB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4564BB005C456386C59B2D81215C891">
    <w:name w:val="404564BB005C456386C59B2D81215C89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6B366005AF4DE7BF494038728D795E1">
    <w:name w:val="8B6B366005AF4DE7BF494038728D795E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A6076282CB4F41B304CD46638E9AC31">
    <w:name w:val="AAA6076282CB4F41B304CD46638E9AC3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2E00091AC4471ABC388D5CE4B829161">
    <w:name w:val="FB2E00091AC4471ABC388D5CE4B8291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51DB8F6FAD41BC850188254F06FC021">
    <w:name w:val="4F51DB8F6FAD41BC850188254F06FC02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47218CB5CC746EA98BB9CA176DAEE8D1">
    <w:name w:val="E47218CB5CC746EA98BB9CA176DAEE8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AF14C96C1249029CB3CB11C72930C61">
    <w:name w:val="4EAF14C96C1249029CB3CB11C72930C6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DB687354514D078AF615E08F2616871">
    <w:name w:val="E7DB687354514D078AF615E08F261687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9D2D1247714776B9BC57668961DDF31">
    <w:name w:val="6D9D2D1247714776B9BC57668961DDF3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B298F2D26D34F16AB2166BE7872E6FD1">
    <w:name w:val="BB298F2D26D34F16AB2166BE7872E6F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2AEF006D934EEB8F9C9EB682A5B8AC1">
    <w:name w:val="082AEF006D934EEB8F9C9EB682A5B8AC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2840F83F857439CB0F560B65A95055C1">
    <w:name w:val="92840F83F857439CB0F560B65A95055C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CC264728114ADB8EB894C7A094B5CD1">
    <w:name w:val="ACCC264728114ADB8EB894C7A094B5CD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9D452437EFA4D61A4BF4165DCA28CF21">
    <w:name w:val="D9D452437EFA4D61A4BF4165DCA28CF21"/>
    <w:rsid w:val="000C2345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52DF81-90CE-4D11-8577-386F266214EA}"/>
</file>

<file path=customXml/itemProps2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2017</Words>
  <Characters>11498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Shivana Chandra</cp:lastModifiedBy>
  <cp:revision>5</cp:revision>
  <dcterms:created xsi:type="dcterms:W3CDTF">2026-09-04T12:53:00Z</dcterms:created>
  <dcterms:modified xsi:type="dcterms:W3CDTF">2026-09-10T12:18:00Z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