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B7AE9A3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B908D2">
        <w:rPr>
          <w:b/>
          <w:bCs/>
          <w:sz w:val="40"/>
          <w:szCs w:val="40"/>
        </w:rPr>
        <w:t>Medical Oncology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Default="00260F73" w:rsidP="00260F73"/>
    <w:p w14:paraId="794CB4A3" w14:textId="77777777" w:rsidR="008360E8" w:rsidRPr="00260F73" w:rsidRDefault="008360E8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3C6B2130">
                <wp:simplePos x="0" y="0"/>
                <wp:positionH relativeFrom="margin">
                  <wp:align>right</wp:align>
                </wp:positionH>
                <wp:positionV relativeFrom="paragraph">
                  <wp:posOffset>2153920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C264FAD" w:rsidR="002931FF" w:rsidRPr="008360E8" w:rsidRDefault="008360E8" w:rsidP="008360E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9.6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Bk1Z8C&#10;3QAAAAgBAAAPAAAAAAAAAAAAAAAAAGgEAABkcnMvZG93bnJldi54bWxQSwUGAAAAAAQABADzAAAA&#10;cgUAAAAA&#10;">
                <v:textbox style="mso-fit-shape-to-text:t">
                  <w:txbxContent>
                    <w:p w14:paraId="0B7A552B" w14:textId="5C264FAD" w:rsidR="002931FF" w:rsidRPr="008360E8" w:rsidRDefault="008360E8" w:rsidP="008360E8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7B9BE08A" w14:textId="77777777" w:rsidR="00B908D2" w:rsidRPr="00B908D2" w:rsidRDefault="00B908D2" w:rsidP="00B908D2">
      <w:pPr>
        <w:rPr>
          <w:b/>
          <w:bCs/>
          <w:lang w:val="en-US"/>
        </w:rPr>
      </w:pPr>
      <w:r w:rsidRPr="00B908D2">
        <w:rPr>
          <w:b/>
          <w:bCs/>
          <w:lang w:val="en-US"/>
        </w:rPr>
        <w:t xml:space="preserve">Statement (500 words) outlining your motivation for a career in medical oncology including interest / experience to date / steps to build your career and long term goals 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Content>
        <w:p w14:paraId="1C5F0DEB" w14:textId="1D1275C3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379743B" w14:textId="77777777" w:rsidR="00726D0B" w:rsidRDefault="00726D0B" w:rsidP="00726D0B"/>
    <w:p w14:paraId="10648A03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74E50101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013DE9A" w14:textId="77777777" w:rsidR="00B908D2" w:rsidRDefault="00B908D2" w:rsidP="00B908D2"/>
    <w:p w14:paraId="73BB5930" w14:textId="77777777" w:rsidR="008360E8" w:rsidRDefault="008360E8" w:rsidP="00B908D2"/>
    <w:p w14:paraId="75B4FEB0" w14:textId="376530F4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611637B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52EB0BA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408ABF11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C1ADAE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20E4DB52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B8E370A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4ACC01C9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2ED958A4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6FFE7548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5AC470AA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14E1A203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43F9DC96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605439E4" w:rsidR="00214ECC" w:rsidRPr="008360E8" w:rsidRDefault="003729FB" w:rsidP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8360E8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0FDCF66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5ACA48B1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78689A51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317F36DD" w:rsidR="002E140B" w:rsidRPr="00260F73" w:rsidRDefault="002E140B" w:rsidP="002E140B"/>
        </w:tc>
      </w:tr>
      <w:tr w:rsidR="008360E8" w:rsidRPr="00260F73" w14:paraId="0363CA70" w14:textId="77777777" w:rsidTr="00E70F08">
        <w:tc>
          <w:tcPr>
            <w:tcW w:w="9350" w:type="dxa"/>
            <w:gridSpan w:val="2"/>
          </w:tcPr>
          <w:p w14:paraId="43B149AA" w14:textId="3A2E3401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339047675"/>
                <w:placeholder>
                  <w:docPart w:val="C07BC5EED812493CAB3BD374A7CB4D85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2B1BC844" w14:textId="77777777" w:rsidTr="002E140B">
        <w:tc>
          <w:tcPr>
            <w:tcW w:w="2547" w:type="dxa"/>
          </w:tcPr>
          <w:p w14:paraId="2659EFB3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287474565"/>
            <w:placeholder>
              <w:docPart w:val="3398294D209F4216B8489A8FD8D6657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34D64A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35BAA1FF" w14:textId="77777777" w:rsidTr="002E140B">
        <w:tc>
          <w:tcPr>
            <w:tcW w:w="2547" w:type="dxa"/>
          </w:tcPr>
          <w:p w14:paraId="63DEB1DE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77244382"/>
            <w:placeholder>
              <w:docPart w:val="8374E3260D8249BCB101ACCBADFA905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15A7154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7786F987" w14:textId="77777777" w:rsidTr="002E140B">
        <w:tc>
          <w:tcPr>
            <w:tcW w:w="2547" w:type="dxa"/>
          </w:tcPr>
          <w:p w14:paraId="53E57E7D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347903251"/>
            <w:placeholder>
              <w:docPart w:val="DE82DDF8619B4FB6B85E247B796EDC9B"/>
            </w:placeholder>
            <w:showingPlcHdr/>
          </w:sdtPr>
          <w:sdtContent>
            <w:tc>
              <w:tcPr>
                <w:tcW w:w="6803" w:type="dxa"/>
              </w:tcPr>
              <w:p w14:paraId="26326CD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FCD41AA" w14:textId="77777777" w:rsidTr="002E140B">
        <w:tc>
          <w:tcPr>
            <w:tcW w:w="2547" w:type="dxa"/>
          </w:tcPr>
          <w:p w14:paraId="101FA66F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185123479"/>
            <w:placeholder>
              <w:docPart w:val="46D940DEC70B4715B4C393D1943471A8"/>
            </w:placeholder>
            <w:showingPlcHdr/>
          </w:sdtPr>
          <w:sdtContent>
            <w:tc>
              <w:tcPr>
                <w:tcW w:w="6803" w:type="dxa"/>
              </w:tcPr>
              <w:p w14:paraId="2940A38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D9E2696" w14:textId="77777777" w:rsidTr="002E140B">
        <w:tc>
          <w:tcPr>
            <w:tcW w:w="2547" w:type="dxa"/>
            <w:vAlign w:val="center"/>
          </w:tcPr>
          <w:p w14:paraId="705CDA44" w14:textId="77777777" w:rsidR="008360E8" w:rsidRPr="00260F73" w:rsidRDefault="008360E8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869448886"/>
            <w:placeholder>
              <w:docPart w:val="3E0AB0A2B2674F00BEC8C26C54F72F3B"/>
            </w:placeholder>
            <w:showingPlcHdr/>
          </w:sdtPr>
          <w:sdtContent>
            <w:tc>
              <w:tcPr>
                <w:tcW w:w="6803" w:type="dxa"/>
              </w:tcPr>
              <w:p w14:paraId="352E55CB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E0B2C88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73B1A2A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051452289"/>
            <w:placeholder>
              <w:docPart w:val="87CD06D0D8E14EE39265D54698BD119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16796A6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D0FD5E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82929" w14:textId="30800435" w:rsidR="008360E8" w:rsidRPr="00260F73" w:rsidRDefault="008360E8" w:rsidP="002E140B"/>
        </w:tc>
      </w:tr>
      <w:tr w:rsidR="008360E8" w:rsidRPr="00260F73" w14:paraId="3905D6A5" w14:textId="77777777" w:rsidTr="00E70F08">
        <w:tc>
          <w:tcPr>
            <w:tcW w:w="9350" w:type="dxa"/>
            <w:gridSpan w:val="2"/>
          </w:tcPr>
          <w:p w14:paraId="23A2D659" w14:textId="209B1374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361558179"/>
                <w:placeholder>
                  <w:docPart w:val="B6B87C171B5A40AFBCB0A9A4EC45EFCE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6806E2CA" w14:textId="77777777" w:rsidTr="002E140B">
        <w:tc>
          <w:tcPr>
            <w:tcW w:w="2547" w:type="dxa"/>
          </w:tcPr>
          <w:p w14:paraId="30084844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9016476"/>
            <w:placeholder>
              <w:docPart w:val="39A5173520B24CFBBAB0F047F70BE4C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8C927C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64535A0B" w14:textId="77777777" w:rsidTr="002E140B">
        <w:tc>
          <w:tcPr>
            <w:tcW w:w="2547" w:type="dxa"/>
          </w:tcPr>
          <w:p w14:paraId="6B374AC1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991706271"/>
            <w:placeholder>
              <w:docPart w:val="86E77320FF404DCFBDC8796D1B52653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33BB31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38B8F2F5" w14:textId="77777777" w:rsidTr="002E140B">
        <w:tc>
          <w:tcPr>
            <w:tcW w:w="2547" w:type="dxa"/>
          </w:tcPr>
          <w:p w14:paraId="6CB23129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16039346"/>
            <w:placeholder>
              <w:docPart w:val="FB0132211DB5461593A26F06D4D36ECF"/>
            </w:placeholder>
            <w:showingPlcHdr/>
          </w:sdtPr>
          <w:sdtContent>
            <w:tc>
              <w:tcPr>
                <w:tcW w:w="6803" w:type="dxa"/>
              </w:tcPr>
              <w:p w14:paraId="0B14D195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0815362C" w14:textId="77777777" w:rsidTr="002E140B">
        <w:tc>
          <w:tcPr>
            <w:tcW w:w="2547" w:type="dxa"/>
          </w:tcPr>
          <w:p w14:paraId="2A4D72D4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811282003"/>
            <w:placeholder>
              <w:docPart w:val="A48B3D68BA90427185C83E86084B855F"/>
            </w:placeholder>
            <w:showingPlcHdr/>
          </w:sdtPr>
          <w:sdtContent>
            <w:tc>
              <w:tcPr>
                <w:tcW w:w="6803" w:type="dxa"/>
              </w:tcPr>
              <w:p w14:paraId="783AEFF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DEC2BC4" w14:textId="77777777" w:rsidTr="002E140B">
        <w:tc>
          <w:tcPr>
            <w:tcW w:w="2547" w:type="dxa"/>
            <w:vAlign w:val="center"/>
          </w:tcPr>
          <w:p w14:paraId="30CBDC46" w14:textId="77777777" w:rsidR="008360E8" w:rsidRPr="00260F73" w:rsidRDefault="008360E8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51908857"/>
            <w:placeholder>
              <w:docPart w:val="C0E48B1C91D74B7D8A84A535D6358B9A"/>
            </w:placeholder>
            <w:showingPlcHdr/>
          </w:sdtPr>
          <w:sdtContent>
            <w:tc>
              <w:tcPr>
                <w:tcW w:w="6803" w:type="dxa"/>
              </w:tcPr>
              <w:p w14:paraId="17CE3C4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77BBFB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857D738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922823697"/>
            <w:placeholder>
              <w:docPart w:val="8DF1F21E4CF040ECAA288B9A63498CC2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CE85117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DF49B5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699BC" w14:textId="5E0C8018" w:rsidR="008360E8" w:rsidRPr="00260F73" w:rsidRDefault="008360E8" w:rsidP="002E140B"/>
        </w:tc>
      </w:tr>
      <w:tr w:rsidR="008360E8" w:rsidRPr="00260F73" w14:paraId="5F3B5400" w14:textId="77777777" w:rsidTr="00E70F08">
        <w:tc>
          <w:tcPr>
            <w:tcW w:w="9350" w:type="dxa"/>
            <w:gridSpan w:val="2"/>
          </w:tcPr>
          <w:p w14:paraId="16874A55" w14:textId="20FA5232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092902051"/>
                <w:placeholder>
                  <w:docPart w:val="259E062D09894DA58693C3A5B7324F79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783CD3D6" w14:textId="77777777" w:rsidTr="002E140B">
        <w:tc>
          <w:tcPr>
            <w:tcW w:w="2547" w:type="dxa"/>
          </w:tcPr>
          <w:p w14:paraId="02127BE4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831250456"/>
            <w:placeholder>
              <w:docPart w:val="9E7C7A329031433DB6B7FBAC7343375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A277EE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4B0882F7" w14:textId="77777777" w:rsidTr="002E140B">
        <w:tc>
          <w:tcPr>
            <w:tcW w:w="2547" w:type="dxa"/>
          </w:tcPr>
          <w:p w14:paraId="5097C11C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40084697"/>
            <w:placeholder>
              <w:docPart w:val="A5932558AD5945329512A2C485DA0C8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8D83F7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5FAA61D8" w14:textId="77777777" w:rsidTr="002E140B">
        <w:tc>
          <w:tcPr>
            <w:tcW w:w="2547" w:type="dxa"/>
          </w:tcPr>
          <w:p w14:paraId="20950E6E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836217268"/>
            <w:placeholder>
              <w:docPart w:val="BB68DED4A3D4418DAF2F437AD7C25DEA"/>
            </w:placeholder>
            <w:showingPlcHdr/>
          </w:sdtPr>
          <w:sdtContent>
            <w:tc>
              <w:tcPr>
                <w:tcW w:w="6803" w:type="dxa"/>
              </w:tcPr>
              <w:p w14:paraId="11575D7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1B321C96" w14:textId="77777777" w:rsidTr="002E140B">
        <w:tc>
          <w:tcPr>
            <w:tcW w:w="2547" w:type="dxa"/>
          </w:tcPr>
          <w:p w14:paraId="267888B7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802298644"/>
            <w:placeholder>
              <w:docPart w:val="3B39B648D4B54B73844195A2D89BBF28"/>
            </w:placeholder>
            <w:showingPlcHdr/>
          </w:sdtPr>
          <w:sdtContent>
            <w:tc>
              <w:tcPr>
                <w:tcW w:w="6803" w:type="dxa"/>
              </w:tcPr>
              <w:p w14:paraId="7921A7DF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7B2E440E" w14:textId="77777777" w:rsidTr="002E140B">
        <w:tc>
          <w:tcPr>
            <w:tcW w:w="2547" w:type="dxa"/>
            <w:vAlign w:val="center"/>
          </w:tcPr>
          <w:p w14:paraId="6C7F62A8" w14:textId="77777777" w:rsidR="008360E8" w:rsidRPr="00260F73" w:rsidRDefault="008360E8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576175081"/>
            <w:placeholder>
              <w:docPart w:val="2DF49A007F5948C39D57A2354DC98E4B"/>
            </w:placeholder>
            <w:showingPlcHdr/>
          </w:sdtPr>
          <w:sdtContent>
            <w:tc>
              <w:tcPr>
                <w:tcW w:w="6803" w:type="dxa"/>
              </w:tcPr>
              <w:p w14:paraId="6DF8C1C3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71C9AE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8F5D4C8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132365113"/>
            <w:placeholder>
              <w:docPart w:val="7D82338C372043EAAA2281308C49991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9F0D4B2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EFA1F3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FCC36" w14:textId="17681AE8" w:rsidR="008360E8" w:rsidRPr="00260F73" w:rsidRDefault="008360E8" w:rsidP="002E140B"/>
        </w:tc>
      </w:tr>
    </w:tbl>
    <w:p w14:paraId="3DA8E6E1" w14:textId="77777777" w:rsidR="00B908D2" w:rsidRDefault="00B908D2" w:rsidP="00B908D2">
      <w:pPr>
        <w:rPr>
          <w:lang w:val="en-US"/>
        </w:rPr>
      </w:pPr>
    </w:p>
    <w:p w14:paraId="6BFF8632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br w:type="page"/>
      </w:r>
    </w:p>
    <w:p w14:paraId="7E316CF2" w14:textId="4AF9CB78" w:rsidR="00B908D2" w:rsidRDefault="00B908D2" w:rsidP="00B908D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B908D2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 xml:space="preserve">Audit &amp; Quality Improvement &amp; Research </w:t>
      </w:r>
    </w:p>
    <w:p w14:paraId="6D854DC5" w14:textId="333DE589" w:rsidR="00B908D2" w:rsidRPr="00B908D2" w:rsidRDefault="00B908D2" w:rsidP="00B908D2">
      <w:pPr>
        <w:rPr>
          <w:lang w:val="en-US"/>
        </w:rPr>
      </w:pPr>
      <w:r w:rsidRPr="00B908D2">
        <w:rPr>
          <w:lang w:val="en-US"/>
        </w:rPr>
        <w:t>(Narrative text outlining</w:t>
      </w:r>
      <w:r>
        <w:rPr>
          <w:lang w:val="en-US"/>
        </w:rPr>
        <w:t xml:space="preserve">: </w:t>
      </w:r>
      <w:r w:rsidRPr="00B908D2">
        <w:rPr>
          <w:lang w:val="en-US"/>
        </w:rPr>
        <w:t>title, role &amp; level of responsibility, outcome, supporting documentation)</w:t>
      </w:r>
    </w:p>
    <w:sdt>
      <w:sdtPr>
        <w:id w:val="-80068472"/>
        <w:placeholder>
          <w:docPart w:val="757FCEB593184E2CAFC9A63327EFB950"/>
        </w:placeholder>
        <w:showingPlcHdr/>
      </w:sdtPr>
      <w:sdtContent>
        <w:p w14:paraId="75A29372" w14:textId="7E9CEB09" w:rsidR="007C3707" w:rsidRPr="00260F73" w:rsidRDefault="00B908D2" w:rsidP="007C3707">
          <w:r w:rsidRPr="00E63D2E">
            <w:rPr>
              <w:rStyle w:val="PlaceholderText"/>
              <w:lang w:val="en-US"/>
            </w:rPr>
            <w:t>Click or tap here to enter text.</w:t>
          </w:r>
        </w:p>
      </w:sdtContent>
    </w:sdt>
    <w:p w14:paraId="4EEB3595" w14:textId="77777777" w:rsidR="00B908D2" w:rsidRDefault="00B908D2" w:rsidP="00B908D2">
      <w:pPr>
        <w:rPr>
          <w:lang w:val="en-US"/>
        </w:rPr>
      </w:pPr>
    </w:p>
    <w:p w14:paraId="63A473CC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br w:type="page"/>
      </w:r>
    </w:p>
    <w:p w14:paraId="6AD230DF" w14:textId="44CC1091" w:rsidR="00B908D2" w:rsidRPr="00B908D2" w:rsidRDefault="00B908D2" w:rsidP="00B908D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B908D2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>Publications / Poster / Presentations</w:t>
      </w:r>
    </w:p>
    <w:p w14:paraId="53AC02C4" w14:textId="77777777" w:rsidR="00B908D2" w:rsidRPr="00B908D2" w:rsidRDefault="00B908D2" w:rsidP="00B908D2">
      <w:pPr>
        <w:rPr>
          <w:lang w:val="en-US"/>
        </w:rPr>
      </w:pPr>
      <w:r w:rsidRPr="00B908D2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0B411AB3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908D2" w:rsidRPr="00260F73" w14:paraId="62374A0C" w14:textId="77777777" w:rsidTr="00CD745A">
        <w:tc>
          <w:tcPr>
            <w:tcW w:w="2723" w:type="dxa"/>
            <w:vAlign w:val="center"/>
          </w:tcPr>
          <w:p w14:paraId="2EEAD556" w14:textId="03D18E5C" w:rsidR="00B908D2" w:rsidRPr="00015574" w:rsidRDefault="00726D0B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4A5BBFB" w14:textId="29FF184C" w:rsidR="00B908D2" w:rsidRDefault="00726D0B" w:rsidP="00C7253B">
            <w:r>
              <w:t xml:space="preserve">Complete </w:t>
            </w:r>
            <w:sdt>
              <w:sdtPr>
                <w:id w:val="123011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070429" w14:textId="55245C0A" w:rsidR="00726D0B" w:rsidRDefault="00726D0B" w:rsidP="00C7253B">
            <w:r>
              <w:t xml:space="preserve">Ongoing </w:t>
            </w:r>
            <w:sdt>
              <w:sdtPr>
                <w:id w:val="-132843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1FF0DF0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09F0D94F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26D0B" w:rsidRPr="00260F73" w14:paraId="6B1FB78D" w14:textId="77777777" w:rsidTr="00CD745A">
        <w:tc>
          <w:tcPr>
            <w:tcW w:w="2723" w:type="dxa"/>
            <w:vAlign w:val="center"/>
          </w:tcPr>
          <w:p w14:paraId="37FCD588" w14:textId="16AA1081" w:rsidR="00726D0B" w:rsidRPr="00015574" w:rsidRDefault="00726D0B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3E18366C" w14:textId="77777777" w:rsidR="00726D0B" w:rsidRDefault="00726D0B" w:rsidP="00726D0B">
            <w:r>
              <w:t xml:space="preserve">Complete </w:t>
            </w:r>
            <w:sdt>
              <w:sdtPr>
                <w:id w:val="-208583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98847D" w14:textId="41EC93BE" w:rsidR="00726D0B" w:rsidRDefault="00726D0B" w:rsidP="00726D0B">
            <w:r>
              <w:t xml:space="preserve">Ongoing </w:t>
            </w:r>
            <w:sdt>
              <w:sdtPr>
                <w:id w:val="-174294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45D7FC24" w:rsidR="003713D2" w:rsidRPr="00260F73" w:rsidRDefault="003713D2" w:rsidP="00CD745A"/>
        </w:tc>
      </w:tr>
      <w:tr w:rsidR="008360E8" w:rsidRPr="00260F73" w14:paraId="6F5CCE2E" w14:textId="77777777" w:rsidTr="00695860">
        <w:tc>
          <w:tcPr>
            <w:tcW w:w="9350" w:type="dxa"/>
            <w:gridSpan w:val="2"/>
          </w:tcPr>
          <w:p w14:paraId="1226A38B" w14:textId="61D672ED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14439390"/>
                <w:placeholder>
                  <w:docPart w:val="F2E54D859E6A4DD78890FDB35E4F57DD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28F0F77F" w14:textId="77777777" w:rsidTr="00CD745A">
        <w:tc>
          <w:tcPr>
            <w:tcW w:w="2723" w:type="dxa"/>
            <w:vAlign w:val="center"/>
          </w:tcPr>
          <w:p w14:paraId="565EADE0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38085935"/>
            <w:placeholder>
              <w:docPart w:val="172C49AD457B4581AF3EA2BAD8EDBAD1"/>
            </w:placeholder>
            <w:showingPlcHdr/>
          </w:sdtPr>
          <w:sdtContent>
            <w:tc>
              <w:tcPr>
                <w:tcW w:w="6627" w:type="dxa"/>
              </w:tcPr>
              <w:p w14:paraId="09414B43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A7E354A" w14:textId="77777777" w:rsidTr="00CD745A">
        <w:tc>
          <w:tcPr>
            <w:tcW w:w="2723" w:type="dxa"/>
            <w:vAlign w:val="center"/>
          </w:tcPr>
          <w:p w14:paraId="3F5398C8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37679151"/>
            <w:placeholder>
              <w:docPart w:val="6A53A8EDFF1D47F9A888D78DB41E9B1B"/>
            </w:placeholder>
            <w:showingPlcHdr/>
          </w:sdtPr>
          <w:sdtContent>
            <w:tc>
              <w:tcPr>
                <w:tcW w:w="6627" w:type="dxa"/>
              </w:tcPr>
              <w:p w14:paraId="0518FBB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A993DB1" w14:textId="77777777" w:rsidTr="00CD745A">
        <w:tc>
          <w:tcPr>
            <w:tcW w:w="2723" w:type="dxa"/>
            <w:vAlign w:val="center"/>
          </w:tcPr>
          <w:p w14:paraId="46CF1121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83873815"/>
            <w:placeholder>
              <w:docPart w:val="F4D6E54EF0DD4CD6947D76D0847C7252"/>
            </w:placeholder>
            <w:showingPlcHdr/>
          </w:sdtPr>
          <w:sdtContent>
            <w:tc>
              <w:tcPr>
                <w:tcW w:w="6627" w:type="dxa"/>
              </w:tcPr>
              <w:p w14:paraId="10D0F024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2AB28F9" w14:textId="77777777" w:rsidTr="00CD745A">
        <w:tc>
          <w:tcPr>
            <w:tcW w:w="2723" w:type="dxa"/>
            <w:vAlign w:val="center"/>
          </w:tcPr>
          <w:p w14:paraId="23E07403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305054338"/>
            <w:placeholder>
              <w:docPart w:val="B8EF3356DAE1482F91EF349627B95F1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4CF6038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7A525167" w14:textId="77777777" w:rsidTr="00CD745A">
        <w:tc>
          <w:tcPr>
            <w:tcW w:w="2723" w:type="dxa"/>
            <w:vAlign w:val="center"/>
          </w:tcPr>
          <w:p w14:paraId="0B4FB034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0B2762E8" w14:textId="77777777" w:rsidR="008360E8" w:rsidRDefault="008360E8" w:rsidP="00726D0B">
            <w:r>
              <w:t xml:space="preserve">Complete </w:t>
            </w:r>
            <w:sdt>
              <w:sdtPr>
                <w:id w:val="130358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0A119C" w14:textId="77777777" w:rsidR="008360E8" w:rsidRDefault="008360E8" w:rsidP="00726D0B">
            <w:r>
              <w:t xml:space="preserve">Ongoing </w:t>
            </w:r>
            <w:sdt>
              <w:sdtPr>
                <w:id w:val="101179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446DB94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309E46A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D8C8F98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2132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7355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6B818CA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6A74D9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1734F" w14:textId="62A15212" w:rsidR="008360E8" w:rsidRPr="00260F73" w:rsidRDefault="008360E8" w:rsidP="00CD745A"/>
        </w:tc>
      </w:tr>
      <w:tr w:rsidR="008360E8" w:rsidRPr="00260F73" w14:paraId="67F1D9CA" w14:textId="77777777" w:rsidTr="00695860">
        <w:tc>
          <w:tcPr>
            <w:tcW w:w="9350" w:type="dxa"/>
            <w:gridSpan w:val="2"/>
          </w:tcPr>
          <w:p w14:paraId="583798E8" w14:textId="25BC4EA9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1703292812"/>
                <w:placeholder>
                  <w:docPart w:val="B0AAB9B3B32D4329A0839740E6982236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5E56FC24" w14:textId="77777777" w:rsidTr="00CD745A">
        <w:tc>
          <w:tcPr>
            <w:tcW w:w="2723" w:type="dxa"/>
            <w:vAlign w:val="center"/>
          </w:tcPr>
          <w:p w14:paraId="443D0E99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64409280"/>
            <w:placeholder>
              <w:docPart w:val="57042858523B4E579EF373F7FBEDA1A7"/>
            </w:placeholder>
            <w:showingPlcHdr/>
          </w:sdtPr>
          <w:sdtContent>
            <w:tc>
              <w:tcPr>
                <w:tcW w:w="6627" w:type="dxa"/>
              </w:tcPr>
              <w:p w14:paraId="7565D2D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FC452BB" w14:textId="77777777" w:rsidTr="00CD745A">
        <w:tc>
          <w:tcPr>
            <w:tcW w:w="2723" w:type="dxa"/>
            <w:vAlign w:val="center"/>
          </w:tcPr>
          <w:p w14:paraId="4A13D029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089687367"/>
            <w:placeholder>
              <w:docPart w:val="6EDA99B1C36A453FA8B38A420D1096F3"/>
            </w:placeholder>
            <w:showingPlcHdr/>
          </w:sdtPr>
          <w:sdtContent>
            <w:tc>
              <w:tcPr>
                <w:tcW w:w="6627" w:type="dxa"/>
              </w:tcPr>
              <w:p w14:paraId="7525A1F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BAA19E8" w14:textId="77777777" w:rsidTr="00CD745A">
        <w:tc>
          <w:tcPr>
            <w:tcW w:w="2723" w:type="dxa"/>
            <w:vAlign w:val="center"/>
          </w:tcPr>
          <w:p w14:paraId="69A6B875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122917559"/>
            <w:placeholder>
              <w:docPart w:val="2D32389FFCAC48C3A04E268B827AEE54"/>
            </w:placeholder>
            <w:showingPlcHdr/>
          </w:sdtPr>
          <w:sdtContent>
            <w:tc>
              <w:tcPr>
                <w:tcW w:w="6627" w:type="dxa"/>
              </w:tcPr>
              <w:p w14:paraId="3BFF494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A33C2F9" w14:textId="77777777" w:rsidTr="00CD745A">
        <w:tc>
          <w:tcPr>
            <w:tcW w:w="2723" w:type="dxa"/>
            <w:vAlign w:val="center"/>
          </w:tcPr>
          <w:p w14:paraId="57B0A435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912458048"/>
            <w:placeholder>
              <w:docPart w:val="0397EE4E1F294825BCF57FAE0F595BD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E9877A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63975789" w14:textId="77777777" w:rsidTr="00CD745A">
        <w:tc>
          <w:tcPr>
            <w:tcW w:w="2723" w:type="dxa"/>
            <w:vAlign w:val="center"/>
          </w:tcPr>
          <w:p w14:paraId="1ECB9ADC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04009995" w14:textId="77777777" w:rsidR="008360E8" w:rsidRDefault="008360E8" w:rsidP="00726D0B">
            <w:r>
              <w:t xml:space="preserve">Complete </w:t>
            </w:r>
            <w:sdt>
              <w:sdtPr>
                <w:id w:val="-33637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108A53" w14:textId="77777777" w:rsidR="008360E8" w:rsidRDefault="008360E8" w:rsidP="00726D0B">
            <w:r>
              <w:t xml:space="preserve">Ongoing </w:t>
            </w:r>
            <w:sdt>
              <w:sdtPr>
                <w:id w:val="203299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7A794034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0060440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1DDF127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11385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0902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2F35C9A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A0FF55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01DD7" w14:textId="6A645275" w:rsidR="008360E8" w:rsidRPr="00260F73" w:rsidRDefault="008360E8" w:rsidP="00CD745A"/>
        </w:tc>
      </w:tr>
      <w:tr w:rsidR="008360E8" w:rsidRPr="00260F73" w14:paraId="4CF62C4B" w14:textId="77777777" w:rsidTr="00695860">
        <w:tc>
          <w:tcPr>
            <w:tcW w:w="9350" w:type="dxa"/>
            <w:gridSpan w:val="2"/>
          </w:tcPr>
          <w:p w14:paraId="6CECA155" w14:textId="49D7A675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332264584"/>
                <w:placeholder>
                  <w:docPart w:val="D687E5C369304B42972022464EEA8B12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1F188A98" w14:textId="77777777" w:rsidTr="00CD745A">
        <w:tc>
          <w:tcPr>
            <w:tcW w:w="2723" w:type="dxa"/>
            <w:vAlign w:val="center"/>
          </w:tcPr>
          <w:p w14:paraId="1B0E212D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31425655"/>
            <w:placeholder>
              <w:docPart w:val="0C87624F2071497B8D420065C9FF7016"/>
            </w:placeholder>
            <w:showingPlcHdr/>
          </w:sdtPr>
          <w:sdtContent>
            <w:tc>
              <w:tcPr>
                <w:tcW w:w="6627" w:type="dxa"/>
              </w:tcPr>
              <w:p w14:paraId="081B6C5B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7974EAC8" w14:textId="77777777" w:rsidTr="00CD745A">
        <w:tc>
          <w:tcPr>
            <w:tcW w:w="2723" w:type="dxa"/>
            <w:vAlign w:val="center"/>
          </w:tcPr>
          <w:p w14:paraId="0B89B127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576359172"/>
            <w:placeholder>
              <w:docPart w:val="BFF22397E7C34141B05BED7A86C61DDE"/>
            </w:placeholder>
            <w:showingPlcHdr/>
          </w:sdtPr>
          <w:sdtContent>
            <w:tc>
              <w:tcPr>
                <w:tcW w:w="6627" w:type="dxa"/>
              </w:tcPr>
              <w:p w14:paraId="3C5DE708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02E0F720" w14:textId="77777777" w:rsidTr="00CD745A">
        <w:tc>
          <w:tcPr>
            <w:tcW w:w="2723" w:type="dxa"/>
            <w:vAlign w:val="center"/>
          </w:tcPr>
          <w:p w14:paraId="155FE26F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571653603"/>
            <w:placeholder>
              <w:docPart w:val="584ABED3CF714D25B42EB00EE2E1BEF7"/>
            </w:placeholder>
            <w:showingPlcHdr/>
          </w:sdtPr>
          <w:sdtContent>
            <w:tc>
              <w:tcPr>
                <w:tcW w:w="6627" w:type="dxa"/>
              </w:tcPr>
              <w:p w14:paraId="1A7E85D5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5607D8A" w14:textId="77777777" w:rsidTr="00CD745A">
        <w:tc>
          <w:tcPr>
            <w:tcW w:w="2723" w:type="dxa"/>
            <w:vAlign w:val="center"/>
          </w:tcPr>
          <w:p w14:paraId="0B7549B0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57520006"/>
            <w:placeholder>
              <w:docPart w:val="BDA3755EF5E74B6BACDB83C1E29A6B5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D98AE39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1D2D756E" w14:textId="77777777" w:rsidTr="00CD745A">
        <w:tc>
          <w:tcPr>
            <w:tcW w:w="2723" w:type="dxa"/>
            <w:vAlign w:val="center"/>
          </w:tcPr>
          <w:p w14:paraId="71BCF49A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900BBD1" w14:textId="77777777" w:rsidR="008360E8" w:rsidRDefault="008360E8" w:rsidP="00726D0B">
            <w:r>
              <w:t xml:space="preserve">Complete </w:t>
            </w:r>
            <w:sdt>
              <w:sdtPr>
                <w:id w:val="-83699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323524" w14:textId="77777777" w:rsidR="008360E8" w:rsidRDefault="008360E8" w:rsidP="00726D0B">
            <w:r>
              <w:t xml:space="preserve">Ongoing </w:t>
            </w:r>
            <w:sdt>
              <w:sdtPr>
                <w:id w:val="-22537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18F576E1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3FEBE25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ED192B2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98269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4050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6A3DB0C5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DE62C4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FC88D" w14:textId="7444B783" w:rsidR="008360E8" w:rsidRPr="00260F73" w:rsidRDefault="008360E8" w:rsidP="00CD745A"/>
        </w:tc>
      </w:tr>
    </w:tbl>
    <w:p w14:paraId="4BE5FC64" w14:textId="77777777" w:rsidR="00726D0B" w:rsidRDefault="00726D0B" w:rsidP="00726D0B"/>
    <w:p w14:paraId="0B03BD5B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0B8867D3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p w14:paraId="5DACC0B3" w14:textId="55C36179" w:rsidR="00C7253B" w:rsidRDefault="00726D0B">
      <w:r>
        <w:t>I</w:t>
      </w:r>
      <w:r w:rsidRPr="00726D0B">
        <w:t>ncl</w:t>
      </w:r>
      <w:r>
        <w:t>ude</w:t>
      </w:r>
      <w:r w:rsidRPr="00726D0B">
        <w:t xml:space="preserve"> capability and experience with teaching roles and ability to teach others</w:t>
      </w:r>
    </w:p>
    <w:sdt>
      <w:sdtPr>
        <w:id w:val="1381902531"/>
        <w:placeholder>
          <w:docPart w:val="F4B39A8070A84184971C8E49480EB90B"/>
        </w:placeholder>
        <w:showingPlcHdr/>
      </w:sdtPr>
      <w:sdtContent>
        <w:p w14:paraId="0251002F" w14:textId="075A151D" w:rsidR="00726D0B" w:rsidRPr="00260F73" w:rsidRDefault="00726D0B">
          <w:r w:rsidRPr="00E63D2E">
            <w:rPr>
              <w:rStyle w:val="PlaceholderText"/>
              <w:lang w:val="en-US"/>
            </w:rPr>
            <w:t>Click or tap here to enter text.</w:t>
          </w:r>
        </w:p>
      </w:sdtContent>
    </w:sdt>
    <w:p w14:paraId="7A882F9A" w14:textId="77777777" w:rsidR="00E9708F" w:rsidRPr="00260F73" w:rsidRDefault="00E9708F"/>
    <w:p w14:paraId="59171476" w14:textId="5107C0BE" w:rsidR="00446759" w:rsidRDefault="00446759" w:rsidP="00446759">
      <w:pPr>
        <w:pStyle w:val="Heading1"/>
      </w:pPr>
      <w:r>
        <w:t>Leadership &amp; Management</w:t>
      </w:r>
    </w:p>
    <w:p w14:paraId="332A1E17" w14:textId="0AD1E9A3" w:rsidR="00726D0B" w:rsidRPr="00726D0B" w:rsidRDefault="00726D0B" w:rsidP="00726D0B">
      <w:pPr>
        <w:rPr>
          <w:lang w:val="en-US"/>
        </w:rPr>
      </w:pPr>
      <w:r>
        <w:rPr>
          <w:lang w:val="en-US"/>
        </w:rPr>
        <w:t>e.g.</w:t>
      </w:r>
      <w:r w:rsidRPr="00726D0B">
        <w:rPr>
          <w:lang w:val="en-US"/>
        </w:rPr>
        <w:t xml:space="preserve"> membership of hospital committees, examples of organizational skills / roles &amp; responsibilities within clinical services</w:t>
      </w:r>
    </w:p>
    <w:sdt>
      <w:sdtPr>
        <w:id w:val="-195615532"/>
        <w:placeholder>
          <w:docPart w:val="9380793E9EE044989EB44762814E78B6"/>
        </w:placeholder>
        <w:showingPlcHdr/>
      </w:sdtPr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16397C46" w14:textId="77777777" w:rsidR="00726D0B" w:rsidRDefault="00726D0B"/>
    <w:p w14:paraId="35B14E7C" w14:textId="77777777" w:rsidR="00726D0B" w:rsidRPr="00726D0B" w:rsidRDefault="00726D0B" w:rsidP="00726D0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726D0B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t>Other relevant experience / achievements</w:t>
      </w:r>
    </w:p>
    <w:sdt>
      <w:sdtPr>
        <w:id w:val="-1459866788"/>
        <w:placeholder>
          <w:docPart w:val="3ED87B2022A34B2198DC2B217B191AF1"/>
        </w:placeholder>
        <w:showingPlcHdr/>
      </w:sdtPr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sectPr w:rsidR="00015574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B421" w14:textId="77777777" w:rsidR="00313E63" w:rsidRPr="00260F73" w:rsidRDefault="00313E63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7FEDF22A" w14:textId="77777777" w:rsidR="00313E63" w:rsidRPr="00260F73" w:rsidRDefault="00313E63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363C2" w14:textId="77777777" w:rsidR="00313E63" w:rsidRPr="00260F73" w:rsidRDefault="00313E63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5C822ABF" w14:textId="77777777" w:rsidR="00313E63" w:rsidRPr="00260F73" w:rsidRDefault="00313E63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6B624152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B908D2">
      <w:t>Medical Oncology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C6D62"/>
    <w:rsid w:val="002D7D98"/>
    <w:rsid w:val="002E140B"/>
    <w:rsid w:val="00313E63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26D0B"/>
    <w:rsid w:val="0075109E"/>
    <w:rsid w:val="007C0991"/>
    <w:rsid w:val="007C3707"/>
    <w:rsid w:val="007C7B3D"/>
    <w:rsid w:val="00801BD9"/>
    <w:rsid w:val="00821040"/>
    <w:rsid w:val="00821B93"/>
    <w:rsid w:val="008360E8"/>
    <w:rsid w:val="008525FA"/>
    <w:rsid w:val="00857D96"/>
    <w:rsid w:val="009A7B67"/>
    <w:rsid w:val="009E4AEB"/>
    <w:rsid w:val="00A0792E"/>
    <w:rsid w:val="00A36383"/>
    <w:rsid w:val="00A606A6"/>
    <w:rsid w:val="00AA1D8D"/>
    <w:rsid w:val="00AC164A"/>
    <w:rsid w:val="00B16633"/>
    <w:rsid w:val="00B47730"/>
    <w:rsid w:val="00B8038E"/>
    <w:rsid w:val="00B908D2"/>
    <w:rsid w:val="00BD4838"/>
    <w:rsid w:val="00C7253B"/>
    <w:rsid w:val="00C95D05"/>
    <w:rsid w:val="00CB0664"/>
    <w:rsid w:val="00CD745A"/>
    <w:rsid w:val="00D41E2C"/>
    <w:rsid w:val="00DA296B"/>
    <w:rsid w:val="00E84AF6"/>
    <w:rsid w:val="00E90802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E11CF0" w:rsidP="00E11CF0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E11CF0" w:rsidP="00E11CF0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E11CF0" w:rsidP="00E11CF0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E11CF0" w:rsidP="00E11CF0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E11CF0" w:rsidP="00E11CF0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E11CF0" w:rsidP="00E11CF0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E11CF0" w:rsidP="00E11CF0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E11CF0" w:rsidP="00E11CF0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E11CF0" w:rsidP="00E11CF0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E11CF0" w:rsidP="00E11CF0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E11CF0" w:rsidP="00E11CF0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E11CF0" w:rsidP="00E11CF0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E11CF0" w:rsidP="00E11CF0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E11CF0" w:rsidP="00E11CF0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E11CF0" w:rsidP="00E11CF0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E11CF0" w:rsidP="00E11CF0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E11CF0" w:rsidP="00E11CF0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E11CF0" w:rsidP="00E11CF0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E11CF0" w:rsidP="00E11CF0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E11CF0" w:rsidP="00E11CF0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E11CF0" w:rsidP="00E11CF0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E11CF0" w:rsidP="00E11CF0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E11CF0" w:rsidP="00E11CF0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E11CF0" w:rsidP="00E11CF0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E11CF0" w:rsidP="00E11CF0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E11CF0" w:rsidP="00E11CF0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E11CF0" w:rsidP="00E11CF0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E11CF0" w:rsidP="00E11CF0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E11CF0" w:rsidP="00E11CF0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E11CF0" w:rsidP="00E11CF0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E11CF0" w:rsidP="00E11CF0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E11CF0" w:rsidP="00E11CF0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E11CF0" w:rsidP="00E11CF0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E11CF0" w:rsidP="00E11CF0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E11CF0" w:rsidP="00E11CF0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E11CF0" w:rsidP="00E11CF0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E11CF0" w:rsidP="00E11CF0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E11CF0" w:rsidP="00E11CF0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E11CF0" w:rsidP="00E11CF0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E11CF0" w:rsidP="00E11CF0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E11CF0" w:rsidP="00E11CF0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E11CF0" w:rsidP="00E11CF0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E11CF0" w:rsidP="00E11CF0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E11CF0" w:rsidP="00E11CF0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E11CF0" w:rsidP="00E11CF0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E11CF0" w:rsidP="00E11CF0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E11CF0" w:rsidP="00E11CF0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E11CF0" w:rsidP="00E11CF0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E11CF0" w:rsidP="00E11CF0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E11CF0" w:rsidP="00E11CF0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E11CF0" w:rsidP="00E11CF0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E11CF0" w:rsidP="00E11CF0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E11CF0" w:rsidP="00E11CF0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E11CF0" w:rsidP="00E11CF0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E11CF0" w:rsidP="00E11CF0">
          <w:pPr>
            <w:pStyle w:val="2636CEBDA55446F2B898CE82D65A7F19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E11CF0" w:rsidP="00E11CF0">
          <w:pPr>
            <w:pStyle w:val="B1AD7A19AFD34107A93F340107E987C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E11CF0" w:rsidP="00E11CF0">
          <w:pPr>
            <w:pStyle w:val="886A75EF89754CCCA94133C3ED1483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E11CF0" w:rsidP="00E11CF0">
          <w:pPr>
            <w:pStyle w:val="5ED57F54BA834AB1B5607992871117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E11CF0" w:rsidP="00E11CF0">
          <w:pPr>
            <w:pStyle w:val="6DFABCABA0B9461DA7D3E68645D5FAB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7FCEB593184E2CAFC9A63327EF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01937-329A-42EB-830A-1B4D99243856}"/>
      </w:docPartPr>
      <w:docPartBody>
        <w:p w:rsidR="00000000" w:rsidRDefault="00E11CF0" w:rsidP="00E11CF0">
          <w:pPr>
            <w:pStyle w:val="757FCEB593184E2CAFC9A63327EFB9501"/>
          </w:pPr>
          <w:r w:rsidRPr="00E63D2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4B39A8070A84184971C8E49480EB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5D79D-605E-47FA-B5C8-5906B1A52D27}"/>
      </w:docPartPr>
      <w:docPartBody>
        <w:p w:rsidR="00000000" w:rsidRDefault="00E11CF0" w:rsidP="00E11CF0">
          <w:pPr>
            <w:pStyle w:val="F4B39A8070A84184971C8E49480EB90B1"/>
          </w:pPr>
          <w:r w:rsidRPr="00E63D2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07BC5EED812493CAB3BD374A7CB4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7984B-C45E-41A4-B5D1-E3E8FB532594}"/>
      </w:docPartPr>
      <w:docPartBody>
        <w:p w:rsidR="00000000" w:rsidRDefault="00E11CF0" w:rsidP="00E11CF0">
          <w:pPr>
            <w:pStyle w:val="C07BC5EED812493CAB3BD374A7CB4D8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8294D209F4216B8489A8FD8D6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2607-1F41-4D25-A409-69E8EC0DC051}"/>
      </w:docPartPr>
      <w:docPartBody>
        <w:p w:rsidR="00000000" w:rsidRDefault="00E11CF0" w:rsidP="00E11CF0">
          <w:pPr>
            <w:pStyle w:val="3398294D209F4216B8489A8FD8D6657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74E3260D8249BCB101ACCBADFA9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9B3DE-9FEE-4035-9E56-B165944F9210}"/>
      </w:docPartPr>
      <w:docPartBody>
        <w:p w:rsidR="00000000" w:rsidRDefault="00E11CF0" w:rsidP="00E11CF0">
          <w:pPr>
            <w:pStyle w:val="8374E3260D8249BCB101ACCBADFA905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82DDF8619B4FB6B85E247B796ED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D4CBA-7FBF-49AB-AA4F-102D956E7BDE}"/>
      </w:docPartPr>
      <w:docPartBody>
        <w:p w:rsidR="00000000" w:rsidRDefault="00E11CF0" w:rsidP="00E11CF0">
          <w:pPr>
            <w:pStyle w:val="DE82DDF8619B4FB6B85E247B796EDC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D940DEC70B4715B4C393D194347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166CA-93BC-4213-AAAC-9EA6299A75C7}"/>
      </w:docPartPr>
      <w:docPartBody>
        <w:p w:rsidR="00000000" w:rsidRDefault="00E11CF0" w:rsidP="00E11CF0">
          <w:pPr>
            <w:pStyle w:val="46D940DEC70B4715B4C393D1943471A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0AB0A2B2674F00BEC8C26C54F72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40D9F-D234-4EEA-86B2-92E7156B3367}"/>
      </w:docPartPr>
      <w:docPartBody>
        <w:p w:rsidR="00000000" w:rsidRDefault="00E11CF0" w:rsidP="00E11CF0">
          <w:pPr>
            <w:pStyle w:val="3E0AB0A2B2674F00BEC8C26C54F72F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D06D0D8E14EE39265D54698BD1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1DCAD-ACC4-4FF0-B5C1-9EE6FA724077}"/>
      </w:docPartPr>
      <w:docPartBody>
        <w:p w:rsidR="00000000" w:rsidRDefault="00E11CF0" w:rsidP="00E11CF0">
          <w:pPr>
            <w:pStyle w:val="87CD06D0D8E14EE39265D54698BD119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87C171B5A40AFBCB0A9A4EC45E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C20ED-5B64-448E-B157-FE9A57815A53}"/>
      </w:docPartPr>
      <w:docPartBody>
        <w:p w:rsidR="00000000" w:rsidRDefault="00E11CF0" w:rsidP="00E11CF0">
          <w:pPr>
            <w:pStyle w:val="B6B87C171B5A40AFBCB0A9A4EC45EF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5173520B24CFBBAB0F047F70BE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8FE5E-7E38-46F9-90BA-367DA3B78C3D}"/>
      </w:docPartPr>
      <w:docPartBody>
        <w:p w:rsidR="00000000" w:rsidRDefault="00E11CF0" w:rsidP="00E11CF0">
          <w:pPr>
            <w:pStyle w:val="39A5173520B24CFBBAB0F047F70BE4C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6E77320FF404DCFBDC8796D1B526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BEEB9-FD1E-4E76-9DFD-FD71EBD59858}"/>
      </w:docPartPr>
      <w:docPartBody>
        <w:p w:rsidR="00000000" w:rsidRDefault="00E11CF0" w:rsidP="00E11CF0">
          <w:pPr>
            <w:pStyle w:val="86E77320FF404DCFBDC8796D1B52653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0132211DB5461593A26F06D4D36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B1A5D-C3C2-41CD-9A25-30EF4D9396A9}"/>
      </w:docPartPr>
      <w:docPartBody>
        <w:p w:rsidR="00000000" w:rsidRDefault="00E11CF0" w:rsidP="00E11CF0">
          <w:pPr>
            <w:pStyle w:val="FB0132211DB5461593A26F06D4D36EC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8B3D68BA90427185C83E86084B8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E0A96-821C-4170-B331-873DF0A51C17}"/>
      </w:docPartPr>
      <w:docPartBody>
        <w:p w:rsidR="00000000" w:rsidRDefault="00E11CF0" w:rsidP="00E11CF0">
          <w:pPr>
            <w:pStyle w:val="A48B3D68BA90427185C83E86084B85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E48B1C91D74B7D8A84A535D6358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D4AB3-0DE6-4584-BB62-F8A208BD96BE}"/>
      </w:docPartPr>
      <w:docPartBody>
        <w:p w:rsidR="00000000" w:rsidRDefault="00E11CF0" w:rsidP="00E11CF0">
          <w:pPr>
            <w:pStyle w:val="C0E48B1C91D74B7D8A84A535D6358B9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F1F21E4CF040ECAA288B9A63498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61DCA-90CE-4AE5-91A7-5BD28F7CFDAE}"/>
      </w:docPartPr>
      <w:docPartBody>
        <w:p w:rsidR="00000000" w:rsidRDefault="00E11CF0" w:rsidP="00E11CF0">
          <w:pPr>
            <w:pStyle w:val="8DF1F21E4CF040ECAA288B9A63498CC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9E062D09894DA58693C3A5B7324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35359-A230-4EAC-96EA-5E90B42FA929}"/>
      </w:docPartPr>
      <w:docPartBody>
        <w:p w:rsidR="00000000" w:rsidRDefault="00E11CF0" w:rsidP="00E11CF0">
          <w:pPr>
            <w:pStyle w:val="259E062D09894DA58693C3A5B7324F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7C7A329031433DB6B7FBAC73433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A1D07-087B-4E9B-8A92-D5D495F83DAB}"/>
      </w:docPartPr>
      <w:docPartBody>
        <w:p w:rsidR="00000000" w:rsidRDefault="00E11CF0" w:rsidP="00E11CF0">
          <w:pPr>
            <w:pStyle w:val="9E7C7A329031433DB6B7FBAC7343375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932558AD5945329512A2C485DA0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84F58-3AE3-4294-8ECB-451F1D2FACC2}"/>
      </w:docPartPr>
      <w:docPartBody>
        <w:p w:rsidR="00000000" w:rsidRDefault="00E11CF0" w:rsidP="00E11CF0">
          <w:pPr>
            <w:pStyle w:val="A5932558AD5945329512A2C485DA0C8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68DED4A3D4418DAF2F437AD7C25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BCC38-E443-4A4D-8820-7F40656112D5}"/>
      </w:docPartPr>
      <w:docPartBody>
        <w:p w:rsidR="00000000" w:rsidRDefault="00E11CF0" w:rsidP="00E11CF0">
          <w:pPr>
            <w:pStyle w:val="BB68DED4A3D4418DAF2F437AD7C25D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39B648D4B54B73844195A2D89BB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C38D6-D716-4A86-9945-3487FEF4438E}"/>
      </w:docPartPr>
      <w:docPartBody>
        <w:p w:rsidR="00000000" w:rsidRDefault="00E11CF0" w:rsidP="00E11CF0">
          <w:pPr>
            <w:pStyle w:val="3B39B648D4B54B73844195A2D89BBF2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F49A007F5948C39D57A2354DC98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2844C-CF2D-4A20-981B-07D61191E79C}"/>
      </w:docPartPr>
      <w:docPartBody>
        <w:p w:rsidR="00000000" w:rsidRDefault="00E11CF0" w:rsidP="00E11CF0">
          <w:pPr>
            <w:pStyle w:val="2DF49A007F5948C39D57A2354DC98E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2338C372043EAAA2281308C499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A006A-6963-401C-AD37-E2DFB8043AE4}"/>
      </w:docPartPr>
      <w:docPartBody>
        <w:p w:rsidR="00000000" w:rsidRDefault="00E11CF0" w:rsidP="00E11CF0">
          <w:pPr>
            <w:pStyle w:val="7D82338C372043EAAA2281308C4999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E54D859E6A4DD78890FDB35E4F5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5F511-114F-4567-BAB7-27A4960DE975}"/>
      </w:docPartPr>
      <w:docPartBody>
        <w:p w:rsidR="00000000" w:rsidRDefault="00E11CF0" w:rsidP="00E11CF0">
          <w:pPr>
            <w:pStyle w:val="F2E54D859E6A4DD78890FDB35E4F57D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72C49AD457B4581AF3EA2BAD8EDB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67832-22C2-4CF4-A4DA-9D2DF1DD70C6}"/>
      </w:docPartPr>
      <w:docPartBody>
        <w:p w:rsidR="00000000" w:rsidRDefault="00E11CF0" w:rsidP="00E11CF0">
          <w:pPr>
            <w:pStyle w:val="172C49AD457B4581AF3EA2BAD8EDBA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3A8EDFF1D47F9A888D78DB41E9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9B515-4199-4B11-AAE4-1E130E127A03}"/>
      </w:docPartPr>
      <w:docPartBody>
        <w:p w:rsidR="00000000" w:rsidRDefault="00E11CF0" w:rsidP="00E11CF0">
          <w:pPr>
            <w:pStyle w:val="6A53A8EDFF1D47F9A888D78DB41E9B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D6E54EF0DD4CD6947D76D0847C7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BE24F-8458-4AD6-87DA-77B432958498}"/>
      </w:docPartPr>
      <w:docPartBody>
        <w:p w:rsidR="00000000" w:rsidRDefault="00E11CF0" w:rsidP="00E11CF0">
          <w:pPr>
            <w:pStyle w:val="F4D6E54EF0DD4CD6947D76D0847C72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F3356DAE1482F91EF349627B9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4E2E1-F9CE-4383-929C-BD8A7AFC02D7}"/>
      </w:docPartPr>
      <w:docPartBody>
        <w:p w:rsidR="00000000" w:rsidRDefault="00E11CF0" w:rsidP="00E11CF0">
          <w:pPr>
            <w:pStyle w:val="B8EF3356DAE1482F91EF349627B95F1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0AAB9B3B32D4329A0839740E6982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AAB14-4369-4B77-8AC7-6D6814D195AF}"/>
      </w:docPartPr>
      <w:docPartBody>
        <w:p w:rsidR="00000000" w:rsidRDefault="00E11CF0" w:rsidP="00E11CF0">
          <w:pPr>
            <w:pStyle w:val="B0AAB9B3B32D4329A0839740E6982236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7042858523B4E579EF373F7FBEDA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B634-8A20-4478-9910-DC756F1D6BA9}"/>
      </w:docPartPr>
      <w:docPartBody>
        <w:p w:rsidR="00000000" w:rsidRDefault="00E11CF0" w:rsidP="00E11CF0">
          <w:pPr>
            <w:pStyle w:val="57042858523B4E579EF373F7FBEDA1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A99B1C36A453FA8B38A420D109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F7AC-52B4-429B-AC6D-9D9F6FBD6914}"/>
      </w:docPartPr>
      <w:docPartBody>
        <w:p w:rsidR="00000000" w:rsidRDefault="00E11CF0" w:rsidP="00E11CF0">
          <w:pPr>
            <w:pStyle w:val="6EDA99B1C36A453FA8B38A420D1096F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2389FFCAC48C3A04E268B827A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3D7A0-7AB8-44C4-82BA-2E582DCDC2CF}"/>
      </w:docPartPr>
      <w:docPartBody>
        <w:p w:rsidR="00000000" w:rsidRDefault="00E11CF0" w:rsidP="00E11CF0">
          <w:pPr>
            <w:pStyle w:val="2D32389FFCAC48C3A04E268B827AEE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97EE4E1F294825BCF57FAE0F595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BA93D-7ACA-4A95-A0FD-AB71ACA9A101}"/>
      </w:docPartPr>
      <w:docPartBody>
        <w:p w:rsidR="00000000" w:rsidRDefault="00E11CF0" w:rsidP="00E11CF0">
          <w:pPr>
            <w:pStyle w:val="0397EE4E1F294825BCF57FAE0F595BD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87E5C369304B42972022464EEA8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0C801-F6B1-46DF-B2BD-11041FAE3526}"/>
      </w:docPartPr>
      <w:docPartBody>
        <w:p w:rsidR="00000000" w:rsidRDefault="00E11CF0" w:rsidP="00E11CF0">
          <w:pPr>
            <w:pStyle w:val="D687E5C369304B42972022464EEA8B12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0C87624F2071497B8D420065C9FF7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3198D-8295-408F-AE39-8F03E999A8C9}"/>
      </w:docPartPr>
      <w:docPartBody>
        <w:p w:rsidR="00000000" w:rsidRDefault="00E11CF0" w:rsidP="00E11CF0">
          <w:pPr>
            <w:pStyle w:val="0C87624F2071497B8D420065C9FF701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F22397E7C34141B05BED7A86C61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236F7-17E5-469C-ADA3-DF48698776E0}"/>
      </w:docPartPr>
      <w:docPartBody>
        <w:p w:rsidR="00000000" w:rsidRDefault="00E11CF0" w:rsidP="00E11CF0">
          <w:pPr>
            <w:pStyle w:val="BFF22397E7C34141B05BED7A86C61D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ABED3CF714D25B42EB00EE2E1B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0C9A1-9DED-4345-B933-6AD4B1F203A7}"/>
      </w:docPartPr>
      <w:docPartBody>
        <w:p w:rsidR="00000000" w:rsidRDefault="00E11CF0" w:rsidP="00E11CF0">
          <w:pPr>
            <w:pStyle w:val="584ABED3CF714D25B42EB00EE2E1BEF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A3755EF5E74B6BACDB83C1E29A6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4E9D9-2E9A-4FD1-8366-99ADCCB53BFB}"/>
      </w:docPartPr>
      <w:docPartBody>
        <w:p w:rsidR="00000000" w:rsidRDefault="00E11CF0" w:rsidP="00E11CF0">
          <w:pPr>
            <w:pStyle w:val="BDA3755EF5E74B6BACDB83C1E29A6B5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2630F8"/>
    <w:rsid w:val="004161F5"/>
    <w:rsid w:val="00434CAA"/>
    <w:rsid w:val="00531388"/>
    <w:rsid w:val="005A051B"/>
    <w:rsid w:val="006239E1"/>
    <w:rsid w:val="00667F4B"/>
    <w:rsid w:val="00692C50"/>
    <w:rsid w:val="006D0099"/>
    <w:rsid w:val="00857D96"/>
    <w:rsid w:val="008B2AB1"/>
    <w:rsid w:val="00917BE7"/>
    <w:rsid w:val="00926343"/>
    <w:rsid w:val="009A5C93"/>
    <w:rsid w:val="00B302C0"/>
    <w:rsid w:val="00BD0B7C"/>
    <w:rsid w:val="00E11CF0"/>
    <w:rsid w:val="00E84AF6"/>
    <w:rsid w:val="00F277ED"/>
    <w:rsid w:val="00F75C6A"/>
    <w:rsid w:val="00FB32F8"/>
    <w:rsid w:val="00F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CF0"/>
    <w:rPr>
      <w:color w:val="666666"/>
    </w:rPr>
  </w:style>
  <w:style w:type="paragraph" w:customStyle="1" w:styleId="93C2146CBC8B42FC8B934A3BA7DEC848">
    <w:name w:val="93C2146CBC8B42FC8B934A3BA7DEC848"/>
    <w:rsid w:val="00E11CF0"/>
  </w:style>
  <w:style w:type="paragraph" w:customStyle="1" w:styleId="5C1905A191D24C99806B40DA34C15D19">
    <w:name w:val="5C1905A191D24C99806B40DA34C15D19"/>
    <w:rsid w:val="00FB32F8"/>
  </w:style>
  <w:style w:type="paragraph" w:customStyle="1" w:styleId="0423504971984E3CA014D7D54995C960">
    <w:name w:val="0423504971984E3CA014D7D54995C960"/>
    <w:rsid w:val="004161F5"/>
  </w:style>
  <w:style w:type="paragraph" w:customStyle="1" w:styleId="C07BC5EED812493CAB3BD374A7CB4D85">
    <w:name w:val="C07BC5EED812493CAB3BD374A7CB4D85"/>
    <w:rsid w:val="00E11CF0"/>
  </w:style>
  <w:style w:type="paragraph" w:customStyle="1" w:styleId="047256735BF942FB8FC659570B5872FF">
    <w:name w:val="047256735BF942FB8FC659570B5872FF"/>
    <w:rsid w:val="006239E1"/>
  </w:style>
  <w:style w:type="paragraph" w:customStyle="1" w:styleId="3398294D209F4216B8489A8FD8D66573">
    <w:name w:val="3398294D209F4216B8489A8FD8D66573"/>
    <w:rsid w:val="00E11CF0"/>
  </w:style>
  <w:style w:type="paragraph" w:customStyle="1" w:styleId="8374E3260D8249BCB101ACCBADFA905B">
    <w:name w:val="8374E3260D8249BCB101ACCBADFA905B"/>
    <w:rsid w:val="00E11CF0"/>
  </w:style>
  <w:style w:type="paragraph" w:customStyle="1" w:styleId="DE82DDF8619B4FB6B85E247B796EDC9B">
    <w:name w:val="DE82DDF8619B4FB6B85E247B796EDC9B"/>
    <w:rsid w:val="00E11CF0"/>
  </w:style>
  <w:style w:type="paragraph" w:customStyle="1" w:styleId="46D940DEC70B4715B4C393D1943471A8">
    <w:name w:val="46D940DEC70B4715B4C393D1943471A8"/>
    <w:rsid w:val="00E11CF0"/>
  </w:style>
  <w:style w:type="paragraph" w:customStyle="1" w:styleId="3E0AB0A2B2674F00BEC8C26C54F72F3B">
    <w:name w:val="3E0AB0A2B2674F00BEC8C26C54F72F3B"/>
    <w:rsid w:val="00E11CF0"/>
  </w:style>
  <w:style w:type="paragraph" w:customStyle="1" w:styleId="87CD06D0D8E14EE39265D54698BD1199">
    <w:name w:val="87CD06D0D8E14EE39265D54698BD1199"/>
    <w:rsid w:val="00E11CF0"/>
  </w:style>
  <w:style w:type="paragraph" w:customStyle="1" w:styleId="9BFBEC37599545B482AAB6DEA946F963">
    <w:name w:val="9BFBEC37599545B482AAB6DEA946F963"/>
    <w:rsid w:val="00E11CF0"/>
  </w:style>
  <w:style w:type="paragraph" w:customStyle="1" w:styleId="B6B87C171B5A40AFBCB0A9A4EC45EFCE">
    <w:name w:val="B6B87C171B5A40AFBCB0A9A4EC45EFCE"/>
    <w:rsid w:val="00E11CF0"/>
  </w:style>
  <w:style w:type="paragraph" w:customStyle="1" w:styleId="39A5173520B24CFBBAB0F047F70BE4C6">
    <w:name w:val="39A5173520B24CFBBAB0F047F70BE4C6"/>
    <w:rsid w:val="00E11CF0"/>
  </w:style>
  <w:style w:type="paragraph" w:customStyle="1" w:styleId="86E77320FF404DCFBDC8796D1B526535">
    <w:name w:val="86E77320FF404DCFBDC8796D1B526535"/>
    <w:rsid w:val="00E11CF0"/>
  </w:style>
  <w:style w:type="paragraph" w:customStyle="1" w:styleId="FB0132211DB5461593A26F06D4D36ECF">
    <w:name w:val="FB0132211DB5461593A26F06D4D36ECF"/>
    <w:rsid w:val="00E11CF0"/>
  </w:style>
  <w:style w:type="paragraph" w:customStyle="1" w:styleId="A48B3D68BA90427185C83E86084B855F">
    <w:name w:val="A48B3D68BA90427185C83E86084B855F"/>
    <w:rsid w:val="00E11CF0"/>
  </w:style>
  <w:style w:type="paragraph" w:customStyle="1" w:styleId="C0E48B1C91D74B7D8A84A535D6358B9A">
    <w:name w:val="C0E48B1C91D74B7D8A84A535D6358B9A"/>
    <w:rsid w:val="00E11CF0"/>
  </w:style>
  <w:style w:type="paragraph" w:customStyle="1" w:styleId="8DF1F21E4CF040ECAA288B9A63498CC2">
    <w:name w:val="8DF1F21E4CF040ECAA288B9A63498CC2"/>
    <w:rsid w:val="00E11CF0"/>
  </w:style>
  <w:style w:type="paragraph" w:customStyle="1" w:styleId="CE53238D29C64BD7ABBCDDF6ACFD847B">
    <w:name w:val="CE53238D29C64BD7ABBCDDF6ACFD847B"/>
    <w:rsid w:val="00E11CF0"/>
  </w:style>
  <w:style w:type="paragraph" w:customStyle="1" w:styleId="259E062D09894DA58693C3A5B7324F79">
    <w:name w:val="259E062D09894DA58693C3A5B7324F79"/>
    <w:rsid w:val="00E11CF0"/>
  </w:style>
  <w:style w:type="paragraph" w:customStyle="1" w:styleId="9E7C7A329031433DB6B7FBAC7343375D">
    <w:name w:val="9E7C7A329031433DB6B7FBAC7343375D"/>
    <w:rsid w:val="00E11CF0"/>
  </w:style>
  <w:style w:type="paragraph" w:customStyle="1" w:styleId="A5932558AD5945329512A2C485DA0C81">
    <w:name w:val="A5932558AD5945329512A2C485DA0C81"/>
    <w:rsid w:val="00E11CF0"/>
  </w:style>
  <w:style w:type="paragraph" w:customStyle="1" w:styleId="BB68DED4A3D4418DAF2F437AD7C25DEA">
    <w:name w:val="BB68DED4A3D4418DAF2F437AD7C25DEA"/>
    <w:rsid w:val="00E11CF0"/>
  </w:style>
  <w:style w:type="paragraph" w:customStyle="1" w:styleId="3B39B648D4B54B73844195A2D89BBF28">
    <w:name w:val="3B39B648D4B54B73844195A2D89BBF28"/>
    <w:rsid w:val="00E11CF0"/>
  </w:style>
  <w:style w:type="paragraph" w:customStyle="1" w:styleId="2DF49A007F5948C39D57A2354DC98E4B">
    <w:name w:val="2DF49A007F5948C39D57A2354DC98E4B"/>
    <w:rsid w:val="00E11CF0"/>
  </w:style>
  <w:style w:type="paragraph" w:customStyle="1" w:styleId="7D82338C372043EAAA2281308C49991D">
    <w:name w:val="7D82338C372043EAAA2281308C49991D"/>
    <w:rsid w:val="00E11CF0"/>
  </w:style>
  <w:style w:type="paragraph" w:customStyle="1" w:styleId="651240FF3C7D4E8F81C65F61C147BBF7">
    <w:name w:val="651240FF3C7D4E8F81C65F61C147BBF7"/>
    <w:rsid w:val="00E11CF0"/>
  </w:style>
  <w:style w:type="paragraph" w:customStyle="1" w:styleId="F2E54D859E6A4DD78890FDB35E4F57DD">
    <w:name w:val="F2E54D859E6A4DD78890FDB35E4F57DD"/>
    <w:rsid w:val="00E11CF0"/>
  </w:style>
  <w:style w:type="paragraph" w:customStyle="1" w:styleId="172C49AD457B4581AF3EA2BAD8EDBAD1">
    <w:name w:val="172C49AD457B4581AF3EA2BAD8EDBAD1"/>
    <w:rsid w:val="00E11CF0"/>
  </w:style>
  <w:style w:type="paragraph" w:customStyle="1" w:styleId="6A53A8EDFF1D47F9A888D78DB41E9B1B">
    <w:name w:val="6A53A8EDFF1D47F9A888D78DB41E9B1B"/>
    <w:rsid w:val="00E11CF0"/>
  </w:style>
  <w:style w:type="paragraph" w:customStyle="1" w:styleId="F4D6E54EF0DD4CD6947D76D0847C7252">
    <w:name w:val="F4D6E54EF0DD4CD6947D76D0847C7252"/>
    <w:rsid w:val="00E11CF0"/>
  </w:style>
  <w:style w:type="paragraph" w:customStyle="1" w:styleId="B8EF3356DAE1482F91EF349627B95F13">
    <w:name w:val="B8EF3356DAE1482F91EF349627B95F13"/>
    <w:rsid w:val="00E11CF0"/>
  </w:style>
  <w:style w:type="paragraph" w:customStyle="1" w:styleId="31B7E380E7BB4635A63BCCD49B537F96">
    <w:name w:val="31B7E380E7BB4635A63BCCD49B537F96"/>
    <w:rsid w:val="00E11CF0"/>
  </w:style>
  <w:style w:type="paragraph" w:customStyle="1" w:styleId="B0AAB9B3B32D4329A0839740E6982236">
    <w:name w:val="B0AAB9B3B32D4329A0839740E6982236"/>
    <w:rsid w:val="00E11CF0"/>
  </w:style>
  <w:style w:type="paragraph" w:customStyle="1" w:styleId="57042858523B4E579EF373F7FBEDA1A7">
    <w:name w:val="57042858523B4E579EF373F7FBEDA1A7"/>
    <w:rsid w:val="00E11CF0"/>
  </w:style>
  <w:style w:type="paragraph" w:customStyle="1" w:styleId="6EDA99B1C36A453FA8B38A420D1096F3">
    <w:name w:val="6EDA99B1C36A453FA8B38A420D1096F3"/>
    <w:rsid w:val="00E11CF0"/>
  </w:style>
  <w:style w:type="paragraph" w:customStyle="1" w:styleId="2D32389FFCAC48C3A04E268B827AEE54">
    <w:name w:val="2D32389FFCAC48C3A04E268B827AEE54"/>
    <w:rsid w:val="00E11CF0"/>
  </w:style>
  <w:style w:type="paragraph" w:customStyle="1" w:styleId="0397EE4E1F294825BCF57FAE0F595BD9">
    <w:name w:val="0397EE4E1F294825BCF57FAE0F595BD9"/>
    <w:rsid w:val="00E11CF0"/>
  </w:style>
  <w:style w:type="paragraph" w:customStyle="1" w:styleId="9721118088C744CEA4A2F9282DE83C83">
    <w:name w:val="9721118088C744CEA4A2F9282DE83C83"/>
    <w:rsid w:val="00E11CF0"/>
  </w:style>
  <w:style w:type="paragraph" w:customStyle="1" w:styleId="D687E5C369304B42972022464EEA8B12">
    <w:name w:val="D687E5C369304B42972022464EEA8B12"/>
    <w:rsid w:val="00E11CF0"/>
  </w:style>
  <w:style w:type="paragraph" w:customStyle="1" w:styleId="0C87624F2071497B8D420065C9FF7016">
    <w:name w:val="0C87624F2071497B8D420065C9FF7016"/>
    <w:rsid w:val="00E11CF0"/>
  </w:style>
  <w:style w:type="paragraph" w:customStyle="1" w:styleId="BFF22397E7C34141B05BED7A86C61DDE">
    <w:name w:val="BFF22397E7C34141B05BED7A86C61DDE"/>
    <w:rsid w:val="00E11CF0"/>
  </w:style>
  <w:style w:type="paragraph" w:customStyle="1" w:styleId="584ABED3CF714D25B42EB00EE2E1BEF7">
    <w:name w:val="584ABED3CF714D25B42EB00EE2E1BEF7"/>
    <w:rsid w:val="00E11CF0"/>
  </w:style>
  <w:style w:type="paragraph" w:customStyle="1" w:styleId="BDA3755EF5E74B6BACDB83C1E29A6B50">
    <w:name w:val="BDA3755EF5E74B6BACDB83C1E29A6B50"/>
    <w:rsid w:val="00E11CF0"/>
  </w:style>
  <w:style w:type="paragraph" w:customStyle="1" w:styleId="1734C0B0E50C4165979C1D1CD6EF51181">
    <w:name w:val="1734C0B0E50C4165979C1D1CD6EF511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7BC5EED812493CAB3BD374A7CB4D851">
    <w:name w:val="C07BC5EED812493CAB3BD374A7CB4D8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98294D209F4216B8489A8FD8D665731">
    <w:name w:val="3398294D209F4216B8489A8FD8D6657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74E3260D8249BCB101ACCBADFA905B1">
    <w:name w:val="8374E3260D8249BCB101ACCBADFA905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82DDF8619B4FB6B85E247B796EDC9B1">
    <w:name w:val="DE82DDF8619B4FB6B85E247B796EDC9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D940DEC70B4715B4C393D1943471A81">
    <w:name w:val="46D940DEC70B4715B4C393D1943471A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0AB0A2B2674F00BEC8C26C54F72F3B1">
    <w:name w:val="3E0AB0A2B2674F00BEC8C26C54F72F3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CD06D0D8E14EE39265D54698BD11991">
    <w:name w:val="87CD06D0D8E14EE39265D54698BD119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B87C171B5A40AFBCB0A9A4EC45EFCE1">
    <w:name w:val="B6B87C171B5A40AFBCB0A9A4EC45EFC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A5173520B24CFBBAB0F047F70BE4C61">
    <w:name w:val="39A5173520B24CFBBAB0F047F70BE4C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6E77320FF404DCFBDC8796D1B5265351">
    <w:name w:val="86E77320FF404DCFBDC8796D1B52653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0132211DB5461593A26F06D4D36ECF1">
    <w:name w:val="FB0132211DB5461593A26F06D4D36EC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34C0B0E50C4165979C1D1CD6EF5118">
    <w:name w:val="1734C0B0E50C4165979C1D1CD6EF5118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">
    <w:name w:val="96F24E541B0145AAA4C1F913603E646E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">
    <w:name w:val="2C3A3162D80445F78DDE0C5B1FC1D37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">
    <w:name w:val="3BB3224C02224BE9B27FBD8B4FA44C85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FCEB593184E2CAFC9A63327EFB950">
    <w:name w:val="757FCEB593184E2CAFC9A63327EFB95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B39A8070A84184971C8E49480EB90B">
    <w:name w:val="F4B39A8070A84184971C8E49480EB90B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8B3D68BA90427185C83E86084B855F1">
    <w:name w:val="A48B3D68BA90427185C83E86084B855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E48B1C91D74B7D8A84A535D6358B9A1">
    <w:name w:val="C0E48B1C91D74B7D8A84A535D6358B9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1F21E4CF040ECAA288B9A63498CC21">
    <w:name w:val="8DF1F21E4CF040ECAA288B9A63498CC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59E062D09894DA58693C3A5B7324F791">
    <w:name w:val="259E062D09894DA58693C3A5B7324F7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7C7A329031433DB6B7FBAC7343375D1">
    <w:name w:val="9E7C7A329031433DB6B7FBAC7343375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932558AD5945329512A2C485DA0C811">
    <w:name w:val="A5932558AD5945329512A2C485DA0C8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68DED4A3D4418DAF2F437AD7C25DEA1">
    <w:name w:val="BB68DED4A3D4418DAF2F437AD7C25DE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39B648D4B54B73844195A2D89BBF281">
    <w:name w:val="3B39B648D4B54B73844195A2D89BBF2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F49A007F5948C39D57A2354DC98E4B1">
    <w:name w:val="2DF49A007F5948C39D57A2354DC98E4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82338C372043EAAA2281308C49991D1">
    <w:name w:val="7D82338C372043EAAA2281308C49991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FCEB593184E2CAFC9A63327EFB9501">
    <w:name w:val="757FCEB593184E2CAFC9A63327EFB95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E54D859E6A4DD78890FDB35E4F57DD1">
    <w:name w:val="F2E54D859E6A4DD78890FDB35E4F57D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2C49AD457B4581AF3EA2BAD8EDBAD11">
    <w:name w:val="172C49AD457B4581AF3EA2BAD8EDBAD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53A8EDFF1D47F9A888D78DB41E9B1B1">
    <w:name w:val="6A53A8EDFF1D47F9A888D78DB41E9B1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E54EF0DD4CD6947D76D0847C72521">
    <w:name w:val="F4D6E54EF0DD4CD6947D76D0847C725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EF3356DAE1482F91EF349627B95F131">
    <w:name w:val="B8EF3356DAE1482F91EF349627B95F1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AAB9B3B32D4329A0839740E69822361">
    <w:name w:val="B0AAB9B3B32D4329A0839740E698223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042858523B4E579EF373F7FBEDA1A71">
    <w:name w:val="57042858523B4E579EF373F7FBEDA1A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DA99B1C36A453FA8B38A420D1096F31">
    <w:name w:val="6EDA99B1C36A453FA8B38A420D1096F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32389FFCAC48C3A04E268B827AEE541">
    <w:name w:val="2D32389FFCAC48C3A04E268B827AEE54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397EE4E1F294825BCF57FAE0F595BD91">
    <w:name w:val="0397EE4E1F294825BCF57FAE0F595BD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87E5C369304B42972022464EEA8B121">
    <w:name w:val="D687E5C369304B42972022464EEA8B1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C87624F2071497B8D420065C9FF70161">
    <w:name w:val="0C87624F2071497B8D420065C9FF701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F22397E7C34141B05BED7A86C61DDE1">
    <w:name w:val="BFF22397E7C34141B05BED7A86C61DD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4ABED3CF714D25B42EB00EE2E1BEF71">
    <w:name w:val="584ABED3CF714D25B42EB00EE2E1BEF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A3755EF5E74B6BACDB83C1E29A6B501">
    <w:name w:val="BDA3755EF5E74B6BACDB83C1E29A6B5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B39A8070A84184971C8E49480EB90B1">
    <w:name w:val="F4B39A8070A84184971C8E49480EB90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DDD1E4-0D40-4C43-8864-9A02B6B74BC1}"/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2026-08-21T13:18:00Z</dcterms:created>
  <dcterms:modified xsi:type="dcterms:W3CDTF">2026-09-10T10:18:00Z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