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Pr="00260F73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34C74D1D" w:rsidR="00F4085D" w:rsidRPr="00260F73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260F73">
        <w:rPr>
          <w:b/>
          <w:bCs/>
          <w:sz w:val="40"/>
          <w:szCs w:val="40"/>
        </w:rPr>
        <w:t xml:space="preserve">RCPI </w:t>
      </w:r>
      <w:r w:rsidR="007C0991" w:rsidRPr="00260F73">
        <w:rPr>
          <w:b/>
          <w:bCs/>
          <w:sz w:val="40"/>
          <w:szCs w:val="40"/>
        </w:rPr>
        <w:t xml:space="preserve">Higher Specialist </w:t>
      </w:r>
      <w:r w:rsidR="002D7D98" w:rsidRPr="00260F73">
        <w:rPr>
          <w:b/>
          <w:bCs/>
          <w:sz w:val="40"/>
          <w:szCs w:val="40"/>
        </w:rPr>
        <w:t>Training</w:t>
      </w:r>
      <w:r w:rsidR="007C0991" w:rsidRPr="00260F73">
        <w:rPr>
          <w:b/>
          <w:bCs/>
          <w:sz w:val="40"/>
          <w:szCs w:val="40"/>
        </w:rPr>
        <w:t>:</w:t>
      </w:r>
      <w:r w:rsidR="00F4085D" w:rsidRPr="00260F73">
        <w:rPr>
          <w:b/>
          <w:bCs/>
          <w:sz w:val="40"/>
          <w:szCs w:val="40"/>
        </w:rPr>
        <w:t xml:space="preserve"> </w:t>
      </w:r>
      <w:r w:rsidR="00E90802">
        <w:rPr>
          <w:b/>
          <w:bCs/>
          <w:sz w:val="40"/>
          <w:szCs w:val="40"/>
        </w:rPr>
        <w:t>Neurology</w:t>
      </w:r>
    </w:p>
    <w:p w14:paraId="609CAFC3" w14:textId="0E8919FD" w:rsidR="007C0991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260F73">
        <w:rPr>
          <w:b/>
          <w:bCs/>
          <w:sz w:val="48"/>
          <w:szCs w:val="48"/>
        </w:rPr>
        <w:t>Curriculum Vitae</w:t>
      </w:r>
    </w:p>
    <w:p w14:paraId="158B37B7" w14:textId="77777777" w:rsidR="00260F73" w:rsidRPr="00260F73" w:rsidRDefault="00260F73" w:rsidP="00260F73"/>
    <w:p w14:paraId="6E5B97C0" w14:textId="59A16C94" w:rsidR="00214ECC" w:rsidRPr="00260F73" w:rsidRDefault="003729FB" w:rsidP="001C17E4">
      <w:pPr>
        <w:pStyle w:val="Heading1"/>
      </w:pPr>
      <w:r w:rsidRPr="00260F73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:rsidRPr="00260F73" w14:paraId="091518D3" w14:textId="77777777" w:rsidTr="00260F73">
        <w:tc>
          <w:tcPr>
            <w:tcW w:w="1886" w:type="pct"/>
            <w:vAlign w:val="center"/>
          </w:tcPr>
          <w:p w14:paraId="461D333E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Full Name:</w:t>
            </w:r>
          </w:p>
          <w:p w14:paraId="46EE3531" w14:textId="1A50F9B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3B7B6D19" w14:textId="14E466E6" w:rsidR="009E4AEB" w:rsidRPr="00260F73" w:rsidRDefault="001C17E4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773EA148" w14:textId="77777777" w:rsidTr="00260F73">
        <w:tc>
          <w:tcPr>
            <w:tcW w:w="1886" w:type="pct"/>
            <w:vAlign w:val="center"/>
          </w:tcPr>
          <w:p w14:paraId="62CA2F33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Medical Council (IMC) Registration Number:</w:t>
            </w:r>
          </w:p>
          <w:p w14:paraId="096607BC" w14:textId="79A3C1DB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  <w:vAlign w:val="center"/>
              </w:tcPr>
              <w:p w14:paraId="2A4369CD" w14:textId="4DD25E0D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:rsidRPr="00260F73" w14:paraId="36E9348D" w14:textId="77777777" w:rsidTr="00260F73">
        <w:tc>
          <w:tcPr>
            <w:tcW w:w="1886" w:type="pct"/>
            <w:vAlign w:val="center"/>
          </w:tcPr>
          <w:p w14:paraId="640B854D" w14:textId="77777777" w:rsidR="009E4AEB" w:rsidRDefault="009E4AEB" w:rsidP="00260F73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Please list any prior medical registrations i.e. (GMC):</w:t>
            </w:r>
          </w:p>
          <w:p w14:paraId="38BE2FC2" w14:textId="5EE45BD4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tc>
          <w:tcPr>
            <w:tcW w:w="3114" w:type="pct"/>
            <w:vAlign w:val="center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733AEED4" w14:textId="346A6196" w:rsidR="004D6768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9E4AEB" w:rsidRPr="00260F73" w14:paraId="452C156E" w14:textId="77777777" w:rsidTr="00260F73">
        <w:tc>
          <w:tcPr>
            <w:tcW w:w="1886" w:type="pct"/>
            <w:vAlign w:val="center"/>
          </w:tcPr>
          <w:p w14:paraId="5B86263B" w14:textId="77777777" w:rsidR="009E4AEB" w:rsidRDefault="00260F73" w:rsidP="00260F7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Current</w:t>
            </w:r>
            <w:r w:rsidR="009E4AEB" w:rsidRPr="00260F73">
              <w:rPr>
                <w:b/>
                <w:bCs/>
              </w:rPr>
              <w:t xml:space="preserve"> Post:</w:t>
            </w:r>
          </w:p>
          <w:p w14:paraId="2B91D0AD" w14:textId="646DAF20" w:rsidR="00260F73" w:rsidRPr="00260F73" w:rsidRDefault="00260F73" w:rsidP="00260F73">
            <w:pPr>
              <w:jc w:val="center"/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  <w:vAlign w:val="center"/>
              </w:tcPr>
              <w:p w14:paraId="13FF5351" w14:textId="76ACC4B8" w:rsidR="009E4AEB" w:rsidRPr="00260F73" w:rsidRDefault="00B16633" w:rsidP="00260F73">
                <w:pPr>
                  <w:jc w:val="center"/>
                </w:pPr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0627E4A" w14:textId="277579A8" w:rsidR="00597958" w:rsidRPr="00260F73" w:rsidRDefault="002931FF">
      <w:r w:rsidRPr="00260F73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E10CDF4">
                <wp:simplePos x="0" y="0"/>
                <wp:positionH relativeFrom="margin">
                  <wp:align>right</wp:align>
                </wp:positionH>
                <wp:positionV relativeFrom="paragraph">
                  <wp:posOffset>2631606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6871AE8C" w:rsidR="002931FF" w:rsidRPr="00803B09" w:rsidRDefault="00803B09" w:rsidP="00803B0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207.2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VSU5b&#10;3QAAAAgBAAAPAAAAAAAAAAAAAAAAAGgEAABkcnMvZG93bnJldi54bWxQSwUGAAAAAAQABADzAAAA&#10;cgUAAAAA&#10;">
                <v:textbox style="mso-fit-shape-to-text:t">
                  <w:txbxContent>
                    <w:p w14:paraId="0B7A552B" w14:textId="6871AE8C" w:rsidR="002931FF" w:rsidRPr="00803B09" w:rsidRDefault="00803B09" w:rsidP="00803B09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 w:rsidRPr="00260F73">
        <w:br w:type="page"/>
      </w:r>
    </w:p>
    <w:p w14:paraId="27A096EA" w14:textId="56CA61F4" w:rsidR="004929C5" w:rsidRPr="004929C5" w:rsidRDefault="00260F73" w:rsidP="004929C5">
      <w:pPr>
        <w:pStyle w:val="Heading1"/>
      </w:pPr>
      <w:r>
        <w:lastRenderedPageBreak/>
        <w:t>Career Objective / Personal Statement</w:t>
      </w:r>
    </w:p>
    <w:p w14:paraId="5A599AA4" w14:textId="5B9268A2" w:rsidR="00260F73" w:rsidRDefault="00260F73" w:rsidP="00260F73">
      <w:pPr>
        <w:rPr>
          <w:b/>
          <w:bCs/>
        </w:rPr>
      </w:pPr>
      <w:r w:rsidRPr="00260F73">
        <w:rPr>
          <w:b/>
          <w:bCs/>
        </w:rPr>
        <w:t xml:space="preserve">Brief statement (250 words) outlining your motivation for a career in </w:t>
      </w:r>
      <w:r w:rsidR="00446759">
        <w:rPr>
          <w:b/>
          <w:bCs/>
        </w:rPr>
        <w:t>medicine</w:t>
      </w:r>
      <w:r w:rsidRPr="00260F73">
        <w:rPr>
          <w:b/>
          <w:bCs/>
        </w:rPr>
        <w:t>, chosen specialty, and career goals within the HSE.</w:t>
      </w:r>
    </w:p>
    <w:sdt>
      <w:sdtPr>
        <w:rPr>
          <w:b/>
          <w:bCs/>
        </w:rPr>
        <w:id w:val="1461925480"/>
        <w:placeholder>
          <w:docPart w:val="D5F14FB66A15431389EB3E003A7DADB1"/>
        </w:placeholder>
        <w:showingPlcHdr/>
      </w:sdtPr>
      <w:sdtContent>
        <w:p w14:paraId="1C5F0DEB" w14:textId="3E4383BF" w:rsidR="00260F73" w:rsidRDefault="00260F73" w:rsidP="00260F73">
          <w:pPr>
            <w:rPr>
              <w:b/>
              <w:bCs/>
            </w:rPr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8332D86" w14:textId="77777777" w:rsidR="00803B09" w:rsidRDefault="00803B09" w:rsidP="00803B09"/>
    <w:p w14:paraId="73ED809F" w14:textId="75B9E92C" w:rsidR="00214ECC" w:rsidRPr="00260F73" w:rsidRDefault="003729FB" w:rsidP="001C17E4">
      <w:pPr>
        <w:pStyle w:val="Heading1"/>
      </w:pPr>
      <w:r w:rsidRPr="00260F73">
        <w:t>Commitment to Specialty &amp; Career Motivation</w:t>
      </w:r>
    </w:p>
    <w:p w14:paraId="3808862C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Why are you interested in this specialty?</w:t>
      </w:r>
      <w:r w:rsidR="002D7D98" w:rsidRPr="00260F73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11D740AE" w14:textId="6D2BF1E3" w:rsidR="00446759" w:rsidRDefault="00446759" w:rsidP="00446759">
      <w:pPr>
        <w:pStyle w:val="ListParagraph"/>
        <w:numPr>
          <w:ilvl w:val="0"/>
          <w:numId w:val="14"/>
        </w:numPr>
        <w:rPr>
          <w:b/>
          <w:bCs/>
        </w:rPr>
      </w:pPr>
      <w:r w:rsidRPr="00446759">
        <w:rPr>
          <w:b/>
          <w:bCs/>
        </w:rPr>
        <w:t>What experiences have influenced your decision to pursue this area? (200 words)</w:t>
      </w:r>
    </w:p>
    <w:sdt>
      <w:sdtPr>
        <w:id w:val="-1720120786"/>
        <w:placeholder>
          <w:docPart w:val="E784E538356841158C171F82ADDD532E"/>
        </w:placeholder>
        <w:showingPlcHdr/>
      </w:sdtPr>
      <w:sdtContent>
        <w:p w14:paraId="38F57373" w14:textId="4625A906" w:rsidR="00446759" w:rsidRPr="00446759" w:rsidRDefault="00446759" w:rsidP="00446759">
          <w:r w:rsidRPr="00446759">
            <w:rPr>
              <w:rStyle w:val="PlaceholderText"/>
              <w:lang w:val="en-US"/>
            </w:rPr>
            <w:t>Click or tap here to enter text.</w:t>
          </w:r>
        </w:p>
      </w:sdtContent>
    </w:sdt>
    <w:p w14:paraId="51C12F35" w14:textId="77777777" w:rsidR="00597958" w:rsidRPr="00260F73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steps have you taken to build your career in this specialty? (e.g., rotations, audits,</w:t>
      </w:r>
      <w:r w:rsidRPr="00260F73">
        <w:t xml:space="preserve"> </w:t>
      </w:r>
      <w:r w:rsidRPr="00260F73">
        <w:rPr>
          <w:b/>
          <w:bCs/>
        </w:rPr>
        <w:t>courses, research)</w:t>
      </w:r>
      <w:r w:rsidR="002D7D98" w:rsidRPr="00260F73">
        <w:rPr>
          <w:b/>
          <w:bCs/>
        </w:rPr>
        <w:t xml:space="preserve"> (200 words)</w:t>
      </w:r>
    </w:p>
    <w:p w14:paraId="3E3713EA" w14:textId="000B6F80" w:rsidR="009E4AEB" w:rsidRPr="00260F73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260F73">
            <w:rPr>
              <w:rStyle w:val="PlaceholderText"/>
            </w:rPr>
            <w:t>Click or tap here to enter text.</w:t>
          </w:r>
        </w:sdtContent>
      </w:sdt>
    </w:p>
    <w:p w14:paraId="6D446B95" w14:textId="1EC5124C" w:rsidR="007C3707" w:rsidRPr="00260F73" w:rsidRDefault="00260F73" w:rsidP="00260F73">
      <w:pPr>
        <w:pStyle w:val="ListParagraph"/>
        <w:numPr>
          <w:ilvl w:val="0"/>
          <w:numId w:val="14"/>
        </w:numPr>
        <w:rPr>
          <w:b/>
          <w:bCs/>
        </w:rPr>
      </w:pPr>
      <w:r w:rsidRPr="00260F73">
        <w:rPr>
          <w:b/>
          <w:bCs/>
        </w:rPr>
        <w:t>What are your short- and long-term career goals in this field? (200 words)</w:t>
      </w:r>
    </w:p>
    <w:sdt>
      <w:sdtPr>
        <w:id w:val="616039675"/>
        <w:placeholder>
          <w:docPart w:val="0650B01579224C17841E78E78C05793F"/>
        </w:placeholder>
        <w:showingPlcHdr/>
      </w:sdtPr>
      <w:sdtContent>
        <w:p w14:paraId="39B80081" w14:textId="30FBE651" w:rsidR="00260F73" w:rsidRPr="00260F73" w:rsidRDefault="00260F73" w:rsidP="00260F73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D1FFB28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6CB5FFB7" w:rsidR="002D7D98" w:rsidRPr="00260F73" w:rsidRDefault="003729FB" w:rsidP="001C17E4">
      <w:pPr>
        <w:pStyle w:val="Heading1"/>
      </w:pPr>
      <w:r w:rsidRPr="00260F73">
        <w:lastRenderedPageBreak/>
        <w:t>Medical Education &amp; Qualifications</w:t>
      </w:r>
      <w:r w:rsidR="002D7D98" w:rsidRPr="00260F73">
        <w:t xml:space="preserve"> – Including Memberships</w:t>
      </w:r>
      <w:r w:rsidR="00C7253B" w:rsidRPr="00260F73">
        <w:t xml:space="preserve"> and Courses</w:t>
      </w:r>
    </w:p>
    <w:p w14:paraId="0A20EB36" w14:textId="73367547" w:rsidR="000A5F58" w:rsidRDefault="000A5F58" w:rsidP="000A5F58">
      <w:r>
        <w:t xml:space="preserve">(Reverse </w:t>
      </w:r>
      <w:commentRangeStart w:id="0"/>
      <w:r>
        <w:t>chronological order</w:t>
      </w:r>
      <w:commentRangeEnd w:id="0"/>
      <w:r>
        <w:rPr>
          <w:rStyle w:val="CommentReference"/>
          <w:sz w:val="24"/>
          <w:szCs w:val="22"/>
        </w:rPr>
        <w:commentReference w:id="0"/>
      </w:r>
      <w:r>
        <w:t>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260F73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B16633" w:rsidRPr="00260F73">
              <w:rPr>
                <w:b/>
                <w:bCs/>
              </w:rPr>
              <w:t xml:space="preserve"> </w:t>
            </w:r>
            <w:r w:rsidR="00F4085D" w:rsidRPr="00260F73">
              <w:rPr>
                <w:b/>
                <w:bCs/>
              </w:rPr>
              <w:t>A</w:t>
            </w:r>
            <w:r w:rsidR="00B16633" w:rsidRPr="00260F73">
              <w:rPr>
                <w:b/>
                <w:bCs/>
              </w:rPr>
              <w:t>ttached</w:t>
            </w:r>
          </w:p>
        </w:tc>
      </w:tr>
      <w:tr w:rsidR="002D7D98" w:rsidRPr="00260F73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:rsidRPr="00260F73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Pr="00260F73" w:rsidRDefault="00B16633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Pr="00260F73" w:rsidRDefault="00B8038E" w:rsidP="00B8038E">
            <w:pPr>
              <w:jc w:val="center"/>
            </w:pPr>
            <w:r w:rsidRPr="00260F73"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Pr="00260F73" w:rsidRDefault="00B8038E" w:rsidP="00B8038E">
            <w:pPr>
              <w:jc w:val="center"/>
            </w:pPr>
            <w:r w:rsidRPr="00260F73"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:rsidRPr="00260F73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Pr="00260F73" w:rsidRDefault="00B16633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:rsidRPr="00260F73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Pr="00260F73" w:rsidRDefault="00C95D05" w:rsidP="00CA379F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Pr="00260F73" w:rsidRDefault="00B8038E" w:rsidP="00B8038E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Pr="00260F73" w:rsidRDefault="00B8038E" w:rsidP="00B8038E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76CB9A1A" w14:textId="77777777" w:rsidR="00803B09" w:rsidRDefault="00803B09" w:rsidP="00803B09"/>
    <w:p w14:paraId="75B4FEB0" w14:textId="6EF2E1C1" w:rsidR="3FE541D5" w:rsidRPr="00260F73" w:rsidRDefault="002D7D98" w:rsidP="001C17E4">
      <w:pPr>
        <w:pStyle w:val="Heading1"/>
      </w:pPr>
      <w:r w:rsidRPr="00260F73">
        <w:t>Current Professional Registrations</w:t>
      </w:r>
      <w:r w:rsidR="00F4085D" w:rsidRPr="00260F73">
        <w:t xml:space="preserve"> </w:t>
      </w:r>
      <w:r w:rsidR="2D96377B" w:rsidRPr="00260F73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260F73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260F73" w:rsidRDefault="002D7D98" w:rsidP="00F4085D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260F73" w:rsidRDefault="002D7D98" w:rsidP="00597958">
            <w:pPr>
              <w:jc w:val="center"/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</w:t>
            </w:r>
            <w:r w:rsidR="00F4085D" w:rsidRPr="00260F73">
              <w:rPr>
                <w:b/>
                <w:bCs/>
              </w:rPr>
              <w:t xml:space="preserve"> Attached</w:t>
            </w:r>
          </w:p>
        </w:tc>
      </w:tr>
      <w:tr w:rsidR="002D7D98" w:rsidRPr="00260F73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Pr="00260F73" w:rsidRDefault="00B16633" w:rsidP="00503B70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Pr="00260F73" w:rsidRDefault="001B2E81" w:rsidP="00597958">
            <w:pPr>
              <w:jc w:val="center"/>
            </w:pPr>
            <w:r w:rsidRPr="00260F73"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Pr="00260F73" w:rsidRDefault="001B2E81" w:rsidP="00597958">
            <w:pPr>
              <w:jc w:val="center"/>
            </w:pPr>
            <w:r w:rsidRPr="00260F73"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 xml:space="preserve"> </w:t>
            </w:r>
          </w:p>
        </w:tc>
      </w:tr>
      <w:tr w:rsidR="00B16633" w:rsidRPr="00260F7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7A68B3BC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67BF288E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0493156F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32D55FC9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:rsidRPr="00260F7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Pr="00260F73" w:rsidRDefault="00B16633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5FF86461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6004A93A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3FFAE73B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18BC3420" w:rsidR="00B16633" w:rsidRPr="00260F73" w:rsidRDefault="00803B09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Pr="00260F73" w:rsidRDefault="001B2E81" w:rsidP="001B2E81">
            <w:pPr>
              <w:jc w:val="center"/>
            </w:pPr>
            <w:r w:rsidRPr="00260F73"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Pr="00260F73" w:rsidRDefault="001B2E81" w:rsidP="001B2E81">
            <w:pPr>
              <w:jc w:val="center"/>
            </w:pPr>
            <w:r w:rsidRPr="00260F73"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:rsidRPr="00260F7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Pr="00260F73" w:rsidRDefault="00B16633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784544D3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72FD16E2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FE8C626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31E0B52F" w:rsidR="00B16633" w:rsidRPr="00260F73" w:rsidRDefault="00803B09" w:rsidP="00076DED">
                        <w:r w:rsidRPr="00260F73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Pr="00260F73" w:rsidRDefault="001B2E81" w:rsidP="001B2E81">
                    <w:pPr>
                      <w:jc w:val="center"/>
                    </w:pPr>
                    <w:r w:rsidRPr="00260F73"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Pr="00260F73" w:rsidRDefault="001B2E81" w:rsidP="001B2E81">
                    <w:pPr>
                      <w:jc w:val="center"/>
                    </w:pPr>
                    <w:r w:rsidRPr="00260F73"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 w:rsidRPr="00260F73"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4E06CE75" w14:textId="77777777" w:rsidR="002D7D98" w:rsidRPr="00260F73" w:rsidRDefault="002D7D98"/>
    <w:p w14:paraId="14AD253B" w14:textId="77777777" w:rsidR="00214ECC" w:rsidRPr="00260F73" w:rsidRDefault="003729FB" w:rsidP="001C17E4">
      <w:pPr>
        <w:pStyle w:val="Heading1"/>
      </w:pPr>
      <w:r w:rsidRPr="00260F73">
        <w:lastRenderedPageBreak/>
        <w:t>Clinical Employment History</w:t>
      </w:r>
    </w:p>
    <w:p w14:paraId="5179FB9C" w14:textId="1C1F9C5C" w:rsidR="00214ECC" w:rsidRPr="00260F73" w:rsidRDefault="003729FB">
      <w:r w:rsidRPr="00260F73"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:rsidRPr="00260F73" w14:paraId="2D16504D" w14:textId="77777777" w:rsidTr="00E70F08">
        <w:tc>
          <w:tcPr>
            <w:tcW w:w="9350" w:type="dxa"/>
            <w:gridSpan w:val="2"/>
          </w:tcPr>
          <w:p w14:paraId="57CB4B58" w14:textId="1157D3E2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:rsidRPr="00260F73" w14:paraId="20EAB3EC" w14:textId="77777777" w:rsidTr="002E140B">
        <w:tc>
          <w:tcPr>
            <w:tcW w:w="2547" w:type="dxa"/>
          </w:tcPr>
          <w:p w14:paraId="4C1371F0" w14:textId="773A0F9E" w:rsidR="00597958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09CE63E9" w14:textId="77777777" w:rsidTr="002E140B">
        <w:tc>
          <w:tcPr>
            <w:tcW w:w="2547" w:type="dxa"/>
          </w:tcPr>
          <w:p w14:paraId="67052997" w14:textId="449E67BD" w:rsidR="00597958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Pr="00260F73" w:rsidRDefault="002E140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:rsidRPr="00260F73" w14:paraId="423BA94B" w14:textId="77777777" w:rsidTr="002E140B">
        <w:tc>
          <w:tcPr>
            <w:tcW w:w="2547" w:type="dxa"/>
          </w:tcPr>
          <w:p w14:paraId="4DDB93B2" w14:textId="7F833D2D" w:rsidR="00597958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:rsidRPr="00260F73" w14:paraId="6A2FA343" w14:textId="77777777" w:rsidTr="002E140B">
        <w:tc>
          <w:tcPr>
            <w:tcW w:w="2547" w:type="dxa"/>
          </w:tcPr>
          <w:p w14:paraId="05DA6982" w14:textId="689D0E30" w:rsidR="00597958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Pr="00260F73" w:rsidRDefault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Pr="00260F73" w:rsidRDefault="002E140B" w:rsidP="002E140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2FFCD4FE" w:rsidR="002E140B" w:rsidRPr="00260F73" w:rsidRDefault="002E140B" w:rsidP="002E140B"/>
        </w:tc>
      </w:tr>
      <w:tr w:rsidR="002E140B" w:rsidRPr="00260F73" w14:paraId="11904FE7" w14:textId="77777777" w:rsidTr="00E70F08">
        <w:tc>
          <w:tcPr>
            <w:tcW w:w="9350" w:type="dxa"/>
            <w:gridSpan w:val="2"/>
          </w:tcPr>
          <w:p w14:paraId="17040DC0" w14:textId="330194A0" w:rsidR="002E140B" w:rsidRPr="00260F73" w:rsidRDefault="002E140B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:rsidRPr="00260F73" w14:paraId="0D159708" w14:textId="77777777" w:rsidTr="002E140B">
        <w:tc>
          <w:tcPr>
            <w:tcW w:w="2547" w:type="dxa"/>
          </w:tcPr>
          <w:p w14:paraId="6855F987" w14:textId="77777777" w:rsidR="002E140B" w:rsidRPr="00260F73" w:rsidRDefault="002E140B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3FF24D13" w14:textId="77777777" w:rsidTr="002E140B">
        <w:tc>
          <w:tcPr>
            <w:tcW w:w="2547" w:type="dxa"/>
          </w:tcPr>
          <w:p w14:paraId="104FCC2D" w14:textId="77777777" w:rsidR="002E140B" w:rsidRPr="00260F73" w:rsidRDefault="002E140B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:rsidRPr="00260F73" w14:paraId="15579743" w14:textId="77777777" w:rsidTr="002E140B">
        <w:tc>
          <w:tcPr>
            <w:tcW w:w="2547" w:type="dxa"/>
          </w:tcPr>
          <w:p w14:paraId="4D83AFB6" w14:textId="77777777" w:rsidR="002E140B" w:rsidRPr="00260F73" w:rsidRDefault="002E140B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48B155F2" w14:textId="77777777" w:rsidTr="002E140B">
        <w:tc>
          <w:tcPr>
            <w:tcW w:w="2547" w:type="dxa"/>
          </w:tcPr>
          <w:p w14:paraId="5C52A10E" w14:textId="77777777" w:rsidR="002E140B" w:rsidRPr="00260F73" w:rsidRDefault="002E140B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Pr="00260F73" w:rsidRDefault="002E140B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Pr="00260F73" w:rsidRDefault="002E140B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Pr="00260F73" w:rsidRDefault="002E140B" w:rsidP="00076DED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:rsidRPr="00260F73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4FFCDEF1" w:rsidR="002E140B" w:rsidRPr="00260F73" w:rsidRDefault="002E140B" w:rsidP="002E140B"/>
        </w:tc>
      </w:tr>
      <w:tr w:rsidR="00803B09" w:rsidRPr="00260F73" w14:paraId="73F7C4FE" w14:textId="77777777" w:rsidTr="00E70F08">
        <w:tc>
          <w:tcPr>
            <w:tcW w:w="9350" w:type="dxa"/>
            <w:gridSpan w:val="2"/>
          </w:tcPr>
          <w:p w14:paraId="6825248B" w14:textId="2CAA047B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567802457"/>
                <w:placeholder>
                  <w:docPart w:val="84726E4634714F09A2BFEF3AAB52C75D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4AF18B6D" w14:textId="77777777" w:rsidTr="002E140B">
        <w:tc>
          <w:tcPr>
            <w:tcW w:w="2547" w:type="dxa"/>
          </w:tcPr>
          <w:p w14:paraId="034D3A5D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729357709"/>
            <w:placeholder>
              <w:docPart w:val="E6E722D9AD044456BDFE81AEA676206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4C4BF7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3F9DA604" w14:textId="77777777" w:rsidTr="002E140B">
        <w:tc>
          <w:tcPr>
            <w:tcW w:w="2547" w:type="dxa"/>
          </w:tcPr>
          <w:p w14:paraId="2F7EAD9D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-193234357"/>
            <w:placeholder>
              <w:docPart w:val="CA7E9ED32EAF4C10B46ACEE313024E7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9D731C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178D2B9" w14:textId="77777777" w:rsidTr="002E140B">
        <w:tc>
          <w:tcPr>
            <w:tcW w:w="2547" w:type="dxa"/>
          </w:tcPr>
          <w:p w14:paraId="1DF6B18F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268158285"/>
            <w:placeholder>
              <w:docPart w:val="474325210F9A456E8C056415E48010A1"/>
            </w:placeholder>
            <w:showingPlcHdr/>
          </w:sdtPr>
          <w:sdtContent>
            <w:tc>
              <w:tcPr>
                <w:tcW w:w="6803" w:type="dxa"/>
              </w:tcPr>
              <w:p w14:paraId="1C0687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8D71916" w14:textId="77777777" w:rsidTr="002E140B">
        <w:tc>
          <w:tcPr>
            <w:tcW w:w="2547" w:type="dxa"/>
          </w:tcPr>
          <w:p w14:paraId="5338CF7C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110240135"/>
            <w:placeholder>
              <w:docPart w:val="11F7BB8A3A804A37947E68A29B534A2F"/>
            </w:placeholder>
            <w:showingPlcHdr/>
          </w:sdtPr>
          <w:sdtContent>
            <w:tc>
              <w:tcPr>
                <w:tcW w:w="6803" w:type="dxa"/>
              </w:tcPr>
              <w:p w14:paraId="457C9E70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5301B0C" w14:textId="77777777" w:rsidTr="002E140B">
        <w:tc>
          <w:tcPr>
            <w:tcW w:w="2547" w:type="dxa"/>
            <w:vAlign w:val="center"/>
          </w:tcPr>
          <w:p w14:paraId="4EEA3822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38870429"/>
            <w:placeholder>
              <w:docPart w:val="B06D32C5AC044B54B136CF46EE5B8E8E"/>
            </w:placeholder>
            <w:showingPlcHdr/>
          </w:sdtPr>
          <w:sdtContent>
            <w:tc>
              <w:tcPr>
                <w:tcW w:w="6803" w:type="dxa"/>
              </w:tcPr>
              <w:p w14:paraId="0A7853B6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2CD6F90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18A8275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1555512378"/>
            <w:placeholder>
              <w:docPart w:val="008B345C00FD42068E8D8745F06D1CD4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9BBC050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49A6AA6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DD17D" w14:textId="1E5E8F3E" w:rsidR="00803B09" w:rsidRPr="00260F73" w:rsidRDefault="00803B09" w:rsidP="002E140B"/>
        </w:tc>
      </w:tr>
      <w:tr w:rsidR="00803B09" w:rsidRPr="00260F73" w14:paraId="33E3E118" w14:textId="77777777" w:rsidTr="00E70F08">
        <w:tc>
          <w:tcPr>
            <w:tcW w:w="9350" w:type="dxa"/>
            <w:gridSpan w:val="2"/>
          </w:tcPr>
          <w:p w14:paraId="6B1586DE" w14:textId="0DF78684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2119442945"/>
                <w:placeholder>
                  <w:docPart w:val="FC36DFBF04D14EA191C64EC9B3CCAFC7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1FEFDD96" w14:textId="77777777" w:rsidTr="002E140B">
        <w:tc>
          <w:tcPr>
            <w:tcW w:w="2547" w:type="dxa"/>
          </w:tcPr>
          <w:p w14:paraId="483F25AB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-337309174"/>
            <w:placeholder>
              <w:docPart w:val="504898128ACD48EDB3B15E7B02F3B3C1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994E3B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43F80BD" w14:textId="77777777" w:rsidTr="002E140B">
        <w:tc>
          <w:tcPr>
            <w:tcW w:w="2547" w:type="dxa"/>
          </w:tcPr>
          <w:p w14:paraId="501486A1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1268516481"/>
            <w:placeholder>
              <w:docPart w:val="73C88B888AE848628C3D081D7E3D33A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E7D9EB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7BBB7E9" w14:textId="77777777" w:rsidTr="002E140B">
        <w:tc>
          <w:tcPr>
            <w:tcW w:w="2547" w:type="dxa"/>
          </w:tcPr>
          <w:p w14:paraId="433AC8D2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-543375862"/>
            <w:placeholder>
              <w:docPart w:val="799D09EE24914606948308642640068E"/>
            </w:placeholder>
            <w:showingPlcHdr/>
          </w:sdtPr>
          <w:sdtContent>
            <w:tc>
              <w:tcPr>
                <w:tcW w:w="6803" w:type="dxa"/>
              </w:tcPr>
              <w:p w14:paraId="41370B5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DFE2974" w14:textId="77777777" w:rsidTr="002E140B">
        <w:tc>
          <w:tcPr>
            <w:tcW w:w="2547" w:type="dxa"/>
          </w:tcPr>
          <w:p w14:paraId="778B70A2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-616061408"/>
            <w:placeholder>
              <w:docPart w:val="8DF985669C6449AEA50B4DEFFAACA3AC"/>
            </w:placeholder>
            <w:showingPlcHdr/>
          </w:sdtPr>
          <w:sdtContent>
            <w:tc>
              <w:tcPr>
                <w:tcW w:w="6803" w:type="dxa"/>
              </w:tcPr>
              <w:p w14:paraId="3B6CF4F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E256512" w14:textId="77777777" w:rsidTr="002E140B">
        <w:tc>
          <w:tcPr>
            <w:tcW w:w="2547" w:type="dxa"/>
            <w:vAlign w:val="center"/>
          </w:tcPr>
          <w:p w14:paraId="7A8927CB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2018954026"/>
            <w:placeholder>
              <w:docPart w:val="FA73186C976B4290B74C37FAEA9DDFA0"/>
            </w:placeholder>
            <w:showingPlcHdr/>
          </w:sdtPr>
          <w:sdtContent>
            <w:tc>
              <w:tcPr>
                <w:tcW w:w="6803" w:type="dxa"/>
              </w:tcPr>
              <w:p w14:paraId="7AC8A31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61133E6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BA35AE6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2120178041"/>
            <w:placeholder>
              <w:docPart w:val="A52E909487574BBA8D9E8C686955A27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44E3110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809A35E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00F025" w14:textId="100E419B" w:rsidR="00803B09" w:rsidRPr="00260F73" w:rsidRDefault="00803B09" w:rsidP="002E140B"/>
        </w:tc>
      </w:tr>
      <w:tr w:rsidR="00803B09" w:rsidRPr="00260F73" w14:paraId="70733E6E" w14:textId="77777777" w:rsidTr="00E70F08">
        <w:tc>
          <w:tcPr>
            <w:tcW w:w="9350" w:type="dxa"/>
            <w:gridSpan w:val="2"/>
          </w:tcPr>
          <w:p w14:paraId="44F46FD6" w14:textId="16ED371E" w:rsidR="00803B09" w:rsidRPr="00260F73" w:rsidRDefault="00803B09">
            <w:r w:rsidRPr="00260F73">
              <w:rPr>
                <w:b/>
                <w:bCs/>
              </w:rPr>
              <w:t xml:space="preserve">Position (Intern; SHO; Reg): </w:t>
            </w:r>
            <w:sdt>
              <w:sdtPr>
                <w:rPr>
                  <w:b/>
                  <w:bCs/>
                </w:rPr>
                <w:id w:val="-1933201670"/>
                <w:placeholder>
                  <w:docPart w:val="863409B67EE04C5D9D829E9FD3B1C6B5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1B883C1B" w14:textId="77777777" w:rsidTr="002E140B">
        <w:tc>
          <w:tcPr>
            <w:tcW w:w="2547" w:type="dxa"/>
          </w:tcPr>
          <w:p w14:paraId="102EEC10" w14:textId="77777777" w:rsidR="00803B09" w:rsidRPr="00260F73" w:rsidRDefault="00803B09">
            <w:r w:rsidRPr="00260F73">
              <w:rPr>
                <w:b/>
                <w:bCs/>
              </w:rPr>
              <w:t>Start Date</w:t>
            </w:r>
          </w:p>
        </w:tc>
        <w:sdt>
          <w:sdtPr>
            <w:id w:val="533387833"/>
            <w:placeholder>
              <w:docPart w:val="79BA97163B364FC7ABD382C7B0DC16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322DD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6FB98844" w14:textId="77777777" w:rsidTr="002E140B">
        <w:tc>
          <w:tcPr>
            <w:tcW w:w="2547" w:type="dxa"/>
          </w:tcPr>
          <w:p w14:paraId="5476AAC1" w14:textId="77777777" w:rsidR="00803B09" w:rsidRPr="00260F73" w:rsidRDefault="00803B09">
            <w:r w:rsidRPr="00260F73">
              <w:rPr>
                <w:b/>
                <w:bCs/>
              </w:rPr>
              <w:t>End Date</w:t>
            </w:r>
          </w:p>
        </w:tc>
        <w:sdt>
          <w:sdtPr>
            <w:id w:val="434261167"/>
            <w:placeholder>
              <w:docPart w:val="70C7DC65EE344331922E4E01D807D61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7818AD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19C8484B" w14:textId="77777777" w:rsidTr="002E140B">
        <w:tc>
          <w:tcPr>
            <w:tcW w:w="2547" w:type="dxa"/>
          </w:tcPr>
          <w:p w14:paraId="3BAD9130" w14:textId="77777777" w:rsidR="00803B09" w:rsidRPr="00260F73" w:rsidRDefault="00803B09">
            <w:r w:rsidRPr="00260F73">
              <w:rPr>
                <w:b/>
                <w:bCs/>
              </w:rPr>
              <w:t>Hospital</w:t>
            </w:r>
          </w:p>
        </w:tc>
        <w:sdt>
          <w:sdtPr>
            <w:id w:val="516967780"/>
            <w:placeholder>
              <w:docPart w:val="D37250311FCE470DBBE0A43C0E693E08"/>
            </w:placeholder>
            <w:showingPlcHdr/>
          </w:sdtPr>
          <w:sdtContent>
            <w:tc>
              <w:tcPr>
                <w:tcW w:w="6803" w:type="dxa"/>
              </w:tcPr>
              <w:p w14:paraId="0CA7BB4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DE7F86C" w14:textId="77777777" w:rsidTr="002E140B">
        <w:tc>
          <w:tcPr>
            <w:tcW w:w="2547" w:type="dxa"/>
          </w:tcPr>
          <w:p w14:paraId="338A333F" w14:textId="77777777" w:rsidR="00803B09" w:rsidRPr="00260F73" w:rsidRDefault="00803B09">
            <w:r w:rsidRPr="00260F73">
              <w:rPr>
                <w:b/>
                <w:bCs/>
              </w:rPr>
              <w:t>Specialty</w:t>
            </w:r>
          </w:p>
        </w:tc>
        <w:sdt>
          <w:sdtPr>
            <w:id w:val="1093585053"/>
            <w:placeholder>
              <w:docPart w:val="6EBB0C190AB34B3C83B418F237A4CD72"/>
            </w:placeholder>
            <w:showingPlcHdr/>
          </w:sdtPr>
          <w:sdtContent>
            <w:tc>
              <w:tcPr>
                <w:tcW w:w="6803" w:type="dxa"/>
              </w:tcPr>
              <w:p w14:paraId="57DCD51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2833927" w14:textId="77777777" w:rsidTr="002E140B">
        <w:tc>
          <w:tcPr>
            <w:tcW w:w="2547" w:type="dxa"/>
            <w:vAlign w:val="center"/>
          </w:tcPr>
          <w:p w14:paraId="573226FE" w14:textId="77777777" w:rsidR="00803B09" w:rsidRPr="00260F73" w:rsidRDefault="00803B09" w:rsidP="002E140B">
            <w:r w:rsidRPr="00260F73">
              <w:rPr>
                <w:b/>
                <w:bCs/>
              </w:rPr>
              <w:t>Sub Specialty (where applicable</w:t>
            </w:r>
          </w:p>
        </w:tc>
        <w:sdt>
          <w:sdtPr>
            <w:id w:val="-2033248379"/>
            <w:placeholder>
              <w:docPart w:val="54E8DD1E3A95456AB4023BEEF331E9F5"/>
            </w:placeholder>
            <w:showingPlcHdr/>
          </w:sdtPr>
          <w:sdtContent>
            <w:tc>
              <w:tcPr>
                <w:tcW w:w="6803" w:type="dxa"/>
              </w:tcPr>
              <w:p w14:paraId="3A0EBD5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C872D35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5F3478FD" w14:textId="77777777" w:rsidR="00803B09" w:rsidRPr="00260F73" w:rsidRDefault="00803B09" w:rsidP="002E140B">
            <w:r w:rsidRPr="00260F73">
              <w:rPr>
                <w:b/>
                <w:bCs/>
              </w:rPr>
              <w:t>Summary of clinical duties</w:t>
            </w:r>
          </w:p>
        </w:tc>
        <w:sdt>
          <w:sdtPr>
            <w:id w:val="-1953466484"/>
            <w:placeholder>
              <w:docPart w:val="5B17DD13E10144A1A1A27D57676D7587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B126A5B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79AFDC3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DFF61" w14:textId="2B3E5536" w:rsidR="00803B09" w:rsidRPr="00260F73" w:rsidRDefault="00803B09" w:rsidP="002E140B"/>
        </w:tc>
      </w:tr>
    </w:tbl>
    <w:p w14:paraId="51E3B3AB" w14:textId="77777777" w:rsidR="00803B09" w:rsidRDefault="00803B09">
      <w:pPr>
        <w:pStyle w:val="Heading1"/>
      </w:pPr>
    </w:p>
    <w:p w14:paraId="208660C2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277076B2" w:rsidR="00214ECC" w:rsidRPr="00260F73" w:rsidRDefault="007C3707">
      <w:pPr>
        <w:pStyle w:val="Heading1"/>
      </w:pPr>
      <w:r w:rsidRPr="00260F73">
        <w:lastRenderedPageBreak/>
        <w:t>A</w:t>
      </w:r>
      <w:r w:rsidR="003729FB" w:rsidRPr="00260F73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:rsidRPr="00260F73" w14:paraId="1AC9EFE7" w14:textId="77777777" w:rsidTr="0019370D">
        <w:tc>
          <w:tcPr>
            <w:tcW w:w="9350" w:type="dxa"/>
            <w:gridSpan w:val="2"/>
          </w:tcPr>
          <w:p w14:paraId="4B30661B" w14:textId="5302265F" w:rsidR="008525FA" w:rsidRPr="00260F73" w:rsidRDefault="008525FA" w:rsidP="002D7D98">
            <w:r w:rsidRPr="00260F73">
              <w:rPr>
                <w:b/>
                <w:bCs/>
              </w:rPr>
              <w:t>Project Title</w:t>
            </w:r>
            <w:r w:rsidR="00CD745A" w:rsidRPr="00260F73">
              <w:rPr>
                <w:b/>
                <w:bCs/>
              </w:rPr>
              <w:t>:</w:t>
            </w:r>
            <w:r w:rsidR="00A0792E" w:rsidRPr="00260F73">
              <w:rPr>
                <w:b/>
                <w:bCs/>
              </w:rPr>
              <w:t xml:space="preserve"> </w:t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r w:rsidR="00A0792E"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:rsidRPr="00260F73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Pr="00260F73" w:rsidRDefault="00CD745A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Pr="00260F73" w:rsidRDefault="00CD745A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Pr="00260F73" w:rsidRDefault="00CD745A" w:rsidP="002D7D98">
            <w:r w:rsidRPr="00260F73"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Pr="00260F73" w:rsidRDefault="00CD745A" w:rsidP="002D7D98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:rsidRPr="00260F73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53A3E46" w14:textId="77777777" w:rsidR="008525FA" w:rsidRPr="00260F73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2E70E9ED" w14:textId="77777777" w:rsidR="008525FA" w:rsidRPr="00260F73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:rsidRPr="00260F73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Pr="00260F73" w:rsidRDefault="00CD745A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Pr="00260F73" w:rsidRDefault="00CD745A" w:rsidP="002D7D98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260F73" w:rsidRDefault="00CD745A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Pr="00260F73" w:rsidRDefault="00CD745A" w:rsidP="002D7D98">
            <w:r w:rsidRPr="00260F73"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395BA06E" w:rsidR="00CD745A" w:rsidRPr="00260F73" w:rsidRDefault="00CD745A" w:rsidP="002D7D98"/>
        </w:tc>
      </w:tr>
      <w:tr w:rsidR="003713D2" w:rsidRPr="00260F73" w14:paraId="7FD5D7F1" w14:textId="77777777" w:rsidTr="0019370D">
        <w:tc>
          <w:tcPr>
            <w:tcW w:w="9350" w:type="dxa"/>
            <w:gridSpan w:val="2"/>
          </w:tcPr>
          <w:p w14:paraId="7A8FF5CE" w14:textId="482A7C1C" w:rsidR="003713D2" w:rsidRPr="00260F73" w:rsidRDefault="003713D2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433701423"/>
                <w:placeholder>
                  <w:docPart w:val="D90A19DFEA52488BB99915162C93968C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713D2" w:rsidRPr="00260F73" w14:paraId="16B7DFA9" w14:textId="77777777" w:rsidTr="00A0792E">
        <w:tc>
          <w:tcPr>
            <w:tcW w:w="2830" w:type="dxa"/>
            <w:vAlign w:val="center"/>
          </w:tcPr>
          <w:p w14:paraId="49CA3F59" w14:textId="77777777" w:rsidR="003713D2" w:rsidRPr="00260F73" w:rsidRDefault="003713D2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325551126"/>
            <w:placeholder>
              <w:docPart w:val="521563FD68FD43D5BA165673FF6D1378"/>
            </w:placeholder>
            <w:showingPlcHdr/>
          </w:sdtPr>
          <w:sdtContent>
            <w:tc>
              <w:tcPr>
                <w:tcW w:w="6520" w:type="dxa"/>
              </w:tcPr>
              <w:p w14:paraId="6EED0A7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9C2E69A" w14:textId="77777777" w:rsidTr="00A0792E">
        <w:tc>
          <w:tcPr>
            <w:tcW w:w="2830" w:type="dxa"/>
            <w:vAlign w:val="center"/>
          </w:tcPr>
          <w:p w14:paraId="270C1B41" w14:textId="77777777" w:rsidR="003713D2" w:rsidRPr="00260F73" w:rsidRDefault="003713D2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7E63AF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1475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683555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305596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4BFF7EBF" w14:textId="77777777" w:rsidTr="00A0792E">
        <w:tc>
          <w:tcPr>
            <w:tcW w:w="2830" w:type="dxa"/>
            <w:vAlign w:val="center"/>
          </w:tcPr>
          <w:p w14:paraId="15155400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643635738"/>
            <w:placeholder>
              <w:docPart w:val="AE408CFFC6BA4AA5A655C4CB9E8D33B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E44445C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0535368D" w14:textId="77777777" w:rsidTr="00A0792E">
        <w:tc>
          <w:tcPr>
            <w:tcW w:w="2830" w:type="dxa"/>
            <w:vAlign w:val="center"/>
          </w:tcPr>
          <w:p w14:paraId="23AE5302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441984824"/>
            <w:placeholder>
              <w:docPart w:val="77C883E787A7487E8AC9A2460D0D612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1B3439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3D0ACDE4" w14:textId="77777777" w:rsidTr="00A0792E">
        <w:tc>
          <w:tcPr>
            <w:tcW w:w="2830" w:type="dxa"/>
            <w:vAlign w:val="center"/>
          </w:tcPr>
          <w:p w14:paraId="657A7D5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27273C56" w14:textId="77777777" w:rsidR="003713D2" w:rsidRPr="00260F73" w:rsidRDefault="003713D2" w:rsidP="00CD745A"/>
        </w:tc>
        <w:sdt>
          <w:sdtPr>
            <w:id w:val="1649172040"/>
            <w:placeholder>
              <w:docPart w:val="EDFABB6305204921AB41714CDBEF1F2C"/>
            </w:placeholder>
            <w:showingPlcHdr/>
          </w:sdtPr>
          <w:sdtContent>
            <w:tc>
              <w:tcPr>
                <w:tcW w:w="6520" w:type="dxa"/>
              </w:tcPr>
              <w:p w14:paraId="27427EE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1D92BE2C" w14:textId="77777777" w:rsidTr="00A0792E">
        <w:tc>
          <w:tcPr>
            <w:tcW w:w="2830" w:type="dxa"/>
            <w:vAlign w:val="center"/>
          </w:tcPr>
          <w:p w14:paraId="62896E3B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4D56B56F" w14:textId="77777777" w:rsidR="003713D2" w:rsidRPr="00260F73" w:rsidRDefault="003713D2" w:rsidP="00CD745A"/>
        </w:tc>
        <w:sdt>
          <w:sdtPr>
            <w:id w:val="1017587781"/>
            <w:placeholder>
              <w:docPart w:val="39948876AF22424CB7ED2F5AF92F9C43"/>
            </w:placeholder>
            <w:showingPlcHdr/>
          </w:sdtPr>
          <w:sdtContent>
            <w:tc>
              <w:tcPr>
                <w:tcW w:w="6520" w:type="dxa"/>
              </w:tcPr>
              <w:p w14:paraId="127B41A9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47F9E21" w14:textId="77777777" w:rsidTr="00A0792E">
        <w:tc>
          <w:tcPr>
            <w:tcW w:w="2830" w:type="dxa"/>
            <w:vAlign w:val="center"/>
          </w:tcPr>
          <w:p w14:paraId="2196664B" w14:textId="77777777" w:rsidR="003713D2" w:rsidRPr="00260F73" w:rsidRDefault="003713D2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630144458"/>
            <w:placeholder>
              <w:docPart w:val="4EEA29DA30454295831DD7CCFD08932C"/>
            </w:placeholder>
            <w:showingPlcHdr/>
          </w:sdtPr>
          <w:sdtContent>
            <w:tc>
              <w:tcPr>
                <w:tcW w:w="6520" w:type="dxa"/>
              </w:tcPr>
              <w:p w14:paraId="21DF0997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C98AF3D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EE21B46" w14:textId="77777777" w:rsidR="003713D2" w:rsidRPr="00260F73" w:rsidRDefault="003713D2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333D2A9E" w14:textId="77777777" w:rsidR="003713D2" w:rsidRPr="00260F73" w:rsidRDefault="003713D2" w:rsidP="002D7D98">
            <w:r w:rsidRPr="00260F73">
              <w:t xml:space="preserve">Yes </w:t>
            </w:r>
            <w:sdt>
              <w:sdtPr>
                <w:id w:val="-129952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43171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226E0EB6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8787B6" w14:textId="53CBAFF7" w:rsidR="003713D2" w:rsidRPr="00260F73" w:rsidRDefault="003713D2" w:rsidP="002D7D98"/>
        </w:tc>
      </w:tr>
      <w:tr w:rsidR="00803B09" w:rsidRPr="00260F73" w14:paraId="1232EFCD" w14:textId="77777777" w:rsidTr="0019370D">
        <w:tc>
          <w:tcPr>
            <w:tcW w:w="9350" w:type="dxa"/>
            <w:gridSpan w:val="2"/>
          </w:tcPr>
          <w:p w14:paraId="2E2D12B2" w14:textId="0EB4F9BF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81996703"/>
                <w:placeholder>
                  <w:docPart w:val="3D46852F4EB54366A88FA1AD3D7E25D2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5CC595A6" w14:textId="77777777" w:rsidTr="00A0792E">
        <w:tc>
          <w:tcPr>
            <w:tcW w:w="2830" w:type="dxa"/>
            <w:vAlign w:val="center"/>
          </w:tcPr>
          <w:p w14:paraId="47263EFC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1209999241"/>
            <w:placeholder>
              <w:docPart w:val="0A39F2E94444470481D8ECC2630F50F6"/>
            </w:placeholder>
            <w:showingPlcHdr/>
          </w:sdtPr>
          <w:sdtContent>
            <w:tc>
              <w:tcPr>
                <w:tcW w:w="6520" w:type="dxa"/>
              </w:tcPr>
              <w:p w14:paraId="214B31E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401F986" w14:textId="77777777" w:rsidTr="00A0792E">
        <w:tc>
          <w:tcPr>
            <w:tcW w:w="2830" w:type="dxa"/>
            <w:vAlign w:val="center"/>
          </w:tcPr>
          <w:p w14:paraId="230AE663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743518B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597760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64254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887531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9AFA01D" w14:textId="77777777" w:rsidTr="00A0792E">
        <w:tc>
          <w:tcPr>
            <w:tcW w:w="2830" w:type="dxa"/>
            <w:vAlign w:val="center"/>
          </w:tcPr>
          <w:p w14:paraId="4ACE69D0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936723301"/>
            <w:placeholder>
              <w:docPart w:val="12D44D2BB20A4CEC8C5B50657B0834B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BBE2C1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8C10109" w14:textId="77777777" w:rsidTr="00A0792E">
        <w:tc>
          <w:tcPr>
            <w:tcW w:w="2830" w:type="dxa"/>
            <w:vAlign w:val="center"/>
          </w:tcPr>
          <w:p w14:paraId="619E664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796223934"/>
            <w:placeholder>
              <w:docPart w:val="EDFCEFBE4D90455A8907A8B718905AB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14C79C3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F0CFF9D" w14:textId="77777777" w:rsidTr="00A0792E">
        <w:tc>
          <w:tcPr>
            <w:tcW w:w="2830" w:type="dxa"/>
            <w:vAlign w:val="center"/>
          </w:tcPr>
          <w:p w14:paraId="2F51974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6826476D" w14:textId="77777777" w:rsidR="00803B09" w:rsidRPr="00260F73" w:rsidRDefault="00803B09" w:rsidP="00CD745A"/>
        </w:tc>
        <w:sdt>
          <w:sdtPr>
            <w:id w:val="-825739171"/>
            <w:placeholder>
              <w:docPart w:val="2BCAE862AB254C36A328027BEFD75C80"/>
            </w:placeholder>
            <w:showingPlcHdr/>
          </w:sdtPr>
          <w:sdtContent>
            <w:tc>
              <w:tcPr>
                <w:tcW w:w="6520" w:type="dxa"/>
              </w:tcPr>
              <w:p w14:paraId="1F8F145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6FA7C53" w14:textId="77777777" w:rsidTr="00A0792E">
        <w:tc>
          <w:tcPr>
            <w:tcW w:w="2830" w:type="dxa"/>
            <w:vAlign w:val="center"/>
          </w:tcPr>
          <w:p w14:paraId="40B6FCF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lastRenderedPageBreak/>
              <w:t>What was the measurable impact?</w:t>
            </w:r>
          </w:p>
          <w:p w14:paraId="471405F2" w14:textId="77777777" w:rsidR="00803B09" w:rsidRPr="00260F73" w:rsidRDefault="00803B09" w:rsidP="00CD745A"/>
        </w:tc>
        <w:sdt>
          <w:sdtPr>
            <w:id w:val="-1979904625"/>
            <w:placeholder>
              <w:docPart w:val="B1120C6C053E4C1FA2A1102DC6207729"/>
            </w:placeholder>
            <w:showingPlcHdr/>
          </w:sdtPr>
          <w:sdtContent>
            <w:tc>
              <w:tcPr>
                <w:tcW w:w="6520" w:type="dxa"/>
              </w:tcPr>
              <w:p w14:paraId="6634E9CE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8C35AE8" w14:textId="77777777" w:rsidTr="00A0792E">
        <w:tc>
          <w:tcPr>
            <w:tcW w:w="2830" w:type="dxa"/>
            <w:vAlign w:val="center"/>
          </w:tcPr>
          <w:p w14:paraId="228032A1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2078735964"/>
            <w:placeholder>
              <w:docPart w:val="E08D02402B2A4D5CB3C17F6EBAF462D5"/>
            </w:placeholder>
            <w:showingPlcHdr/>
          </w:sdtPr>
          <w:sdtContent>
            <w:tc>
              <w:tcPr>
                <w:tcW w:w="6520" w:type="dxa"/>
              </w:tcPr>
              <w:p w14:paraId="2B22FFF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16ABD6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98379DA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3E69EE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858861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109473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F60336D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F06504" w14:textId="0CF42ED3" w:rsidR="00803B09" w:rsidRPr="00260F73" w:rsidRDefault="00803B09" w:rsidP="002D7D98"/>
        </w:tc>
      </w:tr>
      <w:tr w:rsidR="00803B09" w:rsidRPr="00260F73" w14:paraId="32B81625" w14:textId="77777777" w:rsidTr="0019370D">
        <w:tc>
          <w:tcPr>
            <w:tcW w:w="9350" w:type="dxa"/>
            <w:gridSpan w:val="2"/>
          </w:tcPr>
          <w:p w14:paraId="66645906" w14:textId="523DCD1E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710020426"/>
                <w:placeholder>
                  <w:docPart w:val="787DF5C75CBD4D718AD1D5F0ED1C511C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64C93FBD" w14:textId="77777777" w:rsidTr="00A0792E">
        <w:tc>
          <w:tcPr>
            <w:tcW w:w="2830" w:type="dxa"/>
            <w:vAlign w:val="center"/>
          </w:tcPr>
          <w:p w14:paraId="5B36508C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702753443"/>
            <w:placeholder>
              <w:docPart w:val="324CAC1B952D47F28053E399F31355DE"/>
            </w:placeholder>
            <w:showingPlcHdr/>
          </w:sdtPr>
          <w:sdtContent>
            <w:tc>
              <w:tcPr>
                <w:tcW w:w="6520" w:type="dxa"/>
              </w:tcPr>
              <w:p w14:paraId="4DBCF329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EB1680D" w14:textId="77777777" w:rsidTr="00A0792E">
        <w:tc>
          <w:tcPr>
            <w:tcW w:w="2830" w:type="dxa"/>
            <w:vAlign w:val="center"/>
          </w:tcPr>
          <w:p w14:paraId="179F1951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D9B023B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594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61341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227109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0538B40" w14:textId="77777777" w:rsidTr="00A0792E">
        <w:tc>
          <w:tcPr>
            <w:tcW w:w="2830" w:type="dxa"/>
            <w:vAlign w:val="center"/>
          </w:tcPr>
          <w:p w14:paraId="06F193A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-829056982"/>
            <w:placeholder>
              <w:docPart w:val="78AC48042465492EA453428BC9DEBA9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CBAAB8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7778555" w14:textId="77777777" w:rsidTr="00A0792E">
        <w:tc>
          <w:tcPr>
            <w:tcW w:w="2830" w:type="dxa"/>
            <w:vAlign w:val="center"/>
          </w:tcPr>
          <w:p w14:paraId="4011E00E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338079570"/>
            <w:placeholder>
              <w:docPart w:val="B3F5B1F03C244AAF8FA2C7ADEE28458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8CD4FB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2D408970" w14:textId="77777777" w:rsidTr="00A0792E">
        <w:tc>
          <w:tcPr>
            <w:tcW w:w="2830" w:type="dxa"/>
            <w:vAlign w:val="center"/>
          </w:tcPr>
          <w:p w14:paraId="4F42D8A8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527E8982" w14:textId="77777777" w:rsidR="00803B09" w:rsidRPr="00260F73" w:rsidRDefault="00803B09" w:rsidP="00CD745A"/>
        </w:tc>
        <w:sdt>
          <w:sdtPr>
            <w:id w:val="1835105962"/>
            <w:placeholder>
              <w:docPart w:val="18DA76CA71284FC0B6B8797F4F32DBB3"/>
            </w:placeholder>
            <w:showingPlcHdr/>
          </w:sdtPr>
          <w:sdtContent>
            <w:tc>
              <w:tcPr>
                <w:tcW w:w="6520" w:type="dxa"/>
              </w:tcPr>
              <w:p w14:paraId="5B6E305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4A031F4" w14:textId="77777777" w:rsidTr="00A0792E">
        <w:tc>
          <w:tcPr>
            <w:tcW w:w="2830" w:type="dxa"/>
            <w:vAlign w:val="center"/>
          </w:tcPr>
          <w:p w14:paraId="1FE56AC0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3F3D1227" w14:textId="77777777" w:rsidR="00803B09" w:rsidRPr="00260F73" w:rsidRDefault="00803B09" w:rsidP="00CD745A"/>
        </w:tc>
        <w:sdt>
          <w:sdtPr>
            <w:id w:val="-1955002492"/>
            <w:placeholder>
              <w:docPart w:val="72F48C8A222F44259719ACE92C8B262C"/>
            </w:placeholder>
            <w:showingPlcHdr/>
          </w:sdtPr>
          <w:sdtContent>
            <w:tc>
              <w:tcPr>
                <w:tcW w:w="6520" w:type="dxa"/>
              </w:tcPr>
              <w:p w14:paraId="24EE4A2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6F71B26" w14:textId="77777777" w:rsidTr="00A0792E">
        <w:tc>
          <w:tcPr>
            <w:tcW w:w="2830" w:type="dxa"/>
            <w:vAlign w:val="center"/>
          </w:tcPr>
          <w:p w14:paraId="70A951C7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-1922550002"/>
            <w:placeholder>
              <w:docPart w:val="1D3A88B63CCE44F2BFE6CC98E03FFC5E"/>
            </w:placeholder>
            <w:showingPlcHdr/>
          </w:sdtPr>
          <w:sdtContent>
            <w:tc>
              <w:tcPr>
                <w:tcW w:w="6520" w:type="dxa"/>
              </w:tcPr>
              <w:p w14:paraId="2AB32DF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6DEB23E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40D9400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97ACB86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170135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20347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3550A69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68B0D7" w14:textId="5D9C5A37" w:rsidR="00803B09" w:rsidRPr="00260F73" w:rsidRDefault="00803B09" w:rsidP="002D7D98"/>
        </w:tc>
      </w:tr>
      <w:tr w:rsidR="00803B09" w:rsidRPr="00260F73" w14:paraId="50DC14EE" w14:textId="77777777" w:rsidTr="0019370D">
        <w:tc>
          <w:tcPr>
            <w:tcW w:w="9350" w:type="dxa"/>
            <w:gridSpan w:val="2"/>
          </w:tcPr>
          <w:p w14:paraId="72520D7B" w14:textId="4F65ACEA" w:rsidR="00803B09" w:rsidRPr="00260F73" w:rsidRDefault="00803B09" w:rsidP="002D7D98">
            <w:r w:rsidRPr="00260F73">
              <w:rPr>
                <w:b/>
                <w:bCs/>
              </w:rPr>
              <w:t xml:space="preserve">Project Title: </w:t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r w:rsidRPr="00260F73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646445"/>
                <w:placeholder>
                  <w:docPart w:val="5B552DC16F7840B3A15330A2571DF49F"/>
                </w:placeholder>
                <w:showingPlcHdr/>
              </w:sdtPr>
              <w:sdtContent>
                <w:r w:rsidRPr="00260F7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03B09" w:rsidRPr="00260F73" w14:paraId="07DDEB85" w14:textId="77777777" w:rsidTr="00A0792E">
        <w:tc>
          <w:tcPr>
            <w:tcW w:w="2830" w:type="dxa"/>
            <w:vAlign w:val="center"/>
          </w:tcPr>
          <w:p w14:paraId="261BC202" w14:textId="77777777" w:rsidR="00803B09" w:rsidRPr="00260F73" w:rsidRDefault="00803B09" w:rsidP="00CD745A">
            <w:r w:rsidRPr="00260F73">
              <w:rPr>
                <w:b/>
                <w:bCs/>
              </w:rPr>
              <w:t>Role:</w:t>
            </w:r>
          </w:p>
        </w:tc>
        <w:sdt>
          <w:sdtPr>
            <w:id w:val="-776561356"/>
            <w:placeholder>
              <w:docPart w:val="8464A235278847C29E9E062DA8DEEBA0"/>
            </w:placeholder>
            <w:showingPlcHdr/>
          </w:sdtPr>
          <w:sdtContent>
            <w:tc>
              <w:tcPr>
                <w:tcW w:w="6520" w:type="dxa"/>
              </w:tcPr>
              <w:p w14:paraId="11EE8E8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BF4FC25" w14:textId="77777777" w:rsidTr="00A0792E">
        <w:tc>
          <w:tcPr>
            <w:tcW w:w="2830" w:type="dxa"/>
            <w:vAlign w:val="center"/>
          </w:tcPr>
          <w:p w14:paraId="67A0FC12" w14:textId="77777777" w:rsidR="00803B09" w:rsidRPr="00260F73" w:rsidRDefault="00803B09" w:rsidP="00CD745A">
            <w:r w:rsidRPr="00260F73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25F32591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694731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91357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2080630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4DD12DB4" w14:textId="77777777" w:rsidTr="00A0792E">
        <w:tc>
          <w:tcPr>
            <w:tcW w:w="2830" w:type="dxa"/>
            <w:vAlign w:val="center"/>
          </w:tcPr>
          <w:p w14:paraId="007A1ACB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Start Date</w:t>
            </w:r>
          </w:p>
        </w:tc>
        <w:sdt>
          <w:sdtPr>
            <w:id w:val="1176771058"/>
            <w:placeholder>
              <w:docPart w:val="FC6E0F12D6304C5CA1EFBEAEA6D3192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762A14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3E641F8B" w14:textId="77777777" w:rsidTr="00A0792E">
        <w:tc>
          <w:tcPr>
            <w:tcW w:w="2830" w:type="dxa"/>
            <w:vAlign w:val="center"/>
          </w:tcPr>
          <w:p w14:paraId="6CD337B1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Audit End Date</w:t>
            </w:r>
          </w:p>
        </w:tc>
        <w:sdt>
          <w:sdtPr>
            <w:id w:val="-1623520511"/>
            <w:placeholder>
              <w:docPart w:val="F4A805E283B2483F91E98CB3A0A1386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E0C715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785D4936" w14:textId="77777777" w:rsidTr="00A0792E">
        <w:tc>
          <w:tcPr>
            <w:tcW w:w="2830" w:type="dxa"/>
            <w:vAlign w:val="center"/>
          </w:tcPr>
          <w:p w14:paraId="221AFFB9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change did you implement?</w:t>
            </w:r>
          </w:p>
          <w:p w14:paraId="00D12916" w14:textId="77777777" w:rsidR="00803B09" w:rsidRPr="00260F73" w:rsidRDefault="00803B09" w:rsidP="00CD745A"/>
        </w:tc>
        <w:sdt>
          <w:sdtPr>
            <w:id w:val="1688096545"/>
            <w:placeholder>
              <w:docPart w:val="BD1E015BD7034EDDBF76193EE8AD7470"/>
            </w:placeholder>
            <w:showingPlcHdr/>
          </w:sdtPr>
          <w:sdtContent>
            <w:tc>
              <w:tcPr>
                <w:tcW w:w="6520" w:type="dxa"/>
              </w:tcPr>
              <w:p w14:paraId="7321F26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D8FDDD1" w14:textId="77777777" w:rsidTr="00A0792E">
        <w:tc>
          <w:tcPr>
            <w:tcW w:w="2830" w:type="dxa"/>
            <w:vAlign w:val="center"/>
          </w:tcPr>
          <w:p w14:paraId="2DCE824C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What was the measurable impact?</w:t>
            </w:r>
          </w:p>
          <w:p w14:paraId="666963D1" w14:textId="77777777" w:rsidR="00803B09" w:rsidRPr="00260F73" w:rsidRDefault="00803B09" w:rsidP="00CD745A"/>
        </w:tc>
        <w:sdt>
          <w:sdtPr>
            <w:id w:val="-36444004"/>
            <w:placeholder>
              <w:docPart w:val="A9F6F625AA3A4A619343DE1D09F90D20"/>
            </w:placeholder>
            <w:showingPlcHdr/>
          </w:sdtPr>
          <w:sdtContent>
            <w:tc>
              <w:tcPr>
                <w:tcW w:w="6520" w:type="dxa"/>
              </w:tcPr>
              <w:p w14:paraId="74272A5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97FEEDF" w14:textId="77777777" w:rsidTr="00A0792E">
        <w:tc>
          <w:tcPr>
            <w:tcW w:w="2830" w:type="dxa"/>
            <w:vAlign w:val="center"/>
          </w:tcPr>
          <w:p w14:paraId="333D53CC" w14:textId="77777777" w:rsidR="00803B09" w:rsidRPr="00260F73" w:rsidRDefault="00803B09" w:rsidP="00CD745A">
            <w:r w:rsidRPr="00260F73">
              <w:rPr>
                <w:b/>
                <w:bCs/>
              </w:rPr>
              <w:t>Overall Outcome</w:t>
            </w:r>
          </w:p>
        </w:tc>
        <w:sdt>
          <w:sdtPr>
            <w:id w:val="84350947"/>
            <w:placeholder>
              <w:docPart w:val="783AE95A03DD4F2EBDF59C9A3F9071D1"/>
            </w:placeholder>
            <w:showingPlcHdr/>
          </w:sdtPr>
          <w:sdtContent>
            <w:tc>
              <w:tcPr>
                <w:tcW w:w="6520" w:type="dxa"/>
              </w:tcPr>
              <w:p w14:paraId="52C48DC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075FFA0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BFBCA37" w14:textId="77777777" w:rsidR="00803B09" w:rsidRPr="00260F73" w:rsidRDefault="00803B09" w:rsidP="00CD745A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589545B" w14:textId="77777777" w:rsidR="00803B09" w:rsidRPr="00260F73" w:rsidRDefault="00803B09" w:rsidP="002D7D98">
            <w:r w:rsidRPr="00260F73">
              <w:t xml:space="preserve">Yes </w:t>
            </w:r>
            <w:sdt>
              <w:sdtPr>
                <w:id w:val="-1230076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2924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48120751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DC6B6C" w14:textId="18781D20" w:rsidR="00803B09" w:rsidRPr="00260F73" w:rsidRDefault="00803B09" w:rsidP="002D7D98"/>
        </w:tc>
      </w:tr>
    </w:tbl>
    <w:p w14:paraId="4B13E1C0" w14:textId="77777777" w:rsidR="008525FA" w:rsidRPr="00260F73" w:rsidRDefault="008525FA" w:rsidP="002D7D98"/>
    <w:p w14:paraId="16155EEC" w14:textId="77777777" w:rsidR="00214ECC" w:rsidRPr="00260F73" w:rsidRDefault="003729FB">
      <w:pPr>
        <w:pStyle w:val="Heading1"/>
      </w:pPr>
      <w:r w:rsidRPr="00260F73">
        <w:lastRenderedPageBreak/>
        <w:t>Research &amp; Publications</w:t>
      </w:r>
    </w:p>
    <w:p w14:paraId="62DC2938" w14:textId="77777777" w:rsidR="000A5F58" w:rsidRPr="002D7D98" w:rsidRDefault="000A5F58" w:rsidP="000A5F58">
      <w:r>
        <w:t>Please list your top 4 P</w:t>
      </w:r>
      <w:commentRangeStart w:id="1"/>
      <w:r>
        <w:t>ublications, Oral Presentations, Posters, Ongoing research</w:t>
      </w:r>
      <w:commentRangeEnd w:id="1"/>
      <w:r w:rsidRPr="002D7D98">
        <w:rPr>
          <w:rStyle w:val="CommentReference"/>
          <w:sz w:val="24"/>
          <w:szCs w:val="22"/>
        </w:rPr>
        <w:commentReference w:id="1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:rsidRPr="00260F73" w14:paraId="6F75DC21" w14:textId="77777777" w:rsidTr="00695860">
        <w:tc>
          <w:tcPr>
            <w:tcW w:w="9350" w:type="dxa"/>
            <w:gridSpan w:val="2"/>
          </w:tcPr>
          <w:p w14:paraId="59BAD478" w14:textId="020950D7" w:rsidR="00CD745A" w:rsidRPr="00015574" w:rsidRDefault="000A5F58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Title of item</w:t>
            </w:r>
            <w:r w:rsidR="00CD745A" w:rsidRPr="00015574">
              <w:rPr>
                <w:rFonts w:cs="Calibri"/>
                <w:b/>
                <w:bCs/>
                <w:szCs w:val="24"/>
              </w:rPr>
              <w:t xml:space="preserve">: </w:t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r w:rsidR="00A0792E"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="00CD745A"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CD745A" w:rsidRPr="00260F73" w14:paraId="769739CE" w14:textId="77777777" w:rsidTr="00CD745A">
        <w:tc>
          <w:tcPr>
            <w:tcW w:w="2723" w:type="dxa"/>
            <w:vAlign w:val="center"/>
          </w:tcPr>
          <w:p w14:paraId="178AC458" w14:textId="5D1CCCAF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15DA0842" w14:textId="77777777" w:rsidTr="00CD745A">
        <w:tc>
          <w:tcPr>
            <w:tcW w:w="2723" w:type="dxa"/>
            <w:vAlign w:val="center"/>
          </w:tcPr>
          <w:p w14:paraId="22919863" w14:textId="34E53D17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5D715A34" w14:textId="77777777" w:rsidTr="00CD745A">
        <w:tc>
          <w:tcPr>
            <w:tcW w:w="2723" w:type="dxa"/>
            <w:vAlign w:val="center"/>
          </w:tcPr>
          <w:p w14:paraId="687B8572" w14:textId="210F1637" w:rsidR="00CD745A" w:rsidRPr="00446759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DOI link </w:t>
            </w:r>
            <w:r w:rsidR="00015574" w:rsidRPr="00015574">
              <w:rPr>
                <w:rFonts w:cs="Calibri"/>
                <w:b/>
                <w:bCs/>
                <w:szCs w:val="24"/>
              </w:rPr>
              <w:t>(</w:t>
            </w:r>
            <w:r w:rsidRPr="00015574">
              <w:rPr>
                <w:rFonts w:cs="Calibri"/>
                <w:b/>
                <w:bCs/>
                <w:szCs w:val="24"/>
              </w:rPr>
              <w:t>where applicable</w:t>
            </w:r>
            <w:r w:rsidR="00015574" w:rsidRPr="00015574">
              <w:rPr>
                <w:rFonts w:cs="Calibri"/>
                <w:b/>
                <w:bCs/>
                <w:szCs w:val="24"/>
              </w:rPr>
              <w:t>)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Pr="00260F73" w:rsidRDefault="00CD745A" w:rsidP="00C7253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:rsidRPr="00260F73" w14:paraId="7E170BE8" w14:textId="77777777" w:rsidTr="00CD745A">
        <w:tc>
          <w:tcPr>
            <w:tcW w:w="2723" w:type="dxa"/>
            <w:vAlign w:val="center"/>
          </w:tcPr>
          <w:p w14:paraId="609E6916" w14:textId="5AD3F0BB" w:rsidR="00CD745A" w:rsidRPr="00015574" w:rsidRDefault="00CD745A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 w:rsidR="00446759"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Pr="00260F73" w:rsidRDefault="00CD745A" w:rsidP="00C7253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:rsidRPr="00260F73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015574" w:rsidRDefault="00CD745A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Pr="00260F73" w:rsidRDefault="00CD745A" w:rsidP="00CD745A">
            <w:r w:rsidRPr="00260F73"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:rsidRPr="00260F73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260F73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6973305A" w:rsidR="00CD745A" w:rsidRPr="00260F73" w:rsidRDefault="00CD745A" w:rsidP="00CD745A"/>
        </w:tc>
      </w:tr>
      <w:tr w:rsidR="003713D2" w:rsidRPr="00260F73" w14:paraId="5A7BC055" w14:textId="77777777" w:rsidTr="00695860">
        <w:tc>
          <w:tcPr>
            <w:tcW w:w="9350" w:type="dxa"/>
            <w:gridSpan w:val="2"/>
          </w:tcPr>
          <w:p w14:paraId="08164C5A" w14:textId="60875D81" w:rsidR="003713D2" w:rsidRPr="00015574" w:rsidRDefault="003713D2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47045306"/>
                <w:placeholder>
                  <w:docPart w:val="2636CEBDA55446F2B898CE82D65A7F19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3713D2" w:rsidRPr="00260F73" w14:paraId="2145186D" w14:textId="77777777" w:rsidTr="00CD745A">
        <w:tc>
          <w:tcPr>
            <w:tcW w:w="2723" w:type="dxa"/>
            <w:vAlign w:val="center"/>
          </w:tcPr>
          <w:p w14:paraId="588E5A17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44719331"/>
            <w:placeholder>
              <w:docPart w:val="B1AD7A19AFD34107A93F340107E987C9"/>
            </w:placeholder>
            <w:showingPlcHdr/>
          </w:sdtPr>
          <w:sdtContent>
            <w:tc>
              <w:tcPr>
                <w:tcW w:w="6627" w:type="dxa"/>
              </w:tcPr>
              <w:p w14:paraId="6822FCB2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43DB2023" w14:textId="77777777" w:rsidTr="00CD745A">
        <w:tc>
          <w:tcPr>
            <w:tcW w:w="2723" w:type="dxa"/>
            <w:vAlign w:val="center"/>
          </w:tcPr>
          <w:p w14:paraId="72C6C651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706710911"/>
            <w:placeholder>
              <w:docPart w:val="886A75EF89754CCCA94133C3ED148370"/>
            </w:placeholder>
            <w:showingPlcHdr/>
          </w:sdtPr>
          <w:sdtContent>
            <w:tc>
              <w:tcPr>
                <w:tcW w:w="6627" w:type="dxa"/>
              </w:tcPr>
              <w:p w14:paraId="4EB2FE85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F06F30B" w14:textId="77777777" w:rsidTr="00CD745A">
        <w:tc>
          <w:tcPr>
            <w:tcW w:w="2723" w:type="dxa"/>
            <w:vAlign w:val="center"/>
          </w:tcPr>
          <w:p w14:paraId="486CC72A" w14:textId="77777777" w:rsidR="003713D2" w:rsidRPr="00446759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12066124"/>
            <w:placeholder>
              <w:docPart w:val="5ED57F54BA834AB1B5607992871117D0"/>
            </w:placeholder>
            <w:showingPlcHdr/>
          </w:sdtPr>
          <w:sdtContent>
            <w:tc>
              <w:tcPr>
                <w:tcW w:w="6627" w:type="dxa"/>
              </w:tcPr>
              <w:p w14:paraId="1021780B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5F6EF2A" w14:textId="77777777" w:rsidTr="00CD745A">
        <w:tc>
          <w:tcPr>
            <w:tcW w:w="2723" w:type="dxa"/>
            <w:vAlign w:val="center"/>
          </w:tcPr>
          <w:p w14:paraId="78A6DDE9" w14:textId="77777777" w:rsidR="003713D2" w:rsidRPr="00015574" w:rsidRDefault="003713D2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295063232"/>
            <w:placeholder>
              <w:docPart w:val="6DFABCABA0B9461DA7D3E68645D5FAB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49C29A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713D2" w:rsidRPr="00260F73" w14:paraId="270147D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ED69CFE" w14:textId="77777777" w:rsidR="003713D2" w:rsidRPr="00015574" w:rsidRDefault="003713D2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A519656" w14:textId="77777777" w:rsidR="003713D2" w:rsidRPr="00260F73" w:rsidRDefault="003713D2" w:rsidP="00CD745A">
            <w:r w:rsidRPr="00260F73">
              <w:t xml:space="preserve">Yes </w:t>
            </w:r>
            <w:sdt>
              <w:sdtPr>
                <w:id w:val="-564799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728506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C9E775F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2D1063" w14:textId="77777777" w:rsidR="003713D2" w:rsidRPr="00260F73" w:rsidRDefault="003713D2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DAA2A6" w14:textId="3145DEF6" w:rsidR="003713D2" w:rsidRPr="00260F73" w:rsidRDefault="003713D2" w:rsidP="00CD745A"/>
        </w:tc>
      </w:tr>
      <w:tr w:rsidR="00803B09" w:rsidRPr="00260F73" w14:paraId="65662FBF" w14:textId="77777777" w:rsidTr="00695860">
        <w:tc>
          <w:tcPr>
            <w:tcW w:w="9350" w:type="dxa"/>
            <w:gridSpan w:val="2"/>
          </w:tcPr>
          <w:p w14:paraId="3A8041B9" w14:textId="7228EE3B" w:rsidR="00803B09" w:rsidRPr="00015574" w:rsidRDefault="00803B09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965707509"/>
                <w:placeholder>
                  <w:docPart w:val="FA5B28ECC1F1458CA792FD81F32CB50B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03B09" w:rsidRPr="00260F73" w14:paraId="43684B06" w14:textId="77777777" w:rsidTr="00CD745A">
        <w:tc>
          <w:tcPr>
            <w:tcW w:w="2723" w:type="dxa"/>
            <w:vAlign w:val="center"/>
          </w:tcPr>
          <w:p w14:paraId="1C428E8D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760836450"/>
            <w:placeholder>
              <w:docPart w:val="9950594EF100444DB77C72C77CD6D830"/>
            </w:placeholder>
            <w:showingPlcHdr/>
          </w:sdtPr>
          <w:sdtContent>
            <w:tc>
              <w:tcPr>
                <w:tcW w:w="6627" w:type="dxa"/>
              </w:tcPr>
              <w:p w14:paraId="40637AB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3C078CD" w14:textId="77777777" w:rsidTr="00CD745A">
        <w:tc>
          <w:tcPr>
            <w:tcW w:w="2723" w:type="dxa"/>
            <w:vAlign w:val="center"/>
          </w:tcPr>
          <w:p w14:paraId="1312FF06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391268604"/>
            <w:placeholder>
              <w:docPart w:val="3A8055CE90DB4EAFB742D370A9DC3483"/>
            </w:placeholder>
            <w:showingPlcHdr/>
          </w:sdtPr>
          <w:sdtContent>
            <w:tc>
              <w:tcPr>
                <w:tcW w:w="6627" w:type="dxa"/>
              </w:tcPr>
              <w:p w14:paraId="5ACE347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39FB8B6" w14:textId="77777777" w:rsidTr="00CD745A">
        <w:tc>
          <w:tcPr>
            <w:tcW w:w="2723" w:type="dxa"/>
            <w:vAlign w:val="center"/>
          </w:tcPr>
          <w:p w14:paraId="79E71EB2" w14:textId="77777777" w:rsidR="00803B09" w:rsidRPr="00446759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690419653"/>
            <w:placeholder>
              <w:docPart w:val="C51158EBF80E4E71BBC4F1C30DFF3081"/>
            </w:placeholder>
            <w:showingPlcHdr/>
          </w:sdtPr>
          <w:sdtContent>
            <w:tc>
              <w:tcPr>
                <w:tcW w:w="6627" w:type="dxa"/>
              </w:tcPr>
              <w:p w14:paraId="329184C8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B32AED9" w14:textId="77777777" w:rsidTr="00CD745A">
        <w:tc>
          <w:tcPr>
            <w:tcW w:w="2723" w:type="dxa"/>
            <w:vAlign w:val="center"/>
          </w:tcPr>
          <w:p w14:paraId="717DDF9A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184814801"/>
            <w:placeholder>
              <w:docPart w:val="4C6F52E791E94ACABC3FF9E7D47DC8E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04F80DB6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4811CE6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26A895C" w14:textId="77777777" w:rsidR="00803B09" w:rsidRPr="00015574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C244FAF" w14:textId="77777777" w:rsidR="00803B09" w:rsidRPr="00260F73" w:rsidRDefault="00803B09" w:rsidP="00CD745A">
            <w:r w:rsidRPr="00260F73">
              <w:t xml:space="preserve">Yes </w:t>
            </w:r>
            <w:sdt>
              <w:sdtPr>
                <w:id w:val="131630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035462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6059454C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29347D" w14:textId="77777777" w:rsidR="00803B09" w:rsidRPr="00260F73" w:rsidRDefault="00803B09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CF9A25" w14:textId="14CF5CD4" w:rsidR="00803B09" w:rsidRPr="00260F73" w:rsidRDefault="00803B09" w:rsidP="00CD745A"/>
        </w:tc>
      </w:tr>
      <w:tr w:rsidR="00803B09" w:rsidRPr="00260F73" w14:paraId="697DEF20" w14:textId="77777777" w:rsidTr="00695860">
        <w:tc>
          <w:tcPr>
            <w:tcW w:w="9350" w:type="dxa"/>
            <w:gridSpan w:val="2"/>
          </w:tcPr>
          <w:p w14:paraId="53792499" w14:textId="737EC18A" w:rsidR="00803B09" w:rsidRPr="00015574" w:rsidRDefault="00803B09" w:rsidP="00C7253B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 xml:space="preserve">Title of item: </w:t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r w:rsidRPr="00015574">
              <w:rPr>
                <w:rFonts w:cs="Calibri"/>
                <w:b/>
                <w:bCs/>
                <w:szCs w:val="24"/>
              </w:rPr>
              <w:tab/>
            </w:r>
            <w:sdt>
              <w:sdtPr>
                <w:rPr>
                  <w:rFonts w:cs="Calibri"/>
                  <w:b/>
                  <w:bCs/>
                  <w:szCs w:val="24"/>
                </w:rPr>
                <w:id w:val="777990166"/>
                <w:placeholder>
                  <w:docPart w:val="8E724E38AE214B23BBA09C0C9E84047D"/>
                </w:placeholder>
                <w:showingPlcHdr/>
              </w:sdtPr>
              <w:sdtContent>
                <w:r w:rsidRPr="00015574">
                  <w:rPr>
                    <w:rStyle w:val="PlaceholderText"/>
                    <w:rFonts w:cs="Calibri"/>
                    <w:szCs w:val="24"/>
                  </w:rPr>
                  <w:t>Click or tap here to enter text.</w:t>
                </w:r>
              </w:sdtContent>
            </w:sdt>
          </w:p>
        </w:tc>
      </w:tr>
      <w:tr w:rsidR="00803B09" w:rsidRPr="00260F73" w14:paraId="06794A0A" w14:textId="77777777" w:rsidTr="00CD745A">
        <w:tc>
          <w:tcPr>
            <w:tcW w:w="2723" w:type="dxa"/>
            <w:vAlign w:val="center"/>
          </w:tcPr>
          <w:p w14:paraId="1F4B8DE5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Role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245315426"/>
            <w:placeholder>
              <w:docPart w:val="7EA004EDBD3F40759C88381F22CC7B40"/>
            </w:placeholder>
            <w:showingPlcHdr/>
          </w:sdtPr>
          <w:sdtContent>
            <w:tc>
              <w:tcPr>
                <w:tcW w:w="6627" w:type="dxa"/>
              </w:tcPr>
              <w:p w14:paraId="308F59EB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3CD29E7D" w14:textId="77777777" w:rsidTr="00CD745A">
        <w:tc>
          <w:tcPr>
            <w:tcW w:w="2723" w:type="dxa"/>
            <w:vAlign w:val="center"/>
          </w:tcPr>
          <w:p w14:paraId="761A27EA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Publication/Conference Name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101616063"/>
            <w:placeholder>
              <w:docPart w:val="8BC1623B7F9F4E1D9C984CCFB0DBCE6D"/>
            </w:placeholder>
            <w:showingPlcHdr/>
          </w:sdtPr>
          <w:sdtContent>
            <w:tc>
              <w:tcPr>
                <w:tcW w:w="6627" w:type="dxa"/>
              </w:tcPr>
              <w:p w14:paraId="647A2462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F99F9B8" w14:textId="77777777" w:rsidTr="00CD745A">
        <w:tc>
          <w:tcPr>
            <w:tcW w:w="2723" w:type="dxa"/>
            <w:vAlign w:val="center"/>
          </w:tcPr>
          <w:p w14:paraId="771707E9" w14:textId="77777777" w:rsidR="00803B09" w:rsidRPr="00446759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lastRenderedPageBreak/>
              <w:t>DOI link (where applicable)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-1095938003"/>
            <w:placeholder>
              <w:docPart w:val="E93CF88BC8554885993A85A003834FC1"/>
            </w:placeholder>
            <w:showingPlcHdr/>
          </w:sdtPr>
          <w:sdtContent>
            <w:tc>
              <w:tcPr>
                <w:tcW w:w="6627" w:type="dxa"/>
              </w:tcPr>
              <w:p w14:paraId="49976211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52740AA5" w14:textId="77777777" w:rsidTr="00CD745A">
        <w:tc>
          <w:tcPr>
            <w:tcW w:w="2723" w:type="dxa"/>
            <w:vAlign w:val="center"/>
          </w:tcPr>
          <w:p w14:paraId="610DF5FD" w14:textId="77777777" w:rsidR="00803B09" w:rsidRPr="00015574" w:rsidRDefault="00803B09" w:rsidP="00CD745A">
            <w:pPr>
              <w:rPr>
                <w:rFonts w:cs="Calibri"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Publication/Presentation Date</w:t>
            </w:r>
            <w:r>
              <w:rPr>
                <w:rFonts w:cs="Calibri"/>
                <w:b/>
                <w:bCs/>
                <w:szCs w:val="24"/>
              </w:rPr>
              <w:t>:</w:t>
            </w:r>
          </w:p>
        </w:tc>
        <w:sdt>
          <w:sdtPr>
            <w:id w:val="570167699"/>
            <w:placeholder>
              <w:docPart w:val="37C043BF26B842B492F61942CD10B5D2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6FA2C532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03B09" w:rsidRPr="00260F73" w14:paraId="61253BA9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8C942F8" w14:textId="77777777" w:rsidR="00803B09" w:rsidRPr="00015574" w:rsidRDefault="00803B09" w:rsidP="00CD745A">
            <w:pPr>
              <w:rPr>
                <w:rFonts w:cs="Calibri"/>
                <w:b/>
                <w:bCs/>
                <w:szCs w:val="24"/>
              </w:rPr>
            </w:pPr>
            <w:r w:rsidRPr="00015574">
              <w:rPr>
                <w:rFonts w:cs="Calibri"/>
                <w:b/>
                <w:bCs/>
                <w:szCs w:val="24"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C1AF490" w14:textId="77777777" w:rsidR="00803B09" w:rsidRPr="00260F73" w:rsidRDefault="00803B09" w:rsidP="00CD745A">
            <w:r w:rsidRPr="00260F73">
              <w:t xml:space="preserve">Yes </w:t>
            </w:r>
            <w:sdt>
              <w:sdtPr>
                <w:id w:val="195652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37588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0DA6089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EAC44" w14:textId="77777777" w:rsidR="00803B09" w:rsidRPr="00260F73" w:rsidRDefault="00803B09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D39FCA" w14:textId="1F5103BE" w:rsidR="00803B09" w:rsidRPr="00260F73" w:rsidRDefault="00803B09" w:rsidP="00CD745A"/>
        </w:tc>
      </w:tr>
    </w:tbl>
    <w:p w14:paraId="273BD1D1" w14:textId="77777777" w:rsidR="00803B09" w:rsidRDefault="00803B09">
      <w:pPr>
        <w:pStyle w:val="Heading1"/>
      </w:pPr>
    </w:p>
    <w:p w14:paraId="694D08E4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3CECF3AD" w:rsidR="00214ECC" w:rsidRPr="00260F73" w:rsidRDefault="003729FB">
      <w:pPr>
        <w:pStyle w:val="Heading1"/>
      </w:pPr>
      <w:r w:rsidRPr="00260F73">
        <w:lastRenderedPageBreak/>
        <w:t xml:space="preserve">Teaching </w:t>
      </w:r>
      <w:r w:rsidR="00015574">
        <w:t>e</w:t>
      </w:r>
      <w:r w:rsidRPr="00260F73">
        <w:t>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:rsidRPr="00260F73" w14:paraId="66F7ED9E" w14:textId="77777777" w:rsidTr="00A0792E">
        <w:tc>
          <w:tcPr>
            <w:tcW w:w="2689" w:type="dxa"/>
          </w:tcPr>
          <w:p w14:paraId="1ADD563F" w14:textId="15C223FA" w:rsidR="00E9708F" w:rsidRPr="00260F73" w:rsidRDefault="00E9708F">
            <w:r w:rsidRPr="00260F73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B740C1B" w14:textId="77777777" w:rsidTr="00A0792E">
        <w:tc>
          <w:tcPr>
            <w:tcW w:w="2689" w:type="dxa"/>
          </w:tcPr>
          <w:p w14:paraId="5063B332" w14:textId="5483306F" w:rsidR="00E9708F" w:rsidRPr="00260F73" w:rsidRDefault="00E9708F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66CA38CE" w14:textId="77777777" w:rsidTr="00A0792E">
        <w:tc>
          <w:tcPr>
            <w:tcW w:w="2689" w:type="dxa"/>
          </w:tcPr>
          <w:p w14:paraId="6E014817" w14:textId="4BF4295B" w:rsidR="00E9708F" w:rsidRPr="00260F73" w:rsidRDefault="00E9708F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37EA1DB7" w14:textId="77777777" w:rsidTr="00A0792E">
        <w:tc>
          <w:tcPr>
            <w:tcW w:w="2689" w:type="dxa"/>
          </w:tcPr>
          <w:p w14:paraId="287584B0" w14:textId="77777777" w:rsidR="00E9708F" w:rsidRPr="00260F73" w:rsidRDefault="00E9708F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6F22547" w14:textId="77777777" w:rsidR="00E9708F" w:rsidRPr="00260F73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4B70A0A3" w14:textId="77777777" w:rsidTr="00A0792E">
        <w:tc>
          <w:tcPr>
            <w:tcW w:w="2689" w:type="dxa"/>
          </w:tcPr>
          <w:p w14:paraId="2B82BE9D" w14:textId="190108BB" w:rsidR="00E9708F" w:rsidRPr="00260F73" w:rsidRDefault="00E9708F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Pr="00260F73" w:rsidRDefault="00E9708F">
            <w:r w:rsidRPr="00260F73"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605DD3C8" w14:textId="77777777" w:rsidTr="00A0792E">
        <w:tc>
          <w:tcPr>
            <w:tcW w:w="2689" w:type="dxa"/>
          </w:tcPr>
          <w:p w14:paraId="3ACF7AFC" w14:textId="2D9BB58C" w:rsidR="00E9708F" w:rsidRPr="00260F73" w:rsidRDefault="00E9708F">
            <w:r w:rsidRPr="00260F73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Pr="00260F73" w:rsidRDefault="00E9708F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:rsidRPr="00260F73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260F73" w:rsidRDefault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Pr="00260F73" w:rsidRDefault="00E9708F">
            <w:r w:rsidRPr="00260F73"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:rsidRPr="00260F73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2F2B558C" w:rsidR="00E9708F" w:rsidRPr="00260F73" w:rsidRDefault="00E9708F"/>
        </w:tc>
      </w:tr>
      <w:tr w:rsidR="003713D2" w:rsidRPr="00260F73" w14:paraId="60A6C45B" w14:textId="77777777" w:rsidTr="00A0792E">
        <w:tc>
          <w:tcPr>
            <w:tcW w:w="2689" w:type="dxa"/>
          </w:tcPr>
          <w:p w14:paraId="6E46C46E" w14:textId="4D9A9006" w:rsidR="003713D2" w:rsidRPr="00260F73" w:rsidRDefault="003713D2">
            <w:r w:rsidRPr="00260F73">
              <w:rPr>
                <w:b/>
                <w:bCs/>
              </w:rPr>
              <w:t>Role</w:t>
            </w:r>
          </w:p>
        </w:tc>
        <w:sdt>
          <w:sdtPr>
            <w:id w:val="-683367350"/>
            <w:placeholder>
              <w:docPart w:val="9F98BD6A7E484DF08110B1C4E624D3D0"/>
            </w:placeholder>
            <w:showingPlcHdr/>
          </w:sdtPr>
          <w:sdtContent>
            <w:tc>
              <w:tcPr>
                <w:tcW w:w="6661" w:type="dxa"/>
              </w:tcPr>
              <w:p w14:paraId="2BEA901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0734555" w14:textId="77777777" w:rsidTr="00A0792E">
        <w:tc>
          <w:tcPr>
            <w:tcW w:w="2689" w:type="dxa"/>
          </w:tcPr>
          <w:p w14:paraId="78C7B684" w14:textId="77777777" w:rsidR="003713D2" w:rsidRPr="00260F73" w:rsidRDefault="003713D2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31882914"/>
            <w:placeholder>
              <w:docPart w:val="233C5AFA5E7E4902A9BB228B214E5792"/>
            </w:placeholder>
            <w:showingPlcHdr/>
          </w:sdtPr>
          <w:sdtContent>
            <w:tc>
              <w:tcPr>
                <w:tcW w:w="6661" w:type="dxa"/>
              </w:tcPr>
              <w:p w14:paraId="20B1CF88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2FB98C1F" w14:textId="77777777" w:rsidTr="00A0792E">
        <w:tc>
          <w:tcPr>
            <w:tcW w:w="2689" w:type="dxa"/>
          </w:tcPr>
          <w:p w14:paraId="4137BF2C" w14:textId="77777777" w:rsidR="003713D2" w:rsidRPr="00260F73" w:rsidRDefault="003713D2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480417740"/>
            <w:placeholder>
              <w:docPart w:val="1B8839E78C2545FD826212E931A37F3B"/>
            </w:placeholder>
            <w:showingPlcHdr/>
          </w:sdtPr>
          <w:sdtContent>
            <w:tc>
              <w:tcPr>
                <w:tcW w:w="6661" w:type="dxa"/>
              </w:tcPr>
              <w:p w14:paraId="12ADC70A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017ED9A3" w14:textId="77777777" w:rsidTr="00A0792E">
        <w:tc>
          <w:tcPr>
            <w:tcW w:w="2689" w:type="dxa"/>
          </w:tcPr>
          <w:p w14:paraId="7C4151A8" w14:textId="77777777" w:rsidR="003713D2" w:rsidRPr="00260F73" w:rsidRDefault="003713D2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70E69669" w14:textId="77777777" w:rsidR="003713D2" w:rsidRPr="00260F73" w:rsidRDefault="003713D2"/>
        </w:tc>
        <w:sdt>
          <w:sdtPr>
            <w:id w:val="428003593"/>
            <w:placeholder>
              <w:docPart w:val="69B61E07360347BCBC59BA9F385F7236"/>
            </w:placeholder>
            <w:showingPlcHdr/>
          </w:sdtPr>
          <w:sdtContent>
            <w:tc>
              <w:tcPr>
                <w:tcW w:w="6661" w:type="dxa"/>
              </w:tcPr>
              <w:p w14:paraId="59252810" w14:textId="77777777" w:rsidR="003713D2" w:rsidRPr="00260F73" w:rsidRDefault="003713D2" w:rsidP="00016A95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713D2" w:rsidRPr="00260F73" w14:paraId="63D1D623" w14:textId="77777777" w:rsidTr="00A0792E">
        <w:tc>
          <w:tcPr>
            <w:tcW w:w="2689" w:type="dxa"/>
          </w:tcPr>
          <w:p w14:paraId="7A70044C" w14:textId="77777777" w:rsidR="003713D2" w:rsidRPr="00260F73" w:rsidRDefault="003713D2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3661DFC2" w14:textId="77777777" w:rsidR="003713D2" w:rsidRPr="00260F73" w:rsidRDefault="003713D2">
            <w:r w:rsidRPr="00260F73">
              <w:t xml:space="preserve">Complete  </w:t>
            </w:r>
            <w:sdt>
              <w:sdtPr>
                <w:id w:val="-1582669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24414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539E0342" w14:textId="77777777" w:rsidTr="00A0792E">
        <w:tc>
          <w:tcPr>
            <w:tcW w:w="2689" w:type="dxa"/>
          </w:tcPr>
          <w:p w14:paraId="0D879AD9" w14:textId="77777777" w:rsidR="003713D2" w:rsidRPr="00260F73" w:rsidRDefault="003713D2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-1529011247"/>
            <w:placeholder>
              <w:docPart w:val="EEADD47DEE724B839CD6026B1BF75AA9"/>
            </w:placeholder>
            <w:showingPlcHdr/>
          </w:sdtPr>
          <w:sdtContent>
            <w:tc>
              <w:tcPr>
                <w:tcW w:w="6661" w:type="dxa"/>
              </w:tcPr>
              <w:p w14:paraId="264C2E6E" w14:textId="77777777" w:rsidR="003713D2" w:rsidRPr="00260F73" w:rsidRDefault="003713D2" w:rsidP="00016A95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3713D2" w:rsidRPr="00260F73" w14:paraId="4F76E790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FEFD7E3" w14:textId="77777777" w:rsidR="003713D2" w:rsidRPr="00260F73" w:rsidRDefault="003713D2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5F3A024B" w14:textId="77777777" w:rsidR="003713D2" w:rsidRPr="00260F73" w:rsidRDefault="003713D2">
            <w:r w:rsidRPr="00260F73">
              <w:t xml:space="preserve">Yes </w:t>
            </w:r>
            <w:sdt>
              <w:sdtPr>
                <w:id w:val="1392304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1226872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713D2" w:rsidRPr="00260F73" w14:paraId="1A6A0C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9E63DE" w14:textId="3A43943C" w:rsidR="003713D2" w:rsidRPr="00260F73" w:rsidRDefault="003713D2"/>
        </w:tc>
      </w:tr>
      <w:tr w:rsidR="00803B09" w:rsidRPr="00260F73" w14:paraId="5190F460" w14:textId="77777777" w:rsidTr="00A0792E">
        <w:tc>
          <w:tcPr>
            <w:tcW w:w="2689" w:type="dxa"/>
          </w:tcPr>
          <w:p w14:paraId="763EC366" w14:textId="16B1405D" w:rsidR="00803B09" w:rsidRPr="00260F73" w:rsidRDefault="00803B09">
            <w:r w:rsidRPr="00260F73">
              <w:rPr>
                <w:b/>
                <w:bCs/>
              </w:rPr>
              <w:t>Role</w:t>
            </w:r>
          </w:p>
        </w:tc>
        <w:sdt>
          <w:sdtPr>
            <w:id w:val="469410824"/>
            <w:placeholder>
              <w:docPart w:val="3F9FEC2FF31F4B22A42B22FFA28E5A3F"/>
            </w:placeholder>
            <w:showingPlcHdr/>
          </w:sdtPr>
          <w:sdtContent>
            <w:tc>
              <w:tcPr>
                <w:tcW w:w="6661" w:type="dxa"/>
              </w:tcPr>
              <w:p w14:paraId="60DB211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5F6140D" w14:textId="77777777" w:rsidTr="00A0792E">
        <w:tc>
          <w:tcPr>
            <w:tcW w:w="2689" w:type="dxa"/>
          </w:tcPr>
          <w:p w14:paraId="40FBE73C" w14:textId="77777777" w:rsidR="00803B09" w:rsidRPr="00260F73" w:rsidRDefault="00803B09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661667524"/>
            <w:placeholder>
              <w:docPart w:val="876699860210439B9E102A4DBA7B4A76"/>
            </w:placeholder>
            <w:showingPlcHdr/>
          </w:sdtPr>
          <w:sdtContent>
            <w:tc>
              <w:tcPr>
                <w:tcW w:w="6661" w:type="dxa"/>
              </w:tcPr>
              <w:p w14:paraId="1AE2B2E7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DB41F48" w14:textId="77777777" w:rsidTr="00A0792E">
        <w:tc>
          <w:tcPr>
            <w:tcW w:w="2689" w:type="dxa"/>
          </w:tcPr>
          <w:p w14:paraId="4C6BD8D1" w14:textId="77777777" w:rsidR="00803B09" w:rsidRPr="00260F73" w:rsidRDefault="00803B09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793262318"/>
            <w:placeholder>
              <w:docPart w:val="517F7037485E4A4F976C3B4D94A97EBF"/>
            </w:placeholder>
            <w:showingPlcHdr/>
          </w:sdtPr>
          <w:sdtContent>
            <w:tc>
              <w:tcPr>
                <w:tcW w:w="6661" w:type="dxa"/>
              </w:tcPr>
              <w:p w14:paraId="60699633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16573365" w14:textId="77777777" w:rsidTr="00A0792E">
        <w:tc>
          <w:tcPr>
            <w:tcW w:w="2689" w:type="dxa"/>
          </w:tcPr>
          <w:p w14:paraId="1220F78F" w14:textId="77777777" w:rsidR="00803B09" w:rsidRPr="00260F73" w:rsidRDefault="00803B09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5C5D9BB" w14:textId="77777777" w:rsidR="00803B09" w:rsidRPr="00260F73" w:rsidRDefault="00803B09"/>
        </w:tc>
        <w:sdt>
          <w:sdtPr>
            <w:id w:val="1136074492"/>
            <w:placeholder>
              <w:docPart w:val="9E8545392AB845AC9C38B617CA799537"/>
            </w:placeholder>
            <w:showingPlcHdr/>
          </w:sdtPr>
          <w:sdtContent>
            <w:tc>
              <w:tcPr>
                <w:tcW w:w="6661" w:type="dxa"/>
              </w:tcPr>
              <w:p w14:paraId="623E97EC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241DA949" w14:textId="77777777" w:rsidTr="00A0792E">
        <w:tc>
          <w:tcPr>
            <w:tcW w:w="2689" w:type="dxa"/>
          </w:tcPr>
          <w:p w14:paraId="2A5B6A6E" w14:textId="77777777" w:rsidR="00803B09" w:rsidRPr="00260F73" w:rsidRDefault="00803B09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100ED568" w14:textId="77777777" w:rsidR="00803B09" w:rsidRPr="00260F73" w:rsidRDefault="00803B09">
            <w:r w:rsidRPr="00260F73">
              <w:t xml:space="preserve">Complete  </w:t>
            </w:r>
            <w:sdt>
              <w:sdtPr>
                <w:id w:val="-1106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-105892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794B0C40" w14:textId="77777777" w:rsidTr="00A0792E">
        <w:tc>
          <w:tcPr>
            <w:tcW w:w="2689" w:type="dxa"/>
          </w:tcPr>
          <w:p w14:paraId="20F41955" w14:textId="77777777" w:rsidR="00803B09" w:rsidRPr="00260F73" w:rsidRDefault="00803B09">
            <w:pPr>
              <w:rPr>
                <w:b/>
                <w:bCs/>
              </w:rPr>
            </w:pPr>
            <w:r>
              <w:rPr>
                <w:b/>
                <w:bCs/>
              </w:rPr>
              <w:t>Formal role or Informal teaching</w:t>
            </w:r>
          </w:p>
        </w:tc>
        <w:sdt>
          <w:sdtPr>
            <w:id w:val="268671977"/>
            <w:placeholder>
              <w:docPart w:val="52BA0282E4194093932505BC88B584F2"/>
            </w:placeholder>
            <w:showingPlcHdr/>
          </w:sdtPr>
          <w:sdtContent>
            <w:tc>
              <w:tcPr>
                <w:tcW w:w="6661" w:type="dxa"/>
              </w:tcPr>
              <w:p w14:paraId="4F7C941D" w14:textId="77777777" w:rsidR="00803B09" w:rsidRPr="00260F73" w:rsidRDefault="00803B09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03B09" w:rsidRPr="00260F73" w14:paraId="1950466D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4F21ECC8" w14:textId="77777777" w:rsidR="00803B09" w:rsidRPr="00260F73" w:rsidRDefault="00803B09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385A678" w14:textId="77777777" w:rsidR="00803B09" w:rsidRPr="00260F73" w:rsidRDefault="00803B09">
            <w:r w:rsidRPr="00260F73">
              <w:t xml:space="preserve">Yes </w:t>
            </w:r>
            <w:sdt>
              <w:sdtPr>
                <w:id w:val="-1969730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25949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52D7CF8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AA8E9A" w14:textId="4EB5274B" w:rsidR="00803B09" w:rsidRPr="00260F73" w:rsidRDefault="00803B09"/>
        </w:tc>
      </w:tr>
      <w:tr w:rsidR="00803B09" w:rsidRPr="00260F73" w14:paraId="6C128340" w14:textId="77777777" w:rsidTr="00A0792E">
        <w:tc>
          <w:tcPr>
            <w:tcW w:w="2689" w:type="dxa"/>
          </w:tcPr>
          <w:p w14:paraId="79E17348" w14:textId="0B01ED07" w:rsidR="00803B09" w:rsidRPr="00260F73" w:rsidRDefault="00803B09">
            <w:r w:rsidRPr="00260F73">
              <w:rPr>
                <w:b/>
                <w:bCs/>
              </w:rPr>
              <w:t>Role</w:t>
            </w:r>
          </w:p>
        </w:tc>
        <w:sdt>
          <w:sdtPr>
            <w:id w:val="-1102106269"/>
            <w:placeholder>
              <w:docPart w:val="F33DB954DE8C453C928DF548B77772D6"/>
            </w:placeholder>
            <w:showingPlcHdr/>
          </w:sdtPr>
          <w:sdtContent>
            <w:tc>
              <w:tcPr>
                <w:tcW w:w="6661" w:type="dxa"/>
              </w:tcPr>
              <w:p w14:paraId="59109434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7A034707" w14:textId="77777777" w:rsidTr="00A0792E">
        <w:tc>
          <w:tcPr>
            <w:tcW w:w="2689" w:type="dxa"/>
          </w:tcPr>
          <w:p w14:paraId="1D4231D4" w14:textId="77777777" w:rsidR="00803B09" w:rsidRPr="00260F73" w:rsidRDefault="00803B09">
            <w:r w:rsidRPr="00260F73">
              <w:rPr>
                <w:b/>
                <w:bCs/>
              </w:rPr>
              <w:t>Institution</w:t>
            </w:r>
          </w:p>
        </w:tc>
        <w:sdt>
          <w:sdtPr>
            <w:id w:val="-258998473"/>
            <w:placeholder>
              <w:docPart w:val="E064D5F9DECB4866B824F65FD2356E3D"/>
            </w:placeholder>
            <w:showingPlcHdr/>
          </w:sdtPr>
          <w:sdtContent>
            <w:tc>
              <w:tcPr>
                <w:tcW w:w="6661" w:type="dxa"/>
              </w:tcPr>
              <w:p w14:paraId="0F7E43FF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4E92C921" w14:textId="77777777" w:rsidTr="00A0792E">
        <w:tc>
          <w:tcPr>
            <w:tcW w:w="2689" w:type="dxa"/>
          </w:tcPr>
          <w:p w14:paraId="6AC8DCFD" w14:textId="77777777" w:rsidR="00803B09" w:rsidRPr="00260F73" w:rsidRDefault="00803B09">
            <w:r w:rsidRPr="00260F73">
              <w:rPr>
                <w:b/>
                <w:bCs/>
              </w:rPr>
              <w:t>Teaching Delivered</w:t>
            </w:r>
          </w:p>
        </w:tc>
        <w:sdt>
          <w:sdtPr>
            <w:id w:val="1608616908"/>
            <w:placeholder>
              <w:docPart w:val="6EC70B058B094461B2DBFB2834390584"/>
            </w:placeholder>
            <w:showingPlcHdr/>
          </w:sdtPr>
          <w:sdtContent>
            <w:tc>
              <w:tcPr>
                <w:tcW w:w="6661" w:type="dxa"/>
              </w:tcPr>
              <w:p w14:paraId="36D2C315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09ACCEDC" w14:textId="77777777" w:rsidTr="00A0792E">
        <w:tc>
          <w:tcPr>
            <w:tcW w:w="2689" w:type="dxa"/>
          </w:tcPr>
          <w:p w14:paraId="703AE248" w14:textId="77777777" w:rsidR="00803B09" w:rsidRPr="00260F73" w:rsidRDefault="00803B09" w:rsidP="00E9708F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Audience</w:t>
            </w:r>
          </w:p>
          <w:p w14:paraId="1E07E88F" w14:textId="77777777" w:rsidR="00803B09" w:rsidRPr="00260F73" w:rsidRDefault="00803B09"/>
        </w:tc>
        <w:sdt>
          <w:sdtPr>
            <w:id w:val="2072998105"/>
            <w:placeholder>
              <w:docPart w:val="91965C4F531A48E7846C0C0A6CFB37CC"/>
            </w:placeholder>
            <w:showingPlcHdr/>
          </w:sdtPr>
          <w:sdtContent>
            <w:tc>
              <w:tcPr>
                <w:tcW w:w="6661" w:type="dxa"/>
              </w:tcPr>
              <w:p w14:paraId="307167ED" w14:textId="77777777" w:rsidR="00803B09" w:rsidRPr="00260F73" w:rsidRDefault="00803B09" w:rsidP="00CA2CEB">
                <w:r w:rsidRPr="00260F7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03B09" w:rsidRPr="00260F73" w14:paraId="65E5684E" w14:textId="77777777" w:rsidTr="00A0792E">
        <w:tc>
          <w:tcPr>
            <w:tcW w:w="2689" w:type="dxa"/>
          </w:tcPr>
          <w:p w14:paraId="458886A5" w14:textId="77777777" w:rsidR="00803B09" w:rsidRPr="00260F73" w:rsidRDefault="00803B09">
            <w:r w:rsidRPr="00260F73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A22EAD" w14:textId="77777777" w:rsidR="00803B09" w:rsidRPr="00260F73" w:rsidRDefault="00803B09">
            <w:r w:rsidRPr="00260F73">
              <w:t xml:space="preserve">Complete  </w:t>
            </w:r>
            <w:sdt>
              <w:sdtPr>
                <w:id w:val="-1811092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Ongoing </w:t>
            </w:r>
            <w:sdt>
              <w:sdtPr>
                <w:id w:val="1997610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210CF3E3" w14:textId="77777777" w:rsidTr="00A0792E">
        <w:tc>
          <w:tcPr>
            <w:tcW w:w="2689" w:type="dxa"/>
          </w:tcPr>
          <w:p w14:paraId="2CDF60CA" w14:textId="77777777" w:rsidR="00803B09" w:rsidRPr="00260F73" w:rsidRDefault="00803B09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Formal role or Informal teaching</w:t>
            </w:r>
          </w:p>
        </w:tc>
        <w:sdt>
          <w:sdtPr>
            <w:id w:val="1704750712"/>
            <w:placeholder>
              <w:docPart w:val="D759FB7B374D496E9312D785EEFA0C5A"/>
            </w:placeholder>
            <w:showingPlcHdr/>
          </w:sdtPr>
          <w:sdtContent>
            <w:tc>
              <w:tcPr>
                <w:tcW w:w="6661" w:type="dxa"/>
              </w:tcPr>
              <w:p w14:paraId="1090E0CE" w14:textId="77777777" w:rsidR="00803B09" w:rsidRPr="00260F73" w:rsidRDefault="00803B09" w:rsidP="00CA2CEB">
                <w:r w:rsidRPr="00E73B0F">
                  <w:rPr>
                    <w:rStyle w:val="PlaceholderText"/>
                    <w:lang w:val="en-US"/>
                  </w:rPr>
                  <w:t>Click or tap here to enter text.</w:t>
                </w:r>
              </w:p>
            </w:tc>
          </w:sdtContent>
        </w:sdt>
      </w:tr>
      <w:tr w:rsidR="00803B09" w:rsidRPr="00260F73" w14:paraId="55EF0B6B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08F51606" w14:textId="77777777" w:rsidR="00803B09" w:rsidRPr="00260F73" w:rsidRDefault="00803B09">
            <w:pPr>
              <w:rPr>
                <w:b/>
                <w:bCs/>
              </w:rPr>
            </w:pPr>
            <w:r w:rsidRPr="00260F73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D5A8D64" w14:textId="77777777" w:rsidR="00803B09" w:rsidRPr="00260F73" w:rsidRDefault="00803B09">
            <w:r w:rsidRPr="00260F73">
              <w:t xml:space="preserve">Yes </w:t>
            </w:r>
            <w:sdt>
              <w:sdtPr>
                <w:id w:val="1191640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260F73">
              <w:tab/>
              <w:t xml:space="preserve">No </w:t>
            </w:r>
            <w:sdt>
              <w:sdtPr>
                <w:id w:val="-1368220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60F7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803B09" w:rsidRPr="00260F73" w14:paraId="6B0E861A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95FCC2" w14:textId="61E7D423" w:rsidR="00803B09" w:rsidRPr="00260F73" w:rsidRDefault="00803B09"/>
        </w:tc>
      </w:tr>
    </w:tbl>
    <w:p w14:paraId="7A882F9A" w14:textId="77777777" w:rsidR="00E9708F" w:rsidRPr="00260F73" w:rsidRDefault="00E9708F"/>
    <w:p w14:paraId="26D4E535" w14:textId="77777777" w:rsidR="00803B09" w:rsidRDefault="00803B09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59171476" w14:textId="5F10E959" w:rsidR="00446759" w:rsidRDefault="00446759" w:rsidP="00446759">
      <w:pPr>
        <w:pStyle w:val="Heading1"/>
      </w:pPr>
      <w:r>
        <w:lastRenderedPageBreak/>
        <w:t>Leadership &amp; Management</w:t>
      </w:r>
    </w:p>
    <w:p w14:paraId="46C30522" w14:textId="71604A2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time you demonstrated leadership in a clinical setting.</w:t>
      </w:r>
    </w:p>
    <w:sdt>
      <w:sdtPr>
        <w:id w:val="-1742706817"/>
        <w:placeholder>
          <w:docPart w:val="E7D02D12569949259F4B303AE9EE91BE"/>
        </w:placeholder>
        <w:showingPlcHdr/>
      </w:sdtPr>
      <w:sdtContent>
        <w:p w14:paraId="746969E9" w14:textId="609B147E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98D581B" w14:textId="2D48F4E4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Give an example of how you managed a challenging team situation.</w:t>
      </w:r>
    </w:p>
    <w:sdt>
      <w:sdtPr>
        <w:id w:val="-750272981"/>
        <w:placeholder>
          <w:docPart w:val="CAA78230F4974F91A466D1A3E44D5E2D"/>
        </w:placeholder>
        <w:showingPlcHdr/>
      </w:sdtPr>
      <w:sdtContent>
        <w:p w14:paraId="51A226CA" w14:textId="6797E0FD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7F53B35C" w14:textId="2140306F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Describe a service improvement you initiated or contributed to.</w:t>
      </w:r>
    </w:p>
    <w:sdt>
      <w:sdtPr>
        <w:id w:val="-1647966239"/>
        <w:placeholder>
          <w:docPart w:val="F0CFA2EC4C7B4356B9A2A03A62C38968"/>
        </w:placeholder>
        <w:showingPlcHdr/>
      </w:sdtPr>
      <w:sdtContent>
        <w:p w14:paraId="43F0D350" w14:textId="42D47639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3D91A783" w14:textId="08A446E3" w:rsidR="00015574" w:rsidRDefault="00015574" w:rsidP="00015574">
      <w:pPr>
        <w:pStyle w:val="ListParagraph"/>
        <w:numPr>
          <w:ilvl w:val="0"/>
          <w:numId w:val="15"/>
        </w:numPr>
        <w:rPr>
          <w:b/>
          <w:bCs/>
        </w:rPr>
      </w:pPr>
      <w:r w:rsidRPr="00015574">
        <w:rPr>
          <w:b/>
          <w:bCs/>
        </w:rPr>
        <w:t>How do you prioritise workload in a busy clinical environment?</w:t>
      </w:r>
    </w:p>
    <w:sdt>
      <w:sdtPr>
        <w:id w:val="-195615532"/>
        <w:placeholder>
          <w:docPart w:val="9380793E9EE044989EB44762814E78B6"/>
        </w:placeholder>
        <w:showingPlcHdr/>
      </w:sdtPr>
      <w:sdtContent>
        <w:p w14:paraId="2D21CD22" w14:textId="11FBDC37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3DABBFA" w14:textId="77777777" w:rsidR="00015574" w:rsidRDefault="00015574"/>
    <w:p w14:paraId="56C20746" w14:textId="77777777" w:rsidR="00015574" w:rsidRDefault="00015574" w:rsidP="00015574">
      <w:pPr>
        <w:pStyle w:val="Heading1"/>
      </w:pPr>
      <w:r>
        <w:t>Communication &amp; Professionalism</w:t>
      </w:r>
    </w:p>
    <w:p w14:paraId="7F322BEB" w14:textId="0E1F3551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Describe a situation where you had to communicate a difficult message.</w:t>
      </w:r>
    </w:p>
    <w:sdt>
      <w:sdtPr>
        <w:id w:val="-890113822"/>
        <w:placeholder>
          <w:docPart w:val="0E951C26B4874E2787CBE628EA2C2094"/>
        </w:placeholder>
        <w:showingPlcHdr/>
      </w:sdtPr>
      <w:sdtContent>
        <w:p w14:paraId="66323C79" w14:textId="3B49D8A3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1EC03080" w14:textId="21B23266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How do you handle conflict with colleagues?</w:t>
      </w:r>
    </w:p>
    <w:sdt>
      <w:sdtPr>
        <w:id w:val="-1454014768"/>
        <w:placeholder>
          <w:docPart w:val="07E5AC0373094234B85BEF415F1A8998"/>
        </w:placeholder>
        <w:showingPlcHdr/>
      </w:sdtPr>
      <w:sdtContent>
        <w:p w14:paraId="58DCB18C" w14:textId="3039869A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0ACD46A0" w14:textId="3BFB5764" w:rsidR="00015574" w:rsidRDefault="00015574" w:rsidP="00015574">
      <w:pPr>
        <w:pStyle w:val="ListParagraph"/>
        <w:numPr>
          <w:ilvl w:val="0"/>
          <w:numId w:val="16"/>
        </w:numPr>
        <w:rPr>
          <w:b/>
          <w:bCs/>
        </w:rPr>
      </w:pPr>
      <w:r w:rsidRPr="00015574">
        <w:rPr>
          <w:b/>
          <w:bCs/>
        </w:rPr>
        <w:t>Give an example of maintaining professionalism under pressure.</w:t>
      </w:r>
    </w:p>
    <w:sdt>
      <w:sdtPr>
        <w:id w:val="-1459866788"/>
        <w:placeholder>
          <w:docPart w:val="3ED87B2022A34B2198DC2B217B191AF1"/>
        </w:placeholder>
        <w:showingPlcHdr/>
      </w:sdtPr>
      <w:sdtContent>
        <w:p w14:paraId="5BC1A269" w14:textId="52C68820" w:rsidR="00015574" w:rsidRPr="00015574" w:rsidRDefault="00015574" w:rsidP="00015574">
          <w:r w:rsidRPr="00E73B0F">
            <w:rPr>
              <w:rStyle w:val="PlaceholderText"/>
              <w:lang w:val="en-US"/>
            </w:rPr>
            <w:t>Click or tap here to enter text.</w:t>
          </w:r>
        </w:p>
      </w:sdtContent>
    </w:sdt>
    <w:p w14:paraId="2D12A2C2" w14:textId="77777777" w:rsidR="00015574" w:rsidRDefault="00015574"/>
    <w:p w14:paraId="22F0C6D2" w14:textId="77777777" w:rsidR="003713D2" w:rsidRPr="003713D2" w:rsidRDefault="003713D2" w:rsidP="003713D2">
      <w:pPr>
        <w:pStyle w:val="Heading1"/>
      </w:pPr>
      <w:r w:rsidRPr="003713D2">
        <w:t>Clinical Governance &amp; Patient Safety</w:t>
      </w:r>
    </w:p>
    <w:p w14:paraId="1F8D02AC" w14:textId="414E8037" w:rsidR="00E90802" w:rsidRPr="00E90802" w:rsidRDefault="00E90802" w:rsidP="00E90802">
      <w:pPr>
        <w:pStyle w:val="ListParagraph"/>
        <w:numPr>
          <w:ilvl w:val="0"/>
          <w:numId w:val="17"/>
        </w:numPr>
        <w:rPr>
          <w:rFonts w:asciiTheme="minorHAnsi" w:hAnsiTheme="minorHAnsi"/>
          <w:b/>
          <w:bCs/>
          <w:sz w:val="22"/>
          <w:lang w:val="en-US"/>
        </w:rPr>
      </w:pPr>
      <w:r w:rsidRPr="00E90802">
        <w:rPr>
          <w:b/>
          <w:bCs/>
        </w:rPr>
        <w:t>Describe your involvement in patient safety initiatives.</w:t>
      </w:r>
    </w:p>
    <w:sdt>
      <w:sdtPr>
        <w:rPr>
          <w:rFonts w:asciiTheme="minorHAnsi" w:hAnsiTheme="minorHAnsi"/>
          <w:sz w:val="22"/>
          <w:lang w:val="en-US"/>
        </w:rPr>
        <w:id w:val="-384488677"/>
        <w:placeholder>
          <w:docPart w:val="767380ACF96F4D0C8C1A7DCE5CFD83A8"/>
        </w:placeholder>
        <w:showingPlcHdr/>
      </w:sdtPr>
      <w:sdtContent>
        <w:p w14:paraId="4C3D1DA9" w14:textId="618CA398" w:rsidR="00E90802" w:rsidRPr="00E90802" w:rsidRDefault="00E90802" w:rsidP="00E90802">
          <w:pPr>
            <w:rPr>
              <w:rFonts w:asciiTheme="minorHAnsi" w:hAnsiTheme="minorHAnsi"/>
              <w:sz w:val="22"/>
              <w:lang w:val="en-US"/>
            </w:rPr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sdtContent>
    </w:sdt>
    <w:p w14:paraId="28B48482" w14:textId="18736F99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Provide an example of how you identified and addressed a risk to patient safety.</w:t>
      </w:r>
    </w:p>
    <w:sdt>
      <w:sdtPr>
        <w:rPr>
          <w:lang w:val="en-US"/>
        </w:rPr>
        <w:id w:val="-1816095327"/>
        <w:placeholder>
          <w:docPart w:val="A52E9F0F3C3549C29B060FC2F2A6D578"/>
        </w:placeholder>
        <w:showingPlcHdr/>
      </w:sdtPr>
      <w:sdtContent>
        <w:p w14:paraId="4983BFA6" w14:textId="495545B3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287CB9A6" w14:textId="5AAC8D45" w:rsidR="003713D2" w:rsidRDefault="003713D2" w:rsidP="003713D2">
      <w:pPr>
        <w:pStyle w:val="ListParagraph"/>
        <w:numPr>
          <w:ilvl w:val="0"/>
          <w:numId w:val="17"/>
        </w:numPr>
        <w:rPr>
          <w:b/>
          <w:bCs/>
          <w:lang w:val="en-US"/>
        </w:rPr>
      </w:pPr>
      <w:r w:rsidRPr="003713D2">
        <w:rPr>
          <w:b/>
          <w:bCs/>
          <w:lang w:val="en-US"/>
        </w:rPr>
        <w:t>How do you ensure high standards of clinical care?</w:t>
      </w:r>
    </w:p>
    <w:sdt>
      <w:sdtPr>
        <w:rPr>
          <w:lang w:val="en-US"/>
        </w:rPr>
        <w:id w:val="1871638181"/>
        <w:placeholder>
          <w:docPart w:val="136CB3F2E58949E09F2EAE0D704C7EE0"/>
        </w:placeholder>
        <w:showingPlcHdr/>
      </w:sdtPr>
      <w:sdtContent>
        <w:p w14:paraId="1CEB9046" w14:textId="47BBDA1D" w:rsidR="003713D2" w:rsidRPr="003713D2" w:rsidRDefault="003713D2" w:rsidP="003713D2">
          <w:pPr>
            <w:rPr>
              <w:lang w:val="en-US"/>
            </w:rPr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sdtContent>
    </w:sdt>
    <w:p w14:paraId="58BC4384" w14:textId="77777777" w:rsidR="003713D2" w:rsidRDefault="003713D2"/>
    <w:sectPr w:rsidR="003713D2" w:rsidSect="001C17E4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Carol Blackburn" w:date="2026-06-25T16:14:00Z" w:initials="CB">
    <w:p w14:paraId="2BEC1D82" w14:textId="77777777" w:rsidR="000A5F58" w:rsidRDefault="000A5F58" w:rsidP="000A5F58">
      <w:pPr>
        <w:pStyle w:val="CommentText"/>
      </w:pPr>
      <w:r>
        <w:rPr>
          <w:rStyle w:val="CommentReference"/>
        </w:rPr>
        <w:annotationRef/>
      </w:r>
      <w:r>
        <w:t>Can we be more specific for clarity- “ starting with most recent “</w:t>
      </w:r>
    </w:p>
    <w:p w14:paraId="1C34C21F" w14:textId="77777777" w:rsidR="000A5F58" w:rsidRDefault="000A5F58" w:rsidP="000A5F58">
      <w:pPr>
        <w:pStyle w:val="CommentText"/>
      </w:pPr>
      <w:r>
        <w:t>We want them to include paeds relevant courses and awards not just mandatory training elements, should we offer examples like APLS, APEX?</w:t>
      </w:r>
    </w:p>
  </w:comment>
  <w:comment w:id="1" w:author="Carol Blackburn" w:date="2026-06-25T09:12:00Z" w:initials="CB">
    <w:p w14:paraId="33263F5B" w14:textId="77777777" w:rsidR="000A5F58" w:rsidRDefault="000A5F58">
      <w:pPr>
        <w:pStyle w:val="CommentText"/>
      </w:pPr>
      <w:r>
        <w:rPr>
          <w:rStyle w:val="CommentReference"/>
        </w:rPr>
        <w:annotationRef/>
      </w:r>
      <w:r w:rsidRPr="52145F16">
        <w:t>Can we add, “</w:t>
      </w:r>
      <w:r w:rsidRPr="17F9C6BB">
        <w:t>posters ,</w:t>
      </w:r>
      <w:r w:rsidRPr="76A8E65C">
        <w:t xml:space="preserve"> oral presentations and published work” in order to encourage them to not just list 6 posters!?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C34C21F" w15:done="1"/>
  <w15:commentEx w15:paraId="33263F5B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C34C21F" w16cid:durableId="53FBDF49"/>
  <w16cid:commentId w16cid:paraId="33263F5B" w16cid:durableId="23B4966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28808" w14:textId="77777777" w:rsidR="002A3A55" w:rsidRPr="00260F73" w:rsidRDefault="002A3A55" w:rsidP="001B2E81">
      <w:pPr>
        <w:spacing w:after="0" w:line="240" w:lineRule="auto"/>
      </w:pPr>
      <w:r w:rsidRPr="00260F73">
        <w:separator/>
      </w:r>
    </w:p>
  </w:endnote>
  <w:endnote w:type="continuationSeparator" w:id="0">
    <w:p w14:paraId="5C9121FD" w14:textId="77777777" w:rsidR="002A3A55" w:rsidRPr="00260F73" w:rsidRDefault="002A3A55" w:rsidP="001B2E81">
      <w:pPr>
        <w:spacing w:after="0" w:line="240" w:lineRule="auto"/>
      </w:pPr>
      <w:r w:rsidRPr="00260F7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Content>
      <w:p w14:paraId="7954CBEC" w14:textId="5E77B792" w:rsidR="007C3707" w:rsidRPr="00260F73" w:rsidRDefault="007C3707" w:rsidP="007C3707">
        <w:pPr>
          <w:pStyle w:val="Footer"/>
        </w:pPr>
        <w:r w:rsidRPr="00260F73">
          <w:tab/>
        </w:r>
        <w:r w:rsidRPr="00260F73">
          <w:tab/>
        </w:r>
        <w:r w:rsidRPr="00260F73">
          <w:fldChar w:fldCharType="begin"/>
        </w:r>
        <w:r w:rsidRPr="00260F73">
          <w:instrText xml:space="preserve"> PAGE   \* MERGEFORMAT </w:instrText>
        </w:r>
        <w:r w:rsidRPr="00260F73">
          <w:fldChar w:fldCharType="separate"/>
        </w:r>
        <w:r w:rsidRPr="00260F73">
          <w:t>2</w:t>
        </w:r>
        <w:r w:rsidRPr="00260F73"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Pr="00260F73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66998" w14:textId="77777777" w:rsidR="002A3A55" w:rsidRPr="00260F73" w:rsidRDefault="002A3A55" w:rsidP="001B2E81">
      <w:pPr>
        <w:spacing w:after="0" w:line="240" w:lineRule="auto"/>
      </w:pPr>
      <w:r w:rsidRPr="00260F73">
        <w:separator/>
      </w:r>
    </w:p>
  </w:footnote>
  <w:footnote w:type="continuationSeparator" w:id="0">
    <w:p w14:paraId="5E946CD8" w14:textId="77777777" w:rsidR="002A3A55" w:rsidRPr="00260F73" w:rsidRDefault="002A3A55" w:rsidP="001B2E81">
      <w:pPr>
        <w:spacing w:after="0" w:line="240" w:lineRule="auto"/>
      </w:pPr>
      <w:r w:rsidRPr="00260F7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A380F" w14:textId="17844063" w:rsidR="001B2E81" w:rsidRPr="00260F73" w:rsidRDefault="007C3707">
    <w:pPr>
      <w:pStyle w:val="Header"/>
    </w:pPr>
    <w:r w:rsidRPr="00260F73">
      <w:ptab w:relativeTo="margin" w:alignment="right" w:leader="none"/>
    </w:r>
    <w:r w:rsidRPr="00260F73">
      <w:t xml:space="preserve">RCPI HST Application CV: </w:t>
    </w:r>
    <w:r w:rsidR="00E90802">
      <w:t>Neurology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1FAA58A7" w:rsidR="001B2E81" w:rsidRPr="00260F73" w:rsidRDefault="00E9080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282BCF" wp14:editId="2EB7A49F">
          <wp:simplePos x="0" y="0"/>
          <wp:positionH relativeFrom="column">
            <wp:posOffset>-628650</wp:posOffset>
          </wp:positionH>
          <wp:positionV relativeFrom="paragraph">
            <wp:posOffset>-196850</wp:posOffset>
          </wp:positionV>
          <wp:extent cx="2955251" cy="1044000"/>
          <wp:effectExtent l="0" t="0" r="0" b="3810"/>
          <wp:wrapTopAndBottom/>
          <wp:docPr id="11411124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1112451" name="Picture 11411124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55251" cy="10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8B0C3B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536746"/>
    <w:multiLevelType w:val="hybridMultilevel"/>
    <w:tmpl w:val="1D66562E"/>
    <w:lvl w:ilvl="0" w:tplc="7FD6ABA4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B0278A"/>
    <w:multiLevelType w:val="hybridMultilevel"/>
    <w:tmpl w:val="CCD6AA8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2142C"/>
    <w:multiLevelType w:val="hybridMultilevel"/>
    <w:tmpl w:val="FF2CE1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5"/>
  </w:num>
  <w:num w:numId="14" w16cid:durableId="889731661">
    <w:abstractNumId w:val="16"/>
  </w:num>
  <w:num w:numId="15" w16cid:durableId="323359985">
    <w:abstractNumId w:val="14"/>
  </w:num>
  <w:num w:numId="16" w16cid:durableId="1461606276">
    <w:abstractNumId w:val="9"/>
  </w:num>
  <w:num w:numId="17" w16cid:durableId="1219395086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arol Blackburn">
    <w15:presenceInfo w15:providerId="None" w15:userId="Carol Blackbur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15574"/>
    <w:rsid w:val="00034616"/>
    <w:rsid w:val="00041DFE"/>
    <w:rsid w:val="0006063C"/>
    <w:rsid w:val="00081140"/>
    <w:rsid w:val="000834D5"/>
    <w:rsid w:val="000934D5"/>
    <w:rsid w:val="000A5F58"/>
    <w:rsid w:val="0015074B"/>
    <w:rsid w:val="001739F7"/>
    <w:rsid w:val="001872EB"/>
    <w:rsid w:val="001B2E81"/>
    <w:rsid w:val="001C17E4"/>
    <w:rsid w:val="00214ECC"/>
    <w:rsid w:val="002319B9"/>
    <w:rsid w:val="00232F78"/>
    <w:rsid w:val="00260F73"/>
    <w:rsid w:val="002931FF"/>
    <w:rsid w:val="0029639D"/>
    <w:rsid w:val="002A3A55"/>
    <w:rsid w:val="002C6D62"/>
    <w:rsid w:val="002D7D98"/>
    <w:rsid w:val="002E140B"/>
    <w:rsid w:val="00326F90"/>
    <w:rsid w:val="003713D2"/>
    <w:rsid w:val="003729FB"/>
    <w:rsid w:val="00446759"/>
    <w:rsid w:val="004929C5"/>
    <w:rsid w:val="004A41F5"/>
    <w:rsid w:val="004D6768"/>
    <w:rsid w:val="00547911"/>
    <w:rsid w:val="00597958"/>
    <w:rsid w:val="005A051B"/>
    <w:rsid w:val="006D0099"/>
    <w:rsid w:val="0075109E"/>
    <w:rsid w:val="007C0991"/>
    <w:rsid w:val="007C3707"/>
    <w:rsid w:val="00801BD9"/>
    <w:rsid w:val="00803B09"/>
    <w:rsid w:val="00821B93"/>
    <w:rsid w:val="008525FA"/>
    <w:rsid w:val="00857D96"/>
    <w:rsid w:val="009A7B67"/>
    <w:rsid w:val="009E4AEB"/>
    <w:rsid w:val="00A0792E"/>
    <w:rsid w:val="00A36383"/>
    <w:rsid w:val="00A606A6"/>
    <w:rsid w:val="00AA1D8D"/>
    <w:rsid w:val="00B16633"/>
    <w:rsid w:val="00B47730"/>
    <w:rsid w:val="00B8038E"/>
    <w:rsid w:val="00BD4838"/>
    <w:rsid w:val="00C7253B"/>
    <w:rsid w:val="00C95D05"/>
    <w:rsid w:val="00CB0664"/>
    <w:rsid w:val="00CD745A"/>
    <w:rsid w:val="00D41E2C"/>
    <w:rsid w:val="00DA296B"/>
    <w:rsid w:val="00E90802"/>
    <w:rsid w:val="00E9708F"/>
    <w:rsid w:val="00F211F0"/>
    <w:rsid w:val="00F277ED"/>
    <w:rsid w:val="00F4085D"/>
    <w:rsid w:val="00F54DC5"/>
    <w:rsid w:val="00F75C6A"/>
    <w:rsid w:val="00F85A62"/>
    <w:rsid w:val="00F94BC3"/>
    <w:rsid w:val="00F95107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  <w:lang w:val="en-I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1B0795" w:rsidP="001B0795">
          <w:pPr>
            <w:pStyle w:val="F4D6CB2241074A76A75ACE4A72F3BA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1B0795" w:rsidP="001B0795">
          <w:pPr>
            <w:pStyle w:val="5C6BE9DD57B042A78E73AE6C65AB81E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1B0795" w:rsidP="001B0795">
          <w:pPr>
            <w:pStyle w:val="B94FF17A7DD844238942618D220CAEE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1B0795" w:rsidP="001B0795">
          <w:pPr>
            <w:pStyle w:val="767E5F504CE04A3283DBB5C362BF53D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1B0795" w:rsidP="001B0795">
          <w:pPr>
            <w:pStyle w:val="15FA136DFCC9400EA3643631FD9D49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1B0795" w:rsidP="001B0795">
          <w:pPr>
            <w:pStyle w:val="758EF154077D4EC492E0AA02749775E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1B0795" w:rsidP="001B0795">
          <w:pPr>
            <w:pStyle w:val="60444590C5F4414E83C6454885D5753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1B0795" w:rsidP="001B0795">
          <w:pPr>
            <w:pStyle w:val="096DC268CB3744C7AF90E558EFABE7F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1B0795" w:rsidP="001B0795">
          <w:pPr>
            <w:pStyle w:val="16EE3227410F4460A6706019F08584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1B0795" w:rsidP="001B0795">
          <w:pPr>
            <w:pStyle w:val="35C6ADD19D0A4F7F9AA8A8D4CCB1374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1B0795" w:rsidP="001B0795">
          <w:pPr>
            <w:pStyle w:val="0AD4EFDEB46F4DD3B07D7D864B6EAE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1B0795" w:rsidP="001B0795">
          <w:pPr>
            <w:pStyle w:val="C969D259CE28476AA1EB44B74A93B0D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1B0795" w:rsidP="001B0795">
          <w:pPr>
            <w:pStyle w:val="4163D3241B974CB9999FF0EC5B4E2B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1B0795" w:rsidP="001B0795">
          <w:pPr>
            <w:pStyle w:val="89495584885745569DDCF4FEC1482D05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1B0795" w:rsidP="001B0795">
          <w:pPr>
            <w:pStyle w:val="66C6F6902A3B4D4CA7D745FDDA70B68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1B0795" w:rsidP="001B0795">
          <w:pPr>
            <w:pStyle w:val="4CD965A9EE694FECADF2476D720E7B6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1B0795" w:rsidP="001B0795">
          <w:pPr>
            <w:pStyle w:val="09E232A6ADC042DB884957F020A929B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1B0795" w:rsidP="001B0795">
          <w:pPr>
            <w:pStyle w:val="3DF7FD3C5E5C4C0992D419903A5ACDD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1B0795" w:rsidP="001B0795">
          <w:pPr>
            <w:pStyle w:val="657F90F891404138BEF4C8B0986FE70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1B0795" w:rsidP="001B0795">
          <w:pPr>
            <w:pStyle w:val="C9113B8A854441D682CE5AC80AFB086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1B0795" w:rsidP="001B0795">
          <w:pPr>
            <w:pStyle w:val="E3F5175B57004446843F4F317C13BE7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1B0795" w:rsidP="001B0795">
          <w:pPr>
            <w:pStyle w:val="74CADD3637F3476CAEF2795719E307A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1B0795" w:rsidP="001B0795">
          <w:pPr>
            <w:pStyle w:val="6E2E25C8BD59485F83A4E1A3EB66C1C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1B0795" w:rsidP="001B0795">
          <w:pPr>
            <w:pStyle w:val="CADFFF9D18954E1993F5C0789B03E17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1B0795" w:rsidP="001B0795">
          <w:pPr>
            <w:pStyle w:val="872FF4CA11794B8A841DB2220DF10EA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1B0795" w:rsidP="001B0795">
          <w:pPr>
            <w:pStyle w:val="4E97BD512F134974B65EC5CE1A1FFA5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1B0795" w:rsidP="001B0795">
          <w:pPr>
            <w:pStyle w:val="43C24FC1DD4E4C25906C3761C0E444F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1B0795" w:rsidP="001B0795">
          <w:pPr>
            <w:pStyle w:val="6E5B51F8A20C49259CB13015EB12138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1B0795" w:rsidP="001B0795">
          <w:pPr>
            <w:pStyle w:val="ACA81B7FEB124004A04A95F11ADBD7A7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1B0795" w:rsidP="001B0795">
          <w:pPr>
            <w:pStyle w:val="AB27C8C8D90949D99B80C3BCC40C6D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1B0795" w:rsidP="001B0795">
          <w:pPr>
            <w:pStyle w:val="BE6BAA36B4CE46CCBA1107A2CA863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1B0795" w:rsidP="001B0795">
          <w:pPr>
            <w:pStyle w:val="98F3A9EE91754E259AFD2F141BD88EC3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1B0795" w:rsidP="001B0795">
          <w:pPr>
            <w:pStyle w:val="A562792367E244C2B52C13434E400DB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1B0795" w:rsidP="001B0795">
          <w:pPr>
            <w:pStyle w:val="7E217E49FF2B4BCCB4F3ACCCBA86205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1B0795" w:rsidP="001B0795">
          <w:pPr>
            <w:pStyle w:val="A6B6B6169038418C8F137F03A3BAC3E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1B0795" w:rsidP="001B0795">
          <w:pPr>
            <w:pStyle w:val="BA84038C5BAB4BC98BCFD7720888F4E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1B0795" w:rsidP="001B0795">
          <w:pPr>
            <w:pStyle w:val="2A85F1BB5E59479D91B2E845B74103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1B0795" w:rsidP="001B0795">
          <w:pPr>
            <w:pStyle w:val="734A0FEE22AB4D08A85FAFBB84445CB9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1B0795" w:rsidP="001B0795">
          <w:pPr>
            <w:pStyle w:val="3AE69983638E496B87E186B118E83D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1B0795" w:rsidP="001B0795">
          <w:pPr>
            <w:pStyle w:val="4E1B8BE8E635423EB269141E9E2912A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1B0795" w:rsidP="001B0795">
          <w:pPr>
            <w:pStyle w:val="522C19E6AA2346A4966003129C441C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1B0795" w:rsidP="001B0795">
          <w:pPr>
            <w:pStyle w:val="DC6DBC8E8B3947CB8F9195F36B67D85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1B0795" w:rsidP="001B0795">
          <w:pPr>
            <w:pStyle w:val="49487EF4E50B45EF8F8DF0A58099CB0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1B0795" w:rsidP="001B0795">
          <w:pPr>
            <w:pStyle w:val="C6C5AA04D5744E5397F5B4C02E599FE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1B0795" w:rsidP="001B0795">
          <w:pPr>
            <w:pStyle w:val="657845195F10471BB191FDF6254F450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1B0795" w:rsidP="001B0795">
          <w:pPr>
            <w:pStyle w:val="4261ABEBA6024587BD9BFFA89B86CBA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1B0795" w:rsidP="001B0795">
          <w:pPr>
            <w:pStyle w:val="ECE4C47E07C843CCA2D7255597D07705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1B0795" w:rsidP="001B0795">
          <w:pPr>
            <w:pStyle w:val="9444CF760006459A89EF2B7CE3AFF2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1B0795" w:rsidP="001B0795">
          <w:pPr>
            <w:pStyle w:val="A451D5A1F2414B9AB219F05CFB3EC45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1B0795" w:rsidP="001B0795">
          <w:pPr>
            <w:pStyle w:val="E58E1C4CC73644419B96786849CD0414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1B0795" w:rsidP="001B0795">
          <w:pPr>
            <w:pStyle w:val="CA4E4ABAE5DA465E97A6237A7809538C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1B0795" w:rsidP="001B0795">
          <w:pPr>
            <w:pStyle w:val="156AE4FD73954CA688AAE317B321396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1B0795" w:rsidP="001B0795">
          <w:pPr>
            <w:pStyle w:val="6D5A277E4DAE4119840AF2E2D970FC5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1B0795" w:rsidP="001B0795">
          <w:pPr>
            <w:pStyle w:val="586FFECF142C4598987272C037E4807A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1B0795" w:rsidP="001B0795">
          <w:pPr>
            <w:pStyle w:val="0FB6E5FECABF45829BB384A56029A28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1B0795" w:rsidP="001B0795">
          <w:pPr>
            <w:pStyle w:val="7041F98D97294F33B27DB409BE8E34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1B0795" w:rsidP="001B0795">
          <w:pPr>
            <w:pStyle w:val="73AB6D1D873F4738BF61AE697637871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1B0795" w:rsidP="001B0795">
          <w:pPr>
            <w:pStyle w:val="520891A0A4C04E9D9F8A8F3644975CB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1B0795" w:rsidP="001B0795">
          <w:pPr>
            <w:pStyle w:val="C582574595EA444189787F4DFB8EE37F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1B0795" w:rsidP="001B0795">
          <w:pPr>
            <w:pStyle w:val="55670920D67C4481B676B57D42BEF39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1B0795" w:rsidP="001B0795">
          <w:pPr>
            <w:pStyle w:val="1734C0B0E50C4165979C1D1CD6EF511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1B0795" w:rsidP="001B0795">
          <w:pPr>
            <w:pStyle w:val="A98CC7936C024C2988776FBA2CC670BD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1B0795" w:rsidP="001B0795">
          <w:pPr>
            <w:pStyle w:val="2E9B36F7201C45DF99CA9FA9C42900AE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1B0795" w:rsidP="001B0795">
          <w:pPr>
            <w:pStyle w:val="09814CF1CD7A47D3BB560F37A96F9D5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1B0795" w:rsidP="001B0795">
          <w:pPr>
            <w:pStyle w:val="7793DEAF92564508A217818A964BBBC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F14FB66A15431389EB3E003A7DA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AF9D1-D349-4B4C-8AC3-C194B67500ED}"/>
      </w:docPartPr>
      <w:docPartBody>
        <w:p w:rsidR="00FB32F8" w:rsidRDefault="001B0795" w:rsidP="001B0795">
          <w:pPr>
            <w:pStyle w:val="D5F14FB66A15431389EB3E003A7DADB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650B01579224C17841E78E78C057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05105-B3F9-4707-A643-A9C4862E43CC}"/>
      </w:docPartPr>
      <w:docPartBody>
        <w:p w:rsidR="00FB32F8" w:rsidRDefault="001B0795" w:rsidP="001B0795">
          <w:pPr>
            <w:pStyle w:val="0650B01579224C17841E78E78C05793F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D02D12569949259F4B303AE9EE9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A76D1-381F-4CA9-B7AF-88F917F3FC88}"/>
      </w:docPartPr>
      <w:docPartBody>
        <w:p w:rsidR="00FB32F8" w:rsidRDefault="001B0795" w:rsidP="001B0795">
          <w:pPr>
            <w:pStyle w:val="E7D02D12569949259F4B303AE9EE91BE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AA78230F4974F91A466D1A3E44D5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29B16-3BFD-4A48-8F7F-0BAC8779B0C1}"/>
      </w:docPartPr>
      <w:docPartBody>
        <w:p w:rsidR="00FB32F8" w:rsidRDefault="001B0795" w:rsidP="001B0795">
          <w:pPr>
            <w:pStyle w:val="CAA78230F4974F91A466D1A3E44D5E2D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0CFA2EC4C7B4356B9A2A03A62C3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F5D85-CB3E-4A44-9637-CCF8369D9D55}"/>
      </w:docPartPr>
      <w:docPartBody>
        <w:p w:rsidR="00FB32F8" w:rsidRDefault="001B0795" w:rsidP="001B0795">
          <w:pPr>
            <w:pStyle w:val="F0CFA2EC4C7B4356B9A2A03A62C3896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380793E9EE044989EB44762814E78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A11D0B-E82C-43C9-ACEC-A191B2932E65}"/>
      </w:docPartPr>
      <w:docPartBody>
        <w:p w:rsidR="00FB32F8" w:rsidRDefault="001B0795" w:rsidP="001B0795">
          <w:pPr>
            <w:pStyle w:val="9380793E9EE044989EB44762814E78B6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951C26B4874E2787CBE628EA2C2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0264B1-7029-4E4B-B362-40B4EA5114CB}"/>
      </w:docPartPr>
      <w:docPartBody>
        <w:p w:rsidR="00FB32F8" w:rsidRDefault="001B0795" w:rsidP="001B0795">
          <w:pPr>
            <w:pStyle w:val="0E951C26B4874E2787CBE628EA2C2094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7E5AC0373094234B85BEF415F1A89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B2388E-C272-4943-B48F-BBC861F70C42}"/>
      </w:docPartPr>
      <w:docPartBody>
        <w:p w:rsidR="00FB32F8" w:rsidRDefault="001B0795" w:rsidP="001B0795">
          <w:pPr>
            <w:pStyle w:val="07E5AC0373094234B85BEF415F1A8998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3ED87B2022A34B2198DC2B217B191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83268-A1D0-414B-9E4C-274FBCEDF1FC}"/>
      </w:docPartPr>
      <w:docPartBody>
        <w:p w:rsidR="00FB32F8" w:rsidRDefault="001B0795" w:rsidP="001B0795">
          <w:pPr>
            <w:pStyle w:val="3ED87B2022A34B2198DC2B217B191AF1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784E538356841158C171F82ADDD5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B5282-FD07-4F29-B2DF-18CFE9726881}"/>
      </w:docPartPr>
      <w:docPartBody>
        <w:p w:rsidR="008B2AB1" w:rsidRDefault="001B0795" w:rsidP="001B0795">
          <w:pPr>
            <w:pStyle w:val="E784E538356841158C171F82ADDD532E"/>
          </w:pPr>
          <w:r w:rsidRPr="00446759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52E9F0F3C3549C29B060FC2F2A6D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D4201-BD6A-4DAB-AB1B-0CB0DC782216}"/>
      </w:docPartPr>
      <w:docPartBody>
        <w:p w:rsidR="008B2AB1" w:rsidRDefault="001B0795" w:rsidP="001B0795">
          <w:pPr>
            <w:pStyle w:val="A52E9F0F3C3549C29B060FC2F2A6D578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136CB3F2E58949E09F2EAE0D704C7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172621-4597-4216-BC04-C30185824784}"/>
      </w:docPartPr>
      <w:docPartBody>
        <w:p w:rsidR="008B2AB1" w:rsidRDefault="001B0795" w:rsidP="001B0795">
          <w:pPr>
            <w:pStyle w:val="136CB3F2E58949E09F2EAE0D704C7EE0"/>
          </w:pPr>
          <w:r w:rsidRPr="00016A95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F98BD6A7E484DF08110B1C4E624D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18609-F20C-4529-ABA2-5109F4885419}"/>
      </w:docPartPr>
      <w:docPartBody>
        <w:p w:rsidR="008B2AB1" w:rsidRDefault="001B0795" w:rsidP="001B0795">
          <w:pPr>
            <w:pStyle w:val="9F98BD6A7E484DF08110B1C4E624D3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3C5AFA5E7E4902A9BB228B214E57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779EC-FA3C-4FD2-8E32-369D0D2FA589}"/>
      </w:docPartPr>
      <w:docPartBody>
        <w:p w:rsidR="008B2AB1" w:rsidRDefault="001B0795" w:rsidP="001B0795">
          <w:pPr>
            <w:pStyle w:val="233C5AFA5E7E4902A9BB228B214E5792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B8839E78C2545FD826212E931A37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12E05B-A3D6-4E97-8A6E-F29C8DCFDB1D}"/>
      </w:docPartPr>
      <w:docPartBody>
        <w:p w:rsidR="008B2AB1" w:rsidRDefault="001B0795" w:rsidP="001B0795">
          <w:pPr>
            <w:pStyle w:val="1B8839E78C2545FD826212E931A37F3B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61E07360347BCBC59BA9F385F72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78943-DE9A-4924-872C-15CCE11D74A6}"/>
      </w:docPartPr>
      <w:docPartBody>
        <w:p w:rsidR="008B2AB1" w:rsidRDefault="001B0795" w:rsidP="001B0795">
          <w:pPr>
            <w:pStyle w:val="69B61E07360347BCBC59BA9F385F7236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ADD47DEE724B839CD6026B1BF75A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7291A8-F484-4BB9-8846-C1B8F35BA8ED}"/>
      </w:docPartPr>
      <w:docPartBody>
        <w:p w:rsidR="008B2AB1" w:rsidRDefault="001B0795" w:rsidP="001B0795">
          <w:pPr>
            <w:pStyle w:val="EEADD47DEE724B839CD6026B1BF75AA9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636CEBDA55446F2B898CE82D65A7F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64DA02-F66D-478A-936F-27E433FF3BBB}"/>
      </w:docPartPr>
      <w:docPartBody>
        <w:p w:rsidR="008B2AB1" w:rsidRDefault="001B0795" w:rsidP="001B0795">
          <w:pPr>
            <w:pStyle w:val="2636CEBDA55446F2B898CE82D65A7F19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B1AD7A19AFD34107A93F340107E98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F282F6-687A-4C59-99CF-884144880502}"/>
      </w:docPartPr>
      <w:docPartBody>
        <w:p w:rsidR="008B2AB1" w:rsidRDefault="001B0795" w:rsidP="001B0795">
          <w:pPr>
            <w:pStyle w:val="B1AD7A19AFD34107A93F340107E987C9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6A75EF89754CCCA94133C3ED1483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E0FB0-CB23-4A52-9EA4-D532E1C29D57}"/>
      </w:docPartPr>
      <w:docPartBody>
        <w:p w:rsidR="008B2AB1" w:rsidRDefault="001B0795" w:rsidP="001B0795">
          <w:pPr>
            <w:pStyle w:val="886A75EF89754CCCA94133C3ED14837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D57F54BA834AB1B5607992871117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4660-D68B-4E91-BECB-84B53041CEB0}"/>
      </w:docPartPr>
      <w:docPartBody>
        <w:p w:rsidR="008B2AB1" w:rsidRDefault="001B0795" w:rsidP="001B0795">
          <w:pPr>
            <w:pStyle w:val="5ED57F54BA834AB1B5607992871117D0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FABCABA0B9461DA7D3E68645D5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B27A21-7C12-4F7C-B26D-BC731D9D3327}"/>
      </w:docPartPr>
      <w:docPartBody>
        <w:p w:rsidR="008B2AB1" w:rsidRDefault="001B0795" w:rsidP="001B0795">
          <w:pPr>
            <w:pStyle w:val="6DFABCABA0B9461DA7D3E68645D5FAB7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90A19DFEA52488BB99915162C9396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AD4C1-B93A-4C83-A922-33F676BFAD5F}"/>
      </w:docPartPr>
      <w:docPartBody>
        <w:p w:rsidR="008B2AB1" w:rsidRDefault="001B0795" w:rsidP="001B0795">
          <w:pPr>
            <w:pStyle w:val="D90A19DFEA52488BB99915162C93968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1563FD68FD43D5BA165673FF6D1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ABF75-529B-455E-B81A-D7AEB6FCF9D7}"/>
      </w:docPartPr>
      <w:docPartBody>
        <w:p w:rsidR="008B2AB1" w:rsidRDefault="001B0795" w:rsidP="001B0795">
          <w:pPr>
            <w:pStyle w:val="521563FD68FD43D5BA165673FF6D1378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408CFFC6BA4AA5A655C4CB9E8D3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4A3E5-029B-4B7B-ACB2-88540755CD8B}"/>
      </w:docPartPr>
      <w:docPartBody>
        <w:p w:rsidR="008B2AB1" w:rsidRDefault="001B0795" w:rsidP="001B0795">
          <w:pPr>
            <w:pStyle w:val="AE408CFFC6BA4AA5A655C4CB9E8D33BD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7C883E787A7487E8AC9A2460D0D6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BCF150-83FF-4F4E-8568-AE575AA626C3}"/>
      </w:docPartPr>
      <w:docPartBody>
        <w:p w:rsidR="008B2AB1" w:rsidRDefault="001B0795" w:rsidP="001B0795">
          <w:pPr>
            <w:pStyle w:val="77C883E787A7487E8AC9A2460D0D6120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ABB6305204921AB41714CDBEF1F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1CCC7-EC6E-4235-AE3F-C914F0C4399F}"/>
      </w:docPartPr>
      <w:docPartBody>
        <w:p w:rsidR="008B2AB1" w:rsidRDefault="001B0795" w:rsidP="001B0795">
          <w:pPr>
            <w:pStyle w:val="EDFABB6305204921AB41714CDBEF1F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948876AF22424CB7ED2F5AF92F9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3A816-F1A3-41C6-9F4B-FEE33DF23F86}"/>
      </w:docPartPr>
      <w:docPartBody>
        <w:p w:rsidR="008B2AB1" w:rsidRDefault="001B0795" w:rsidP="001B0795">
          <w:pPr>
            <w:pStyle w:val="39948876AF22424CB7ED2F5AF92F9C43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EA29DA30454295831DD7CCFD0893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2FC8B-6295-4D64-BF9F-CC8772FA8AF8}"/>
      </w:docPartPr>
      <w:docPartBody>
        <w:p w:rsidR="008B2AB1" w:rsidRDefault="001B0795" w:rsidP="001B0795">
          <w:pPr>
            <w:pStyle w:val="4EEA29DA30454295831DD7CCFD08932C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380ACF96F4D0C8C1A7DCE5CFD8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0B5038-9A21-42CC-AE30-A989AD75AA97}"/>
      </w:docPartPr>
      <w:docPartBody>
        <w:p w:rsidR="001B0795" w:rsidRDefault="001B0795" w:rsidP="001B0795">
          <w:pPr>
            <w:pStyle w:val="767380ACF96F4D0C8C1A7DCE5CFD83A81"/>
          </w:pPr>
          <w:r w:rsidRPr="002B0523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4726E4634714F09A2BFEF3AAB52C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8DF6E9-9037-4919-8128-FB01E2056036}"/>
      </w:docPartPr>
      <w:docPartBody>
        <w:p w:rsidR="00000000" w:rsidRDefault="001B0795" w:rsidP="001B0795">
          <w:pPr>
            <w:pStyle w:val="84726E4634714F09A2BFEF3AAB52C75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6E722D9AD044456BDFE81AEA6762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61CD3-E6EE-41A1-8289-CB76857C63EE}"/>
      </w:docPartPr>
      <w:docPartBody>
        <w:p w:rsidR="00000000" w:rsidRDefault="001B0795" w:rsidP="001B0795">
          <w:pPr>
            <w:pStyle w:val="E6E722D9AD044456BDFE81AEA676206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CA7E9ED32EAF4C10B46ACEE313024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7E494-FF86-4749-AFB6-C68B04E01054}"/>
      </w:docPartPr>
      <w:docPartBody>
        <w:p w:rsidR="00000000" w:rsidRDefault="001B0795" w:rsidP="001B0795">
          <w:pPr>
            <w:pStyle w:val="CA7E9ED32EAF4C10B46ACEE313024E7F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474325210F9A456E8C056415E4801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93260-C36E-49F5-AF82-B1193148492D}"/>
      </w:docPartPr>
      <w:docPartBody>
        <w:p w:rsidR="00000000" w:rsidRDefault="001B0795" w:rsidP="001B0795">
          <w:pPr>
            <w:pStyle w:val="474325210F9A456E8C056415E48010A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F7BB8A3A804A37947E68A29B534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77C8F4-A753-41B3-AB10-616458142954}"/>
      </w:docPartPr>
      <w:docPartBody>
        <w:p w:rsidR="00000000" w:rsidRDefault="001B0795" w:rsidP="001B0795">
          <w:pPr>
            <w:pStyle w:val="11F7BB8A3A804A37947E68A29B534A2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6D32C5AC044B54B136CF46EE5B8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37F4BC-DC09-4478-91E1-DB0FC8864301}"/>
      </w:docPartPr>
      <w:docPartBody>
        <w:p w:rsidR="00000000" w:rsidRDefault="001B0795" w:rsidP="001B0795">
          <w:pPr>
            <w:pStyle w:val="B06D32C5AC044B54B136CF46EE5B8E8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8B345C00FD42068E8D8745F06D1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6DDF7-2C0F-42DB-B658-46F6A18AA5A1}"/>
      </w:docPartPr>
      <w:docPartBody>
        <w:p w:rsidR="00000000" w:rsidRDefault="001B0795" w:rsidP="001B0795">
          <w:pPr>
            <w:pStyle w:val="008B345C00FD42068E8D8745F06D1CD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36DFBF04D14EA191C64EC9B3CCAF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C332A-DA41-4AE6-91B1-B35785B45191}"/>
      </w:docPartPr>
      <w:docPartBody>
        <w:p w:rsidR="00000000" w:rsidRDefault="001B0795" w:rsidP="001B0795">
          <w:pPr>
            <w:pStyle w:val="FC36DFBF04D14EA191C64EC9B3CCAFC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4898128ACD48EDB3B15E7B02F3B3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352CE7-AC83-4CF5-A416-96373D019B30}"/>
      </w:docPartPr>
      <w:docPartBody>
        <w:p w:rsidR="00000000" w:rsidRDefault="001B0795" w:rsidP="001B0795">
          <w:pPr>
            <w:pStyle w:val="504898128ACD48EDB3B15E7B02F3B3C1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3C88B888AE848628C3D081D7E3D33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6D336-C41A-4A4B-8E21-B9256B6F9250}"/>
      </w:docPartPr>
      <w:docPartBody>
        <w:p w:rsidR="00000000" w:rsidRDefault="001B0795" w:rsidP="001B0795">
          <w:pPr>
            <w:pStyle w:val="73C88B888AE848628C3D081D7E3D33A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9D09EE2491460694830864264006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2DABE-E034-4444-9984-51A3185547FD}"/>
      </w:docPartPr>
      <w:docPartBody>
        <w:p w:rsidR="00000000" w:rsidRDefault="001B0795" w:rsidP="001B0795">
          <w:pPr>
            <w:pStyle w:val="799D09EE24914606948308642640068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F985669C6449AEA50B4DEFFAACA3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2ED19-573D-481F-AED1-56CDDB7ED035}"/>
      </w:docPartPr>
      <w:docPartBody>
        <w:p w:rsidR="00000000" w:rsidRDefault="001B0795" w:rsidP="001B0795">
          <w:pPr>
            <w:pStyle w:val="8DF985669C6449AEA50B4DEFFAACA3A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73186C976B4290B74C37FAEA9DDF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6C55A-894E-4034-8A73-63F884A3B0DD}"/>
      </w:docPartPr>
      <w:docPartBody>
        <w:p w:rsidR="00000000" w:rsidRDefault="001B0795" w:rsidP="001B0795">
          <w:pPr>
            <w:pStyle w:val="FA73186C976B4290B74C37FAEA9DDFA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2E909487574BBA8D9E8C686955A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92410-2ADD-4FCC-AF56-C49D6C2036E3}"/>
      </w:docPartPr>
      <w:docPartBody>
        <w:p w:rsidR="00000000" w:rsidRDefault="001B0795" w:rsidP="001B0795">
          <w:pPr>
            <w:pStyle w:val="A52E909487574BBA8D9E8C686955A27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3409B67EE04C5D9D829E9FD3B1C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746A5-F6D1-46A5-9DC0-14E4FE140227}"/>
      </w:docPartPr>
      <w:docPartBody>
        <w:p w:rsidR="00000000" w:rsidRDefault="001B0795" w:rsidP="001B0795">
          <w:pPr>
            <w:pStyle w:val="863409B67EE04C5D9D829E9FD3B1C6B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BA97163B364FC7ABD382C7B0DC1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9807E9-13AD-4209-93D2-96CE5243D2EE}"/>
      </w:docPartPr>
      <w:docPartBody>
        <w:p w:rsidR="00000000" w:rsidRDefault="001B0795" w:rsidP="001B0795">
          <w:pPr>
            <w:pStyle w:val="79BA97163B364FC7ABD382C7B0DC16BD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C7DC65EE344331922E4E01D807D6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5BA71-29B3-46F5-9E9E-02B7E18CF592}"/>
      </w:docPartPr>
      <w:docPartBody>
        <w:p w:rsidR="00000000" w:rsidRDefault="001B0795" w:rsidP="001B0795">
          <w:pPr>
            <w:pStyle w:val="70C7DC65EE344331922E4E01D807D61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D37250311FCE470DBBE0A43C0E693E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E4A28-F9EF-457F-8482-3FB592FD383D}"/>
      </w:docPartPr>
      <w:docPartBody>
        <w:p w:rsidR="00000000" w:rsidRDefault="001B0795" w:rsidP="001B0795">
          <w:pPr>
            <w:pStyle w:val="D37250311FCE470DBBE0A43C0E693E08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BB0C190AB34B3C83B418F237A4C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48411A-F4C3-4920-9636-732C3A8711AD}"/>
      </w:docPartPr>
      <w:docPartBody>
        <w:p w:rsidR="00000000" w:rsidRDefault="001B0795" w:rsidP="001B0795">
          <w:pPr>
            <w:pStyle w:val="6EBB0C190AB34B3C83B418F237A4CD7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E8DD1E3A95456AB4023BEEF331E9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994E1-1085-4D42-9F74-1FC5911C395D}"/>
      </w:docPartPr>
      <w:docPartBody>
        <w:p w:rsidR="00000000" w:rsidRDefault="001B0795" w:rsidP="001B0795">
          <w:pPr>
            <w:pStyle w:val="54E8DD1E3A95456AB4023BEEF331E9F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17DD13E10144A1A1A27D57676D7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6BFFB-F95A-4EA0-9F65-24ABC4629C7A}"/>
      </w:docPartPr>
      <w:docPartBody>
        <w:p w:rsidR="00000000" w:rsidRDefault="001B0795" w:rsidP="001B0795">
          <w:pPr>
            <w:pStyle w:val="5B17DD13E10144A1A1A27D57676D758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46852F4EB54366A88FA1AD3D7E2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B786F8-62D1-4465-9D04-E17C5C35E68F}"/>
      </w:docPartPr>
      <w:docPartBody>
        <w:p w:rsidR="00000000" w:rsidRDefault="001B0795" w:rsidP="001B0795">
          <w:pPr>
            <w:pStyle w:val="3D46852F4EB54366A88FA1AD3D7E25D2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39F2E94444470481D8ECC2630F5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748ECA-7241-47A7-8E36-A045FDEA12A9}"/>
      </w:docPartPr>
      <w:docPartBody>
        <w:p w:rsidR="00000000" w:rsidRDefault="001B0795" w:rsidP="001B0795">
          <w:pPr>
            <w:pStyle w:val="0A39F2E94444470481D8ECC2630F50F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D44D2BB20A4CEC8C5B50657B0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ED99A2-FB96-49B9-859B-EEA10CE4B3AD}"/>
      </w:docPartPr>
      <w:docPartBody>
        <w:p w:rsidR="00000000" w:rsidRDefault="001B0795" w:rsidP="001B0795">
          <w:pPr>
            <w:pStyle w:val="12D44D2BB20A4CEC8C5B50657B0834B0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FCEFBE4D90455A8907A8B718905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9EECA-A412-482A-A59E-09024B669EDD}"/>
      </w:docPartPr>
      <w:docPartBody>
        <w:p w:rsidR="00000000" w:rsidRDefault="001B0795" w:rsidP="001B0795">
          <w:pPr>
            <w:pStyle w:val="EDFCEFBE4D90455A8907A8B718905AB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2BCAE862AB254C36A328027BEFD75C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1C8D0-3903-4CCA-B4A2-B8024C439FC7}"/>
      </w:docPartPr>
      <w:docPartBody>
        <w:p w:rsidR="00000000" w:rsidRDefault="001B0795" w:rsidP="001B0795">
          <w:pPr>
            <w:pStyle w:val="2BCAE862AB254C36A328027BEFD75C8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120C6C053E4C1FA2A1102DC62077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6D941-892F-494A-91AC-417EFDC42EC9}"/>
      </w:docPartPr>
      <w:docPartBody>
        <w:p w:rsidR="00000000" w:rsidRDefault="001B0795" w:rsidP="001B0795">
          <w:pPr>
            <w:pStyle w:val="B1120C6C053E4C1FA2A1102DC6207729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8D02402B2A4D5CB3C17F6EBAF46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4E6C2-AF17-43FF-9961-1DE206185044}"/>
      </w:docPartPr>
      <w:docPartBody>
        <w:p w:rsidR="00000000" w:rsidRDefault="001B0795" w:rsidP="001B0795">
          <w:pPr>
            <w:pStyle w:val="E08D02402B2A4D5CB3C17F6EBAF462D5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7DF5C75CBD4D718AD1D5F0ED1C5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F390A6-8B92-459F-BE93-EB554CE78E03}"/>
      </w:docPartPr>
      <w:docPartBody>
        <w:p w:rsidR="00000000" w:rsidRDefault="001B0795" w:rsidP="001B0795">
          <w:pPr>
            <w:pStyle w:val="787DF5C75CBD4D718AD1D5F0ED1C511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4CAC1B952D47F28053E399F3135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A1612-85EB-428A-A0D9-9D08234A2A97}"/>
      </w:docPartPr>
      <w:docPartBody>
        <w:p w:rsidR="00000000" w:rsidRDefault="001B0795" w:rsidP="001B0795">
          <w:pPr>
            <w:pStyle w:val="324CAC1B952D47F28053E399F31355D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C48042465492EA453428BC9DEBA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919DE-5E58-4C33-A35A-0A4E192C73C1}"/>
      </w:docPartPr>
      <w:docPartBody>
        <w:p w:rsidR="00000000" w:rsidRDefault="001B0795" w:rsidP="001B0795">
          <w:pPr>
            <w:pStyle w:val="78AC48042465492EA453428BC9DEBA96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3F5B1F03C244AAF8FA2C7ADEE28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BDEA60-956F-4CCE-AB11-58694EE807CA}"/>
      </w:docPartPr>
      <w:docPartBody>
        <w:p w:rsidR="00000000" w:rsidRDefault="001B0795" w:rsidP="001B0795">
          <w:pPr>
            <w:pStyle w:val="B3F5B1F03C244AAF8FA2C7ADEE28458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18DA76CA71284FC0B6B8797F4F32D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82B8C5-5D7B-4144-B581-B97C341E1168}"/>
      </w:docPartPr>
      <w:docPartBody>
        <w:p w:rsidR="00000000" w:rsidRDefault="001B0795" w:rsidP="001B0795">
          <w:pPr>
            <w:pStyle w:val="18DA76CA71284FC0B6B8797F4F32DBB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F48C8A222F44259719ACE92C8B2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14141-C07C-4B01-B6BC-EBC24B698F1B}"/>
      </w:docPartPr>
      <w:docPartBody>
        <w:p w:rsidR="00000000" w:rsidRDefault="001B0795" w:rsidP="001B0795">
          <w:pPr>
            <w:pStyle w:val="72F48C8A222F44259719ACE92C8B262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3A88B63CCE44F2BFE6CC98E03FFC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505B1-7144-46E7-8902-C74CA9D039A7}"/>
      </w:docPartPr>
      <w:docPartBody>
        <w:p w:rsidR="00000000" w:rsidRDefault="001B0795" w:rsidP="001B0795">
          <w:pPr>
            <w:pStyle w:val="1D3A88B63CCE44F2BFE6CC98E03FFC5E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552DC16F7840B3A15330A2571DF4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D8B495-010F-4F6E-9881-88BF37816E46}"/>
      </w:docPartPr>
      <w:docPartBody>
        <w:p w:rsidR="00000000" w:rsidRDefault="001B0795" w:rsidP="001B0795">
          <w:pPr>
            <w:pStyle w:val="5B552DC16F7840B3A15330A2571DF49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64A235278847C29E9E062DA8DEE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5F4A6-0A4A-4D53-B404-922119FBD3FA}"/>
      </w:docPartPr>
      <w:docPartBody>
        <w:p w:rsidR="00000000" w:rsidRDefault="001B0795" w:rsidP="001B0795">
          <w:pPr>
            <w:pStyle w:val="8464A235278847C29E9E062DA8DEEBA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6E0F12D6304C5CA1EFBEAEA6D31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8CC055-60D7-49F5-BED1-7C4298167BB6}"/>
      </w:docPartPr>
      <w:docPartBody>
        <w:p w:rsidR="00000000" w:rsidRDefault="001B0795" w:rsidP="001B0795">
          <w:pPr>
            <w:pStyle w:val="FC6E0F12D6304C5CA1EFBEAEA6D3192E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F4A805E283B2483F91E98CB3A0A138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BDD7B-E26C-47EB-9968-098D4EB71FC9}"/>
      </w:docPartPr>
      <w:docPartBody>
        <w:p w:rsidR="00000000" w:rsidRDefault="001B0795" w:rsidP="001B0795">
          <w:pPr>
            <w:pStyle w:val="F4A805E283B2483F91E98CB3A0A1386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BD1E015BD7034EDDBF76193EE8AD7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B7DE0-BAC6-426C-A38F-E02032F511A0}"/>
      </w:docPartPr>
      <w:docPartBody>
        <w:p w:rsidR="00000000" w:rsidRDefault="001B0795" w:rsidP="001B0795">
          <w:pPr>
            <w:pStyle w:val="BD1E015BD7034EDDBF76193EE8AD747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6F625AA3A4A619343DE1D09F90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04C0D0-E343-4EF0-A0E5-E77640EF674B}"/>
      </w:docPartPr>
      <w:docPartBody>
        <w:p w:rsidR="00000000" w:rsidRDefault="001B0795" w:rsidP="001B0795">
          <w:pPr>
            <w:pStyle w:val="A9F6F625AA3A4A619343DE1D09F90D2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3AE95A03DD4F2EBDF59C9A3F907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F4DE19-391B-4153-82BE-D1E06A713899}"/>
      </w:docPartPr>
      <w:docPartBody>
        <w:p w:rsidR="00000000" w:rsidRDefault="001B0795" w:rsidP="001B0795">
          <w:pPr>
            <w:pStyle w:val="783AE95A03DD4F2EBDF59C9A3F9071D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5B28ECC1F1458CA792FD81F32C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774B9-AB25-439F-A0B4-D73517ED4CD9}"/>
      </w:docPartPr>
      <w:docPartBody>
        <w:p w:rsidR="00000000" w:rsidRDefault="001B0795" w:rsidP="001B0795">
          <w:pPr>
            <w:pStyle w:val="FA5B28ECC1F1458CA792FD81F32CB50B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9950594EF100444DB77C72C77CD6D8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155E24-A7DB-4EBF-8D89-7376B6265892}"/>
      </w:docPartPr>
      <w:docPartBody>
        <w:p w:rsidR="00000000" w:rsidRDefault="001B0795" w:rsidP="001B0795">
          <w:pPr>
            <w:pStyle w:val="9950594EF100444DB77C72C77CD6D83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8055CE90DB4EAFB742D370A9DC34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47C7F5-C6FB-439D-B9B5-C1853040BF24}"/>
      </w:docPartPr>
      <w:docPartBody>
        <w:p w:rsidR="00000000" w:rsidRDefault="001B0795" w:rsidP="001B0795">
          <w:pPr>
            <w:pStyle w:val="3A8055CE90DB4EAFB742D370A9DC3483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1158EBF80E4E71BBC4F1C30DFF30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AAB31-3787-41FC-9373-B0FDAD5243ED}"/>
      </w:docPartPr>
      <w:docPartBody>
        <w:p w:rsidR="00000000" w:rsidRDefault="001B0795" w:rsidP="001B0795">
          <w:pPr>
            <w:pStyle w:val="C51158EBF80E4E71BBC4F1C30DFF308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F52E791E94ACABC3FF9E7D47DC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71640A-1E50-4A49-8AD5-7D83D934848B}"/>
      </w:docPartPr>
      <w:docPartBody>
        <w:p w:rsidR="00000000" w:rsidRDefault="001B0795" w:rsidP="001B0795">
          <w:pPr>
            <w:pStyle w:val="4C6F52E791E94ACABC3FF9E7D47DC8E3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724E38AE214B23BBA09C0C9E840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4773A-8225-46EF-AE1E-0E354801108A}"/>
      </w:docPartPr>
      <w:docPartBody>
        <w:p w:rsidR="00000000" w:rsidRDefault="001B0795" w:rsidP="001B0795">
          <w:pPr>
            <w:pStyle w:val="8E724E38AE214B23BBA09C0C9E84047D1"/>
          </w:pPr>
          <w:r w:rsidRPr="00015574">
            <w:rPr>
              <w:rStyle w:val="PlaceholderText"/>
              <w:rFonts w:cs="Calibri"/>
              <w:szCs w:val="24"/>
            </w:rPr>
            <w:t>Click or tap here to enter text.</w:t>
          </w:r>
        </w:p>
      </w:docPartBody>
    </w:docPart>
    <w:docPart>
      <w:docPartPr>
        <w:name w:val="7EA004EDBD3F40759C88381F22CC7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489CCB-37A8-40AF-9643-250677179DBE}"/>
      </w:docPartPr>
      <w:docPartBody>
        <w:p w:rsidR="00000000" w:rsidRDefault="001B0795" w:rsidP="001B0795">
          <w:pPr>
            <w:pStyle w:val="7EA004EDBD3F40759C88381F22CC7B40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BC1623B7F9F4E1D9C984CCFB0DBC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B92649-5789-4742-8603-A3FE94EEE317}"/>
      </w:docPartPr>
      <w:docPartBody>
        <w:p w:rsidR="00000000" w:rsidRDefault="001B0795" w:rsidP="001B0795">
          <w:pPr>
            <w:pStyle w:val="8BC1623B7F9F4E1D9C984CCFB0DBCE6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3CF88BC8554885993A85A003834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8A9E5F-D01E-4CDB-8739-76F497520D95}"/>
      </w:docPartPr>
      <w:docPartBody>
        <w:p w:rsidR="00000000" w:rsidRDefault="001B0795" w:rsidP="001B0795">
          <w:pPr>
            <w:pStyle w:val="E93CF88BC8554885993A85A003834FC1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7C043BF26B842B492F61942CD10B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3C1B1-F489-496A-9B65-BBF43E8173EE}"/>
      </w:docPartPr>
      <w:docPartBody>
        <w:p w:rsidR="00000000" w:rsidRDefault="001B0795" w:rsidP="001B0795">
          <w:pPr>
            <w:pStyle w:val="37C043BF26B842B492F61942CD10B5D21"/>
          </w:pPr>
          <w:r w:rsidRPr="00260F73">
            <w:rPr>
              <w:rStyle w:val="PlaceholderText"/>
            </w:rPr>
            <w:t>Click or tap to enter a date.</w:t>
          </w:r>
        </w:p>
      </w:docPartBody>
    </w:docPart>
    <w:docPart>
      <w:docPartPr>
        <w:name w:val="3F9FEC2FF31F4B22A42B22FFA28E5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163DE4-0657-4123-AAD1-95C989DA9B00}"/>
      </w:docPartPr>
      <w:docPartBody>
        <w:p w:rsidR="00000000" w:rsidRDefault="001B0795" w:rsidP="001B0795">
          <w:pPr>
            <w:pStyle w:val="3F9FEC2FF31F4B22A42B22FFA28E5A3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6699860210439B9E102A4DBA7B4A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1CBD36-2E44-4394-A55D-763F56F89F16}"/>
      </w:docPartPr>
      <w:docPartBody>
        <w:p w:rsidR="00000000" w:rsidRDefault="001B0795" w:rsidP="001B0795">
          <w:pPr>
            <w:pStyle w:val="876699860210439B9E102A4DBA7B4A7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7F7037485E4A4F976C3B4D94A97E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0E95B-5D6C-4B01-8905-1B7C355FDE50}"/>
      </w:docPartPr>
      <w:docPartBody>
        <w:p w:rsidR="00000000" w:rsidRDefault="001B0795" w:rsidP="001B0795">
          <w:pPr>
            <w:pStyle w:val="517F7037485E4A4F976C3B4D94A97EBF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E8545392AB845AC9C38B617CA799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E8666D-BAEE-4BC0-8C5E-6EF7F20511ED}"/>
      </w:docPartPr>
      <w:docPartBody>
        <w:p w:rsidR="00000000" w:rsidRDefault="001B0795" w:rsidP="001B0795">
          <w:pPr>
            <w:pStyle w:val="9E8545392AB845AC9C38B617CA799537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BA0282E4194093932505BC88B58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CDD8E5-82DA-433C-B1AA-59BDEFF74AF8}"/>
      </w:docPartPr>
      <w:docPartBody>
        <w:p w:rsidR="00000000" w:rsidRDefault="001B0795" w:rsidP="001B0795">
          <w:pPr>
            <w:pStyle w:val="52BA0282E4194093932505BC88B584F2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33DB954DE8C453C928DF548B77772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D5578-01F0-4930-836C-CEC2BF6A8B1F}"/>
      </w:docPartPr>
      <w:docPartBody>
        <w:p w:rsidR="00000000" w:rsidRDefault="001B0795" w:rsidP="001B0795">
          <w:pPr>
            <w:pStyle w:val="F33DB954DE8C453C928DF548B77772D6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64D5F9DECB4866B824F65FD2356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A221AF-DED9-4234-9ADB-DEA0C9D1309F}"/>
      </w:docPartPr>
      <w:docPartBody>
        <w:p w:rsidR="00000000" w:rsidRDefault="001B0795" w:rsidP="001B0795">
          <w:pPr>
            <w:pStyle w:val="E064D5F9DECB4866B824F65FD2356E3D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C70B058B094461B2DBFB28343905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C8245-97D5-492A-ADD8-274FE3BC67DE}"/>
      </w:docPartPr>
      <w:docPartBody>
        <w:p w:rsidR="00000000" w:rsidRDefault="001B0795" w:rsidP="001B0795">
          <w:pPr>
            <w:pStyle w:val="6EC70B058B094461B2DBFB2834390584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965C4F531A48E7846C0C0A6CFB3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0DFC71-236F-4518-AB74-B65D3E1A7460}"/>
      </w:docPartPr>
      <w:docPartBody>
        <w:p w:rsidR="00000000" w:rsidRDefault="001B0795" w:rsidP="001B0795">
          <w:pPr>
            <w:pStyle w:val="91965C4F531A48E7846C0C0A6CFB37CC1"/>
          </w:pPr>
          <w:r w:rsidRPr="00260F7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59FB7B374D496E9312D785EEFA0C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96EF94-E425-4DF0-9B28-2C006F42E12E}"/>
      </w:docPartPr>
      <w:docPartBody>
        <w:p w:rsidR="00000000" w:rsidRDefault="001B0795" w:rsidP="001B0795">
          <w:pPr>
            <w:pStyle w:val="D759FB7B374D496E9312D785EEFA0C5A1"/>
          </w:pPr>
          <w:r w:rsidRPr="00E73B0F">
            <w:rPr>
              <w:rStyle w:val="PlaceholderText"/>
              <w:lang w:val="en-US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0934D5"/>
    <w:rsid w:val="001B0795"/>
    <w:rsid w:val="002630F8"/>
    <w:rsid w:val="003367B3"/>
    <w:rsid w:val="004161F5"/>
    <w:rsid w:val="005A051B"/>
    <w:rsid w:val="006239E1"/>
    <w:rsid w:val="00667F4B"/>
    <w:rsid w:val="00692C50"/>
    <w:rsid w:val="006D0099"/>
    <w:rsid w:val="00857D96"/>
    <w:rsid w:val="008B2AB1"/>
    <w:rsid w:val="00917BE7"/>
    <w:rsid w:val="00926343"/>
    <w:rsid w:val="009A5C93"/>
    <w:rsid w:val="00B302C0"/>
    <w:rsid w:val="00BD0B7C"/>
    <w:rsid w:val="00F277ED"/>
    <w:rsid w:val="00F75C6A"/>
    <w:rsid w:val="00FB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0795"/>
    <w:rPr>
      <w:color w:val="666666"/>
    </w:rPr>
  </w:style>
  <w:style w:type="paragraph" w:customStyle="1" w:styleId="44BB14BA2DDD4196A9BC57C4F47341EF">
    <w:name w:val="44BB14BA2DDD4196A9BC57C4F47341EF"/>
    <w:rsid w:val="001B0795"/>
  </w:style>
  <w:style w:type="paragraph" w:customStyle="1" w:styleId="84726E4634714F09A2BFEF3AAB52C75D">
    <w:name w:val="84726E4634714F09A2BFEF3AAB52C75D"/>
    <w:rsid w:val="001B0795"/>
  </w:style>
  <w:style w:type="paragraph" w:customStyle="1" w:styleId="E6E722D9AD044456BDFE81AEA6762060">
    <w:name w:val="E6E722D9AD044456BDFE81AEA6762060"/>
    <w:rsid w:val="001B0795"/>
  </w:style>
  <w:style w:type="paragraph" w:customStyle="1" w:styleId="CA7E9ED32EAF4C10B46ACEE313024E7F">
    <w:name w:val="CA7E9ED32EAF4C10B46ACEE313024E7F"/>
    <w:rsid w:val="001B0795"/>
  </w:style>
  <w:style w:type="paragraph" w:customStyle="1" w:styleId="474325210F9A456E8C056415E48010A1">
    <w:name w:val="474325210F9A456E8C056415E48010A1"/>
    <w:rsid w:val="001B0795"/>
  </w:style>
  <w:style w:type="paragraph" w:customStyle="1" w:styleId="11F7BB8A3A804A37947E68A29B534A2F">
    <w:name w:val="11F7BB8A3A804A37947E68A29B534A2F"/>
    <w:rsid w:val="001B0795"/>
  </w:style>
  <w:style w:type="paragraph" w:customStyle="1" w:styleId="B06D32C5AC044B54B136CF46EE5B8E8E">
    <w:name w:val="B06D32C5AC044B54B136CF46EE5B8E8E"/>
    <w:rsid w:val="001B0795"/>
  </w:style>
  <w:style w:type="paragraph" w:customStyle="1" w:styleId="008B345C00FD42068E8D8745F06D1CD4">
    <w:name w:val="008B345C00FD42068E8D8745F06D1CD4"/>
    <w:rsid w:val="001B0795"/>
  </w:style>
  <w:style w:type="paragraph" w:customStyle="1" w:styleId="D6EEB69598D04A3198CCA014C38BE63F">
    <w:name w:val="D6EEB69598D04A3198CCA014C38BE63F"/>
    <w:rsid w:val="001B0795"/>
  </w:style>
  <w:style w:type="paragraph" w:customStyle="1" w:styleId="FC36DFBF04D14EA191C64EC9B3CCAFC7">
    <w:name w:val="FC36DFBF04D14EA191C64EC9B3CCAFC7"/>
    <w:rsid w:val="001B0795"/>
  </w:style>
  <w:style w:type="paragraph" w:customStyle="1" w:styleId="504898128ACD48EDB3B15E7B02F3B3C1">
    <w:name w:val="504898128ACD48EDB3B15E7B02F3B3C1"/>
    <w:rsid w:val="001B0795"/>
  </w:style>
  <w:style w:type="paragraph" w:customStyle="1" w:styleId="73C88B888AE848628C3D081D7E3D33A2">
    <w:name w:val="73C88B888AE848628C3D081D7E3D33A2"/>
    <w:rsid w:val="001B0795"/>
  </w:style>
  <w:style w:type="paragraph" w:customStyle="1" w:styleId="799D09EE24914606948308642640068E">
    <w:name w:val="799D09EE24914606948308642640068E"/>
    <w:rsid w:val="001B0795"/>
  </w:style>
  <w:style w:type="paragraph" w:customStyle="1" w:styleId="8DF985669C6449AEA50B4DEFFAACA3AC">
    <w:name w:val="8DF985669C6449AEA50B4DEFFAACA3AC"/>
    <w:rsid w:val="001B0795"/>
  </w:style>
  <w:style w:type="paragraph" w:customStyle="1" w:styleId="FA73186C976B4290B74C37FAEA9DDFA0">
    <w:name w:val="FA73186C976B4290B74C37FAEA9DDFA0"/>
    <w:rsid w:val="001B0795"/>
  </w:style>
  <w:style w:type="paragraph" w:customStyle="1" w:styleId="A52E909487574BBA8D9E8C686955A27D">
    <w:name w:val="A52E909487574BBA8D9E8C686955A27D"/>
    <w:rsid w:val="001B0795"/>
  </w:style>
  <w:style w:type="paragraph" w:customStyle="1" w:styleId="8ABD3F6AC367445E9241F7D28B46B584">
    <w:name w:val="8ABD3F6AC367445E9241F7D28B46B584"/>
    <w:rsid w:val="001B0795"/>
  </w:style>
  <w:style w:type="paragraph" w:customStyle="1" w:styleId="863409B67EE04C5D9D829E9FD3B1C6B5">
    <w:name w:val="863409B67EE04C5D9D829E9FD3B1C6B5"/>
    <w:rsid w:val="001B0795"/>
  </w:style>
  <w:style w:type="paragraph" w:customStyle="1" w:styleId="79BA97163B364FC7ABD382C7B0DC16BD">
    <w:name w:val="79BA97163B364FC7ABD382C7B0DC16BD"/>
    <w:rsid w:val="001B0795"/>
  </w:style>
  <w:style w:type="paragraph" w:customStyle="1" w:styleId="70C7DC65EE344331922E4E01D807D616">
    <w:name w:val="70C7DC65EE344331922E4E01D807D616"/>
    <w:rsid w:val="001B0795"/>
  </w:style>
  <w:style w:type="paragraph" w:customStyle="1" w:styleId="D37250311FCE470DBBE0A43C0E693E08">
    <w:name w:val="D37250311FCE470DBBE0A43C0E693E08"/>
    <w:rsid w:val="001B0795"/>
  </w:style>
  <w:style w:type="paragraph" w:customStyle="1" w:styleId="6EBB0C190AB34B3C83B418F237A4CD72">
    <w:name w:val="6EBB0C190AB34B3C83B418F237A4CD72"/>
    <w:rsid w:val="001B0795"/>
  </w:style>
  <w:style w:type="paragraph" w:customStyle="1" w:styleId="54E8DD1E3A95456AB4023BEEF331E9F5">
    <w:name w:val="54E8DD1E3A95456AB4023BEEF331E9F5"/>
    <w:rsid w:val="001B0795"/>
  </w:style>
  <w:style w:type="paragraph" w:customStyle="1" w:styleId="5B17DD13E10144A1A1A27D57676D7587">
    <w:name w:val="5B17DD13E10144A1A1A27D57676D7587"/>
    <w:rsid w:val="001B0795"/>
  </w:style>
  <w:style w:type="paragraph" w:customStyle="1" w:styleId="B3A72662695348C2B4A58C1C8BDBFCFE">
    <w:name w:val="B3A72662695348C2B4A58C1C8BDBFCFE"/>
    <w:rsid w:val="001B0795"/>
  </w:style>
  <w:style w:type="paragraph" w:customStyle="1" w:styleId="3D46852F4EB54366A88FA1AD3D7E25D2">
    <w:name w:val="3D46852F4EB54366A88FA1AD3D7E25D2"/>
    <w:rsid w:val="001B0795"/>
  </w:style>
  <w:style w:type="paragraph" w:customStyle="1" w:styleId="0A39F2E94444470481D8ECC2630F50F6">
    <w:name w:val="0A39F2E94444470481D8ECC2630F50F6"/>
    <w:rsid w:val="001B0795"/>
  </w:style>
  <w:style w:type="paragraph" w:customStyle="1" w:styleId="12D44D2BB20A4CEC8C5B50657B0834B0">
    <w:name w:val="12D44D2BB20A4CEC8C5B50657B0834B0"/>
    <w:rsid w:val="001B0795"/>
  </w:style>
  <w:style w:type="paragraph" w:customStyle="1" w:styleId="EDFCEFBE4D90455A8907A8B718905AB3">
    <w:name w:val="EDFCEFBE4D90455A8907A8B718905AB3"/>
    <w:rsid w:val="001B0795"/>
  </w:style>
  <w:style w:type="paragraph" w:customStyle="1" w:styleId="2BCAE862AB254C36A328027BEFD75C80">
    <w:name w:val="2BCAE862AB254C36A328027BEFD75C80"/>
    <w:rsid w:val="001B0795"/>
  </w:style>
  <w:style w:type="paragraph" w:customStyle="1" w:styleId="B1120C6C053E4C1FA2A1102DC6207729">
    <w:name w:val="B1120C6C053E4C1FA2A1102DC6207729"/>
    <w:rsid w:val="001B0795"/>
  </w:style>
  <w:style w:type="paragraph" w:customStyle="1" w:styleId="E08D02402B2A4D5CB3C17F6EBAF462D5">
    <w:name w:val="E08D02402B2A4D5CB3C17F6EBAF462D5"/>
    <w:rsid w:val="001B0795"/>
  </w:style>
  <w:style w:type="paragraph" w:customStyle="1" w:styleId="50B478C6A09F48C9AE74E440BEC13649">
    <w:name w:val="50B478C6A09F48C9AE74E440BEC13649"/>
    <w:rsid w:val="001B0795"/>
  </w:style>
  <w:style w:type="paragraph" w:customStyle="1" w:styleId="787DF5C75CBD4D718AD1D5F0ED1C511C">
    <w:name w:val="787DF5C75CBD4D718AD1D5F0ED1C511C"/>
    <w:rsid w:val="001B0795"/>
  </w:style>
  <w:style w:type="paragraph" w:customStyle="1" w:styleId="324CAC1B952D47F28053E399F31355DE">
    <w:name w:val="324CAC1B952D47F28053E399F31355DE"/>
    <w:rsid w:val="001B0795"/>
  </w:style>
  <w:style w:type="paragraph" w:customStyle="1" w:styleId="78AC48042465492EA453428BC9DEBA96">
    <w:name w:val="78AC48042465492EA453428BC9DEBA96"/>
    <w:rsid w:val="001B0795"/>
  </w:style>
  <w:style w:type="paragraph" w:customStyle="1" w:styleId="B3F5B1F03C244AAF8FA2C7ADEE28458E">
    <w:name w:val="B3F5B1F03C244AAF8FA2C7ADEE28458E"/>
    <w:rsid w:val="001B0795"/>
  </w:style>
  <w:style w:type="paragraph" w:customStyle="1" w:styleId="18DA76CA71284FC0B6B8797F4F32DBB3">
    <w:name w:val="18DA76CA71284FC0B6B8797F4F32DBB3"/>
    <w:rsid w:val="001B0795"/>
  </w:style>
  <w:style w:type="paragraph" w:customStyle="1" w:styleId="72F48C8A222F44259719ACE92C8B262C">
    <w:name w:val="72F48C8A222F44259719ACE92C8B262C"/>
    <w:rsid w:val="001B0795"/>
  </w:style>
  <w:style w:type="paragraph" w:customStyle="1" w:styleId="1D3A88B63CCE44F2BFE6CC98E03FFC5E">
    <w:name w:val="1D3A88B63CCE44F2BFE6CC98E03FFC5E"/>
    <w:rsid w:val="001B0795"/>
  </w:style>
  <w:style w:type="paragraph" w:customStyle="1" w:styleId="E51236FA4FBD4A1CB488858501F30D26">
    <w:name w:val="E51236FA4FBD4A1CB488858501F30D26"/>
    <w:rsid w:val="001B0795"/>
  </w:style>
  <w:style w:type="paragraph" w:customStyle="1" w:styleId="5B552DC16F7840B3A15330A2571DF49F">
    <w:name w:val="5B552DC16F7840B3A15330A2571DF49F"/>
    <w:rsid w:val="001B0795"/>
  </w:style>
  <w:style w:type="paragraph" w:customStyle="1" w:styleId="8464A235278847C29E9E062DA8DEEBA0">
    <w:name w:val="8464A235278847C29E9E062DA8DEEBA0"/>
    <w:rsid w:val="001B0795"/>
  </w:style>
  <w:style w:type="paragraph" w:customStyle="1" w:styleId="FC6E0F12D6304C5CA1EFBEAEA6D3192E">
    <w:name w:val="FC6E0F12D6304C5CA1EFBEAEA6D3192E"/>
    <w:rsid w:val="001B0795"/>
  </w:style>
  <w:style w:type="paragraph" w:customStyle="1" w:styleId="F4A805E283B2483F91E98CB3A0A13862">
    <w:name w:val="F4A805E283B2483F91E98CB3A0A13862"/>
    <w:rsid w:val="001B0795"/>
  </w:style>
  <w:style w:type="paragraph" w:customStyle="1" w:styleId="BD1E015BD7034EDDBF76193EE8AD7470">
    <w:name w:val="BD1E015BD7034EDDBF76193EE8AD7470"/>
    <w:rsid w:val="001B0795"/>
  </w:style>
  <w:style w:type="paragraph" w:customStyle="1" w:styleId="A9F6F625AA3A4A619343DE1D09F90D20">
    <w:name w:val="A9F6F625AA3A4A619343DE1D09F90D20"/>
    <w:rsid w:val="001B0795"/>
  </w:style>
  <w:style w:type="paragraph" w:customStyle="1" w:styleId="783AE95A03DD4F2EBDF59C9A3F9071D1">
    <w:name w:val="783AE95A03DD4F2EBDF59C9A3F9071D1"/>
    <w:rsid w:val="001B0795"/>
  </w:style>
  <w:style w:type="paragraph" w:customStyle="1" w:styleId="7127C2EE4E5249EFBA104660ADC0538F">
    <w:name w:val="7127C2EE4E5249EFBA104660ADC0538F"/>
    <w:rsid w:val="001B0795"/>
  </w:style>
  <w:style w:type="paragraph" w:customStyle="1" w:styleId="FA5B28ECC1F1458CA792FD81F32CB50B">
    <w:name w:val="FA5B28ECC1F1458CA792FD81F32CB50B"/>
    <w:rsid w:val="001B0795"/>
  </w:style>
  <w:style w:type="paragraph" w:customStyle="1" w:styleId="9950594EF100444DB77C72C77CD6D830">
    <w:name w:val="9950594EF100444DB77C72C77CD6D830"/>
    <w:rsid w:val="001B0795"/>
  </w:style>
  <w:style w:type="paragraph" w:customStyle="1" w:styleId="3A8055CE90DB4EAFB742D370A9DC3483">
    <w:name w:val="3A8055CE90DB4EAFB742D370A9DC3483"/>
    <w:rsid w:val="001B0795"/>
  </w:style>
  <w:style w:type="paragraph" w:customStyle="1" w:styleId="C51158EBF80E4E71BBC4F1C30DFF3081">
    <w:name w:val="C51158EBF80E4E71BBC4F1C30DFF3081"/>
    <w:rsid w:val="001B0795"/>
  </w:style>
  <w:style w:type="paragraph" w:customStyle="1" w:styleId="4C6F52E791E94ACABC3FF9E7D47DC8E3">
    <w:name w:val="4C6F52E791E94ACABC3FF9E7D47DC8E3"/>
    <w:rsid w:val="001B0795"/>
  </w:style>
  <w:style w:type="paragraph" w:customStyle="1" w:styleId="2F8266395EE647B0A9627FFEFF15AC6A">
    <w:name w:val="2F8266395EE647B0A9627FFEFF15AC6A"/>
    <w:rsid w:val="001B0795"/>
  </w:style>
  <w:style w:type="paragraph" w:customStyle="1" w:styleId="8E724E38AE214B23BBA09C0C9E84047D">
    <w:name w:val="8E724E38AE214B23BBA09C0C9E84047D"/>
    <w:rsid w:val="001B0795"/>
  </w:style>
  <w:style w:type="paragraph" w:customStyle="1" w:styleId="7EA004EDBD3F40759C88381F22CC7B40">
    <w:name w:val="7EA004EDBD3F40759C88381F22CC7B40"/>
    <w:rsid w:val="001B0795"/>
  </w:style>
  <w:style w:type="paragraph" w:customStyle="1" w:styleId="8BC1623B7F9F4E1D9C984CCFB0DBCE6D">
    <w:name w:val="8BC1623B7F9F4E1D9C984CCFB0DBCE6D"/>
    <w:rsid w:val="001B0795"/>
  </w:style>
  <w:style w:type="paragraph" w:customStyle="1" w:styleId="E93CF88BC8554885993A85A003834FC1">
    <w:name w:val="E93CF88BC8554885993A85A003834FC1"/>
    <w:rsid w:val="001B0795"/>
  </w:style>
  <w:style w:type="paragraph" w:customStyle="1" w:styleId="37C043BF26B842B492F61942CD10B5D2">
    <w:name w:val="37C043BF26B842B492F61942CD10B5D2"/>
    <w:rsid w:val="001B0795"/>
  </w:style>
  <w:style w:type="paragraph" w:customStyle="1" w:styleId="BBF9ECFBFBB74A11A9DAD9A5E30AAA81">
    <w:name w:val="BBF9ECFBFBB74A11A9DAD9A5E30AAA81"/>
    <w:rsid w:val="001B0795"/>
  </w:style>
  <w:style w:type="paragraph" w:customStyle="1" w:styleId="3F9FEC2FF31F4B22A42B22FFA28E5A3F">
    <w:name w:val="3F9FEC2FF31F4B22A42B22FFA28E5A3F"/>
    <w:rsid w:val="001B0795"/>
  </w:style>
  <w:style w:type="paragraph" w:customStyle="1" w:styleId="876699860210439B9E102A4DBA7B4A76">
    <w:name w:val="876699860210439B9E102A4DBA7B4A76"/>
    <w:rsid w:val="001B0795"/>
  </w:style>
  <w:style w:type="paragraph" w:customStyle="1" w:styleId="517F7037485E4A4F976C3B4D94A97EBF">
    <w:name w:val="517F7037485E4A4F976C3B4D94A97EBF"/>
    <w:rsid w:val="001B0795"/>
  </w:style>
  <w:style w:type="paragraph" w:customStyle="1" w:styleId="9E8545392AB845AC9C38B617CA799537">
    <w:name w:val="9E8545392AB845AC9C38B617CA799537"/>
    <w:rsid w:val="001B0795"/>
  </w:style>
  <w:style w:type="paragraph" w:customStyle="1" w:styleId="52BA0282E4194093932505BC88B584F2">
    <w:name w:val="52BA0282E4194093932505BC88B584F2"/>
    <w:rsid w:val="001B0795"/>
  </w:style>
  <w:style w:type="paragraph" w:customStyle="1" w:styleId="DD18F3AF1F314BA3BD5A4D8FFE891BDB">
    <w:name w:val="DD18F3AF1F314BA3BD5A4D8FFE891BDB"/>
    <w:rsid w:val="001B0795"/>
  </w:style>
  <w:style w:type="paragraph" w:customStyle="1" w:styleId="F33DB954DE8C453C928DF548B77772D6">
    <w:name w:val="F33DB954DE8C453C928DF548B77772D6"/>
    <w:rsid w:val="001B0795"/>
  </w:style>
  <w:style w:type="paragraph" w:customStyle="1" w:styleId="E064D5F9DECB4866B824F65FD2356E3D">
    <w:name w:val="E064D5F9DECB4866B824F65FD2356E3D"/>
    <w:rsid w:val="001B0795"/>
  </w:style>
  <w:style w:type="paragraph" w:customStyle="1" w:styleId="6EC70B058B094461B2DBFB2834390584">
    <w:name w:val="6EC70B058B094461B2DBFB2834390584"/>
    <w:rsid w:val="001B0795"/>
  </w:style>
  <w:style w:type="paragraph" w:customStyle="1" w:styleId="91965C4F531A48E7846C0C0A6CFB37CC">
    <w:name w:val="91965C4F531A48E7846C0C0A6CFB37CC"/>
    <w:rsid w:val="001B0795"/>
  </w:style>
  <w:style w:type="paragraph" w:customStyle="1" w:styleId="D759FB7B374D496E9312D785EEFA0C5A">
    <w:name w:val="D759FB7B374D496E9312D785EEFA0C5A"/>
    <w:rsid w:val="001B0795"/>
  </w:style>
  <w:style w:type="paragraph" w:customStyle="1" w:styleId="1734C0B0E50C4165979C1D1CD6EF5118">
    <w:name w:val="1734C0B0E50C4165979C1D1CD6EF511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">
    <w:name w:val="F4D6CB2241074A76A75ACE4A72F3BAC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">
    <w:name w:val="5C6BE9DD57B042A78E73AE6C65AB81E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">
    <w:name w:val="B94FF17A7DD844238942618D220CAEE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">
    <w:name w:val="D5F14FB66A15431389EB3E003A7DAD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">
    <w:name w:val="767E5F504CE04A3283DBB5C362BF53D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">
    <w:name w:val="E784E538356841158C171F82ADDD532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">
    <w:name w:val="15FA136DFCC9400EA3643631FD9D49A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">
    <w:name w:val="0650B01579224C17841E78E78C05793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">
    <w:name w:val="758EF154077D4EC492E0AA02749775E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E119DE05CB640549847538B5F8EF9A7">
    <w:name w:val="FE119DE05CB640549847538B5F8EF9A7"/>
    <w:rsid w:val="00FB32F8"/>
  </w:style>
  <w:style w:type="paragraph" w:customStyle="1" w:styleId="60444590C5F4414E83C6454885D5753D">
    <w:name w:val="60444590C5F4414E83C6454885D5753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">
    <w:name w:val="096DC268CB3744C7AF90E558EFABE7F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">
    <w:name w:val="16EE3227410F4460A6706019F08584B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">
    <w:name w:val="35C6ADD19D0A4F7F9AA8A8D4CCB1374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">
    <w:name w:val="0AD4EFDEB46F4DD3B07D7D864B6EAEB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">
    <w:name w:val="C969D259CE28476AA1EB44B74A93B0D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1905A191D24C99806B40DA34C15D19">
    <w:name w:val="5C1905A191D24C99806B40DA34C15D19"/>
    <w:rsid w:val="00FB32F8"/>
  </w:style>
  <w:style w:type="paragraph" w:customStyle="1" w:styleId="0423504971984E3CA014D7D54995C960">
    <w:name w:val="0423504971984E3CA014D7D54995C960"/>
    <w:rsid w:val="004161F5"/>
  </w:style>
  <w:style w:type="paragraph" w:customStyle="1" w:styleId="4163D3241B974CB9999FF0EC5B4E2B21">
    <w:name w:val="4163D3241B974CB9999FF0EC5B4E2B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">
    <w:name w:val="89495584885745569DDCF4FEC1482D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">
    <w:name w:val="66C6F6902A3B4D4CA7D745FDDA70B68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">
    <w:name w:val="4CD965A9EE694FECADF2476D720E7B6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">
    <w:name w:val="09E232A6ADC042DB884957F020A929B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5F21740B2E4765971787BDD685D759">
    <w:name w:val="FC5F21740B2E4765971787BDD685D759"/>
    <w:rsid w:val="00FB32F8"/>
  </w:style>
  <w:style w:type="paragraph" w:customStyle="1" w:styleId="3DF7FD3C5E5C4C0992D419903A5ACDD9">
    <w:name w:val="3DF7FD3C5E5C4C0992D419903A5ACDD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">
    <w:name w:val="CADFFF9D18954E1993F5C0789B03E17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">
    <w:name w:val="657F90F891404138BEF4C8B0986FE70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">
    <w:name w:val="C9113B8A854441D682CE5AC80AFB086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">
    <w:name w:val="A98CC7936C024C2988776FBA2CC670B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">
    <w:name w:val="2E9B36F7201C45DF99CA9FA9C42900A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">
    <w:name w:val="09814CF1CD7A47D3BB560F37A96F9D5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47256735BF942FB8FC659570B5872FF">
    <w:name w:val="047256735BF942FB8FC659570B5872FF"/>
    <w:rsid w:val="006239E1"/>
  </w:style>
  <w:style w:type="paragraph" w:customStyle="1" w:styleId="1734C0B0E50C4165979C1D1CD6EF51181">
    <w:name w:val="1734C0B0E50C4165979C1D1CD6EF5118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D6CB2241074A76A75ACE4A72F3BACA1">
    <w:name w:val="F4D6CB2241074A76A75ACE4A72F3BAC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C6BE9DD57B042A78E73AE6C65AB81E91">
    <w:name w:val="5C6BE9DD57B042A78E73AE6C65AB81E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94FF17A7DD844238942618D220CAEE01">
    <w:name w:val="B94FF17A7DD844238942618D220CAEE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6F24E541B0145AAA4C1F913603E646E1">
    <w:name w:val="96F24E541B0145AAA4C1F913603E646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C3A3162D80445F78DDE0C5B1FC1D3761">
    <w:name w:val="2C3A3162D80445F78DDE0C5B1FC1D37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BB3224C02224BE9B27FBD8B4FA44C851">
    <w:name w:val="3BB3224C02224BE9B27FBD8B4FA44C85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5F14FB66A15431389EB3E003A7DADB11">
    <w:name w:val="D5F14FB66A15431389EB3E003A7DADB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E5F504CE04A3283DBB5C362BF53DD1">
    <w:name w:val="767E5F504CE04A3283DBB5C362BF53D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84E538356841158C171F82ADDD532E1">
    <w:name w:val="E784E538356841158C171F82ADDD532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FA136DFCC9400EA3643631FD9D49AC1">
    <w:name w:val="15FA136DFCC9400EA3643631FD9D49A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650B01579224C17841E78E78C05793F1">
    <w:name w:val="0650B01579224C17841E78E78C05793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58EF154077D4EC492E0AA02749775EE1">
    <w:name w:val="758EF154077D4EC492E0AA02749775E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0444590C5F4414E83C6454885D5753D1">
    <w:name w:val="60444590C5F4414E83C6454885D5753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6DC268CB3744C7AF90E558EFABE7F61">
    <w:name w:val="096DC268CB3744C7AF90E558EFABE7F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6EE3227410F4460A6706019F08584BA1">
    <w:name w:val="16EE3227410F4460A6706019F08584B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5C6ADD19D0A4F7F9AA8A8D4CCB1374F1">
    <w:name w:val="35C6ADD19D0A4F7F9AA8A8D4CCB1374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D4EFDEB46F4DD3B07D7D864B6EAEB21">
    <w:name w:val="0AD4EFDEB46F4DD3B07D7D864B6EAEB2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69D259CE28476AA1EB44B74A93B0DE1">
    <w:name w:val="C969D259CE28476AA1EB44B74A93B0D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163D3241B974CB9999FF0EC5B4E2B211">
    <w:name w:val="4163D3241B974CB9999FF0EC5B4E2B2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9495584885745569DDCF4FEC1482D051">
    <w:name w:val="89495584885745569DDCF4FEC1482D05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6C6F6902A3B4D4CA7D745FDDA70B68A1">
    <w:name w:val="66C6F6902A3B4D4CA7D745FDDA70B68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D965A9EE694FECADF2476D720E7B6E1">
    <w:name w:val="4CD965A9EE694FECADF2476D720E7B6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E232A6ADC042DB884957F020A929BA1">
    <w:name w:val="09E232A6ADC042DB884957F020A929B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F7FD3C5E5C4C0992D419903A5ACDD91">
    <w:name w:val="3DF7FD3C5E5C4C0992D419903A5ACDD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DFFF9D18954E1993F5C0789B03E1791">
    <w:name w:val="CADFFF9D18954E1993F5C0789B03E17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F90F891404138BEF4C8B0986FE7061">
    <w:name w:val="657F90F891404138BEF4C8B0986FE70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9113B8A854441D682CE5AC80AFB08601">
    <w:name w:val="C9113B8A854441D682CE5AC80AFB086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8CC7936C024C2988776FBA2CC670BD1">
    <w:name w:val="A98CC7936C024C2988776FBA2CC670B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E9B36F7201C45DF99CA9FA9C42900AE1">
    <w:name w:val="2E9B36F7201C45DF99CA9FA9C42900A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9814CF1CD7A47D3BB560F37A96F9D581">
    <w:name w:val="09814CF1CD7A47D3BB560F37A96F9D58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1">
    <w:name w:val="7793DEAF92564508A217818A964BBBC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1">
    <w:name w:val="872FF4CA11794B8A841DB2220DF10EA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1">
    <w:name w:val="4E97BD512F134974B65EC5CE1A1FFA5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1">
    <w:name w:val="43C24FC1DD4E4C25906C3761C0E444F2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1">
    <w:name w:val="6E5B51F8A20C49259CB13015EB12138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1">
    <w:name w:val="ACA81B7FEB124004A04A95F11ADBD7A7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1">
    <w:name w:val="E3F5175B57004446843F4F317C13BE7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1">
    <w:name w:val="6E2E25C8BD59485F83A4E1A3EB66C1C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1">
    <w:name w:val="74CADD3637F3476CAEF2795719E307A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1">
    <w:name w:val="AB27C8C8D90949D99B80C3BCC40C6DB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1">
    <w:name w:val="BE6BAA36B4CE46CCBA1107A2CA86328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1">
    <w:name w:val="98F3A9EE91754E259AFD2F141BD88EC3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1">
    <w:name w:val="A562792367E244C2B52C13434E400DB2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1">
    <w:name w:val="7E217E49FF2B4BCCB4F3ACCCBA86205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1">
    <w:name w:val="A6B6B6169038418C8F137F03A3BAC3E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1">
    <w:name w:val="BA84038C5BAB4BC98BCFD7720888F4E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1">
    <w:name w:val="2A85F1BB5E59479D91B2E845B74103B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1">
    <w:name w:val="734A0FEE22AB4D08A85FAFBB84445CB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1">
    <w:name w:val="3AE69983638E496B87E186B118E83D05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1">
    <w:name w:val="4E1B8BE8E635423EB269141E9E2912A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1">
    <w:name w:val="522C19E6AA2346A4966003129C441C2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1">
    <w:name w:val="DC6DBC8E8B3947CB8F9195F36B67D85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1">
    <w:name w:val="49487EF4E50B45EF8F8DF0A58099CB0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1">
    <w:name w:val="C6C5AA04D5744E5397F5B4C02E599FE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1">
    <w:name w:val="657845195F10471BB191FDF6254F450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1">
    <w:name w:val="4261ABEBA6024587BD9BFFA89B86CBA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1">
    <w:name w:val="ECE4C47E07C843CCA2D7255597D07705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1">
    <w:name w:val="9444CF760006459A89EF2B7CE3AFF2D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1">
    <w:name w:val="A451D5A1F2414B9AB219F05CFB3EC45E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1">
    <w:name w:val="E58E1C4CC73644419B96786849CD0414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1">
    <w:name w:val="D90A19DFEA52488BB99915162C93968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1">
    <w:name w:val="521563FD68FD43D5BA165673FF6D1378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1">
    <w:name w:val="AE408CFFC6BA4AA5A655C4CB9E8D33B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1">
    <w:name w:val="77C883E787A7487E8AC9A2460D0D612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1">
    <w:name w:val="EDFABB6305204921AB41714CDBEF1F2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1">
    <w:name w:val="39948876AF22424CB7ED2F5AF92F9C43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1">
    <w:name w:val="4EEA29DA30454295831DD7CCFD08932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1">
    <w:name w:val="CA4E4ABAE5DA465E97A6237A7809538C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1">
    <w:name w:val="156AE4FD73954CA688AAE317B321396B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1">
    <w:name w:val="6D5A277E4DAE4119840AF2E2D970FC5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1">
    <w:name w:val="586FFECF142C4598987272C037E4807A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1">
    <w:name w:val="0FB6E5FECABF45829BB384A56029A28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1">
    <w:name w:val="2636CEBDA55446F2B898CE82D65A7F1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1">
    <w:name w:val="B1AD7A19AFD34107A93F340107E987C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1">
    <w:name w:val="886A75EF89754CCCA94133C3ED14837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1">
    <w:name w:val="5ED57F54BA834AB1B5607992871117D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1">
    <w:name w:val="6DFABCABA0B9461DA7D3E68645D5FAB7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1">
    <w:name w:val="7041F98D97294F33B27DB409BE8E34F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1">
    <w:name w:val="73AB6D1D873F4738BF61AE697637871D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1">
    <w:name w:val="520891A0A4C04E9D9F8A8F3644975CB1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1">
    <w:name w:val="C582574595EA444189787F4DFB8EE37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1">
    <w:name w:val="55670920D67C4481B676B57D42BEF39B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1">
    <w:name w:val="9F98BD6A7E484DF08110B1C4E624D3D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1">
    <w:name w:val="233C5AFA5E7E4902A9BB228B214E5792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1">
    <w:name w:val="1B8839E78C2545FD826212E931A37F3B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1">
    <w:name w:val="69B61E07360347BCBC59BA9F385F7236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1">
    <w:name w:val="EEADD47DEE724B839CD6026B1BF75AA9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">
    <w:name w:val="E7D02D12569949259F4B303AE9EE91BE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">
    <w:name w:val="CAA78230F4974F91A466D1A3E44D5E2D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">
    <w:name w:val="F0CFA2EC4C7B4356B9A2A03A62C38968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">
    <w:name w:val="9380793E9EE044989EB44762814E78B6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">
    <w:name w:val="0E951C26B4874E2787CBE628EA2C2094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">
    <w:name w:val="07E5AC0373094234B85BEF415F1A8998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">
    <w:name w:val="3ED87B2022A34B2198DC2B217B191AF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380ACF96F4D0C8C1A7DCE5CFD83A8">
    <w:name w:val="767380ACF96F4D0C8C1A7DCE5CFD83A8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1">
    <w:name w:val="A52E9F0F3C3549C29B060FC2F2A6D578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1">
    <w:name w:val="136CB3F2E58949E09F2EAE0D704C7EE01"/>
    <w:rsid w:val="008B2AB1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93DEAF92564508A217818A964BBBC0">
    <w:name w:val="7793DEAF92564508A217818A964BBBC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2FF4CA11794B8A841DB2220DF10EA6">
    <w:name w:val="872FF4CA11794B8A841DB2220DF10EA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97BD512F134974B65EC5CE1A1FFA5C">
    <w:name w:val="4E97BD512F134974B65EC5CE1A1FFA5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3C24FC1DD4E4C25906C3761C0E444F2">
    <w:name w:val="43C24FC1DD4E4C25906C3761C0E444F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5B51F8A20C49259CB13015EB121389">
    <w:name w:val="6E5B51F8A20C49259CB13015EB12138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CA81B7FEB124004A04A95F11ADBD7A7">
    <w:name w:val="ACA81B7FEB124004A04A95F11ADBD7A7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3F5175B57004446843F4F317C13BE7C">
    <w:name w:val="E3F5175B57004446843F4F317C13BE7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2E25C8BD59485F83A4E1A3EB66C1CA">
    <w:name w:val="6E2E25C8BD59485F83A4E1A3EB66C1C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4CADD3637F3476CAEF2795719E307AF">
    <w:name w:val="74CADD3637F3476CAEF2795719E307A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B27C8C8D90949D99B80C3BCC40C6DB1">
    <w:name w:val="AB27C8C8D90949D99B80C3BCC40C6D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E6BAA36B4CE46CCBA1107A2CA86328D">
    <w:name w:val="BE6BAA36B4CE46CCBA1107A2CA86328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8F3A9EE91754E259AFD2F141BD88EC3">
    <w:name w:val="98F3A9EE91754E259AFD2F141BD88EC3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62792367E244C2B52C13434E400DB2">
    <w:name w:val="A562792367E244C2B52C13434E400DB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217E49FF2B4BCCB4F3ACCCBA862056">
    <w:name w:val="7E217E49FF2B4BCCB4F3ACCCBA86205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6B6B6169038418C8F137F03A3BAC3E6">
    <w:name w:val="A6B6B6169038418C8F137F03A3BAC3E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A84038C5BAB4BC98BCFD7720888F4EA">
    <w:name w:val="BA84038C5BAB4BC98BCFD7720888F4E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A85F1BB5E59479D91B2E845B74103B1">
    <w:name w:val="2A85F1BB5E59479D91B2E845B74103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4A0FEE22AB4D08A85FAFBB84445CB9">
    <w:name w:val="734A0FEE22AB4D08A85FAFBB84445CB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E69983638E496B87E186B118E83D05">
    <w:name w:val="3AE69983638E496B87E186B118E83D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1B8BE8E635423EB269141E9E2912AC">
    <w:name w:val="4E1B8BE8E635423EB269141E9E2912A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2C19E6AA2346A4966003129C441C2C">
    <w:name w:val="522C19E6AA2346A4966003129C441C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C6DBC8E8B3947CB8F9195F36B67D85A">
    <w:name w:val="DC6DBC8E8B3947CB8F9195F36B67D85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9487EF4E50B45EF8F8DF0A58099CB09">
    <w:name w:val="49487EF4E50B45EF8F8DF0A58099CB0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726E4634714F09A2BFEF3AAB52C75D1">
    <w:name w:val="84726E4634714F09A2BFEF3AAB52C75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6E722D9AD044456BDFE81AEA67620601">
    <w:name w:val="E6E722D9AD044456BDFE81AEA676206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7E9ED32EAF4C10B46ACEE313024E7F1">
    <w:name w:val="CA7E9ED32EAF4C10B46ACEE313024E7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74325210F9A456E8C056415E48010A11">
    <w:name w:val="474325210F9A456E8C056415E48010A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1F7BB8A3A804A37947E68A29B534A2F1">
    <w:name w:val="11F7BB8A3A804A37947E68A29B534A2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06D32C5AC044B54B136CF46EE5B8E8E1">
    <w:name w:val="B06D32C5AC044B54B136CF46EE5B8E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08B345C00FD42068E8D8745F06D1CD41">
    <w:name w:val="008B345C00FD42068E8D8745F06D1CD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36DFBF04D14EA191C64EC9B3CCAFC71">
    <w:name w:val="FC36DFBF04D14EA191C64EC9B3CCAFC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04898128ACD48EDB3B15E7B02F3B3C11">
    <w:name w:val="504898128ACD48EDB3B15E7B02F3B3C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C88B888AE848628C3D081D7E3D33A21">
    <w:name w:val="73C88B888AE848628C3D081D7E3D33A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9D09EE24914606948308642640068E1">
    <w:name w:val="799D09EE2491460694830864264006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DF985669C6449AEA50B4DEFFAACA3AC1">
    <w:name w:val="8DF985669C6449AEA50B4DEFFAACA3A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73186C976B4290B74C37FAEA9DDFA01">
    <w:name w:val="FA73186C976B4290B74C37FAEA9DDFA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09487574BBA8D9E8C686955A27D1">
    <w:name w:val="A52E909487574BBA8D9E8C686955A27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63409B67EE04C5D9D829E9FD3B1C6B51">
    <w:name w:val="863409B67EE04C5D9D829E9FD3B1C6B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9BA97163B364FC7ABD382C7B0DC16BD1">
    <w:name w:val="79BA97163B364FC7ABD382C7B0DC16B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C7DC65EE344331922E4E01D807D6161">
    <w:name w:val="70C7DC65EE344331922E4E01D807D61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37250311FCE470DBBE0A43C0E693E081">
    <w:name w:val="D37250311FCE470DBBE0A43C0E693E0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BB0C190AB34B3C83B418F237A4CD721">
    <w:name w:val="6EBB0C190AB34B3C83B418F237A4CD7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4E8DD1E3A95456AB4023BEEF331E9F51">
    <w:name w:val="54E8DD1E3A95456AB4023BEEF331E9F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17DD13E10144A1A1A27D57676D75871">
    <w:name w:val="5B17DD13E10144A1A1A27D57676D758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6C5AA04D5744E5397F5B4C02E599FEC">
    <w:name w:val="C6C5AA04D5744E5397F5B4C02E599FE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57845195F10471BB191FDF6254F450F">
    <w:name w:val="657845195F10471BB191FDF6254F450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261ABEBA6024587BD9BFFA89B86CBAD">
    <w:name w:val="4261ABEBA6024587BD9BFFA89B86CBA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CE4C47E07C843CCA2D7255597D07705">
    <w:name w:val="ECE4C47E07C843CCA2D7255597D07705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444CF760006459A89EF2B7CE3AFF2D1">
    <w:name w:val="9444CF760006459A89EF2B7CE3AFF2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451D5A1F2414B9AB219F05CFB3EC45E">
    <w:name w:val="A451D5A1F2414B9AB219F05CFB3EC45E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58E1C4CC73644419B96786849CD0414">
    <w:name w:val="E58E1C4CC73644419B96786849CD0414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90A19DFEA52488BB99915162C93968C">
    <w:name w:val="D90A19DFEA52488BB99915162C93968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1563FD68FD43D5BA165673FF6D1378">
    <w:name w:val="521563FD68FD43D5BA165673FF6D137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E408CFFC6BA4AA5A655C4CB9E8D33BD">
    <w:name w:val="AE408CFFC6BA4AA5A655C4CB9E8D33B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7C883E787A7487E8AC9A2460D0D6120">
    <w:name w:val="77C883E787A7487E8AC9A2460D0D612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ABB6305204921AB41714CDBEF1F2C">
    <w:name w:val="EDFABB6305204921AB41714CDBEF1F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9948876AF22424CB7ED2F5AF92F9C43">
    <w:name w:val="39948876AF22424CB7ED2F5AF92F9C43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EEA29DA30454295831DD7CCFD08932C">
    <w:name w:val="4EEA29DA30454295831DD7CCFD08932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D46852F4EB54366A88FA1AD3D7E25D21">
    <w:name w:val="3D46852F4EB54366A88FA1AD3D7E25D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A39F2E94444470481D8ECC2630F50F61">
    <w:name w:val="0A39F2E94444470481D8ECC2630F50F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2D44D2BB20A4CEC8C5B50657B0834B01">
    <w:name w:val="12D44D2BB20A4CEC8C5B50657B0834B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DFCEFBE4D90455A8907A8B718905AB31">
    <w:name w:val="EDFCEFBE4D90455A8907A8B718905AB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BCAE862AB254C36A328027BEFD75C801">
    <w:name w:val="2BCAE862AB254C36A328027BEFD75C8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120C6C053E4C1FA2A1102DC62077291">
    <w:name w:val="B1120C6C053E4C1FA2A1102DC6207729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08D02402B2A4D5CB3C17F6EBAF462D51">
    <w:name w:val="E08D02402B2A4D5CB3C17F6EBAF462D5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7DF5C75CBD4D718AD1D5F0ED1C511C1">
    <w:name w:val="787DF5C75CBD4D718AD1D5F0ED1C511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24CAC1B952D47F28053E399F31355DE1">
    <w:name w:val="324CAC1B952D47F28053E399F31355D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AC48042465492EA453428BC9DEBA961">
    <w:name w:val="78AC48042465492EA453428BC9DEBA9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3F5B1F03C244AAF8FA2C7ADEE28458E1">
    <w:name w:val="B3F5B1F03C244AAF8FA2C7ADEE28458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8DA76CA71284FC0B6B8797F4F32DBB31">
    <w:name w:val="18DA76CA71284FC0B6B8797F4F32DBB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2F48C8A222F44259719ACE92C8B262C1">
    <w:name w:val="72F48C8A222F44259719ACE92C8B262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D3A88B63CCE44F2BFE6CC98E03FFC5E1">
    <w:name w:val="1D3A88B63CCE44F2BFE6CC98E03FFC5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B552DC16F7840B3A15330A2571DF49F1">
    <w:name w:val="5B552DC16F7840B3A15330A2571DF49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464A235278847C29E9E062DA8DEEBA01">
    <w:name w:val="8464A235278847C29E9E062DA8DEEBA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C6E0F12D6304C5CA1EFBEAEA6D3192E1">
    <w:name w:val="FC6E0F12D6304C5CA1EFBEAEA6D3192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4A805E283B2483F91E98CB3A0A138621">
    <w:name w:val="F4A805E283B2483F91E98CB3A0A1386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D1E015BD7034EDDBF76193EE8AD74701">
    <w:name w:val="BD1E015BD7034EDDBF76193EE8AD747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9F6F625AA3A4A619343DE1D09F90D201">
    <w:name w:val="A9F6F625AA3A4A619343DE1D09F90D2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83AE95A03DD4F2EBDF59C9A3F9071D11">
    <w:name w:val="783AE95A03DD4F2EBDF59C9A3F9071D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4E4ABAE5DA465E97A6237A7809538C">
    <w:name w:val="CA4E4ABAE5DA465E97A6237A7809538C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56AE4FD73954CA688AAE317B321396B">
    <w:name w:val="156AE4FD73954CA688AAE317B321396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5A277E4DAE4119840AF2E2D970FC5F">
    <w:name w:val="6D5A277E4DAE4119840AF2E2D970FC5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86FFECF142C4598987272C037E4807A">
    <w:name w:val="586FFECF142C4598987272C037E4807A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FB6E5FECABF45829BB384A56029A28D">
    <w:name w:val="0FB6E5FECABF45829BB384A56029A28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636CEBDA55446F2B898CE82D65A7F19">
    <w:name w:val="2636CEBDA55446F2B898CE82D65A7F1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B1AD7A19AFD34107A93F340107E987C9">
    <w:name w:val="B1AD7A19AFD34107A93F340107E987C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86A75EF89754CCCA94133C3ED148370">
    <w:name w:val="886A75EF89754CCCA94133C3ED14837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ED57F54BA834AB1B5607992871117D0">
    <w:name w:val="5ED57F54BA834AB1B5607992871117D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DFABCABA0B9461DA7D3E68645D5FAB7">
    <w:name w:val="6DFABCABA0B9461DA7D3E68645D5FAB7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A5B28ECC1F1458CA792FD81F32CB50B1">
    <w:name w:val="FA5B28ECC1F1458CA792FD81F32CB50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950594EF100444DB77C72C77CD6D8301">
    <w:name w:val="9950594EF100444DB77C72C77CD6D83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A8055CE90DB4EAFB742D370A9DC34831">
    <w:name w:val="3A8055CE90DB4EAFB742D370A9DC348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1158EBF80E4E71BBC4F1C30DFF30811">
    <w:name w:val="C51158EBF80E4E71BBC4F1C30DFF308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4C6F52E791E94ACABC3FF9E7D47DC8E31">
    <w:name w:val="4C6F52E791E94ACABC3FF9E7D47DC8E3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E724E38AE214B23BBA09C0C9E84047D1">
    <w:name w:val="8E724E38AE214B23BBA09C0C9E84047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EA004EDBD3F40759C88381F22CC7B401">
    <w:name w:val="7EA004EDBD3F40759C88381F22CC7B40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BC1623B7F9F4E1D9C984CCFB0DBCE6D1">
    <w:name w:val="8BC1623B7F9F4E1D9C984CCFB0DBCE6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93CF88BC8554885993A85A003834FC11">
    <w:name w:val="E93CF88BC8554885993A85A003834FC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7C043BF26B842B492F61942CD10B5D21">
    <w:name w:val="37C043BF26B842B492F61942CD10B5D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041F98D97294F33B27DB409BE8E34F1">
    <w:name w:val="7041F98D97294F33B27DB409BE8E34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3AB6D1D873F4738BF61AE697637871D">
    <w:name w:val="73AB6D1D873F4738BF61AE697637871D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0891A0A4C04E9D9F8A8F3644975CB1">
    <w:name w:val="520891A0A4C04E9D9F8A8F3644975CB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582574595EA444189787F4DFB8EE37F">
    <w:name w:val="C582574595EA444189787F4DFB8EE37F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5670920D67C4481B676B57D42BEF39B">
    <w:name w:val="55670920D67C4481B676B57D42BEF39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F98BD6A7E484DF08110B1C4E624D3D0">
    <w:name w:val="9F98BD6A7E484DF08110B1C4E624D3D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233C5AFA5E7E4902A9BB228B214E5792">
    <w:name w:val="233C5AFA5E7E4902A9BB228B214E5792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B8839E78C2545FD826212E931A37F3B">
    <w:name w:val="1B8839E78C2545FD826212E931A37F3B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9B61E07360347BCBC59BA9F385F7236">
    <w:name w:val="69B61E07360347BCBC59BA9F385F7236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EADD47DEE724B839CD6026B1BF75AA9">
    <w:name w:val="EEADD47DEE724B839CD6026B1BF75AA9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F9FEC2FF31F4B22A42B22FFA28E5A3F1">
    <w:name w:val="3F9FEC2FF31F4B22A42B22FFA28E5A3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876699860210439B9E102A4DBA7B4A761">
    <w:name w:val="876699860210439B9E102A4DBA7B4A7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17F7037485E4A4F976C3B4D94A97EBF1">
    <w:name w:val="517F7037485E4A4F976C3B4D94A97EBF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E8545392AB845AC9C38B617CA7995371">
    <w:name w:val="9E8545392AB845AC9C38B617CA799537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52BA0282E4194093932505BC88B584F21">
    <w:name w:val="52BA0282E4194093932505BC88B584F2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33DB954DE8C453C928DF548B77772D61">
    <w:name w:val="F33DB954DE8C453C928DF548B77772D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064D5F9DECB4866B824F65FD2356E3D1">
    <w:name w:val="E064D5F9DECB4866B824F65FD2356E3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6EC70B058B094461B2DBFB28343905841">
    <w:name w:val="6EC70B058B094461B2DBFB283439058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1965C4F531A48E7846C0C0A6CFB37CC1">
    <w:name w:val="91965C4F531A48E7846C0C0A6CFB37CC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D759FB7B374D496E9312D785EEFA0C5A1">
    <w:name w:val="D759FB7B374D496E9312D785EEFA0C5A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E7D02D12569949259F4B303AE9EE91BE1">
    <w:name w:val="E7D02D12569949259F4B303AE9EE91BE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CAA78230F4974F91A466D1A3E44D5E2D1">
    <w:name w:val="CAA78230F4974F91A466D1A3E44D5E2D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F0CFA2EC4C7B4356B9A2A03A62C389681">
    <w:name w:val="F0CFA2EC4C7B4356B9A2A03A62C3896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9380793E9EE044989EB44762814E78B61">
    <w:name w:val="9380793E9EE044989EB44762814E78B6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E951C26B4874E2787CBE628EA2C20941">
    <w:name w:val="0E951C26B4874E2787CBE628EA2C2094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07E5AC0373094234B85BEF415F1A89981">
    <w:name w:val="07E5AC0373094234B85BEF415F1A899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3ED87B2022A34B2198DC2B217B191AF11">
    <w:name w:val="3ED87B2022A34B2198DC2B217B191AF1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767380ACF96F4D0C8C1A7DCE5CFD83A81">
    <w:name w:val="767380ACF96F4D0C8C1A7DCE5CFD83A81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A52E9F0F3C3549C29B060FC2F2A6D578">
    <w:name w:val="A52E9F0F3C3549C29B060FC2F2A6D578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  <w:style w:type="paragraph" w:customStyle="1" w:styleId="136CB3F2E58949E09F2EAE0D704C7EE0">
    <w:name w:val="136CB3F2E58949E09F2EAE0D704C7EE0"/>
    <w:rsid w:val="001B0795"/>
    <w:pPr>
      <w:spacing w:after="200" w:line="276" w:lineRule="auto"/>
    </w:pPr>
    <w:rPr>
      <w:rFonts w:ascii="Calibri" w:hAnsi="Calibri"/>
      <w:kern w:val="0"/>
      <w:szCs w:val="22"/>
      <w:lang w:val="en-IE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383CA1-4EBA-4675-946A-4E3876E1728D}">
  <we:reference id="a3b40b4f-8edf-490e-9df1-7e66f93912bf" version="1.2.0.0" store="EXCatalog" storeType="EXCatalog"/>
  <we:alternateReferences>
    <we:reference id="WA104380526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274F253-7390-4C6A-B76C-84D1978CAD4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1705</Words>
  <Characters>9719</Characters>
  <Application>Microsoft Office Word</Application>
  <DocSecurity>8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4</cp:revision>
  <dcterms:created xsi:type="dcterms:W3CDTF">2026-08-20T14:45:00Z</dcterms:created>
  <dcterms:modified xsi:type="dcterms:W3CDTF">2026-09-09T13:04:00Z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