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555A31C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8816C3">
        <w:rPr>
          <w:b/>
          <w:bCs/>
          <w:sz w:val="40"/>
          <w:szCs w:val="40"/>
        </w:rPr>
        <w:t>Neuropathology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6FB48BF">
                <wp:simplePos x="0" y="0"/>
                <wp:positionH relativeFrom="margin">
                  <wp:align>right</wp:align>
                </wp:positionH>
                <wp:positionV relativeFrom="paragraph">
                  <wp:posOffset>2512060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224AEA3" w:rsidR="002931FF" w:rsidRPr="0034520A" w:rsidRDefault="0034520A" w:rsidP="0034520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97.8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B1YqEw&#10;3QAAAAgBAAAPAAAAAAAAAAAAAAAAAGgEAABkcnMvZG93bnJldi54bWxQSwUGAAAAAAQABADzAAAA&#10;cgUAAAAA&#10;">
                <v:textbox style="mso-fit-shape-to-text:t">
                  <w:txbxContent>
                    <w:p w14:paraId="0B7A552B" w14:textId="5224AEA3" w:rsidR="002931FF" w:rsidRPr="0034520A" w:rsidRDefault="0034520A" w:rsidP="0034520A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3ED809F" w14:textId="61F010F1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C7572DE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122BB3A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CBC3217" w14:textId="77777777" w:rsidR="0034520A" w:rsidRDefault="0034520A" w:rsidP="0034520A"/>
    <w:p w14:paraId="7B42D7D1" w14:textId="0D0E6819" w:rsidR="007C3707" w:rsidRPr="00260F73" w:rsidRDefault="002D7D98" w:rsidP="0034520A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368186FC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2EAF89D7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6631B00C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5EE9A9CD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46957DA1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4402D26F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6C08A66D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2F86C249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5BDAC0CC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3E05DB36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0EC615E0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327945FF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33BA9CE3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297B2CBC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1C362802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158EA3FF" w:rsidR="002E140B" w:rsidRPr="00260F73" w:rsidRDefault="002E140B" w:rsidP="002E140B"/>
        </w:tc>
      </w:tr>
      <w:tr w:rsidR="0034520A" w:rsidRPr="00260F73" w14:paraId="39B7C249" w14:textId="77777777" w:rsidTr="00E70F08">
        <w:tc>
          <w:tcPr>
            <w:tcW w:w="9350" w:type="dxa"/>
            <w:gridSpan w:val="2"/>
          </w:tcPr>
          <w:p w14:paraId="7AC3844F" w14:textId="7766D6CA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921683303"/>
                <w:placeholder>
                  <w:docPart w:val="A090FA0BA5794AC5AC717DD711E33CBF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2265A2CC" w14:textId="77777777" w:rsidTr="002E140B">
        <w:tc>
          <w:tcPr>
            <w:tcW w:w="2547" w:type="dxa"/>
          </w:tcPr>
          <w:p w14:paraId="59A54076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653871532"/>
            <w:placeholder>
              <w:docPart w:val="720DCF34BD304046A80B744FE313EC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3A6D5D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5752370A" w14:textId="77777777" w:rsidTr="002E140B">
        <w:tc>
          <w:tcPr>
            <w:tcW w:w="2547" w:type="dxa"/>
          </w:tcPr>
          <w:p w14:paraId="302326DB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19971723"/>
            <w:placeholder>
              <w:docPart w:val="7E6A3066A2874823A6138F2009EB4F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F96629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35C5B4CC" w14:textId="77777777" w:rsidTr="002E140B">
        <w:tc>
          <w:tcPr>
            <w:tcW w:w="2547" w:type="dxa"/>
          </w:tcPr>
          <w:p w14:paraId="08166D34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617865741"/>
            <w:placeholder>
              <w:docPart w:val="EF3787E2D6CD437D958559317278BA37"/>
            </w:placeholder>
            <w:showingPlcHdr/>
          </w:sdtPr>
          <w:sdtContent>
            <w:tc>
              <w:tcPr>
                <w:tcW w:w="6803" w:type="dxa"/>
              </w:tcPr>
              <w:p w14:paraId="5F680CF3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721443A" w14:textId="77777777" w:rsidTr="002E140B">
        <w:tc>
          <w:tcPr>
            <w:tcW w:w="2547" w:type="dxa"/>
          </w:tcPr>
          <w:p w14:paraId="7CB5CCDF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604122283"/>
            <w:placeholder>
              <w:docPart w:val="AE2AD3B9F6384CAEA9353EA290441332"/>
            </w:placeholder>
            <w:showingPlcHdr/>
          </w:sdtPr>
          <w:sdtContent>
            <w:tc>
              <w:tcPr>
                <w:tcW w:w="6803" w:type="dxa"/>
              </w:tcPr>
              <w:p w14:paraId="6581944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798602" w14:textId="77777777" w:rsidTr="002E140B">
        <w:tc>
          <w:tcPr>
            <w:tcW w:w="2547" w:type="dxa"/>
            <w:vAlign w:val="center"/>
          </w:tcPr>
          <w:p w14:paraId="12432AE8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691079478"/>
            <w:placeholder>
              <w:docPart w:val="75AE43D795DD4C2BA30FD59691E21176"/>
            </w:placeholder>
            <w:showingPlcHdr/>
          </w:sdtPr>
          <w:sdtContent>
            <w:tc>
              <w:tcPr>
                <w:tcW w:w="6803" w:type="dxa"/>
              </w:tcPr>
              <w:p w14:paraId="35D1C4D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08686B2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016D804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87275545"/>
            <w:placeholder>
              <w:docPart w:val="C7053F17F6894268A992542D36635BF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769CA6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604E30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A13C3" w14:textId="7D531558" w:rsidR="0034520A" w:rsidRPr="00260F73" w:rsidRDefault="0034520A" w:rsidP="002E140B"/>
        </w:tc>
      </w:tr>
      <w:tr w:rsidR="0034520A" w:rsidRPr="00260F73" w14:paraId="5910E407" w14:textId="77777777" w:rsidTr="00E70F08">
        <w:tc>
          <w:tcPr>
            <w:tcW w:w="9350" w:type="dxa"/>
            <w:gridSpan w:val="2"/>
          </w:tcPr>
          <w:p w14:paraId="2C4B1FD4" w14:textId="026E3E94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529219983"/>
                <w:placeholder>
                  <w:docPart w:val="E94396752B64498AA38F776F4525745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0F1AD2E9" w14:textId="77777777" w:rsidTr="002E140B">
        <w:tc>
          <w:tcPr>
            <w:tcW w:w="2547" w:type="dxa"/>
          </w:tcPr>
          <w:p w14:paraId="7808BC7A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504201805"/>
            <w:placeholder>
              <w:docPart w:val="19EF752B72EA40298F4D5446F574AE0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2338FA8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6C26E3D0" w14:textId="77777777" w:rsidTr="002E140B">
        <w:tc>
          <w:tcPr>
            <w:tcW w:w="2547" w:type="dxa"/>
          </w:tcPr>
          <w:p w14:paraId="1319F4F0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739367085"/>
            <w:placeholder>
              <w:docPart w:val="150FC10C07D54A89B954D87631C13C0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5D65FD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61754BB" w14:textId="77777777" w:rsidTr="002E140B">
        <w:tc>
          <w:tcPr>
            <w:tcW w:w="2547" w:type="dxa"/>
          </w:tcPr>
          <w:p w14:paraId="2AFE8B50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588779706"/>
            <w:placeholder>
              <w:docPart w:val="525A78D52909475AB9E852DA4B61BEDB"/>
            </w:placeholder>
            <w:showingPlcHdr/>
          </w:sdtPr>
          <w:sdtContent>
            <w:tc>
              <w:tcPr>
                <w:tcW w:w="6803" w:type="dxa"/>
              </w:tcPr>
              <w:p w14:paraId="0233538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B8491C4" w14:textId="77777777" w:rsidTr="002E140B">
        <w:tc>
          <w:tcPr>
            <w:tcW w:w="2547" w:type="dxa"/>
          </w:tcPr>
          <w:p w14:paraId="481A4DBF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2048054826"/>
            <w:placeholder>
              <w:docPart w:val="A704A461515D471D8D6FC7EA50B34197"/>
            </w:placeholder>
            <w:showingPlcHdr/>
          </w:sdtPr>
          <w:sdtContent>
            <w:tc>
              <w:tcPr>
                <w:tcW w:w="6803" w:type="dxa"/>
              </w:tcPr>
              <w:p w14:paraId="3425719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104721A" w14:textId="77777777" w:rsidTr="002E140B">
        <w:tc>
          <w:tcPr>
            <w:tcW w:w="2547" w:type="dxa"/>
            <w:vAlign w:val="center"/>
          </w:tcPr>
          <w:p w14:paraId="47D8DE19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416742015"/>
            <w:placeholder>
              <w:docPart w:val="C479DC2D9B1645DC97D44B8251F08D6F"/>
            </w:placeholder>
            <w:showingPlcHdr/>
          </w:sdtPr>
          <w:sdtContent>
            <w:tc>
              <w:tcPr>
                <w:tcW w:w="6803" w:type="dxa"/>
              </w:tcPr>
              <w:p w14:paraId="65CD536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63B4D2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29A1C52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682734086"/>
            <w:placeholder>
              <w:docPart w:val="08F8A1A819C44A348A91ADE8A4DB2D02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D3D5D9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00141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CBED2" w14:textId="3F24D0E2" w:rsidR="0034520A" w:rsidRPr="00260F73" w:rsidRDefault="0034520A" w:rsidP="002E140B"/>
        </w:tc>
      </w:tr>
      <w:tr w:rsidR="0034520A" w:rsidRPr="00260F73" w14:paraId="4BBF41A7" w14:textId="77777777" w:rsidTr="00E70F08">
        <w:tc>
          <w:tcPr>
            <w:tcW w:w="9350" w:type="dxa"/>
            <w:gridSpan w:val="2"/>
          </w:tcPr>
          <w:p w14:paraId="4268DBA6" w14:textId="399FCACF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885151951"/>
                <w:placeholder>
                  <w:docPart w:val="5E0C15532E104FD0955B923EA875F6F0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7DBE3D0C" w14:textId="77777777" w:rsidTr="002E140B">
        <w:tc>
          <w:tcPr>
            <w:tcW w:w="2547" w:type="dxa"/>
          </w:tcPr>
          <w:p w14:paraId="03466F0D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607312030"/>
            <w:placeholder>
              <w:docPart w:val="9D93F09032E8405FB87C59C4F0E874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01EEE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383E997" w14:textId="77777777" w:rsidTr="002E140B">
        <w:tc>
          <w:tcPr>
            <w:tcW w:w="2547" w:type="dxa"/>
          </w:tcPr>
          <w:p w14:paraId="0638DF03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23750824"/>
            <w:placeholder>
              <w:docPart w:val="F9F5EFFE296F4104AC12D83E105B8DD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ED02E1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59520F37" w14:textId="77777777" w:rsidTr="002E140B">
        <w:tc>
          <w:tcPr>
            <w:tcW w:w="2547" w:type="dxa"/>
          </w:tcPr>
          <w:p w14:paraId="16A50E2A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909113235"/>
            <w:placeholder>
              <w:docPart w:val="16712F436C014F0499E34EAABAA56CC2"/>
            </w:placeholder>
            <w:showingPlcHdr/>
          </w:sdtPr>
          <w:sdtContent>
            <w:tc>
              <w:tcPr>
                <w:tcW w:w="6803" w:type="dxa"/>
              </w:tcPr>
              <w:p w14:paraId="551D1F9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703DCB0" w14:textId="77777777" w:rsidTr="002E140B">
        <w:tc>
          <w:tcPr>
            <w:tcW w:w="2547" w:type="dxa"/>
          </w:tcPr>
          <w:p w14:paraId="3C1E9AA1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137835157"/>
            <w:placeholder>
              <w:docPart w:val="075760F5C80B4655820229D13443B0E2"/>
            </w:placeholder>
            <w:showingPlcHdr/>
          </w:sdtPr>
          <w:sdtContent>
            <w:tc>
              <w:tcPr>
                <w:tcW w:w="6803" w:type="dxa"/>
              </w:tcPr>
              <w:p w14:paraId="7D1EF0AB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C99D6AD" w14:textId="77777777" w:rsidTr="002E140B">
        <w:tc>
          <w:tcPr>
            <w:tcW w:w="2547" w:type="dxa"/>
            <w:vAlign w:val="center"/>
          </w:tcPr>
          <w:p w14:paraId="5A361C7C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310137951"/>
            <w:placeholder>
              <w:docPart w:val="A8966D1E99A24B1B86B59F77224A3621"/>
            </w:placeholder>
            <w:showingPlcHdr/>
          </w:sdtPr>
          <w:sdtContent>
            <w:tc>
              <w:tcPr>
                <w:tcW w:w="6803" w:type="dxa"/>
              </w:tcPr>
              <w:p w14:paraId="68EFA50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7F4A9D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4CD9758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684869643"/>
            <w:placeholder>
              <w:docPart w:val="D44A74A2288543E3867405059A4E52E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E33E56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CF1ED4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45588" w14:textId="414FF6C4" w:rsidR="0034520A" w:rsidRPr="00260F73" w:rsidRDefault="0034520A" w:rsidP="002E140B"/>
        </w:tc>
      </w:tr>
    </w:tbl>
    <w:p w14:paraId="6DA6FFDF" w14:textId="77777777" w:rsidR="0034520A" w:rsidRDefault="0034520A">
      <w:pPr>
        <w:pStyle w:val="Heading1"/>
      </w:pPr>
    </w:p>
    <w:p w14:paraId="7F890481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AB2FC62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0C48149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38EA8196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2FA1BA73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6595671D" w:rsidR="003713D2" w:rsidRPr="00260F73" w:rsidRDefault="003713D2" w:rsidP="002D7D98"/>
        </w:tc>
      </w:tr>
      <w:tr w:rsidR="0034520A" w:rsidRPr="00260F73" w14:paraId="663FD7FA" w14:textId="77777777" w:rsidTr="0019370D">
        <w:tc>
          <w:tcPr>
            <w:tcW w:w="9350" w:type="dxa"/>
            <w:gridSpan w:val="2"/>
          </w:tcPr>
          <w:p w14:paraId="16340F68" w14:textId="054380AE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074394644"/>
                <w:placeholder>
                  <w:docPart w:val="14D380108A714A54B553069EF8B9224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273163EA" w14:textId="77777777" w:rsidTr="00A0792E">
        <w:tc>
          <w:tcPr>
            <w:tcW w:w="2830" w:type="dxa"/>
            <w:vAlign w:val="center"/>
          </w:tcPr>
          <w:p w14:paraId="3A4D91CC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837236454"/>
            <w:placeholder>
              <w:docPart w:val="F3149B13A6144A888F402D180EC1C5EA"/>
            </w:placeholder>
            <w:showingPlcHdr/>
          </w:sdtPr>
          <w:sdtContent>
            <w:tc>
              <w:tcPr>
                <w:tcW w:w="6520" w:type="dxa"/>
              </w:tcPr>
              <w:p w14:paraId="4CDF223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B49C3D7" w14:textId="77777777" w:rsidTr="00A0792E">
        <w:tc>
          <w:tcPr>
            <w:tcW w:w="2830" w:type="dxa"/>
            <w:vAlign w:val="center"/>
          </w:tcPr>
          <w:p w14:paraId="2CD2D51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F46697E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149869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13949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12506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4107F8CE" w14:textId="77777777" w:rsidTr="00A0792E">
        <w:tc>
          <w:tcPr>
            <w:tcW w:w="2830" w:type="dxa"/>
            <w:vAlign w:val="center"/>
          </w:tcPr>
          <w:p w14:paraId="17EAEA5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244150247"/>
            <w:placeholder>
              <w:docPart w:val="02A52E3B218548A69313079785DAC1F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A2DFB2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AFA4C45" w14:textId="77777777" w:rsidTr="00A0792E">
        <w:tc>
          <w:tcPr>
            <w:tcW w:w="2830" w:type="dxa"/>
            <w:vAlign w:val="center"/>
          </w:tcPr>
          <w:p w14:paraId="69E0CC2D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91941407"/>
            <w:placeholder>
              <w:docPart w:val="1008B58E68024BACAFB867A714BA2C0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005D64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1CA44014" w14:textId="77777777" w:rsidTr="00A0792E">
        <w:tc>
          <w:tcPr>
            <w:tcW w:w="2830" w:type="dxa"/>
            <w:vAlign w:val="center"/>
          </w:tcPr>
          <w:p w14:paraId="5F4CAAE3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1B44ACAB" w14:textId="77777777" w:rsidR="0034520A" w:rsidRPr="00260F73" w:rsidRDefault="0034520A" w:rsidP="00CD745A"/>
        </w:tc>
        <w:sdt>
          <w:sdtPr>
            <w:id w:val="1946886095"/>
            <w:placeholder>
              <w:docPart w:val="C850C2647F9E4876A4CEA16AB936D193"/>
            </w:placeholder>
            <w:showingPlcHdr/>
          </w:sdtPr>
          <w:sdtContent>
            <w:tc>
              <w:tcPr>
                <w:tcW w:w="6520" w:type="dxa"/>
              </w:tcPr>
              <w:p w14:paraId="34A0ECA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CABE959" w14:textId="77777777" w:rsidTr="00A0792E">
        <w:tc>
          <w:tcPr>
            <w:tcW w:w="2830" w:type="dxa"/>
            <w:vAlign w:val="center"/>
          </w:tcPr>
          <w:p w14:paraId="643AFE94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46456043" w14:textId="77777777" w:rsidR="0034520A" w:rsidRPr="00260F73" w:rsidRDefault="0034520A" w:rsidP="00CD745A"/>
        </w:tc>
        <w:sdt>
          <w:sdtPr>
            <w:id w:val="-1619984552"/>
            <w:placeholder>
              <w:docPart w:val="02100737F25D4A0BBB60058BC4DBE10B"/>
            </w:placeholder>
            <w:showingPlcHdr/>
          </w:sdtPr>
          <w:sdtContent>
            <w:tc>
              <w:tcPr>
                <w:tcW w:w="6520" w:type="dxa"/>
              </w:tcPr>
              <w:p w14:paraId="6E8AC4C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2E088FD" w14:textId="77777777" w:rsidTr="00A0792E">
        <w:tc>
          <w:tcPr>
            <w:tcW w:w="2830" w:type="dxa"/>
            <w:vAlign w:val="center"/>
          </w:tcPr>
          <w:p w14:paraId="4A23DA44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174082630"/>
            <w:placeholder>
              <w:docPart w:val="CDB69D45F85A49EB9C04E47A72665C98"/>
            </w:placeholder>
            <w:showingPlcHdr/>
          </w:sdtPr>
          <w:sdtContent>
            <w:tc>
              <w:tcPr>
                <w:tcW w:w="6520" w:type="dxa"/>
              </w:tcPr>
              <w:p w14:paraId="5C7941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C26647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AF4133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09340B6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41968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2218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E1996A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883EC" w14:textId="58530DC1" w:rsidR="0034520A" w:rsidRPr="00260F73" w:rsidRDefault="0034520A" w:rsidP="002D7D98"/>
        </w:tc>
      </w:tr>
      <w:tr w:rsidR="0034520A" w:rsidRPr="00260F73" w14:paraId="27CD714A" w14:textId="77777777" w:rsidTr="0019370D">
        <w:tc>
          <w:tcPr>
            <w:tcW w:w="9350" w:type="dxa"/>
            <w:gridSpan w:val="2"/>
          </w:tcPr>
          <w:p w14:paraId="6D210BC5" w14:textId="71581BA4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5589006"/>
                <w:placeholder>
                  <w:docPart w:val="3F36A35E921845CD80DB16EF2D14299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6C0EB09E" w14:textId="77777777" w:rsidTr="00A0792E">
        <w:tc>
          <w:tcPr>
            <w:tcW w:w="2830" w:type="dxa"/>
            <w:vAlign w:val="center"/>
          </w:tcPr>
          <w:p w14:paraId="0F7FECF1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471179454"/>
            <w:placeholder>
              <w:docPart w:val="F7068B50590F49D3B4974CE22765804C"/>
            </w:placeholder>
            <w:showingPlcHdr/>
          </w:sdtPr>
          <w:sdtContent>
            <w:tc>
              <w:tcPr>
                <w:tcW w:w="6520" w:type="dxa"/>
              </w:tcPr>
              <w:p w14:paraId="39B190D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8712A3B" w14:textId="77777777" w:rsidTr="00A0792E">
        <w:tc>
          <w:tcPr>
            <w:tcW w:w="2830" w:type="dxa"/>
            <w:vAlign w:val="center"/>
          </w:tcPr>
          <w:p w14:paraId="0A9A8AC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5CB6F13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3465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98427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594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6A55B0E" w14:textId="77777777" w:rsidTr="00A0792E">
        <w:tc>
          <w:tcPr>
            <w:tcW w:w="2830" w:type="dxa"/>
            <w:vAlign w:val="center"/>
          </w:tcPr>
          <w:p w14:paraId="386DFCB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2138717719"/>
            <w:placeholder>
              <w:docPart w:val="F40715BA000149D89B210C0F325427B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E84C5C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9FFCCC9" w14:textId="77777777" w:rsidTr="00A0792E">
        <w:tc>
          <w:tcPr>
            <w:tcW w:w="2830" w:type="dxa"/>
            <w:vAlign w:val="center"/>
          </w:tcPr>
          <w:p w14:paraId="40A3259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2057429259"/>
            <w:placeholder>
              <w:docPart w:val="9D5337F177E343349C448BE53E4B90C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DE5F54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6C6B54D1" w14:textId="77777777" w:rsidTr="00A0792E">
        <w:tc>
          <w:tcPr>
            <w:tcW w:w="2830" w:type="dxa"/>
            <w:vAlign w:val="center"/>
          </w:tcPr>
          <w:p w14:paraId="355FF7A3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3DAC0008" w14:textId="77777777" w:rsidR="0034520A" w:rsidRPr="00260F73" w:rsidRDefault="0034520A" w:rsidP="00CD745A"/>
        </w:tc>
        <w:sdt>
          <w:sdtPr>
            <w:id w:val="-553390296"/>
            <w:placeholder>
              <w:docPart w:val="015B9677F0BA4F62B004E92868B3FA86"/>
            </w:placeholder>
            <w:showingPlcHdr/>
          </w:sdtPr>
          <w:sdtContent>
            <w:tc>
              <w:tcPr>
                <w:tcW w:w="6520" w:type="dxa"/>
              </w:tcPr>
              <w:p w14:paraId="0A8A084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FA9A135" w14:textId="77777777" w:rsidTr="00A0792E">
        <w:tc>
          <w:tcPr>
            <w:tcW w:w="2830" w:type="dxa"/>
            <w:vAlign w:val="center"/>
          </w:tcPr>
          <w:p w14:paraId="6CA1C066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145EE73E" w14:textId="77777777" w:rsidR="0034520A" w:rsidRPr="00260F73" w:rsidRDefault="0034520A" w:rsidP="00CD745A"/>
        </w:tc>
        <w:sdt>
          <w:sdtPr>
            <w:id w:val="996386704"/>
            <w:placeholder>
              <w:docPart w:val="66977C01DA24402D8935608B4B98B19B"/>
            </w:placeholder>
            <w:showingPlcHdr/>
          </w:sdtPr>
          <w:sdtContent>
            <w:tc>
              <w:tcPr>
                <w:tcW w:w="6520" w:type="dxa"/>
              </w:tcPr>
              <w:p w14:paraId="17D9F57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2462EF4" w14:textId="77777777" w:rsidTr="00A0792E">
        <w:tc>
          <w:tcPr>
            <w:tcW w:w="2830" w:type="dxa"/>
            <w:vAlign w:val="center"/>
          </w:tcPr>
          <w:p w14:paraId="499A27B9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351795327"/>
            <w:placeholder>
              <w:docPart w:val="D0F940C0F8AE44D08BC10ABAA283F353"/>
            </w:placeholder>
            <w:showingPlcHdr/>
          </w:sdtPr>
          <w:sdtContent>
            <w:tc>
              <w:tcPr>
                <w:tcW w:w="6520" w:type="dxa"/>
              </w:tcPr>
              <w:p w14:paraId="39F2CA43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9E16BA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9840C79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9DF62E2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106110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3101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963B09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B4FDE" w14:textId="392F9446" w:rsidR="0034520A" w:rsidRPr="00260F73" w:rsidRDefault="0034520A" w:rsidP="002D7D98"/>
        </w:tc>
      </w:tr>
      <w:tr w:rsidR="0034520A" w:rsidRPr="00260F73" w14:paraId="061124A9" w14:textId="77777777" w:rsidTr="0019370D">
        <w:tc>
          <w:tcPr>
            <w:tcW w:w="9350" w:type="dxa"/>
            <w:gridSpan w:val="2"/>
          </w:tcPr>
          <w:p w14:paraId="731EF7B1" w14:textId="53898554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43844540"/>
                <w:placeholder>
                  <w:docPart w:val="B5888D7E51B94BDEB7A797FC029DF0D0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5FCB80D6" w14:textId="77777777" w:rsidTr="00A0792E">
        <w:tc>
          <w:tcPr>
            <w:tcW w:w="2830" w:type="dxa"/>
            <w:vAlign w:val="center"/>
          </w:tcPr>
          <w:p w14:paraId="5AB81579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321550034"/>
            <w:placeholder>
              <w:docPart w:val="0BCF958E8C5E46F1A639E89F745A047C"/>
            </w:placeholder>
            <w:showingPlcHdr/>
          </w:sdtPr>
          <w:sdtContent>
            <w:tc>
              <w:tcPr>
                <w:tcW w:w="6520" w:type="dxa"/>
              </w:tcPr>
              <w:p w14:paraId="631CB7F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357C831" w14:textId="77777777" w:rsidTr="00A0792E">
        <w:tc>
          <w:tcPr>
            <w:tcW w:w="2830" w:type="dxa"/>
            <w:vAlign w:val="center"/>
          </w:tcPr>
          <w:p w14:paraId="1D1A6B5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9956531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117541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4459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48536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50E6313A" w14:textId="77777777" w:rsidTr="00A0792E">
        <w:tc>
          <w:tcPr>
            <w:tcW w:w="2830" w:type="dxa"/>
            <w:vAlign w:val="center"/>
          </w:tcPr>
          <w:p w14:paraId="29A7CCE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334578027"/>
            <w:placeholder>
              <w:docPart w:val="327A03E0DD24434796968B012CD9E34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6C903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F2473BD" w14:textId="77777777" w:rsidTr="00A0792E">
        <w:tc>
          <w:tcPr>
            <w:tcW w:w="2830" w:type="dxa"/>
            <w:vAlign w:val="center"/>
          </w:tcPr>
          <w:p w14:paraId="29FB5956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99725529"/>
            <w:placeholder>
              <w:docPart w:val="A4E25CFE0B6B4CABA37120E23ECBC6E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A9EF4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776330EE" w14:textId="77777777" w:rsidTr="00A0792E">
        <w:tc>
          <w:tcPr>
            <w:tcW w:w="2830" w:type="dxa"/>
            <w:vAlign w:val="center"/>
          </w:tcPr>
          <w:p w14:paraId="2478EF01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4E75CEEE" w14:textId="77777777" w:rsidR="0034520A" w:rsidRPr="00260F73" w:rsidRDefault="0034520A" w:rsidP="00CD745A"/>
        </w:tc>
        <w:sdt>
          <w:sdtPr>
            <w:id w:val="-236630549"/>
            <w:placeholder>
              <w:docPart w:val="5B1B67AE2C22493689508F2814CF0D44"/>
            </w:placeholder>
            <w:showingPlcHdr/>
          </w:sdtPr>
          <w:sdtContent>
            <w:tc>
              <w:tcPr>
                <w:tcW w:w="6520" w:type="dxa"/>
              </w:tcPr>
              <w:p w14:paraId="18906AF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19A898F" w14:textId="77777777" w:rsidTr="00A0792E">
        <w:tc>
          <w:tcPr>
            <w:tcW w:w="2830" w:type="dxa"/>
            <w:vAlign w:val="center"/>
          </w:tcPr>
          <w:p w14:paraId="3359200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7D2FB431" w14:textId="77777777" w:rsidR="0034520A" w:rsidRPr="00260F73" w:rsidRDefault="0034520A" w:rsidP="00CD745A"/>
        </w:tc>
        <w:sdt>
          <w:sdtPr>
            <w:id w:val="2004615058"/>
            <w:placeholder>
              <w:docPart w:val="79ACF1B8CA7346B4A3F8C8FA6D7016C6"/>
            </w:placeholder>
            <w:showingPlcHdr/>
          </w:sdtPr>
          <w:sdtContent>
            <w:tc>
              <w:tcPr>
                <w:tcW w:w="6520" w:type="dxa"/>
              </w:tcPr>
              <w:p w14:paraId="2A20A65A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457B147" w14:textId="77777777" w:rsidTr="00A0792E">
        <w:tc>
          <w:tcPr>
            <w:tcW w:w="2830" w:type="dxa"/>
            <w:vAlign w:val="center"/>
          </w:tcPr>
          <w:p w14:paraId="609C1BFF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5982589"/>
            <w:placeholder>
              <w:docPart w:val="1C79068F6A88457FA542492F3FAE4D44"/>
            </w:placeholder>
            <w:showingPlcHdr/>
          </w:sdtPr>
          <w:sdtContent>
            <w:tc>
              <w:tcPr>
                <w:tcW w:w="6520" w:type="dxa"/>
              </w:tcPr>
              <w:p w14:paraId="5FEAF8C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9B320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338E4B5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8AACD84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78970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824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3208F3D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AC768" w14:textId="09EFD4D4" w:rsidR="0034520A" w:rsidRPr="00260F73" w:rsidRDefault="0034520A" w:rsidP="002D7D98"/>
        </w:tc>
      </w:tr>
    </w:tbl>
    <w:p w14:paraId="4B13E1C0" w14:textId="77777777" w:rsidR="008525FA" w:rsidRPr="00260F73" w:rsidRDefault="008525FA" w:rsidP="002D7D98"/>
    <w:p w14:paraId="16155EEC" w14:textId="77777777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</w:t>
      </w:r>
      <w:commentRangeStart w:id="1"/>
      <w:r>
        <w:t>ublications, Oral Presentations, Posters, Ongoing research</w:t>
      </w:r>
      <w:commentRangeEnd w:id="1"/>
      <w:r w:rsidRPr="002D7D98">
        <w:rPr>
          <w:rStyle w:val="CommentReference"/>
          <w:sz w:val="24"/>
          <w:szCs w:val="22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31691C4C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0CB316B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4C47A029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A30D7E1" w14:textId="77777777" w:rsidTr="00CD745A">
        <w:tc>
          <w:tcPr>
            <w:tcW w:w="2723" w:type="dxa"/>
            <w:vAlign w:val="center"/>
          </w:tcPr>
          <w:p w14:paraId="4D4215FE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B529526" w14:textId="77777777" w:rsidR="003713D2" w:rsidRPr="00260F73" w:rsidRDefault="003713D2" w:rsidP="00CD745A">
            <w:r w:rsidRPr="00260F73">
              <w:t xml:space="preserve">Complete  </w:t>
            </w:r>
            <w:sdt>
              <w:sdtPr>
                <w:id w:val="121655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3246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781B598E" w:rsidR="003713D2" w:rsidRPr="00260F73" w:rsidRDefault="003713D2" w:rsidP="00CD745A"/>
        </w:tc>
      </w:tr>
      <w:tr w:rsidR="0034520A" w:rsidRPr="00260F73" w14:paraId="7757FB2C" w14:textId="77777777" w:rsidTr="00695860">
        <w:tc>
          <w:tcPr>
            <w:tcW w:w="9350" w:type="dxa"/>
            <w:gridSpan w:val="2"/>
          </w:tcPr>
          <w:p w14:paraId="58D826DE" w14:textId="42CA5737" w:rsidR="0034520A" w:rsidRPr="00015574" w:rsidRDefault="0034520A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281148607"/>
                <w:placeholder>
                  <w:docPart w:val="1E3272941C9A42FBAFBE9C5840DE2FC5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4520A" w:rsidRPr="00260F73" w14:paraId="678EC616" w14:textId="77777777" w:rsidTr="00CD745A">
        <w:tc>
          <w:tcPr>
            <w:tcW w:w="2723" w:type="dxa"/>
            <w:vAlign w:val="center"/>
          </w:tcPr>
          <w:p w14:paraId="054BC6BE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441148648"/>
            <w:placeholder>
              <w:docPart w:val="73826EDB96EE4613AA3FCF7B97A73997"/>
            </w:placeholder>
            <w:showingPlcHdr/>
          </w:sdtPr>
          <w:sdtContent>
            <w:tc>
              <w:tcPr>
                <w:tcW w:w="6627" w:type="dxa"/>
              </w:tcPr>
              <w:p w14:paraId="47140EF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1A5E286" w14:textId="77777777" w:rsidTr="00CD745A">
        <w:tc>
          <w:tcPr>
            <w:tcW w:w="2723" w:type="dxa"/>
            <w:vAlign w:val="center"/>
          </w:tcPr>
          <w:p w14:paraId="6B522836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2031898"/>
            <w:placeholder>
              <w:docPart w:val="D108C319F8654DB2A0DE4ED73C0B7C93"/>
            </w:placeholder>
            <w:showingPlcHdr/>
          </w:sdtPr>
          <w:sdtContent>
            <w:tc>
              <w:tcPr>
                <w:tcW w:w="6627" w:type="dxa"/>
              </w:tcPr>
              <w:p w14:paraId="49DD80E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1EE7428" w14:textId="77777777" w:rsidTr="00CD745A">
        <w:tc>
          <w:tcPr>
            <w:tcW w:w="2723" w:type="dxa"/>
            <w:vAlign w:val="center"/>
          </w:tcPr>
          <w:p w14:paraId="63EFFDA7" w14:textId="77777777" w:rsidR="0034520A" w:rsidRPr="00446759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43192161"/>
            <w:placeholder>
              <w:docPart w:val="45537FF9817647B68B529D2732C6C516"/>
            </w:placeholder>
            <w:showingPlcHdr/>
          </w:sdtPr>
          <w:sdtContent>
            <w:tc>
              <w:tcPr>
                <w:tcW w:w="6627" w:type="dxa"/>
              </w:tcPr>
              <w:p w14:paraId="08E2DABF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64FB5B4" w14:textId="77777777" w:rsidTr="00CD745A">
        <w:tc>
          <w:tcPr>
            <w:tcW w:w="2723" w:type="dxa"/>
            <w:vAlign w:val="center"/>
          </w:tcPr>
          <w:p w14:paraId="33EAE0CC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79641821"/>
            <w:placeholder>
              <w:docPart w:val="40F714731E0649CDBFDBAC64ACE6E5F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4BEC9C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8535DA3" w14:textId="77777777" w:rsidTr="00CD745A">
        <w:tc>
          <w:tcPr>
            <w:tcW w:w="2723" w:type="dxa"/>
            <w:vAlign w:val="center"/>
          </w:tcPr>
          <w:p w14:paraId="2AFA8F23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951F5E6" w14:textId="77777777" w:rsidR="0034520A" w:rsidRPr="00260F73" w:rsidRDefault="0034520A" w:rsidP="00CD745A">
            <w:r w:rsidRPr="00260F73">
              <w:t xml:space="preserve">Complete  </w:t>
            </w:r>
            <w:sdt>
              <w:sdtPr>
                <w:id w:val="-18822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9344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C22BDF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13BEAF8" w14:textId="77777777" w:rsidR="0034520A" w:rsidRPr="00015574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2B1DAC5" w14:textId="77777777" w:rsidR="0034520A" w:rsidRPr="00260F73" w:rsidRDefault="0034520A" w:rsidP="00CD745A">
            <w:r w:rsidRPr="00260F73">
              <w:t xml:space="preserve">Yes </w:t>
            </w:r>
            <w:sdt>
              <w:sdtPr>
                <w:id w:val="104024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98121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6DE56E7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DF730B" w14:textId="77777777" w:rsidR="0034520A" w:rsidRPr="00260F73" w:rsidRDefault="0034520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4D488F" w14:textId="178ACC3F" w:rsidR="0034520A" w:rsidRPr="00260F73" w:rsidRDefault="0034520A" w:rsidP="00CD745A"/>
        </w:tc>
      </w:tr>
      <w:tr w:rsidR="0034520A" w:rsidRPr="00260F73" w14:paraId="70B7C573" w14:textId="77777777" w:rsidTr="00695860">
        <w:tc>
          <w:tcPr>
            <w:tcW w:w="9350" w:type="dxa"/>
            <w:gridSpan w:val="2"/>
          </w:tcPr>
          <w:p w14:paraId="44118F6B" w14:textId="6D806F32" w:rsidR="0034520A" w:rsidRPr="00015574" w:rsidRDefault="0034520A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559482797"/>
                <w:placeholder>
                  <w:docPart w:val="52389ED8B008450CA4778B1F2DF9C218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4520A" w:rsidRPr="00260F73" w14:paraId="0A0F7C07" w14:textId="77777777" w:rsidTr="00CD745A">
        <w:tc>
          <w:tcPr>
            <w:tcW w:w="2723" w:type="dxa"/>
            <w:vAlign w:val="center"/>
          </w:tcPr>
          <w:p w14:paraId="551EB4DA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47302730"/>
            <w:placeholder>
              <w:docPart w:val="A0D81D9C48914496872D73718254846B"/>
            </w:placeholder>
            <w:showingPlcHdr/>
          </w:sdtPr>
          <w:sdtContent>
            <w:tc>
              <w:tcPr>
                <w:tcW w:w="6627" w:type="dxa"/>
              </w:tcPr>
              <w:p w14:paraId="160CF49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D02BCDF" w14:textId="77777777" w:rsidTr="00CD745A">
        <w:tc>
          <w:tcPr>
            <w:tcW w:w="2723" w:type="dxa"/>
            <w:vAlign w:val="center"/>
          </w:tcPr>
          <w:p w14:paraId="0F15DD1B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58894946"/>
            <w:placeholder>
              <w:docPart w:val="78C45C1231A34000A2E6EA6C0FBB78F4"/>
            </w:placeholder>
            <w:showingPlcHdr/>
          </w:sdtPr>
          <w:sdtContent>
            <w:tc>
              <w:tcPr>
                <w:tcW w:w="6627" w:type="dxa"/>
              </w:tcPr>
              <w:p w14:paraId="54D0100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1D71861" w14:textId="77777777" w:rsidTr="00CD745A">
        <w:tc>
          <w:tcPr>
            <w:tcW w:w="2723" w:type="dxa"/>
            <w:vAlign w:val="center"/>
          </w:tcPr>
          <w:p w14:paraId="7D148DED" w14:textId="77777777" w:rsidR="0034520A" w:rsidRPr="00446759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358775824"/>
            <w:placeholder>
              <w:docPart w:val="189BAA0F21EE401AA4E4AEF255764DCB"/>
            </w:placeholder>
            <w:showingPlcHdr/>
          </w:sdtPr>
          <w:sdtContent>
            <w:tc>
              <w:tcPr>
                <w:tcW w:w="6627" w:type="dxa"/>
              </w:tcPr>
              <w:p w14:paraId="1895B1EA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DAA45C1" w14:textId="77777777" w:rsidTr="00CD745A">
        <w:tc>
          <w:tcPr>
            <w:tcW w:w="2723" w:type="dxa"/>
            <w:vAlign w:val="center"/>
          </w:tcPr>
          <w:p w14:paraId="73CF07D1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61606360"/>
            <w:placeholder>
              <w:docPart w:val="D087DF6DF0F841CB9A70E144A5BC2E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86BE12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7C35DBC4" w14:textId="77777777" w:rsidTr="00CD745A">
        <w:tc>
          <w:tcPr>
            <w:tcW w:w="2723" w:type="dxa"/>
            <w:vAlign w:val="center"/>
          </w:tcPr>
          <w:p w14:paraId="5842BEC0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39CAA16" w14:textId="77777777" w:rsidR="0034520A" w:rsidRPr="00260F73" w:rsidRDefault="0034520A" w:rsidP="00CD745A">
            <w:r w:rsidRPr="00260F73">
              <w:t xml:space="preserve">Complete  </w:t>
            </w:r>
            <w:sdt>
              <w:sdtPr>
                <w:id w:val="-159184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83405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5DEC99F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93CDCDF" w14:textId="77777777" w:rsidR="0034520A" w:rsidRPr="00015574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EF23BCA" w14:textId="77777777" w:rsidR="0034520A" w:rsidRPr="00260F73" w:rsidRDefault="0034520A" w:rsidP="00CD745A">
            <w:r w:rsidRPr="00260F73">
              <w:t xml:space="preserve">Yes </w:t>
            </w:r>
            <w:sdt>
              <w:sdtPr>
                <w:id w:val="130636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0610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65B0BA8C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DC3E13" w14:textId="77777777" w:rsidR="0034520A" w:rsidRPr="00260F73" w:rsidRDefault="0034520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63D77" w14:textId="4E6FC86F" w:rsidR="0034520A" w:rsidRPr="00260F73" w:rsidRDefault="0034520A" w:rsidP="00CD745A"/>
        </w:tc>
      </w:tr>
    </w:tbl>
    <w:p w14:paraId="1CCFE10C" w14:textId="77777777" w:rsidR="0034520A" w:rsidRDefault="0034520A">
      <w:pPr>
        <w:pStyle w:val="Heading1"/>
      </w:pPr>
    </w:p>
    <w:p w14:paraId="10E429C9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6DF952A3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27FE7D4E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4FAF8795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37E9BE66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6EF13E23" w:rsidR="003713D2" w:rsidRPr="00260F73" w:rsidRDefault="003713D2"/>
        </w:tc>
      </w:tr>
      <w:tr w:rsidR="0034520A" w:rsidRPr="00260F73" w14:paraId="1DDD6347" w14:textId="77777777" w:rsidTr="00A0792E">
        <w:tc>
          <w:tcPr>
            <w:tcW w:w="2689" w:type="dxa"/>
          </w:tcPr>
          <w:p w14:paraId="531F5DDD" w14:textId="1BEAFAFC" w:rsidR="0034520A" w:rsidRPr="00260F73" w:rsidRDefault="0034520A">
            <w:r w:rsidRPr="00260F73">
              <w:rPr>
                <w:b/>
                <w:bCs/>
              </w:rPr>
              <w:t>Role</w:t>
            </w:r>
          </w:p>
        </w:tc>
        <w:sdt>
          <w:sdtPr>
            <w:id w:val="1999605437"/>
            <w:placeholder>
              <w:docPart w:val="6FA81B98C7214B19A7B39A54715AE3A7"/>
            </w:placeholder>
            <w:showingPlcHdr/>
          </w:sdtPr>
          <w:sdtContent>
            <w:tc>
              <w:tcPr>
                <w:tcW w:w="6661" w:type="dxa"/>
              </w:tcPr>
              <w:p w14:paraId="7560CE75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1DB9981" w14:textId="77777777" w:rsidTr="00A0792E">
        <w:tc>
          <w:tcPr>
            <w:tcW w:w="2689" w:type="dxa"/>
          </w:tcPr>
          <w:p w14:paraId="51366F89" w14:textId="77777777" w:rsidR="0034520A" w:rsidRPr="00260F73" w:rsidRDefault="0034520A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270659642"/>
            <w:placeholder>
              <w:docPart w:val="3B263252094F410FBE35EF6AF580FB84"/>
            </w:placeholder>
            <w:showingPlcHdr/>
          </w:sdtPr>
          <w:sdtContent>
            <w:tc>
              <w:tcPr>
                <w:tcW w:w="6661" w:type="dxa"/>
              </w:tcPr>
              <w:p w14:paraId="3061C55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75F2158" w14:textId="77777777" w:rsidTr="00A0792E">
        <w:tc>
          <w:tcPr>
            <w:tcW w:w="2689" w:type="dxa"/>
          </w:tcPr>
          <w:p w14:paraId="509CC4FA" w14:textId="77777777" w:rsidR="0034520A" w:rsidRPr="00260F73" w:rsidRDefault="0034520A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34862240"/>
            <w:placeholder>
              <w:docPart w:val="1A64CC2EE9EA4474962892B82322C1A8"/>
            </w:placeholder>
            <w:showingPlcHdr/>
          </w:sdtPr>
          <w:sdtContent>
            <w:tc>
              <w:tcPr>
                <w:tcW w:w="6661" w:type="dxa"/>
              </w:tcPr>
              <w:p w14:paraId="293D7FD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3092773" w14:textId="77777777" w:rsidTr="00A0792E">
        <w:tc>
          <w:tcPr>
            <w:tcW w:w="2689" w:type="dxa"/>
          </w:tcPr>
          <w:p w14:paraId="578F0190" w14:textId="77777777" w:rsidR="0034520A" w:rsidRPr="00260F73" w:rsidRDefault="0034520A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43BCDED" w14:textId="77777777" w:rsidR="0034520A" w:rsidRPr="00260F73" w:rsidRDefault="0034520A"/>
        </w:tc>
        <w:sdt>
          <w:sdtPr>
            <w:id w:val="-209653282"/>
            <w:placeholder>
              <w:docPart w:val="842B4FC92EE6486BB6325F3B565287FC"/>
            </w:placeholder>
            <w:showingPlcHdr/>
          </w:sdtPr>
          <w:sdtContent>
            <w:tc>
              <w:tcPr>
                <w:tcW w:w="6661" w:type="dxa"/>
              </w:tcPr>
              <w:p w14:paraId="2557C40F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43157A6" w14:textId="77777777" w:rsidTr="00A0792E">
        <w:tc>
          <w:tcPr>
            <w:tcW w:w="2689" w:type="dxa"/>
          </w:tcPr>
          <w:p w14:paraId="013B42DE" w14:textId="77777777" w:rsidR="0034520A" w:rsidRPr="00260F73" w:rsidRDefault="0034520A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980FB30" w14:textId="77777777" w:rsidR="0034520A" w:rsidRPr="00260F73" w:rsidRDefault="0034520A">
            <w:r w:rsidRPr="00260F73">
              <w:t xml:space="preserve">Complete  </w:t>
            </w:r>
            <w:sdt>
              <w:sdtPr>
                <w:id w:val="95105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620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21FEFBD" w14:textId="77777777" w:rsidTr="00A0792E">
        <w:tc>
          <w:tcPr>
            <w:tcW w:w="2689" w:type="dxa"/>
          </w:tcPr>
          <w:p w14:paraId="33FC603C" w14:textId="77777777" w:rsidR="0034520A" w:rsidRPr="00260F73" w:rsidRDefault="0034520A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946842054"/>
            <w:placeholder>
              <w:docPart w:val="4CF1EC9326B74389B49A76BD38D39684"/>
            </w:placeholder>
            <w:showingPlcHdr/>
          </w:sdtPr>
          <w:sdtContent>
            <w:tc>
              <w:tcPr>
                <w:tcW w:w="6661" w:type="dxa"/>
              </w:tcPr>
              <w:p w14:paraId="7404AAF8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A0BEC2C" w14:textId="77777777" w:rsidTr="00A0792E">
        <w:tc>
          <w:tcPr>
            <w:tcW w:w="2689" w:type="dxa"/>
          </w:tcPr>
          <w:p w14:paraId="4E3D2B68" w14:textId="77777777" w:rsidR="0034520A" w:rsidRPr="00260F73" w:rsidRDefault="0034520A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31813595"/>
            <w:placeholder>
              <w:docPart w:val="299EC4D83D7B455183DAAD1EA6D7428D"/>
            </w:placeholder>
            <w:showingPlcHdr/>
          </w:sdtPr>
          <w:sdtContent>
            <w:tc>
              <w:tcPr>
                <w:tcW w:w="6661" w:type="dxa"/>
              </w:tcPr>
              <w:p w14:paraId="1BB71777" w14:textId="77777777" w:rsidR="0034520A" w:rsidRPr="00260F73" w:rsidRDefault="0034520A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012C7D0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67039D1" w14:textId="77777777" w:rsidR="0034520A" w:rsidRPr="00260F73" w:rsidRDefault="0034520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A66B4A1" w14:textId="77777777" w:rsidR="0034520A" w:rsidRPr="00260F73" w:rsidRDefault="0034520A">
            <w:r w:rsidRPr="00260F73">
              <w:t xml:space="preserve">Yes </w:t>
            </w:r>
            <w:sdt>
              <w:sdtPr>
                <w:id w:val="126851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0514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4C0380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6192A" w14:textId="6EADC853" w:rsidR="0034520A" w:rsidRPr="00260F73" w:rsidRDefault="0034520A"/>
        </w:tc>
      </w:tr>
      <w:tr w:rsidR="0034520A" w:rsidRPr="00260F73" w14:paraId="68345BF3" w14:textId="77777777" w:rsidTr="00A0792E">
        <w:tc>
          <w:tcPr>
            <w:tcW w:w="2689" w:type="dxa"/>
          </w:tcPr>
          <w:p w14:paraId="1A464CC2" w14:textId="1C6EEB91" w:rsidR="0034520A" w:rsidRPr="00260F73" w:rsidRDefault="0034520A">
            <w:r w:rsidRPr="00260F73">
              <w:rPr>
                <w:b/>
                <w:bCs/>
              </w:rPr>
              <w:t>Role</w:t>
            </w:r>
          </w:p>
        </w:tc>
        <w:sdt>
          <w:sdtPr>
            <w:id w:val="46653513"/>
            <w:placeholder>
              <w:docPart w:val="77B90CA9A7B64375AFB95515D6FF8CB2"/>
            </w:placeholder>
            <w:showingPlcHdr/>
          </w:sdtPr>
          <w:sdtContent>
            <w:tc>
              <w:tcPr>
                <w:tcW w:w="6661" w:type="dxa"/>
              </w:tcPr>
              <w:p w14:paraId="15FB63E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7BCE527E" w14:textId="77777777" w:rsidTr="00A0792E">
        <w:tc>
          <w:tcPr>
            <w:tcW w:w="2689" w:type="dxa"/>
          </w:tcPr>
          <w:p w14:paraId="3BB85A9C" w14:textId="77777777" w:rsidR="0034520A" w:rsidRPr="00260F73" w:rsidRDefault="0034520A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333905201"/>
            <w:placeholder>
              <w:docPart w:val="9F4FF5E8B1AC481D982AB29014B1116D"/>
            </w:placeholder>
            <w:showingPlcHdr/>
          </w:sdtPr>
          <w:sdtContent>
            <w:tc>
              <w:tcPr>
                <w:tcW w:w="6661" w:type="dxa"/>
              </w:tcPr>
              <w:p w14:paraId="2A78EAA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6861126C" w14:textId="77777777" w:rsidTr="00A0792E">
        <w:tc>
          <w:tcPr>
            <w:tcW w:w="2689" w:type="dxa"/>
          </w:tcPr>
          <w:p w14:paraId="353F9F77" w14:textId="77777777" w:rsidR="0034520A" w:rsidRPr="00260F73" w:rsidRDefault="0034520A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-1391802060"/>
            <w:placeholder>
              <w:docPart w:val="124FA815530D48EE8E2ABFC68E94CDD1"/>
            </w:placeholder>
            <w:showingPlcHdr/>
          </w:sdtPr>
          <w:sdtContent>
            <w:tc>
              <w:tcPr>
                <w:tcW w:w="6661" w:type="dxa"/>
              </w:tcPr>
              <w:p w14:paraId="64D55D1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611E99DD" w14:textId="77777777" w:rsidTr="00A0792E">
        <w:tc>
          <w:tcPr>
            <w:tcW w:w="2689" w:type="dxa"/>
          </w:tcPr>
          <w:p w14:paraId="6F0C959E" w14:textId="77777777" w:rsidR="0034520A" w:rsidRPr="00260F73" w:rsidRDefault="0034520A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50D4CD2D" w14:textId="77777777" w:rsidR="0034520A" w:rsidRPr="00260F73" w:rsidRDefault="0034520A"/>
        </w:tc>
        <w:sdt>
          <w:sdtPr>
            <w:id w:val="912670146"/>
            <w:placeholder>
              <w:docPart w:val="39F260E5FC2F4C7989F71248374B0018"/>
            </w:placeholder>
            <w:showingPlcHdr/>
          </w:sdtPr>
          <w:sdtContent>
            <w:tc>
              <w:tcPr>
                <w:tcW w:w="6661" w:type="dxa"/>
              </w:tcPr>
              <w:p w14:paraId="0ED01E1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12D5A5B" w14:textId="77777777" w:rsidTr="00A0792E">
        <w:tc>
          <w:tcPr>
            <w:tcW w:w="2689" w:type="dxa"/>
          </w:tcPr>
          <w:p w14:paraId="6E01A0C1" w14:textId="77777777" w:rsidR="0034520A" w:rsidRPr="00260F73" w:rsidRDefault="0034520A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F80F46A" w14:textId="77777777" w:rsidR="0034520A" w:rsidRPr="00260F73" w:rsidRDefault="0034520A">
            <w:r w:rsidRPr="00260F73">
              <w:t xml:space="preserve">Complete  </w:t>
            </w:r>
            <w:sdt>
              <w:sdtPr>
                <w:id w:val="-176205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1987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CD7951D" w14:textId="77777777" w:rsidTr="00A0792E">
        <w:tc>
          <w:tcPr>
            <w:tcW w:w="2689" w:type="dxa"/>
          </w:tcPr>
          <w:p w14:paraId="63F01259" w14:textId="77777777" w:rsidR="0034520A" w:rsidRPr="00260F73" w:rsidRDefault="0034520A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063058880"/>
            <w:placeholder>
              <w:docPart w:val="3BD1514CBB6741AC993B3EF0950A733F"/>
            </w:placeholder>
            <w:showingPlcHdr/>
          </w:sdtPr>
          <w:sdtContent>
            <w:tc>
              <w:tcPr>
                <w:tcW w:w="6661" w:type="dxa"/>
              </w:tcPr>
              <w:p w14:paraId="0BFCD08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4D9487" w14:textId="77777777" w:rsidTr="00A0792E">
        <w:tc>
          <w:tcPr>
            <w:tcW w:w="2689" w:type="dxa"/>
          </w:tcPr>
          <w:p w14:paraId="758078D6" w14:textId="77777777" w:rsidR="0034520A" w:rsidRPr="00260F73" w:rsidRDefault="0034520A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19101018"/>
            <w:placeholder>
              <w:docPart w:val="C6AFCA3B2F8640C583802F41AEEED8B4"/>
            </w:placeholder>
            <w:showingPlcHdr/>
          </w:sdtPr>
          <w:sdtContent>
            <w:tc>
              <w:tcPr>
                <w:tcW w:w="6661" w:type="dxa"/>
              </w:tcPr>
              <w:p w14:paraId="5CA89AF5" w14:textId="77777777" w:rsidR="0034520A" w:rsidRPr="00260F73" w:rsidRDefault="0034520A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5F4B79BF" w14:textId="77777777" w:rsidTr="0034520A">
        <w:tc>
          <w:tcPr>
            <w:tcW w:w="2689" w:type="dxa"/>
            <w:tcBorders>
              <w:bottom w:val="single" w:sz="4" w:space="0" w:color="auto"/>
            </w:tcBorders>
          </w:tcPr>
          <w:p w14:paraId="7A47CB9E" w14:textId="77777777" w:rsidR="0034520A" w:rsidRPr="00260F73" w:rsidRDefault="0034520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F5B5EAA" w14:textId="77777777" w:rsidR="0034520A" w:rsidRPr="00260F73" w:rsidRDefault="0034520A">
            <w:r w:rsidRPr="00260F73">
              <w:t xml:space="preserve">Yes </w:t>
            </w:r>
            <w:sdt>
              <w:sdtPr>
                <w:id w:val="-111452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1232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500A45A" w14:textId="77777777" w:rsidTr="0034520A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6F0A67A2" w14:textId="77777777" w:rsidR="0034520A" w:rsidRPr="00260F73" w:rsidRDefault="0034520A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7D36A90F" w14:textId="77777777" w:rsidR="0034520A" w:rsidRPr="00260F73" w:rsidRDefault="0034520A"/>
        </w:tc>
      </w:tr>
      <w:tr w:rsidR="0034520A" w:rsidRPr="00260F73" w14:paraId="7ECFA8FF" w14:textId="77777777" w:rsidTr="000B319E">
        <w:tc>
          <w:tcPr>
            <w:tcW w:w="2689" w:type="dxa"/>
          </w:tcPr>
          <w:p w14:paraId="0488DA2A" w14:textId="77777777" w:rsidR="0034520A" w:rsidRPr="00260F73" w:rsidRDefault="0034520A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2028665117"/>
            <w:placeholder>
              <w:docPart w:val="BB0CB001AD624B23A5F15A8B8185FDD0"/>
            </w:placeholder>
            <w:showingPlcHdr/>
          </w:sdtPr>
          <w:sdtContent>
            <w:tc>
              <w:tcPr>
                <w:tcW w:w="6661" w:type="dxa"/>
              </w:tcPr>
              <w:p w14:paraId="11262114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A4DE824" w14:textId="77777777" w:rsidTr="000B319E">
        <w:tc>
          <w:tcPr>
            <w:tcW w:w="2689" w:type="dxa"/>
          </w:tcPr>
          <w:p w14:paraId="7F932955" w14:textId="77777777" w:rsidR="0034520A" w:rsidRPr="00260F73" w:rsidRDefault="0034520A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281461086"/>
            <w:placeholder>
              <w:docPart w:val="C3DFA0A20EF244408658A586FE3E6CCF"/>
            </w:placeholder>
            <w:showingPlcHdr/>
          </w:sdtPr>
          <w:sdtContent>
            <w:tc>
              <w:tcPr>
                <w:tcW w:w="6661" w:type="dxa"/>
              </w:tcPr>
              <w:p w14:paraId="4BA594E5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09C541A" w14:textId="77777777" w:rsidTr="000B319E">
        <w:tc>
          <w:tcPr>
            <w:tcW w:w="2689" w:type="dxa"/>
          </w:tcPr>
          <w:p w14:paraId="09CF637B" w14:textId="77777777" w:rsidR="0034520A" w:rsidRPr="00260F73" w:rsidRDefault="0034520A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89534159"/>
            <w:placeholder>
              <w:docPart w:val="E4A6E5B3E750489CB0C4C1899C52BDD5"/>
            </w:placeholder>
            <w:showingPlcHdr/>
          </w:sdtPr>
          <w:sdtContent>
            <w:tc>
              <w:tcPr>
                <w:tcW w:w="6661" w:type="dxa"/>
              </w:tcPr>
              <w:p w14:paraId="74281436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1761C23" w14:textId="77777777" w:rsidTr="000B319E">
        <w:tc>
          <w:tcPr>
            <w:tcW w:w="2689" w:type="dxa"/>
          </w:tcPr>
          <w:p w14:paraId="48534648" w14:textId="77777777" w:rsidR="0034520A" w:rsidRPr="00260F73" w:rsidRDefault="0034520A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DBC1405" w14:textId="77777777" w:rsidR="0034520A" w:rsidRPr="00260F73" w:rsidRDefault="0034520A" w:rsidP="000B319E"/>
        </w:tc>
        <w:sdt>
          <w:sdtPr>
            <w:id w:val="-193765846"/>
            <w:placeholder>
              <w:docPart w:val="029761C25CFF4440B675C72392C0489C"/>
            </w:placeholder>
            <w:showingPlcHdr/>
          </w:sdtPr>
          <w:sdtContent>
            <w:tc>
              <w:tcPr>
                <w:tcW w:w="6661" w:type="dxa"/>
              </w:tcPr>
              <w:p w14:paraId="7358D1D0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ECAF08E" w14:textId="77777777" w:rsidTr="000B319E">
        <w:tc>
          <w:tcPr>
            <w:tcW w:w="2689" w:type="dxa"/>
          </w:tcPr>
          <w:p w14:paraId="1B22430F" w14:textId="77777777" w:rsidR="0034520A" w:rsidRPr="00260F73" w:rsidRDefault="0034520A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C734FD9" w14:textId="77777777" w:rsidR="0034520A" w:rsidRPr="00260F73" w:rsidRDefault="0034520A" w:rsidP="000B319E">
            <w:r w:rsidRPr="00260F73">
              <w:t xml:space="preserve">Complete  </w:t>
            </w:r>
            <w:sdt>
              <w:sdtPr>
                <w:id w:val="-73068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2294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4F47A57" w14:textId="77777777" w:rsidTr="000B319E">
        <w:tc>
          <w:tcPr>
            <w:tcW w:w="2689" w:type="dxa"/>
          </w:tcPr>
          <w:p w14:paraId="0A7B3E52" w14:textId="77777777" w:rsidR="0034520A" w:rsidRPr="00260F73" w:rsidRDefault="0034520A" w:rsidP="000B319E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2137781046"/>
            <w:placeholder>
              <w:docPart w:val="13ACC168A6524DD3921FCBA313CE60D4"/>
            </w:placeholder>
            <w:showingPlcHdr/>
          </w:sdtPr>
          <w:sdtContent>
            <w:tc>
              <w:tcPr>
                <w:tcW w:w="6661" w:type="dxa"/>
              </w:tcPr>
              <w:p w14:paraId="35129540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88BBDC7" w14:textId="77777777" w:rsidTr="000B319E">
        <w:tc>
          <w:tcPr>
            <w:tcW w:w="2689" w:type="dxa"/>
          </w:tcPr>
          <w:p w14:paraId="52061706" w14:textId="77777777" w:rsidR="0034520A" w:rsidRPr="00260F73" w:rsidRDefault="0034520A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205801010"/>
            <w:placeholder>
              <w:docPart w:val="3DE3FB5CA07F408B9EDECE34B5B7099B"/>
            </w:placeholder>
            <w:showingPlcHdr/>
          </w:sdtPr>
          <w:sdtContent>
            <w:tc>
              <w:tcPr>
                <w:tcW w:w="6661" w:type="dxa"/>
              </w:tcPr>
              <w:p w14:paraId="4EAE1C97" w14:textId="77777777" w:rsidR="0034520A" w:rsidRPr="00260F73" w:rsidRDefault="0034520A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4FA90B9A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73FC2480" w14:textId="77777777" w:rsidR="0034520A" w:rsidRPr="00260F73" w:rsidRDefault="0034520A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B113EF5" w14:textId="77777777" w:rsidR="0034520A" w:rsidRPr="00260F73" w:rsidRDefault="0034520A" w:rsidP="000B319E">
            <w:r w:rsidRPr="00260F73">
              <w:t xml:space="preserve">Yes </w:t>
            </w:r>
            <w:sdt>
              <w:sdtPr>
                <w:id w:val="21024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8342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390CEC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A73FE" w14:textId="5C03E4D7" w:rsidR="0034520A" w:rsidRPr="00260F73" w:rsidRDefault="0034520A"/>
        </w:tc>
      </w:tr>
    </w:tbl>
    <w:p w14:paraId="7A882F9A" w14:textId="77777777" w:rsidR="00E9708F" w:rsidRPr="00260F73" w:rsidRDefault="00E9708F"/>
    <w:p w14:paraId="6211B2C4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6AFF5FF9" w:rsidR="00446759" w:rsidRDefault="00446759" w:rsidP="00446759">
      <w:pPr>
        <w:pStyle w:val="Heading1"/>
      </w:pPr>
      <w:r>
        <w:lastRenderedPageBreak/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641B7A02" w14:textId="28B1C1E4" w:rsidR="00A50EFE" w:rsidRPr="00A50EFE" w:rsidRDefault="00A50EFE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A50EFE">
        <w:rPr>
          <w:b/>
          <w:bCs/>
        </w:rPr>
        <w:t>Describe your involvement in patient safety initiatives.</w:t>
      </w:r>
    </w:p>
    <w:sdt>
      <w:sdtPr>
        <w:rPr>
          <w:lang w:val="en-US"/>
        </w:rPr>
        <w:id w:val="-943079556"/>
        <w:placeholder>
          <w:docPart w:val="FF33AAC1D2E844FBBD43F6EDC271D0FC"/>
        </w:placeholder>
        <w:showingPlcHdr/>
      </w:sdtPr>
      <w:sdtContent>
        <w:p w14:paraId="258D497C" w14:textId="21760681" w:rsidR="00A50EFE" w:rsidRPr="00A50EFE" w:rsidRDefault="00A50EFE" w:rsidP="00A50EFE">
          <w:pPr>
            <w:rPr>
              <w:lang w:val="en-US"/>
            </w:rPr>
          </w:pPr>
          <w:r w:rsidRPr="00137AD7">
            <w:rPr>
              <w:rStyle w:val="PlaceholderText"/>
              <w:lang w:val="en-US"/>
            </w:rPr>
            <w:t>Click or tap here to enter text.</w:t>
          </w:r>
        </w:p>
      </w:sdtContent>
    </w:sdt>
    <w:p w14:paraId="28B48482" w14:textId="4C0B2F1E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  <w:comment w:id="1" w:author="Carol Blackburn" w:date="2026-06-25T09:12:00Z" w:initials="CB">
    <w:p w14:paraId="33263F5B" w14:textId="77777777" w:rsidR="000A5F58" w:rsidRDefault="000A5F58">
      <w:pPr>
        <w:pStyle w:val="CommentText"/>
      </w:pPr>
      <w:r>
        <w:rPr>
          <w:rStyle w:val="CommentReference"/>
        </w:rPr>
        <w:annotationRef/>
      </w:r>
      <w:r w:rsidRPr="52145F16">
        <w:t>Can we add, “</w:t>
      </w:r>
      <w:r w:rsidRPr="17F9C6BB">
        <w:t>posters ,</w:t>
      </w:r>
      <w:r w:rsidRPr="76A8E65C">
        <w:t xml:space="preserve"> oral presentations and published work” in order to encourage them to not just list 6 posters!?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  <w15:commentEx w15:paraId="33263F5B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  <w16cid:commentId w16cid:paraId="33263F5B" w16cid:durableId="23B496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526A" w14:textId="77777777" w:rsidR="00837B0E" w:rsidRPr="00260F73" w:rsidRDefault="00837B0E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2678CCE2" w14:textId="77777777" w:rsidR="00837B0E" w:rsidRPr="00260F73" w:rsidRDefault="00837B0E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DFB2" w14:textId="77777777" w:rsidR="00837B0E" w:rsidRPr="00260F73" w:rsidRDefault="00837B0E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6742003A" w14:textId="77777777" w:rsidR="00837B0E" w:rsidRPr="00260F73" w:rsidRDefault="00837B0E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7277F9C8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8816C3">
      <w:t>Neuropathology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CE977E3" w:rsidR="001B2E81" w:rsidRPr="00260F73" w:rsidRDefault="004467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D570E1" wp14:editId="063F094B">
          <wp:simplePos x="0" y="0"/>
          <wp:positionH relativeFrom="column">
            <wp:posOffset>-647700</wp:posOffset>
          </wp:positionH>
          <wp:positionV relativeFrom="paragraph">
            <wp:posOffset>-209550</wp:posOffset>
          </wp:positionV>
          <wp:extent cx="2855647" cy="1044000"/>
          <wp:effectExtent l="0" t="0" r="1905" b="3810"/>
          <wp:wrapTopAndBottom/>
          <wp:docPr id="43051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51264" name="Picture 430512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5647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42F61"/>
    <w:rsid w:val="0015074B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4520A"/>
    <w:rsid w:val="003713D2"/>
    <w:rsid w:val="003729FB"/>
    <w:rsid w:val="003E49E9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37B0E"/>
    <w:rsid w:val="008525FA"/>
    <w:rsid w:val="008816C3"/>
    <w:rsid w:val="009A7B67"/>
    <w:rsid w:val="009E4AEB"/>
    <w:rsid w:val="00A0792E"/>
    <w:rsid w:val="00A36383"/>
    <w:rsid w:val="00A50EFE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A296B"/>
    <w:rsid w:val="00DC08F7"/>
    <w:rsid w:val="00E9708F"/>
    <w:rsid w:val="00F211F0"/>
    <w:rsid w:val="00F277ED"/>
    <w:rsid w:val="00F4085D"/>
    <w:rsid w:val="00F54DC5"/>
    <w:rsid w:val="00F7520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724A40" w:rsidP="00724A40">
          <w:pPr>
            <w:pStyle w:val="F4D6CB2241074A76A75ACE4A72F3BAC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724A40" w:rsidP="00724A40">
          <w:pPr>
            <w:pStyle w:val="5C6BE9DD57B042A78E73AE6C65AB81E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724A40" w:rsidP="00724A40">
          <w:pPr>
            <w:pStyle w:val="B94FF17A7DD844238942618D220CAEE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724A40" w:rsidP="00724A40">
          <w:pPr>
            <w:pStyle w:val="767E5F504CE04A3283DBB5C362BF53D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724A40" w:rsidP="00724A40">
          <w:pPr>
            <w:pStyle w:val="15FA136DFCC9400EA3643631FD9D49A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724A40" w:rsidP="00724A40">
          <w:pPr>
            <w:pStyle w:val="758EF154077D4EC492E0AA02749775E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724A40" w:rsidP="00724A40">
          <w:pPr>
            <w:pStyle w:val="60444590C5F4414E83C6454885D5753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724A40" w:rsidP="00724A40">
          <w:pPr>
            <w:pStyle w:val="096DC268CB3744C7AF90E558EFABE7F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724A40" w:rsidP="00724A40">
          <w:pPr>
            <w:pStyle w:val="16EE3227410F4460A6706019F08584B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724A40" w:rsidP="00724A40">
          <w:pPr>
            <w:pStyle w:val="35C6ADD19D0A4F7F9AA8A8D4CCB1374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724A40" w:rsidP="00724A40">
          <w:pPr>
            <w:pStyle w:val="0AD4EFDEB46F4DD3B07D7D864B6EAE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724A40" w:rsidP="00724A40">
          <w:pPr>
            <w:pStyle w:val="C969D259CE28476AA1EB44B74A93B0D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724A40" w:rsidP="00724A40">
          <w:pPr>
            <w:pStyle w:val="4163D3241B974CB9999FF0EC5B4E2B2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724A40" w:rsidP="00724A40">
          <w:pPr>
            <w:pStyle w:val="89495584885745569DDCF4FEC1482D05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724A40" w:rsidP="00724A40">
          <w:pPr>
            <w:pStyle w:val="66C6F6902A3B4D4CA7D745FDDA70B68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724A40" w:rsidP="00724A40">
          <w:pPr>
            <w:pStyle w:val="4CD965A9EE694FECADF2476D720E7B6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724A40" w:rsidP="00724A40">
          <w:pPr>
            <w:pStyle w:val="09E232A6ADC042DB884957F020A929B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724A40" w:rsidP="00724A40">
          <w:pPr>
            <w:pStyle w:val="3DF7FD3C5E5C4C0992D419903A5ACDD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724A40" w:rsidP="00724A40">
          <w:pPr>
            <w:pStyle w:val="657F90F891404138BEF4C8B0986FE70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724A40" w:rsidP="00724A40">
          <w:pPr>
            <w:pStyle w:val="C9113B8A854441D682CE5AC80AFB086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724A40" w:rsidP="00724A40">
          <w:pPr>
            <w:pStyle w:val="E3F5175B57004446843F4F317C13BE7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724A40" w:rsidP="00724A40">
          <w:pPr>
            <w:pStyle w:val="74CADD3637F3476CAEF2795719E307A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724A40" w:rsidP="00724A40">
          <w:pPr>
            <w:pStyle w:val="6E2E25C8BD59485F83A4E1A3EB66C1C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724A40" w:rsidP="00724A40">
          <w:pPr>
            <w:pStyle w:val="CADFFF9D18954E1993F5C0789B03E17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724A40" w:rsidP="00724A40">
          <w:pPr>
            <w:pStyle w:val="872FF4CA11794B8A841DB2220DF10EA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724A40" w:rsidP="00724A40">
          <w:pPr>
            <w:pStyle w:val="4E97BD512F134974B65EC5CE1A1FFA5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724A40" w:rsidP="00724A40">
          <w:pPr>
            <w:pStyle w:val="43C24FC1DD4E4C25906C3761C0E444F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724A40" w:rsidP="00724A40">
          <w:pPr>
            <w:pStyle w:val="6E5B51F8A20C49259CB13015EB12138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724A40" w:rsidP="00724A40">
          <w:pPr>
            <w:pStyle w:val="ACA81B7FEB124004A04A95F11ADBD7A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724A40" w:rsidP="00724A40">
          <w:pPr>
            <w:pStyle w:val="AB27C8C8D90949D99B80C3BCC40C6D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724A40" w:rsidP="00724A40">
          <w:pPr>
            <w:pStyle w:val="BE6BAA36B4CE46CCBA1107A2CA8632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724A40" w:rsidP="00724A40">
          <w:pPr>
            <w:pStyle w:val="98F3A9EE91754E259AFD2F141BD88EC3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724A40" w:rsidP="00724A40">
          <w:pPr>
            <w:pStyle w:val="A562792367E244C2B52C13434E400D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724A40" w:rsidP="00724A40">
          <w:pPr>
            <w:pStyle w:val="7E217E49FF2B4BCCB4F3ACCCBA86205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724A40" w:rsidP="00724A40">
          <w:pPr>
            <w:pStyle w:val="A6B6B6169038418C8F137F03A3BAC3E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724A40" w:rsidP="00724A40">
          <w:pPr>
            <w:pStyle w:val="BA84038C5BAB4BC98BCFD7720888F4E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724A40" w:rsidP="00724A40">
          <w:pPr>
            <w:pStyle w:val="2A85F1BB5E59479D91B2E845B74103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724A40" w:rsidP="00724A40">
          <w:pPr>
            <w:pStyle w:val="734A0FEE22AB4D08A85FAFBB84445CB9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724A40" w:rsidP="00724A40">
          <w:pPr>
            <w:pStyle w:val="3AE69983638E496B87E186B118E83D0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724A40" w:rsidP="00724A40">
          <w:pPr>
            <w:pStyle w:val="4E1B8BE8E635423EB269141E9E2912A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724A40" w:rsidP="00724A40">
          <w:pPr>
            <w:pStyle w:val="522C19E6AA2346A4966003129C441C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724A40" w:rsidP="00724A40">
          <w:pPr>
            <w:pStyle w:val="DC6DBC8E8B3947CB8F9195F36B67D85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724A40" w:rsidP="00724A40">
          <w:pPr>
            <w:pStyle w:val="49487EF4E50B45EF8F8DF0A58099CB0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724A40" w:rsidP="00724A40">
          <w:pPr>
            <w:pStyle w:val="C6C5AA04D5744E5397F5B4C02E599FE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724A40" w:rsidP="00724A40">
          <w:pPr>
            <w:pStyle w:val="657845195F10471BB191FDF6254F450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724A40" w:rsidP="00724A40">
          <w:pPr>
            <w:pStyle w:val="4261ABEBA6024587BD9BFFA89B86CBA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724A40" w:rsidP="00724A40">
          <w:pPr>
            <w:pStyle w:val="ECE4C47E07C843CCA2D7255597D0770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724A40" w:rsidP="00724A40">
          <w:pPr>
            <w:pStyle w:val="9444CF760006459A89EF2B7CE3AFF2D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724A40" w:rsidP="00724A40">
          <w:pPr>
            <w:pStyle w:val="A451D5A1F2414B9AB219F05CFB3EC45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724A40" w:rsidP="00724A40">
          <w:pPr>
            <w:pStyle w:val="E58E1C4CC73644419B96786849CD041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724A40" w:rsidP="00724A40">
          <w:pPr>
            <w:pStyle w:val="CA4E4ABAE5DA465E97A6237A7809538C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724A40" w:rsidP="00724A40">
          <w:pPr>
            <w:pStyle w:val="156AE4FD73954CA688AAE317B321396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724A40" w:rsidP="00724A40">
          <w:pPr>
            <w:pStyle w:val="6D5A277E4DAE4119840AF2E2D970FC5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724A40" w:rsidP="00724A40">
          <w:pPr>
            <w:pStyle w:val="586FFECF142C4598987272C037E4807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724A40" w:rsidP="00724A40">
          <w:pPr>
            <w:pStyle w:val="0FB6E5FECABF45829BB384A56029A2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724A40" w:rsidP="00724A40">
          <w:pPr>
            <w:pStyle w:val="7041F98D97294F33B27DB409BE8E34F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724A40" w:rsidP="00724A40">
          <w:pPr>
            <w:pStyle w:val="73AB6D1D873F4738BF61AE697637871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724A40" w:rsidP="00724A40">
          <w:pPr>
            <w:pStyle w:val="520891A0A4C04E9D9F8A8F3644975C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724A40" w:rsidP="00724A40">
          <w:pPr>
            <w:pStyle w:val="C582574595EA444189787F4DFB8EE37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724A40" w:rsidP="00724A40">
          <w:pPr>
            <w:pStyle w:val="55670920D67C4481B676B57D42BEF39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724A40" w:rsidP="00724A40">
          <w:pPr>
            <w:pStyle w:val="1734C0B0E50C4165979C1D1CD6EF511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724A40" w:rsidP="00724A40">
          <w:pPr>
            <w:pStyle w:val="A98CC7936C024C2988776FBA2CC670B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724A40" w:rsidP="00724A40">
          <w:pPr>
            <w:pStyle w:val="2E9B36F7201C45DF99CA9FA9C42900A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724A40" w:rsidP="00724A40">
          <w:pPr>
            <w:pStyle w:val="09814CF1CD7A47D3BB560F37A96F9D5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724A40" w:rsidP="00724A40">
          <w:pPr>
            <w:pStyle w:val="7793DEAF92564508A217818A964BBBC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724A40" w:rsidP="00724A40">
          <w:pPr>
            <w:pStyle w:val="D5F14FB66A15431389EB3E003A7DADB1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724A40" w:rsidP="00724A40">
          <w:pPr>
            <w:pStyle w:val="0650B01579224C17841E78E78C05793F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724A40" w:rsidP="00724A40">
          <w:pPr>
            <w:pStyle w:val="0D0E7F21F7C74B9EB2B3FE75BF17E85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724A40" w:rsidP="00724A40">
          <w:pPr>
            <w:pStyle w:val="E7D02D12569949259F4B303AE9EE91BE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724A40" w:rsidP="00724A40">
          <w:pPr>
            <w:pStyle w:val="CAA78230F4974F91A466D1A3E44D5E2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724A40" w:rsidP="00724A40">
          <w:pPr>
            <w:pStyle w:val="F0CFA2EC4C7B4356B9A2A03A62C38968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724A40" w:rsidP="00724A40">
          <w:pPr>
            <w:pStyle w:val="9380793E9EE044989EB44762814E78B6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724A40" w:rsidP="00724A40">
          <w:pPr>
            <w:pStyle w:val="0E951C26B4874E2787CBE628EA2C2094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724A40" w:rsidP="00724A40">
          <w:pPr>
            <w:pStyle w:val="07E5AC0373094234B85BEF415F1A8998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724A40" w:rsidP="00724A40">
          <w:pPr>
            <w:pStyle w:val="3ED87B2022A34B2198DC2B217B191AF1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66E32" w:rsidRDefault="00724A40" w:rsidP="00724A40">
          <w:pPr>
            <w:pStyle w:val="E784E538356841158C171F82ADDD532E3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866E32" w:rsidRDefault="00724A40" w:rsidP="00724A40">
          <w:pPr>
            <w:pStyle w:val="A52E9F0F3C3549C29B060FC2F2A6D5783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866E32" w:rsidRDefault="00724A40" w:rsidP="00724A40">
          <w:pPr>
            <w:pStyle w:val="136CB3F2E58949E09F2EAE0D704C7EE03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66E32" w:rsidRDefault="00724A40" w:rsidP="00724A40">
          <w:pPr>
            <w:pStyle w:val="9F98BD6A7E484DF08110B1C4E624D3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66E32" w:rsidRDefault="00724A40" w:rsidP="00724A40">
          <w:pPr>
            <w:pStyle w:val="233C5AFA5E7E4902A9BB228B214E579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66E32" w:rsidRDefault="00724A40" w:rsidP="00724A40">
          <w:pPr>
            <w:pStyle w:val="1B8839E78C2545FD826212E931A37F3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66E32" w:rsidRDefault="00724A40" w:rsidP="00724A40">
          <w:pPr>
            <w:pStyle w:val="69B61E07360347BCBC59BA9F385F723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866E32" w:rsidRDefault="00724A40" w:rsidP="00724A40">
          <w:pPr>
            <w:pStyle w:val="1B3653A43C104BD19568C0A6A4225B7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66E32" w:rsidRDefault="00724A40" w:rsidP="00724A40">
          <w:pPr>
            <w:pStyle w:val="EEADD47DEE724B839CD6026B1BF75AA9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66E32" w:rsidRDefault="00724A40" w:rsidP="00724A40">
          <w:pPr>
            <w:pStyle w:val="2636CEBDA55446F2B898CE82D65A7F19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66E32" w:rsidRDefault="00724A40" w:rsidP="00724A40">
          <w:pPr>
            <w:pStyle w:val="B1AD7A19AFD34107A93F340107E987C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66E32" w:rsidRDefault="00724A40" w:rsidP="00724A40">
          <w:pPr>
            <w:pStyle w:val="886A75EF89754CCCA94133C3ED14837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66E32" w:rsidRDefault="00724A40" w:rsidP="00724A40">
          <w:pPr>
            <w:pStyle w:val="5ED57F54BA834AB1B5607992871117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66E32" w:rsidRDefault="00724A40" w:rsidP="00724A40">
          <w:pPr>
            <w:pStyle w:val="6DFABCABA0B9461DA7D3E68645D5FAB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66E32" w:rsidRDefault="00724A40" w:rsidP="00724A40">
          <w:pPr>
            <w:pStyle w:val="D90A19DFEA52488BB99915162C93968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66E32" w:rsidRDefault="00724A40" w:rsidP="00724A40">
          <w:pPr>
            <w:pStyle w:val="521563FD68FD43D5BA165673FF6D137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66E32" w:rsidRDefault="00724A40" w:rsidP="00724A40">
          <w:pPr>
            <w:pStyle w:val="AE408CFFC6BA4AA5A655C4CB9E8D33B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66E32" w:rsidRDefault="00724A40" w:rsidP="00724A40">
          <w:pPr>
            <w:pStyle w:val="77C883E787A7487E8AC9A2460D0D6120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66E32" w:rsidRDefault="00724A40" w:rsidP="00724A40">
          <w:pPr>
            <w:pStyle w:val="EDFABB6305204921AB41714CDBEF1F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66E32" w:rsidRDefault="00724A40" w:rsidP="00724A40">
          <w:pPr>
            <w:pStyle w:val="39948876AF22424CB7ED2F5AF92F9C4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66E32" w:rsidRDefault="00724A40" w:rsidP="00724A40">
          <w:pPr>
            <w:pStyle w:val="4EEA29DA30454295831DD7CCFD0893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33AAC1D2E844FBBD43F6EDC271D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BE6B1-A430-432E-BDD1-1367EABFB184}"/>
      </w:docPartPr>
      <w:docPartBody>
        <w:p w:rsidR="00724A40" w:rsidRDefault="00724A40" w:rsidP="00724A40">
          <w:pPr>
            <w:pStyle w:val="FF33AAC1D2E844FBBD43F6EDC271D0FC3"/>
          </w:pPr>
          <w:r w:rsidRPr="00137AD7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090FA0BA5794AC5AC717DD711E33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1D745-2D99-4D3A-B3FA-BC9F2E0BC9F0}"/>
      </w:docPartPr>
      <w:docPartBody>
        <w:p w:rsidR="00000000" w:rsidRDefault="00724A40" w:rsidP="00724A40">
          <w:pPr>
            <w:pStyle w:val="A090FA0BA5794AC5AC717DD711E33CB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0DCF34BD304046A80B744FE313E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99629-C255-4A78-B8D4-D45017918777}"/>
      </w:docPartPr>
      <w:docPartBody>
        <w:p w:rsidR="00000000" w:rsidRDefault="00724A40" w:rsidP="00724A40">
          <w:pPr>
            <w:pStyle w:val="720DCF34BD304046A80B744FE313EC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E6A3066A2874823A6138F2009EB4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47D4-1482-46B3-B25B-91916B61E7AE}"/>
      </w:docPartPr>
      <w:docPartBody>
        <w:p w:rsidR="00000000" w:rsidRDefault="00724A40" w:rsidP="00724A40">
          <w:pPr>
            <w:pStyle w:val="7E6A3066A2874823A6138F2009EB4F8E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3787E2D6CD437D958559317278B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37BB5-FBDE-4FCD-983D-6791B9670860}"/>
      </w:docPartPr>
      <w:docPartBody>
        <w:p w:rsidR="00000000" w:rsidRDefault="00724A40" w:rsidP="00724A40">
          <w:pPr>
            <w:pStyle w:val="EF3787E2D6CD437D958559317278BA3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AD3B9F6384CAEA9353EA290441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C0D79-5411-49DD-A53F-EE27A65865E8}"/>
      </w:docPartPr>
      <w:docPartBody>
        <w:p w:rsidR="00000000" w:rsidRDefault="00724A40" w:rsidP="00724A40">
          <w:pPr>
            <w:pStyle w:val="AE2AD3B9F6384CAEA9353EA29044133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AE43D795DD4C2BA30FD59691E21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F1C38-0CBD-41F9-A2AD-99C65C6EEB16}"/>
      </w:docPartPr>
      <w:docPartBody>
        <w:p w:rsidR="00000000" w:rsidRDefault="00724A40" w:rsidP="00724A40">
          <w:pPr>
            <w:pStyle w:val="75AE43D795DD4C2BA30FD59691E2117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053F17F6894268A992542D36635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D1880-CBD4-4D98-91AA-D1FABB24CD82}"/>
      </w:docPartPr>
      <w:docPartBody>
        <w:p w:rsidR="00000000" w:rsidRDefault="00724A40" w:rsidP="00724A40">
          <w:pPr>
            <w:pStyle w:val="C7053F17F6894268A992542D36635BF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4396752B64498AA38F776F45257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F42C1-2F93-4947-9CFD-886F20A558CC}"/>
      </w:docPartPr>
      <w:docPartBody>
        <w:p w:rsidR="00000000" w:rsidRDefault="00724A40" w:rsidP="00724A40">
          <w:pPr>
            <w:pStyle w:val="E94396752B64498AA38F776F4525745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EF752B72EA40298F4D5446F574A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78ECD-8582-4D2A-ABE9-6E3FF5D2B797}"/>
      </w:docPartPr>
      <w:docPartBody>
        <w:p w:rsidR="00000000" w:rsidRDefault="00724A40" w:rsidP="00724A40">
          <w:pPr>
            <w:pStyle w:val="19EF752B72EA40298F4D5446F574AE0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0FC10C07D54A89B954D87631C1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04E1-D7AF-4CB9-A500-C8B3DA9F2CF0}"/>
      </w:docPartPr>
      <w:docPartBody>
        <w:p w:rsidR="00000000" w:rsidRDefault="00724A40" w:rsidP="00724A40">
          <w:pPr>
            <w:pStyle w:val="150FC10C07D54A89B954D87631C13C02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5A78D52909475AB9E852DA4B61B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8AA06-5AE4-4318-85FD-FBE266A0E7CD}"/>
      </w:docPartPr>
      <w:docPartBody>
        <w:p w:rsidR="00000000" w:rsidRDefault="00724A40" w:rsidP="00724A40">
          <w:pPr>
            <w:pStyle w:val="525A78D52909475AB9E852DA4B61BED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4A461515D471D8D6FC7EA50B34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EC718-6EBE-4E2C-96E1-8CE9FA476C31}"/>
      </w:docPartPr>
      <w:docPartBody>
        <w:p w:rsidR="00000000" w:rsidRDefault="00724A40" w:rsidP="00724A40">
          <w:pPr>
            <w:pStyle w:val="A704A461515D471D8D6FC7EA50B3419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9DC2D9B1645DC97D44B8251F08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848A0-A406-4026-9392-A1F7B6EF0701}"/>
      </w:docPartPr>
      <w:docPartBody>
        <w:p w:rsidR="00000000" w:rsidRDefault="00724A40" w:rsidP="00724A40">
          <w:pPr>
            <w:pStyle w:val="C479DC2D9B1645DC97D44B8251F08D6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F8A1A819C44A348A91ADE8A4DB2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0F875-B818-4D66-BBAB-82205B590E19}"/>
      </w:docPartPr>
      <w:docPartBody>
        <w:p w:rsidR="00000000" w:rsidRDefault="00724A40" w:rsidP="00724A40">
          <w:pPr>
            <w:pStyle w:val="08F8A1A819C44A348A91ADE8A4DB2D0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C15532E104FD0955B923EA875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7402-E4E9-4FE2-9B26-01A9F86E02AB}"/>
      </w:docPartPr>
      <w:docPartBody>
        <w:p w:rsidR="00000000" w:rsidRDefault="00724A40" w:rsidP="00724A40">
          <w:pPr>
            <w:pStyle w:val="5E0C15532E104FD0955B923EA875F6F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93F09032E8405FB87C59C4F0E8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B159D-223B-43E4-8843-ABBAB146AF16}"/>
      </w:docPartPr>
      <w:docPartBody>
        <w:p w:rsidR="00000000" w:rsidRDefault="00724A40" w:rsidP="00724A40">
          <w:pPr>
            <w:pStyle w:val="9D93F09032E8405FB87C59C4F0E874A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F5EFFE296F4104AC12D83E105B8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724AB-3F32-47B1-8994-789F376878AF}"/>
      </w:docPartPr>
      <w:docPartBody>
        <w:p w:rsidR="00000000" w:rsidRDefault="00724A40" w:rsidP="00724A40">
          <w:pPr>
            <w:pStyle w:val="F9F5EFFE296F4104AC12D83E105B8DD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6712F436C014F0499E34EAABAA56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93965-2B4C-4498-9988-10B3BCAE2FB8}"/>
      </w:docPartPr>
      <w:docPartBody>
        <w:p w:rsidR="00000000" w:rsidRDefault="00724A40" w:rsidP="00724A40">
          <w:pPr>
            <w:pStyle w:val="16712F436C014F0499E34EAABAA56CC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5760F5C80B4655820229D13443B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3C937-C90A-4A59-9F55-611CE8080156}"/>
      </w:docPartPr>
      <w:docPartBody>
        <w:p w:rsidR="00000000" w:rsidRDefault="00724A40" w:rsidP="00724A40">
          <w:pPr>
            <w:pStyle w:val="075760F5C80B4655820229D13443B0E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966D1E99A24B1B86B59F77224A3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F9F18-794F-41CA-BE9E-7C9A17965F68}"/>
      </w:docPartPr>
      <w:docPartBody>
        <w:p w:rsidR="00000000" w:rsidRDefault="00724A40" w:rsidP="00724A40">
          <w:pPr>
            <w:pStyle w:val="A8966D1E99A24B1B86B59F77224A362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A74A2288543E3867405059A4E5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DA63-0C57-4BC1-8DBA-33975885F8FD}"/>
      </w:docPartPr>
      <w:docPartBody>
        <w:p w:rsidR="00000000" w:rsidRDefault="00724A40" w:rsidP="00724A40">
          <w:pPr>
            <w:pStyle w:val="D44A74A2288543E3867405059A4E52E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380108A714A54B553069EF8B92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EB5D4-FBFC-412F-BEB3-33BC6DE66423}"/>
      </w:docPartPr>
      <w:docPartBody>
        <w:p w:rsidR="00000000" w:rsidRDefault="00724A40" w:rsidP="00724A40">
          <w:pPr>
            <w:pStyle w:val="14D380108A714A54B553069EF8B9224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149B13A6144A888F402D180EC1C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BC033-598B-45C0-9D04-2F8B405F39B7}"/>
      </w:docPartPr>
      <w:docPartBody>
        <w:p w:rsidR="00000000" w:rsidRDefault="00724A40" w:rsidP="00724A40">
          <w:pPr>
            <w:pStyle w:val="F3149B13A6144A888F402D180EC1C5E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A52E3B218548A69313079785DAC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20F0C-AF18-4083-9C77-01CD40E67114}"/>
      </w:docPartPr>
      <w:docPartBody>
        <w:p w:rsidR="00000000" w:rsidRDefault="00724A40" w:rsidP="00724A40">
          <w:pPr>
            <w:pStyle w:val="02A52E3B218548A69313079785DAC1FE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08B58E68024BACAFB867A714BA2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1C4BE-144F-4D68-928D-E091D14E828C}"/>
      </w:docPartPr>
      <w:docPartBody>
        <w:p w:rsidR="00000000" w:rsidRDefault="00724A40" w:rsidP="00724A40">
          <w:pPr>
            <w:pStyle w:val="1008B58E68024BACAFB867A714BA2C01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50C2647F9E4876A4CEA16AB936D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900-FE04-4A80-BABD-E91DD3B6EFCB}"/>
      </w:docPartPr>
      <w:docPartBody>
        <w:p w:rsidR="00000000" w:rsidRDefault="00724A40" w:rsidP="00724A40">
          <w:pPr>
            <w:pStyle w:val="C850C2647F9E4876A4CEA16AB936D19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100737F25D4A0BBB60058BC4DBE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B80F-3D62-4545-9CF9-85298B9E7A51}"/>
      </w:docPartPr>
      <w:docPartBody>
        <w:p w:rsidR="00000000" w:rsidRDefault="00724A40" w:rsidP="00724A40">
          <w:pPr>
            <w:pStyle w:val="02100737F25D4A0BBB60058BC4DBE10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B69D45F85A49EB9C04E47A72665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C1124-0C0B-42F9-ADA8-9E1F930146BF}"/>
      </w:docPartPr>
      <w:docPartBody>
        <w:p w:rsidR="00000000" w:rsidRDefault="00724A40" w:rsidP="00724A40">
          <w:pPr>
            <w:pStyle w:val="CDB69D45F85A49EB9C04E47A72665C9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36A35E921845CD80DB16EF2D142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350BC-ED42-43DC-BD3E-A6B3BE119B0A}"/>
      </w:docPartPr>
      <w:docPartBody>
        <w:p w:rsidR="00000000" w:rsidRDefault="00724A40" w:rsidP="00724A40">
          <w:pPr>
            <w:pStyle w:val="3F36A35E921845CD80DB16EF2D14299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68B50590F49D3B4974CE227658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4899C-9EB1-42A6-A41B-9AF783F47E69}"/>
      </w:docPartPr>
      <w:docPartBody>
        <w:p w:rsidR="00000000" w:rsidRDefault="00724A40" w:rsidP="00724A40">
          <w:pPr>
            <w:pStyle w:val="F7068B50590F49D3B4974CE22765804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715BA000149D89B210C0F32542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AF4B3-23CF-4125-A212-59EEB20B3C90}"/>
      </w:docPartPr>
      <w:docPartBody>
        <w:p w:rsidR="00000000" w:rsidRDefault="00724A40" w:rsidP="00724A40">
          <w:pPr>
            <w:pStyle w:val="F40715BA000149D89B210C0F325427B8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5337F177E343349C448BE53E4B9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9DF93-7CA1-4306-BBF5-D15E9C5C9B9C}"/>
      </w:docPartPr>
      <w:docPartBody>
        <w:p w:rsidR="00000000" w:rsidRDefault="00724A40" w:rsidP="00724A40">
          <w:pPr>
            <w:pStyle w:val="9D5337F177E343349C448BE53E4B90C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5B9677F0BA4F62B004E92868B3F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DF8D-1E42-4DA8-8A05-5D79EBAF1350}"/>
      </w:docPartPr>
      <w:docPartBody>
        <w:p w:rsidR="00000000" w:rsidRDefault="00724A40" w:rsidP="00724A40">
          <w:pPr>
            <w:pStyle w:val="015B9677F0BA4F62B004E92868B3FA8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77C01DA24402D8935608B4B98B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4C529-2B7B-44DC-9552-1906D9DA4FA0}"/>
      </w:docPartPr>
      <w:docPartBody>
        <w:p w:rsidR="00000000" w:rsidRDefault="00724A40" w:rsidP="00724A40">
          <w:pPr>
            <w:pStyle w:val="66977C01DA24402D8935608B4B98B19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F940C0F8AE44D08BC10ABAA283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08C4F-4E33-4D1C-B452-D637FADB79DF}"/>
      </w:docPartPr>
      <w:docPartBody>
        <w:p w:rsidR="00000000" w:rsidRDefault="00724A40" w:rsidP="00724A40">
          <w:pPr>
            <w:pStyle w:val="D0F940C0F8AE44D08BC10ABAA283F35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888D7E51B94BDEB7A797FC029DF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9CDA4-F275-4DE8-BAED-8CC72EA62637}"/>
      </w:docPartPr>
      <w:docPartBody>
        <w:p w:rsidR="00000000" w:rsidRDefault="00724A40" w:rsidP="00724A40">
          <w:pPr>
            <w:pStyle w:val="B5888D7E51B94BDEB7A797FC029DF0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F958E8C5E46F1A639E89F745A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BA1A1-144B-436C-A3C8-46212CD891E7}"/>
      </w:docPartPr>
      <w:docPartBody>
        <w:p w:rsidR="00000000" w:rsidRDefault="00724A40" w:rsidP="00724A40">
          <w:pPr>
            <w:pStyle w:val="0BCF958E8C5E46F1A639E89F745A047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A03E0DD24434796968B012CD9E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AD8B4-FAD5-45AB-A8E5-DACAA01E3E7E}"/>
      </w:docPartPr>
      <w:docPartBody>
        <w:p w:rsidR="00000000" w:rsidRDefault="00724A40" w:rsidP="00724A40">
          <w:pPr>
            <w:pStyle w:val="327A03E0DD24434796968B012CD9E341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E25CFE0B6B4CABA37120E23ECBC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CF503-DE17-446F-818C-B269F43C2FF1}"/>
      </w:docPartPr>
      <w:docPartBody>
        <w:p w:rsidR="00000000" w:rsidRDefault="00724A40" w:rsidP="00724A40">
          <w:pPr>
            <w:pStyle w:val="A4E25CFE0B6B4CABA37120E23ECBC6E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1B67AE2C22493689508F2814CF0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05D38-6AB8-43A1-B582-C65930AF23BE}"/>
      </w:docPartPr>
      <w:docPartBody>
        <w:p w:rsidR="00000000" w:rsidRDefault="00724A40" w:rsidP="00724A40">
          <w:pPr>
            <w:pStyle w:val="5B1B67AE2C22493689508F2814CF0D4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ACF1B8CA7346B4A3F8C8FA6D701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62E24-13F6-4074-A29C-056F499857DF}"/>
      </w:docPartPr>
      <w:docPartBody>
        <w:p w:rsidR="00000000" w:rsidRDefault="00724A40" w:rsidP="00724A40">
          <w:pPr>
            <w:pStyle w:val="79ACF1B8CA7346B4A3F8C8FA6D7016C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79068F6A88457FA542492F3FAE4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6BAD9-8B0F-463B-9DAA-276C3F492175}"/>
      </w:docPartPr>
      <w:docPartBody>
        <w:p w:rsidR="00000000" w:rsidRDefault="00724A40" w:rsidP="00724A40">
          <w:pPr>
            <w:pStyle w:val="1C79068F6A88457FA542492F3FAE4D4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3272941C9A42FBAFBE9C5840DE2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352FF-7D19-4A24-BECD-8EFD18E8A72A}"/>
      </w:docPartPr>
      <w:docPartBody>
        <w:p w:rsidR="00000000" w:rsidRDefault="00724A40" w:rsidP="00724A40">
          <w:pPr>
            <w:pStyle w:val="1E3272941C9A42FBAFBE9C5840DE2FC5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3826EDB96EE4613AA3FCF7B97A7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944DA-FEC7-4C37-9D13-DFB71FC6ABCE}"/>
      </w:docPartPr>
      <w:docPartBody>
        <w:p w:rsidR="00000000" w:rsidRDefault="00724A40" w:rsidP="00724A40">
          <w:pPr>
            <w:pStyle w:val="73826EDB96EE4613AA3FCF7B97A7399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08C319F8654DB2A0DE4ED73C0B7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F8280-0FA2-46DF-AE66-9D083E69A665}"/>
      </w:docPartPr>
      <w:docPartBody>
        <w:p w:rsidR="00000000" w:rsidRDefault="00724A40" w:rsidP="00724A40">
          <w:pPr>
            <w:pStyle w:val="D108C319F8654DB2A0DE4ED73C0B7C9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537FF9817647B68B529D2732C6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90543-BCCA-4E0D-A2E2-61ED48894805}"/>
      </w:docPartPr>
      <w:docPartBody>
        <w:p w:rsidR="00000000" w:rsidRDefault="00724A40" w:rsidP="00724A40">
          <w:pPr>
            <w:pStyle w:val="45537FF9817647B68B529D2732C6C51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F714731E0649CDBFDBAC64ACE6E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C7D6A-EC70-4879-9433-58D7AC805D00}"/>
      </w:docPartPr>
      <w:docPartBody>
        <w:p w:rsidR="00000000" w:rsidRDefault="00724A40" w:rsidP="00724A40">
          <w:pPr>
            <w:pStyle w:val="40F714731E0649CDBFDBAC64ACE6E5F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389ED8B008450CA4778B1F2DF9C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24D3B-EF30-46F8-A94D-45C8BED18F19}"/>
      </w:docPartPr>
      <w:docPartBody>
        <w:p w:rsidR="00000000" w:rsidRDefault="00724A40" w:rsidP="00724A40">
          <w:pPr>
            <w:pStyle w:val="52389ED8B008450CA4778B1F2DF9C218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A0D81D9C48914496872D737182548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8BA45-AA05-43FD-A17D-84166A577FCE}"/>
      </w:docPartPr>
      <w:docPartBody>
        <w:p w:rsidR="00000000" w:rsidRDefault="00724A40" w:rsidP="00724A40">
          <w:pPr>
            <w:pStyle w:val="A0D81D9C48914496872D73718254846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C45C1231A34000A2E6EA6C0FBB7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C6CAC-279B-46F2-BA11-E60ED9A8795A}"/>
      </w:docPartPr>
      <w:docPartBody>
        <w:p w:rsidR="00000000" w:rsidRDefault="00724A40" w:rsidP="00724A40">
          <w:pPr>
            <w:pStyle w:val="78C45C1231A34000A2E6EA6C0FBB78F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BAA0F21EE401AA4E4AEF255764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5E28E-52C4-4028-8293-2DE008198E29}"/>
      </w:docPartPr>
      <w:docPartBody>
        <w:p w:rsidR="00000000" w:rsidRDefault="00724A40" w:rsidP="00724A40">
          <w:pPr>
            <w:pStyle w:val="189BAA0F21EE401AA4E4AEF255764DC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87DF6DF0F841CB9A70E144A5BC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66395-AD41-48D2-8E7F-090146E77371}"/>
      </w:docPartPr>
      <w:docPartBody>
        <w:p w:rsidR="00000000" w:rsidRDefault="00724A40" w:rsidP="00724A40">
          <w:pPr>
            <w:pStyle w:val="D087DF6DF0F841CB9A70E144A5BC2E20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A81B98C7214B19A7B39A54715A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5F627-ADF4-43B0-A953-818DCDEC8551}"/>
      </w:docPartPr>
      <w:docPartBody>
        <w:p w:rsidR="00000000" w:rsidRDefault="00724A40" w:rsidP="00724A40">
          <w:pPr>
            <w:pStyle w:val="6FA81B98C7214B19A7B39A54715AE3A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63252094F410FBE35EF6AF580F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440AB-7373-4B4D-814E-8C3A96BF6345}"/>
      </w:docPartPr>
      <w:docPartBody>
        <w:p w:rsidR="00000000" w:rsidRDefault="00724A40" w:rsidP="00724A40">
          <w:pPr>
            <w:pStyle w:val="3B263252094F410FBE35EF6AF580FB8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4CC2EE9EA4474962892B82322C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2A0D4-A568-4D24-BBC2-A4989F0E0A84}"/>
      </w:docPartPr>
      <w:docPartBody>
        <w:p w:rsidR="00000000" w:rsidRDefault="00724A40" w:rsidP="00724A40">
          <w:pPr>
            <w:pStyle w:val="1A64CC2EE9EA4474962892B82322C1A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2B4FC92EE6486BB6325F3B56528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829C8-3572-4678-B5B2-EE8C14898503}"/>
      </w:docPartPr>
      <w:docPartBody>
        <w:p w:rsidR="00000000" w:rsidRDefault="00724A40" w:rsidP="00724A40">
          <w:pPr>
            <w:pStyle w:val="842B4FC92EE6486BB6325F3B565287F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F1EC9326B74389B49A76BD38D39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1059-034A-4D39-BFEA-118B4E115884}"/>
      </w:docPartPr>
      <w:docPartBody>
        <w:p w:rsidR="00000000" w:rsidRDefault="00724A40" w:rsidP="00724A40">
          <w:pPr>
            <w:pStyle w:val="4CF1EC9326B74389B49A76BD38D3968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EC4D83D7B455183DAAD1EA6D74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8D7A6-64C1-41EC-97E4-587649637FC4}"/>
      </w:docPartPr>
      <w:docPartBody>
        <w:p w:rsidR="00000000" w:rsidRDefault="00724A40" w:rsidP="00724A40">
          <w:pPr>
            <w:pStyle w:val="299EC4D83D7B455183DAAD1EA6D7428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B90CA9A7B64375AFB95515D6FF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8550D-2534-4759-8BBA-2F87E8E87CE5}"/>
      </w:docPartPr>
      <w:docPartBody>
        <w:p w:rsidR="00000000" w:rsidRDefault="00724A40" w:rsidP="00724A40">
          <w:pPr>
            <w:pStyle w:val="77B90CA9A7B64375AFB95515D6FF8C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4FF5E8B1AC481D982AB29014B11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C2313-F115-4CCB-9F56-4FCD084A4F06}"/>
      </w:docPartPr>
      <w:docPartBody>
        <w:p w:rsidR="00000000" w:rsidRDefault="00724A40" w:rsidP="00724A40">
          <w:pPr>
            <w:pStyle w:val="9F4FF5E8B1AC481D982AB29014B1116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FA815530D48EE8E2ABFC68E94C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82F46-7D9F-4CCB-83C5-94E27406051B}"/>
      </w:docPartPr>
      <w:docPartBody>
        <w:p w:rsidR="00000000" w:rsidRDefault="00724A40" w:rsidP="00724A40">
          <w:pPr>
            <w:pStyle w:val="124FA815530D48EE8E2ABFC68E94CDD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F260E5FC2F4C7989F71248374B0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8DFF7-5A45-492A-A980-53759B7FE170}"/>
      </w:docPartPr>
      <w:docPartBody>
        <w:p w:rsidR="00000000" w:rsidRDefault="00724A40" w:rsidP="00724A40">
          <w:pPr>
            <w:pStyle w:val="39F260E5FC2F4C7989F71248374B001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D1514CBB6741AC993B3EF0950A7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37F66-66AD-42BF-975D-5509949F583C}"/>
      </w:docPartPr>
      <w:docPartBody>
        <w:p w:rsidR="00000000" w:rsidRDefault="00724A40" w:rsidP="00724A40">
          <w:pPr>
            <w:pStyle w:val="3BD1514CBB6741AC993B3EF0950A733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AFCA3B2F8640C583802F41AEEED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A4FF0-D346-4829-B0EB-797FDE8A998B}"/>
      </w:docPartPr>
      <w:docPartBody>
        <w:p w:rsidR="00000000" w:rsidRDefault="00724A40" w:rsidP="00724A40">
          <w:pPr>
            <w:pStyle w:val="C6AFCA3B2F8640C583802F41AEEED8B4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B0CB001AD624B23A5F15A8B8185F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A0A52-3DF7-41BD-B654-8EA8546A94F1}"/>
      </w:docPartPr>
      <w:docPartBody>
        <w:p w:rsidR="00000000" w:rsidRDefault="00724A40" w:rsidP="00724A40">
          <w:pPr>
            <w:pStyle w:val="BB0CB001AD624B23A5F15A8B8185FD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DFA0A20EF244408658A586FE3E6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6076F-FD57-4529-8686-8B6AFCE70380}"/>
      </w:docPartPr>
      <w:docPartBody>
        <w:p w:rsidR="00000000" w:rsidRDefault="00724A40" w:rsidP="00724A40">
          <w:pPr>
            <w:pStyle w:val="C3DFA0A20EF244408658A586FE3E6CC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6E5B3E750489CB0C4C1899C52B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A24F5-0A41-429A-95F0-83FFF007C756}"/>
      </w:docPartPr>
      <w:docPartBody>
        <w:p w:rsidR="00000000" w:rsidRDefault="00724A40" w:rsidP="00724A40">
          <w:pPr>
            <w:pStyle w:val="E4A6E5B3E750489CB0C4C1899C52BDD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761C25CFF4440B675C72392C04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C96AF-9BB2-49F6-97D8-C6F51D5B389F}"/>
      </w:docPartPr>
      <w:docPartBody>
        <w:p w:rsidR="00000000" w:rsidRDefault="00724A40" w:rsidP="00724A40">
          <w:pPr>
            <w:pStyle w:val="029761C25CFF4440B675C72392C048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ACC168A6524DD3921FCBA313CE6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E1373-07B7-43B1-872F-CA3873C0CD34}"/>
      </w:docPartPr>
      <w:docPartBody>
        <w:p w:rsidR="00000000" w:rsidRDefault="00724A40" w:rsidP="00724A40">
          <w:pPr>
            <w:pStyle w:val="13ACC168A6524DD3921FCBA313CE60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3FB5CA07F408B9EDECE34B5B7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70F1B-8D1A-406E-A26E-1AEDF98C67F5}"/>
      </w:docPartPr>
      <w:docPartBody>
        <w:p w:rsidR="00000000" w:rsidRDefault="00724A40" w:rsidP="00724A40">
          <w:pPr>
            <w:pStyle w:val="3DE3FB5CA07F408B9EDECE34B5B7099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A7F45"/>
    <w:rsid w:val="002630F8"/>
    <w:rsid w:val="003E49E9"/>
    <w:rsid w:val="004161F5"/>
    <w:rsid w:val="005A051B"/>
    <w:rsid w:val="005E2727"/>
    <w:rsid w:val="006239E1"/>
    <w:rsid w:val="00667F4B"/>
    <w:rsid w:val="006D0099"/>
    <w:rsid w:val="00724A40"/>
    <w:rsid w:val="00866E32"/>
    <w:rsid w:val="00917BE7"/>
    <w:rsid w:val="00926343"/>
    <w:rsid w:val="009A5C93"/>
    <w:rsid w:val="00B302C0"/>
    <w:rsid w:val="00BD0B7C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4A40"/>
    <w:rPr>
      <w:color w:val="666666"/>
    </w:rPr>
  </w:style>
  <w:style w:type="paragraph" w:customStyle="1" w:styleId="3E16909FA9DC4CC6846D9B659353FEBD">
    <w:name w:val="3E16909FA9DC4CC6846D9B659353FEBD"/>
    <w:rsid w:val="00724A40"/>
  </w:style>
  <w:style w:type="paragraph" w:customStyle="1" w:styleId="A090FA0BA5794AC5AC717DD711E33CBF">
    <w:name w:val="A090FA0BA5794AC5AC717DD711E33CBF"/>
    <w:rsid w:val="00724A40"/>
  </w:style>
  <w:style w:type="paragraph" w:customStyle="1" w:styleId="720DCF34BD304046A80B744FE313EC8D">
    <w:name w:val="720DCF34BD304046A80B744FE313EC8D"/>
    <w:rsid w:val="00724A40"/>
  </w:style>
  <w:style w:type="paragraph" w:customStyle="1" w:styleId="7E6A3066A2874823A6138F2009EB4F8E">
    <w:name w:val="7E6A3066A2874823A6138F2009EB4F8E"/>
    <w:rsid w:val="00724A40"/>
  </w:style>
  <w:style w:type="paragraph" w:customStyle="1" w:styleId="EF3787E2D6CD437D958559317278BA37">
    <w:name w:val="EF3787E2D6CD437D958559317278BA37"/>
    <w:rsid w:val="00724A40"/>
  </w:style>
  <w:style w:type="paragraph" w:customStyle="1" w:styleId="AE2AD3B9F6384CAEA9353EA290441332">
    <w:name w:val="AE2AD3B9F6384CAEA9353EA290441332"/>
    <w:rsid w:val="00724A40"/>
  </w:style>
  <w:style w:type="paragraph" w:customStyle="1" w:styleId="75AE43D795DD4C2BA30FD59691E21176">
    <w:name w:val="75AE43D795DD4C2BA30FD59691E21176"/>
    <w:rsid w:val="00724A40"/>
  </w:style>
  <w:style w:type="paragraph" w:customStyle="1" w:styleId="C7053F17F6894268A992542D36635BF0">
    <w:name w:val="C7053F17F6894268A992542D36635BF0"/>
    <w:rsid w:val="00724A40"/>
  </w:style>
  <w:style w:type="paragraph" w:customStyle="1" w:styleId="34BC7903C7D04EA1870CCBAE3F81DF12">
    <w:name w:val="34BC7903C7D04EA1870CCBAE3F81DF12"/>
    <w:rsid w:val="00724A40"/>
  </w:style>
  <w:style w:type="paragraph" w:customStyle="1" w:styleId="E94396752B64498AA38F776F4525745B">
    <w:name w:val="E94396752B64498AA38F776F4525745B"/>
    <w:rsid w:val="00724A40"/>
  </w:style>
  <w:style w:type="paragraph" w:customStyle="1" w:styleId="19EF752B72EA40298F4D5446F574AE07">
    <w:name w:val="19EF752B72EA40298F4D5446F574AE07"/>
    <w:rsid w:val="00724A40"/>
  </w:style>
  <w:style w:type="paragraph" w:customStyle="1" w:styleId="150FC10C07D54A89B954D87631C13C02">
    <w:name w:val="150FC10C07D54A89B954D87631C13C02"/>
    <w:rsid w:val="00724A40"/>
  </w:style>
  <w:style w:type="paragraph" w:customStyle="1" w:styleId="525A78D52909475AB9E852DA4B61BEDB">
    <w:name w:val="525A78D52909475AB9E852DA4B61BEDB"/>
    <w:rsid w:val="00724A40"/>
  </w:style>
  <w:style w:type="paragraph" w:customStyle="1" w:styleId="A704A461515D471D8D6FC7EA50B34197">
    <w:name w:val="A704A461515D471D8D6FC7EA50B34197"/>
    <w:rsid w:val="00724A40"/>
  </w:style>
  <w:style w:type="paragraph" w:customStyle="1" w:styleId="C479DC2D9B1645DC97D44B8251F08D6F">
    <w:name w:val="C479DC2D9B1645DC97D44B8251F08D6F"/>
    <w:rsid w:val="00724A40"/>
  </w:style>
  <w:style w:type="paragraph" w:customStyle="1" w:styleId="08F8A1A819C44A348A91ADE8A4DB2D02">
    <w:name w:val="08F8A1A819C44A348A91ADE8A4DB2D02"/>
    <w:rsid w:val="00724A40"/>
  </w:style>
  <w:style w:type="paragraph" w:customStyle="1" w:styleId="C6D5E758803A49008C106F2DF68E32DA">
    <w:name w:val="C6D5E758803A49008C106F2DF68E32DA"/>
    <w:rsid w:val="00724A40"/>
  </w:style>
  <w:style w:type="paragraph" w:customStyle="1" w:styleId="5E0C15532E104FD0955B923EA875F6F0">
    <w:name w:val="5E0C15532E104FD0955B923EA875F6F0"/>
    <w:rsid w:val="00724A40"/>
  </w:style>
  <w:style w:type="paragraph" w:customStyle="1" w:styleId="9D93F09032E8405FB87C59C4F0E874AD">
    <w:name w:val="9D93F09032E8405FB87C59C4F0E874AD"/>
    <w:rsid w:val="00724A40"/>
  </w:style>
  <w:style w:type="paragraph" w:customStyle="1" w:styleId="F9F5EFFE296F4104AC12D83E105B8DD5">
    <w:name w:val="F9F5EFFE296F4104AC12D83E105B8DD5"/>
    <w:rsid w:val="00724A40"/>
  </w:style>
  <w:style w:type="paragraph" w:customStyle="1" w:styleId="16712F436C014F0499E34EAABAA56CC2">
    <w:name w:val="16712F436C014F0499E34EAABAA56CC2"/>
    <w:rsid w:val="00724A40"/>
  </w:style>
  <w:style w:type="paragraph" w:customStyle="1" w:styleId="075760F5C80B4655820229D13443B0E2">
    <w:name w:val="075760F5C80B4655820229D13443B0E2"/>
    <w:rsid w:val="00724A40"/>
  </w:style>
  <w:style w:type="paragraph" w:customStyle="1" w:styleId="A8966D1E99A24B1B86B59F77224A3621">
    <w:name w:val="A8966D1E99A24B1B86B59F77224A3621"/>
    <w:rsid w:val="00724A40"/>
  </w:style>
  <w:style w:type="paragraph" w:customStyle="1" w:styleId="D44A74A2288543E3867405059A4E52ED">
    <w:name w:val="D44A74A2288543E3867405059A4E52ED"/>
    <w:rsid w:val="00724A40"/>
  </w:style>
  <w:style w:type="paragraph" w:customStyle="1" w:styleId="0EBD7A382C284A3FB8C4BA747D804B42">
    <w:name w:val="0EBD7A382C284A3FB8C4BA747D804B42"/>
    <w:rsid w:val="00724A40"/>
  </w:style>
  <w:style w:type="paragraph" w:customStyle="1" w:styleId="14D380108A714A54B553069EF8B9224B">
    <w:name w:val="14D380108A714A54B553069EF8B9224B"/>
    <w:rsid w:val="00724A40"/>
  </w:style>
  <w:style w:type="paragraph" w:customStyle="1" w:styleId="F3149B13A6144A888F402D180EC1C5EA">
    <w:name w:val="F3149B13A6144A888F402D180EC1C5EA"/>
    <w:rsid w:val="00724A40"/>
  </w:style>
  <w:style w:type="paragraph" w:customStyle="1" w:styleId="02A52E3B218548A69313079785DAC1FE">
    <w:name w:val="02A52E3B218548A69313079785DAC1FE"/>
    <w:rsid w:val="00724A40"/>
  </w:style>
  <w:style w:type="paragraph" w:customStyle="1" w:styleId="1008B58E68024BACAFB867A714BA2C01">
    <w:name w:val="1008B58E68024BACAFB867A714BA2C01"/>
    <w:rsid w:val="00724A40"/>
  </w:style>
  <w:style w:type="paragraph" w:customStyle="1" w:styleId="C850C2647F9E4876A4CEA16AB936D193">
    <w:name w:val="C850C2647F9E4876A4CEA16AB936D193"/>
    <w:rsid w:val="00724A40"/>
  </w:style>
  <w:style w:type="paragraph" w:customStyle="1" w:styleId="02100737F25D4A0BBB60058BC4DBE10B">
    <w:name w:val="02100737F25D4A0BBB60058BC4DBE10B"/>
    <w:rsid w:val="00724A40"/>
  </w:style>
  <w:style w:type="paragraph" w:customStyle="1" w:styleId="CDB69D45F85A49EB9C04E47A72665C98">
    <w:name w:val="CDB69D45F85A49EB9C04E47A72665C98"/>
    <w:rsid w:val="00724A40"/>
  </w:style>
  <w:style w:type="paragraph" w:customStyle="1" w:styleId="C2DB6CF1CAAF48038A8A787706ECB64A">
    <w:name w:val="C2DB6CF1CAAF48038A8A787706ECB64A"/>
    <w:rsid w:val="00724A40"/>
  </w:style>
  <w:style w:type="paragraph" w:customStyle="1" w:styleId="3F36A35E921845CD80DB16EF2D142991">
    <w:name w:val="3F36A35E921845CD80DB16EF2D142991"/>
    <w:rsid w:val="00724A40"/>
  </w:style>
  <w:style w:type="paragraph" w:customStyle="1" w:styleId="F7068B50590F49D3B4974CE22765804C">
    <w:name w:val="F7068B50590F49D3B4974CE22765804C"/>
    <w:rsid w:val="00724A40"/>
  </w:style>
  <w:style w:type="paragraph" w:customStyle="1" w:styleId="F40715BA000149D89B210C0F325427B8">
    <w:name w:val="F40715BA000149D89B210C0F325427B8"/>
    <w:rsid w:val="00724A40"/>
  </w:style>
  <w:style w:type="paragraph" w:customStyle="1" w:styleId="9D5337F177E343349C448BE53E4B90CB">
    <w:name w:val="9D5337F177E343349C448BE53E4B90CB"/>
    <w:rsid w:val="00724A40"/>
  </w:style>
  <w:style w:type="paragraph" w:customStyle="1" w:styleId="015B9677F0BA4F62B004E92868B3FA86">
    <w:name w:val="015B9677F0BA4F62B004E92868B3FA86"/>
    <w:rsid w:val="00724A40"/>
  </w:style>
  <w:style w:type="paragraph" w:customStyle="1" w:styleId="66977C01DA24402D8935608B4B98B19B">
    <w:name w:val="66977C01DA24402D8935608B4B98B19B"/>
    <w:rsid w:val="00724A40"/>
  </w:style>
  <w:style w:type="paragraph" w:customStyle="1" w:styleId="D0F940C0F8AE44D08BC10ABAA283F353">
    <w:name w:val="D0F940C0F8AE44D08BC10ABAA283F353"/>
    <w:rsid w:val="00724A40"/>
  </w:style>
  <w:style w:type="paragraph" w:customStyle="1" w:styleId="ED07D6C99CE54B3797CC41407B55107E">
    <w:name w:val="ED07D6C99CE54B3797CC41407B55107E"/>
    <w:rsid w:val="00724A40"/>
  </w:style>
  <w:style w:type="paragraph" w:customStyle="1" w:styleId="B5888D7E51B94BDEB7A797FC029DF0D0">
    <w:name w:val="B5888D7E51B94BDEB7A797FC029DF0D0"/>
    <w:rsid w:val="00724A40"/>
  </w:style>
  <w:style w:type="paragraph" w:customStyle="1" w:styleId="0BCF958E8C5E46F1A639E89F745A047C">
    <w:name w:val="0BCF958E8C5E46F1A639E89F745A047C"/>
    <w:rsid w:val="00724A40"/>
  </w:style>
  <w:style w:type="paragraph" w:customStyle="1" w:styleId="327A03E0DD24434796968B012CD9E341">
    <w:name w:val="327A03E0DD24434796968B012CD9E341"/>
    <w:rsid w:val="00724A40"/>
  </w:style>
  <w:style w:type="paragraph" w:customStyle="1" w:styleId="A4E25CFE0B6B4CABA37120E23ECBC6E7">
    <w:name w:val="A4E25CFE0B6B4CABA37120E23ECBC6E7"/>
    <w:rsid w:val="00724A40"/>
  </w:style>
  <w:style w:type="paragraph" w:customStyle="1" w:styleId="5B1B67AE2C22493689508F2814CF0D44">
    <w:name w:val="5B1B67AE2C22493689508F2814CF0D44"/>
    <w:rsid w:val="00724A40"/>
  </w:style>
  <w:style w:type="paragraph" w:customStyle="1" w:styleId="79ACF1B8CA7346B4A3F8C8FA6D7016C6">
    <w:name w:val="79ACF1B8CA7346B4A3F8C8FA6D7016C6"/>
    <w:rsid w:val="00724A40"/>
  </w:style>
  <w:style w:type="paragraph" w:customStyle="1" w:styleId="1C79068F6A88457FA542492F3FAE4D44">
    <w:name w:val="1C79068F6A88457FA542492F3FAE4D44"/>
    <w:rsid w:val="00724A40"/>
  </w:style>
  <w:style w:type="paragraph" w:customStyle="1" w:styleId="A71DDD358F074C5C963D5C2CC84DE590">
    <w:name w:val="A71DDD358F074C5C963D5C2CC84DE590"/>
    <w:rsid w:val="00724A40"/>
  </w:style>
  <w:style w:type="paragraph" w:customStyle="1" w:styleId="1E3272941C9A42FBAFBE9C5840DE2FC5">
    <w:name w:val="1E3272941C9A42FBAFBE9C5840DE2FC5"/>
    <w:rsid w:val="00724A40"/>
  </w:style>
  <w:style w:type="paragraph" w:customStyle="1" w:styleId="73826EDB96EE4613AA3FCF7B97A73997">
    <w:name w:val="73826EDB96EE4613AA3FCF7B97A73997"/>
    <w:rsid w:val="00724A40"/>
  </w:style>
  <w:style w:type="paragraph" w:customStyle="1" w:styleId="D108C319F8654DB2A0DE4ED73C0B7C93">
    <w:name w:val="D108C319F8654DB2A0DE4ED73C0B7C93"/>
    <w:rsid w:val="00724A40"/>
  </w:style>
  <w:style w:type="paragraph" w:customStyle="1" w:styleId="45537FF9817647B68B529D2732C6C516">
    <w:name w:val="45537FF9817647B68B529D2732C6C516"/>
    <w:rsid w:val="00724A40"/>
  </w:style>
  <w:style w:type="paragraph" w:customStyle="1" w:styleId="40F714731E0649CDBFDBAC64ACE6E5FB">
    <w:name w:val="40F714731E0649CDBFDBAC64ACE6E5FB"/>
    <w:rsid w:val="00724A40"/>
  </w:style>
  <w:style w:type="paragraph" w:customStyle="1" w:styleId="374C112A441E49EB9A4478500B3AAF4F">
    <w:name w:val="374C112A441E49EB9A4478500B3AAF4F"/>
    <w:rsid w:val="00724A40"/>
  </w:style>
  <w:style w:type="paragraph" w:customStyle="1" w:styleId="52389ED8B008450CA4778B1F2DF9C218">
    <w:name w:val="52389ED8B008450CA4778B1F2DF9C218"/>
    <w:rsid w:val="00724A40"/>
  </w:style>
  <w:style w:type="paragraph" w:customStyle="1" w:styleId="A0D81D9C48914496872D73718254846B">
    <w:name w:val="A0D81D9C48914496872D73718254846B"/>
    <w:rsid w:val="00724A40"/>
  </w:style>
  <w:style w:type="paragraph" w:customStyle="1" w:styleId="78C45C1231A34000A2E6EA6C0FBB78F4">
    <w:name w:val="78C45C1231A34000A2E6EA6C0FBB78F4"/>
    <w:rsid w:val="00724A40"/>
  </w:style>
  <w:style w:type="paragraph" w:customStyle="1" w:styleId="189BAA0F21EE401AA4E4AEF255764DCB">
    <w:name w:val="189BAA0F21EE401AA4E4AEF255764DCB"/>
    <w:rsid w:val="00724A40"/>
  </w:style>
  <w:style w:type="paragraph" w:customStyle="1" w:styleId="D087DF6DF0F841CB9A70E144A5BC2E20">
    <w:name w:val="D087DF6DF0F841CB9A70E144A5BC2E20"/>
    <w:rsid w:val="00724A40"/>
  </w:style>
  <w:style w:type="paragraph" w:customStyle="1" w:styleId="9662312C749544AC9133F715E62E07C3">
    <w:name w:val="9662312C749544AC9133F715E62E07C3"/>
    <w:rsid w:val="00724A40"/>
  </w:style>
  <w:style w:type="paragraph" w:customStyle="1" w:styleId="6FA81B98C7214B19A7B39A54715AE3A7">
    <w:name w:val="6FA81B98C7214B19A7B39A54715AE3A7"/>
    <w:rsid w:val="00724A40"/>
  </w:style>
  <w:style w:type="paragraph" w:customStyle="1" w:styleId="3B263252094F410FBE35EF6AF580FB84">
    <w:name w:val="3B263252094F410FBE35EF6AF580FB84"/>
    <w:rsid w:val="00724A40"/>
  </w:style>
  <w:style w:type="paragraph" w:customStyle="1" w:styleId="1A64CC2EE9EA4474962892B82322C1A8">
    <w:name w:val="1A64CC2EE9EA4474962892B82322C1A8"/>
    <w:rsid w:val="00724A40"/>
  </w:style>
  <w:style w:type="paragraph" w:customStyle="1" w:styleId="842B4FC92EE6486BB6325F3B565287FC">
    <w:name w:val="842B4FC92EE6486BB6325F3B565287FC"/>
    <w:rsid w:val="00724A40"/>
  </w:style>
  <w:style w:type="paragraph" w:customStyle="1" w:styleId="4CF1EC9326B74389B49A76BD38D39684">
    <w:name w:val="4CF1EC9326B74389B49A76BD38D39684"/>
    <w:rsid w:val="00724A40"/>
  </w:style>
  <w:style w:type="paragraph" w:customStyle="1" w:styleId="299EC4D83D7B455183DAAD1EA6D7428D">
    <w:name w:val="299EC4D83D7B455183DAAD1EA6D7428D"/>
    <w:rsid w:val="00724A40"/>
  </w:style>
  <w:style w:type="paragraph" w:customStyle="1" w:styleId="818CB61FC07741FCB4CBC3A54253E8DA">
    <w:name w:val="818CB61FC07741FCB4CBC3A54253E8DA"/>
    <w:rsid w:val="00724A40"/>
  </w:style>
  <w:style w:type="paragraph" w:customStyle="1" w:styleId="77B90CA9A7B64375AFB95515D6FF8CB2">
    <w:name w:val="77B90CA9A7B64375AFB95515D6FF8CB2"/>
    <w:rsid w:val="00724A40"/>
  </w:style>
  <w:style w:type="paragraph" w:customStyle="1" w:styleId="9F4FF5E8B1AC481D982AB29014B1116D">
    <w:name w:val="9F4FF5E8B1AC481D982AB29014B1116D"/>
    <w:rsid w:val="00724A40"/>
  </w:style>
  <w:style w:type="paragraph" w:customStyle="1" w:styleId="124FA815530D48EE8E2ABFC68E94CDD1">
    <w:name w:val="124FA815530D48EE8E2ABFC68E94CDD1"/>
    <w:rsid w:val="00724A40"/>
  </w:style>
  <w:style w:type="paragraph" w:customStyle="1" w:styleId="39F260E5FC2F4C7989F71248374B0018">
    <w:name w:val="39F260E5FC2F4C7989F71248374B0018"/>
    <w:rsid w:val="00724A40"/>
  </w:style>
  <w:style w:type="paragraph" w:customStyle="1" w:styleId="3BD1514CBB6741AC993B3EF0950A733F">
    <w:name w:val="3BD1514CBB6741AC993B3EF0950A733F"/>
    <w:rsid w:val="00724A40"/>
  </w:style>
  <w:style w:type="paragraph" w:customStyle="1" w:styleId="C6AFCA3B2F8640C583802F41AEEED8B4">
    <w:name w:val="C6AFCA3B2F8640C583802F41AEEED8B4"/>
    <w:rsid w:val="00724A40"/>
  </w:style>
  <w:style w:type="paragraph" w:customStyle="1" w:styleId="DF08950B30CB4AAC81D2ACC07053682B">
    <w:name w:val="DF08950B30CB4AAC81D2ACC07053682B"/>
    <w:rsid w:val="00724A40"/>
  </w:style>
  <w:style w:type="paragraph" w:customStyle="1" w:styleId="8DC9D4461D144C28A352CEA77903C3F7">
    <w:name w:val="8DC9D4461D144C28A352CEA77903C3F7"/>
    <w:rsid w:val="00724A40"/>
  </w:style>
  <w:style w:type="paragraph" w:customStyle="1" w:styleId="D2F62066131C4FFCB5F9987ECBFFAE3D">
    <w:name w:val="D2F62066131C4FFCB5F9987ECBFFAE3D"/>
    <w:rsid w:val="00724A40"/>
  </w:style>
  <w:style w:type="paragraph" w:customStyle="1" w:styleId="C75571414B0F47DCA0739BAF22097317">
    <w:name w:val="C75571414B0F47DCA0739BAF22097317"/>
    <w:rsid w:val="00724A40"/>
  </w:style>
  <w:style w:type="paragraph" w:customStyle="1" w:styleId="A4C15779704646049B9C306225E4705E">
    <w:name w:val="A4C15779704646049B9C306225E4705E"/>
    <w:rsid w:val="00724A40"/>
  </w:style>
  <w:style w:type="paragraph" w:customStyle="1" w:styleId="F33DDDE3CA2546C28E0080A688B8B556">
    <w:name w:val="F33DDDE3CA2546C28E0080A688B8B556"/>
    <w:rsid w:val="00724A40"/>
  </w:style>
  <w:style w:type="paragraph" w:customStyle="1" w:styleId="101933C5D7AA454D8D65ADE2F41481FB">
    <w:name w:val="101933C5D7AA454D8D65ADE2F41481FB"/>
    <w:rsid w:val="00724A40"/>
  </w:style>
  <w:style w:type="paragraph" w:customStyle="1" w:styleId="1734C0B0E50C4165979C1D1CD6EF5118">
    <w:name w:val="1734C0B0E50C4165979C1D1CD6EF5118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E119DE05CB640549847538B5F8EF9A7">
    <w:name w:val="FE119DE05CB640549847538B5F8EF9A7"/>
    <w:rsid w:val="00FB32F8"/>
  </w:style>
  <w:style w:type="paragraph" w:customStyle="1" w:styleId="F4D6CB2241074A76A75ACE4A72F3BACA">
    <w:name w:val="F4D6CB2241074A76A75ACE4A72F3BAC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">
    <w:name w:val="E784E538356841158C171F82ADDD532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1905A191D24C99806B40DA34C15D19">
    <w:name w:val="5C1905A191D24C99806B40DA34C15D19"/>
    <w:rsid w:val="00FB32F8"/>
  </w:style>
  <w:style w:type="paragraph" w:customStyle="1" w:styleId="0423504971984E3CA014D7D54995C960">
    <w:name w:val="0423504971984E3CA014D7D54995C960"/>
    <w:rsid w:val="004161F5"/>
  </w:style>
  <w:style w:type="paragraph" w:customStyle="1" w:styleId="15FA136DFCC9400EA3643631FD9D49AC">
    <w:name w:val="15FA136DFCC9400EA3643631FD9D49A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5F21740B2E4765971787BDD685D759">
    <w:name w:val="FC5F21740B2E4765971787BDD685D759"/>
    <w:rsid w:val="00FB32F8"/>
  </w:style>
  <w:style w:type="paragraph" w:customStyle="1" w:styleId="16EE3227410F4460A6706019F08584BA">
    <w:name w:val="16EE3227410F4460A6706019F08584B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7256735BF942FB8FC659570B5872FF">
    <w:name w:val="047256735BF942FB8FC659570B5872FF"/>
    <w:rsid w:val="006239E1"/>
  </w:style>
  <w:style w:type="paragraph" w:customStyle="1" w:styleId="1734C0B0E50C4165979C1D1CD6EF51181">
    <w:name w:val="1734C0B0E50C4165979C1D1CD6EF5118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1">
    <w:name w:val="96F24E541B0145AAA4C1F913603E646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1">
    <w:name w:val="2C3A3162D80445F78DDE0C5B1FC1D37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1">
    <w:name w:val="3BB3224C02224BE9B27FBD8B4FA44C85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1">
    <w:name w:val="E784E538356841158C171F82ADDD532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1">
    <w:name w:val="D90A19DFEA52488BB99915162C93968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1">
    <w:name w:val="521563FD68FD43D5BA165673FF6D1378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1">
    <w:name w:val="AE408CFFC6BA4AA5A655C4CB9E8D33B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1">
    <w:name w:val="77C883E787A7487E8AC9A2460D0D612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1">
    <w:name w:val="EDFABB6305204921AB41714CDBEF1F2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1">
    <w:name w:val="39948876AF22424CB7ED2F5AF92F9C43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1">
    <w:name w:val="4EEA29DA30454295831DD7CCFD08932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">
    <w:name w:val="0D0E7F21F7C74B9EB2B3FE75BF17E85D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1">
    <w:name w:val="9F98BD6A7E484DF08110B1C4E624D3D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1">
    <w:name w:val="233C5AFA5E7E4902A9BB228B214E5792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1">
    <w:name w:val="1B8839E78C2545FD826212E931A37F3B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1">
    <w:name w:val="69B61E07360347BCBC59BA9F385F7236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1">
    <w:name w:val="1B3653A43C104BD19568C0A6A4225B7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1">
    <w:name w:val="EEADD47DEE724B839CD6026B1BF75AA9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33AAC1D2E844FBBD43F6EDC271D0FC">
    <w:name w:val="FF33AAC1D2E844FBBD43F6EDC271D0FC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1">
    <w:name w:val="A52E9F0F3C3549C29B060FC2F2A6D578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1">
    <w:name w:val="136CB3F2E58949E09F2EAE0D704C7EE01"/>
    <w:rsid w:val="00866E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90FA0BA5794AC5AC717DD711E33CBF1">
    <w:name w:val="A090FA0BA5794AC5AC717DD711E33CB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0DCF34BD304046A80B744FE313EC8D1">
    <w:name w:val="720DCF34BD304046A80B744FE313EC8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6A3066A2874823A6138F2009EB4F8E1">
    <w:name w:val="7E6A3066A2874823A6138F2009EB4F8E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3787E2D6CD437D958559317278BA371">
    <w:name w:val="EF3787E2D6CD437D958559317278BA3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2AD3B9F6384CAEA9353EA2904413321">
    <w:name w:val="AE2AD3B9F6384CAEA9353EA29044133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AE43D795DD4C2BA30FD59691E211761">
    <w:name w:val="75AE43D795DD4C2BA30FD59691E2117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053F17F6894268A992542D36635BF01">
    <w:name w:val="C7053F17F6894268A992542D36635BF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4396752B64498AA38F776F4525745B1">
    <w:name w:val="E94396752B64498AA38F776F4525745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EF752B72EA40298F4D5446F574AE071">
    <w:name w:val="19EF752B72EA40298F4D5446F574AE0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0FC10C07D54A89B954D87631C13C021">
    <w:name w:val="150FC10C07D54A89B954D87631C13C0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5A78D52909475AB9E852DA4B61BEDB1">
    <w:name w:val="525A78D52909475AB9E852DA4B61BED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4A461515D471D8D6FC7EA50B341971">
    <w:name w:val="A704A461515D471D8D6FC7EA50B3419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9DC2D9B1645DC97D44B8251F08D6F1">
    <w:name w:val="C479DC2D9B1645DC97D44B8251F08D6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F8A1A819C44A348A91ADE8A4DB2D021">
    <w:name w:val="08F8A1A819C44A348A91ADE8A4DB2D0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0C15532E104FD0955B923EA875F6F01">
    <w:name w:val="5E0C15532E104FD0955B923EA875F6F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93F09032E8405FB87C59C4F0E874AD1">
    <w:name w:val="9D93F09032E8405FB87C59C4F0E874A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F5EFFE296F4104AC12D83E105B8DD51">
    <w:name w:val="F9F5EFFE296F4104AC12D83E105B8DD5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712F436C014F0499E34EAABAA56CC21">
    <w:name w:val="16712F436C014F0499E34EAABAA56CC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5760F5C80B4655820229D13443B0E21">
    <w:name w:val="075760F5C80B4655820229D13443B0E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966D1E99A24B1B86B59F77224A36211">
    <w:name w:val="A8966D1E99A24B1B86B59F77224A362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4A74A2288543E3867405059A4E52ED1">
    <w:name w:val="D44A74A2288543E3867405059A4E52E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D380108A714A54B553069EF8B9224B1">
    <w:name w:val="14D380108A714A54B553069EF8B9224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49B13A6144A888F402D180EC1C5EA1">
    <w:name w:val="F3149B13A6144A888F402D180EC1C5EA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A52E3B218548A69313079785DAC1FE1">
    <w:name w:val="02A52E3B218548A69313079785DAC1FE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08B58E68024BACAFB867A714BA2C011">
    <w:name w:val="1008B58E68024BACAFB867A714BA2C0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50C2647F9E4876A4CEA16AB936D1931">
    <w:name w:val="C850C2647F9E4876A4CEA16AB936D193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100737F25D4A0BBB60058BC4DBE10B1">
    <w:name w:val="02100737F25D4A0BBB60058BC4DBE10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B69D45F85A49EB9C04E47A72665C981">
    <w:name w:val="CDB69D45F85A49EB9C04E47A72665C9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36A35E921845CD80DB16EF2D1429911">
    <w:name w:val="3F36A35E921845CD80DB16EF2D14299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068B50590F49D3B4974CE22765804C1">
    <w:name w:val="F7068B50590F49D3B4974CE22765804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0715BA000149D89B210C0F325427B81">
    <w:name w:val="F40715BA000149D89B210C0F325427B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5337F177E343349C448BE53E4B90CB1">
    <w:name w:val="9D5337F177E343349C448BE53E4B90C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15B9677F0BA4F62B004E92868B3FA861">
    <w:name w:val="015B9677F0BA4F62B004E92868B3FA8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977C01DA24402D8935608B4B98B19B1">
    <w:name w:val="66977C01DA24402D8935608B4B98B19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F940C0F8AE44D08BC10ABAA283F3531">
    <w:name w:val="D0F940C0F8AE44D08BC10ABAA283F353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88D7E51B94BDEB7A797FC029DF0D01">
    <w:name w:val="B5888D7E51B94BDEB7A797FC029DF0D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CF958E8C5E46F1A639E89F745A047C1">
    <w:name w:val="0BCF958E8C5E46F1A639E89F745A047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7A03E0DD24434796968B012CD9E3411">
    <w:name w:val="327A03E0DD24434796968B012CD9E34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E25CFE0B6B4CABA37120E23ECBC6E71">
    <w:name w:val="A4E25CFE0B6B4CABA37120E23ECBC6E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B67AE2C22493689508F2814CF0D441">
    <w:name w:val="5B1B67AE2C22493689508F2814CF0D4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F1B8CA7346B4A3F8C8FA6D7016C61">
    <w:name w:val="79ACF1B8CA7346B4A3F8C8FA6D7016C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C79068F6A88457FA542492F3FAE4D441">
    <w:name w:val="1C79068F6A88457FA542492F3FAE4D4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272941C9A42FBAFBE9C5840DE2FC51">
    <w:name w:val="1E3272941C9A42FBAFBE9C5840DE2FC5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826EDB96EE4613AA3FCF7B97A739971">
    <w:name w:val="73826EDB96EE4613AA3FCF7B97A7399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108C319F8654DB2A0DE4ED73C0B7C931">
    <w:name w:val="D108C319F8654DB2A0DE4ED73C0B7C93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537FF9817647B68B529D2732C6C5161">
    <w:name w:val="45537FF9817647B68B529D2732C6C51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F714731E0649CDBFDBAC64ACE6E5FB1">
    <w:name w:val="40F714731E0649CDBFDBAC64ACE6E5F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389ED8B008450CA4778B1F2DF9C2181">
    <w:name w:val="52389ED8B008450CA4778B1F2DF9C21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D81D9C48914496872D73718254846B1">
    <w:name w:val="A0D81D9C48914496872D73718254846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C45C1231A34000A2E6EA6C0FBB78F41">
    <w:name w:val="78C45C1231A34000A2E6EA6C0FBB78F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9BAA0F21EE401AA4E4AEF255764DCB1">
    <w:name w:val="189BAA0F21EE401AA4E4AEF255764DC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87DF6DF0F841CB9A70E144A5BC2E201">
    <w:name w:val="D087DF6DF0F841CB9A70E144A5BC2E2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">
    <w:name w:val="1B3653A43C104BD19568C0A6A4225B7F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A81B98C7214B19A7B39A54715AE3A71">
    <w:name w:val="6FA81B98C7214B19A7B39A54715AE3A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263252094F410FBE35EF6AF580FB841">
    <w:name w:val="3B263252094F410FBE35EF6AF580FB8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64CC2EE9EA4474962892B82322C1A81">
    <w:name w:val="1A64CC2EE9EA4474962892B82322C1A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2B4FC92EE6486BB6325F3B565287FC1">
    <w:name w:val="842B4FC92EE6486BB6325F3B565287F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F1EC9326B74389B49A76BD38D396841">
    <w:name w:val="4CF1EC9326B74389B49A76BD38D3968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9EC4D83D7B455183DAAD1EA6D7428D1">
    <w:name w:val="299EC4D83D7B455183DAAD1EA6D7428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B90CA9A7B64375AFB95515D6FF8CB21">
    <w:name w:val="77B90CA9A7B64375AFB95515D6FF8CB2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4FF5E8B1AC481D982AB29014B1116D1">
    <w:name w:val="9F4FF5E8B1AC481D982AB29014B1116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4FA815530D48EE8E2ABFC68E94CDD11">
    <w:name w:val="124FA815530D48EE8E2ABFC68E94CDD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F260E5FC2F4C7989F71248374B00181">
    <w:name w:val="39F260E5FC2F4C7989F71248374B001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D1514CBB6741AC993B3EF0950A733F1">
    <w:name w:val="3BD1514CBB6741AC993B3EF0950A733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AFCA3B2F8640C583802F41AEEED8B41">
    <w:name w:val="C6AFCA3B2F8640C583802F41AEEED8B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C9D4461D144C28A352CEA77903C3F71">
    <w:name w:val="8DC9D4461D144C28A352CEA77903C3F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F62066131C4FFCB5F9987ECBFFAE3D1">
    <w:name w:val="D2F62066131C4FFCB5F9987ECBFFAE3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5571414B0F47DCA0739BAF220973171">
    <w:name w:val="C75571414B0F47DCA0739BAF22097317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3DDDE3CA2546C28E0080A688B8B5561">
    <w:name w:val="F33DDDE3CA2546C28E0080A688B8B55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1933C5D7AA454D8D65ADE2F41481FB1">
    <w:name w:val="101933C5D7AA454D8D65ADE2F41481F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33AAC1D2E844FBBD43F6EDC271D0FC1">
    <w:name w:val="FF33AAC1D2E844FBBD43F6EDC271D0F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">
    <w:name w:val="A52E9F0F3C3549C29B060FC2F2A6D578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">
    <w:name w:val="136CB3F2E58949E09F2EAE0D704C7EE0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34C0B0E50C4165979C1D1CD6EF51182">
    <w:name w:val="1734C0B0E50C4165979C1D1CD6EF511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2">
    <w:name w:val="F4D6CB2241074A76A75ACE4A72F3BAC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2">
    <w:name w:val="5C6BE9DD57B042A78E73AE6C65AB81E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2">
    <w:name w:val="B94FF17A7DD844238942618D220CAEE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2">
    <w:name w:val="D5F14FB66A15431389EB3E003A7DADB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2">
    <w:name w:val="767E5F504CE04A3283DBB5C362BF53D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2">
    <w:name w:val="E784E538356841158C171F82ADDD532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2">
    <w:name w:val="15FA136DFCC9400EA3643631FD9D49A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2">
    <w:name w:val="0650B01579224C17841E78E78C05793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2">
    <w:name w:val="758EF154077D4EC492E0AA02749775E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2">
    <w:name w:val="60444590C5F4414E83C6454885D5753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2">
    <w:name w:val="096DC268CB3744C7AF90E558EFABE7F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2">
    <w:name w:val="16EE3227410F4460A6706019F08584B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2">
    <w:name w:val="35C6ADD19D0A4F7F9AA8A8D4CCB1374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2">
    <w:name w:val="0AD4EFDEB46F4DD3B07D7D864B6EAEB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2">
    <w:name w:val="C969D259CE28476AA1EB44B74A93B0D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2">
    <w:name w:val="4163D3241B974CB9999FF0EC5B4E2B2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2">
    <w:name w:val="89495584885745569DDCF4FEC1482D05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2">
    <w:name w:val="66C6F6902A3B4D4CA7D745FDDA70B68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2">
    <w:name w:val="4CD965A9EE694FECADF2476D720E7B6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2">
    <w:name w:val="09E232A6ADC042DB884957F020A929B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2">
    <w:name w:val="3DF7FD3C5E5C4C0992D419903A5ACDD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2">
    <w:name w:val="CADFFF9D18954E1993F5C0789B03E17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2">
    <w:name w:val="657F90F891404138BEF4C8B0986FE70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2">
    <w:name w:val="C9113B8A854441D682CE5AC80AFB086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2">
    <w:name w:val="A98CC7936C024C2988776FBA2CC670B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2">
    <w:name w:val="2E9B36F7201C45DF99CA9FA9C42900A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2">
    <w:name w:val="09814CF1CD7A47D3BB560F37A96F9D5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2">
    <w:name w:val="7793DEAF92564508A217818A964BBBC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2">
    <w:name w:val="872FF4CA11794B8A841DB2220DF10EA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2">
    <w:name w:val="4E97BD512F134974B65EC5CE1A1FFA5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2">
    <w:name w:val="43C24FC1DD4E4C25906C3761C0E444F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2">
    <w:name w:val="6E5B51F8A20C49259CB13015EB12138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2">
    <w:name w:val="ACA81B7FEB124004A04A95F11ADBD7A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2">
    <w:name w:val="E3F5175B57004446843F4F317C13BE7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2">
    <w:name w:val="6E2E25C8BD59485F83A4E1A3EB66C1C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2">
    <w:name w:val="74CADD3637F3476CAEF2795719E307A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2">
    <w:name w:val="AB27C8C8D90949D99B80C3BCC40C6DB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2">
    <w:name w:val="BE6BAA36B4CE46CCBA1107A2CA86328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2">
    <w:name w:val="98F3A9EE91754E259AFD2F141BD88EC3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2">
    <w:name w:val="A562792367E244C2B52C13434E400DB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2">
    <w:name w:val="7E217E49FF2B4BCCB4F3ACCCBA86205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2">
    <w:name w:val="A6B6B6169038418C8F137F03A3BAC3E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2">
    <w:name w:val="BA84038C5BAB4BC98BCFD7720888F4E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2">
    <w:name w:val="2A85F1BB5E59479D91B2E845B74103B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2">
    <w:name w:val="734A0FEE22AB4D08A85FAFBB84445CB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2">
    <w:name w:val="3AE69983638E496B87E186B118E83D05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2">
    <w:name w:val="4E1B8BE8E635423EB269141E9E2912A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2">
    <w:name w:val="522C19E6AA2346A4966003129C441C2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2">
    <w:name w:val="DC6DBC8E8B3947CB8F9195F36B67D85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2">
    <w:name w:val="49487EF4E50B45EF8F8DF0A58099CB0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90FA0BA5794AC5AC717DD711E33CBF2">
    <w:name w:val="A090FA0BA5794AC5AC717DD711E33CB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0DCF34BD304046A80B744FE313EC8D2">
    <w:name w:val="720DCF34BD304046A80B744FE313EC8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6A3066A2874823A6138F2009EB4F8E2">
    <w:name w:val="7E6A3066A2874823A6138F2009EB4F8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3787E2D6CD437D958559317278BA372">
    <w:name w:val="EF3787E2D6CD437D958559317278BA3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2AD3B9F6384CAEA9353EA2904413322">
    <w:name w:val="AE2AD3B9F6384CAEA9353EA29044133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AE43D795DD4C2BA30FD59691E211762">
    <w:name w:val="75AE43D795DD4C2BA30FD59691E2117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053F17F6894268A992542D36635BF02">
    <w:name w:val="C7053F17F6894268A992542D36635BF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4396752B64498AA38F776F4525745B2">
    <w:name w:val="E94396752B64498AA38F776F4525745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EF752B72EA40298F4D5446F574AE072">
    <w:name w:val="19EF752B72EA40298F4D5446F574AE0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0FC10C07D54A89B954D87631C13C022">
    <w:name w:val="150FC10C07D54A89B954D87631C13C0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5A78D52909475AB9E852DA4B61BEDB2">
    <w:name w:val="525A78D52909475AB9E852DA4B61BED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4A461515D471D8D6FC7EA50B341972">
    <w:name w:val="A704A461515D471D8D6FC7EA50B3419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9DC2D9B1645DC97D44B8251F08D6F2">
    <w:name w:val="C479DC2D9B1645DC97D44B8251F08D6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F8A1A819C44A348A91ADE8A4DB2D022">
    <w:name w:val="08F8A1A819C44A348A91ADE8A4DB2D0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0C15532E104FD0955B923EA875F6F02">
    <w:name w:val="5E0C15532E104FD0955B923EA875F6F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93F09032E8405FB87C59C4F0E874AD2">
    <w:name w:val="9D93F09032E8405FB87C59C4F0E874A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F5EFFE296F4104AC12D83E105B8DD52">
    <w:name w:val="F9F5EFFE296F4104AC12D83E105B8DD5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712F436C014F0499E34EAABAA56CC22">
    <w:name w:val="16712F436C014F0499E34EAABAA56CC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5760F5C80B4655820229D13443B0E22">
    <w:name w:val="075760F5C80B4655820229D13443B0E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966D1E99A24B1B86B59F77224A36212">
    <w:name w:val="A8966D1E99A24B1B86B59F77224A362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4A74A2288543E3867405059A4E52ED2">
    <w:name w:val="D44A74A2288543E3867405059A4E52E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2">
    <w:name w:val="C6C5AA04D5744E5397F5B4C02E599FE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2">
    <w:name w:val="657845195F10471BB191FDF6254F450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2">
    <w:name w:val="4261ABEBA6024587BD9BFFA89B86CBA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2">
    <w:name w:val="ECE4C47E07C843CCA2D7255597D07705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2">
    <w:name w:val="9444CF760006459A89EF2B7CE3AFF2D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2">
    <w:name w:val="A451D5A1F2414B9AB219F05CFB3EC45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2">
    <w:name w:val="E58E1C4CC73644419B96786849CD041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2">
    <w:name w:val="D90A19DFEA52488BB99915162C93968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2">
    <w:name w:val="521563FD68FD43D5BA165673FF6D137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2">
    <w:name w:val="AE408CFFC6BA4AA5A655C4CB9E8D33B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2">
    <w:name w:val="77C883E787A7487E8AC9A2460D0D612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2">
    <w:name w:val="EDFABB6305204921AB41714CDBEF1F2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2">
    <w:name w:val="39948876AF22424CB7ED2F5AF92F9C43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2">
    <w:name w:val="4EEA29DA30454295831DD7CCFD08932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D380108A714A54B553069EF8B9224B2">
    <w:name w:val="14D380108A714A54B553069EF8B9224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49B13A6144A888F402D180EC1C5EA2">
    <w:name w:val="F3149B13A6144A888F402D180EC1C5E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A52E3B218548A69313079785DAC1FE2">
    <w:name w:val="02A52E3B218548A69313079785DAC1F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08B58E68024BACAFB867A714BA2C012">
    <w:name w:val="1008B58E68024BACAFB867A714BA2C0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50C2647F9E4876A4CEA16AB936D1932">
    <w:name w:val="C850C2647F9E4876A4CEA16AB936D193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100737F25D4A0BBB60058BC4DBE10B2">
    <w:name w:val="02100737F25D4A0BBB60058BC4DBE10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B69D45F85A49EB9C04E47A72665C982">
    <w:name w:val="CDB69D45F85A49EB9C04E47A72665C9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36A35E921845CD80DB16EF2D1429912">
    <w:name w:val="3F36A35E921845CD80DB16EF2D14299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068B50590F49D3B4974CE22765804C2">
    <w:name w:val="F7068B50590F49D3B4974CE22765804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0715BA000149D89B210C0F325427B82">
    <w:name w:val="F40715BA000149D89B210C0F325427B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5337F177E343349C448BE53E4B90CB2">
    <w:name w:val="9D5337F177E343349C448BE53E4B90C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15B9677F0BA4F62B004E92868B3FA862">
    <w:name w:val="015B9677F0BA4F62B004E92868B3FA8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977C01DA24402D8935608B4B98B19B2">
    <w:name w:val="66977C01DA24402D8935608B4B98B19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F940C0F8AE44D08BC10ABAA283F3532">
    <w:name w:val="D0F940C0F8AE44D08BC10ABAA283F353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88D7E51B94BDEB7A797FC029DF0D02">
    <w:name w:val="B5888D7E51B94BDEB7A797FC029DF0D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CF958E8C5E46F1A639E89F745A047C2">
    <w:name w:val="0BCF958E8C5E46F1A639E89F745A047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7A03E0DD24434796968B012CD9E3412">
    <w:name w:val="327A03E0DD24434796968B012CD9E34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E25CFE0B6B4CABA37120E23ECBC6E72">
    <w:name w:val="A4E25CFE0B6B4CABA37120E23ECBC6E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B67AE2C22493689508F2814CF0D442">
    <w:name w:val="5B1B67AE2C22493689508F2814CF0D4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F1B8CA7346B4A3F8C8FA6D7016C62">
    <w:name w:val="79ACF1B8CA7346B4A3F8C8FA6D7016C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C79068F6A88457FA542492F3FAE4D442">
    <w:name w:val="1C79068F6A88457FA542492F3FAE4D4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2">
    <w:name w:val="CA4E4ABAE5DA465E97A6237A7809538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2">
    <w:name w:val="156AE4FD73954CA688AAE317B321396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2">
    <w:name w:val="6D5A277E4DAE4119840AF2E2D970FC5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2">
    <w:name w:val="586FFECF142C4598987272C037E4807A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2">
    <w:name w:val="0FB6E5FECABF45829BB384A56029A28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2">
    <w:name w:val="2636CEBDA55446F2B898CE82D65A7F1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2">
    <w:name w:val="B1AD7A19AFD34107A93F340107E987C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2">
    <w:name w:val="886A75EF89754CCCA94133C3ED14837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2">
    <w:name w:val="5ED57F54BA834AB1B5607992871117D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2">
    <w:name w:val="6DFABCABA0B9461DA7D3E68645D5FAB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272941C9A42FBAFBE9C5840DE2FC52">
    <w:name w:val="1E3272941C9A42FBAFBE9C5840DE2FC5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826EDB96EE4613AA3FCF7B97A739972">
    <w:name w:val="73826EDB96EE4613AA3FCF7B97A7399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108C319F8654DB2A0DE4ED73C0B7C932">
    <w:name w:val="D108C319F8654DB2A0DE4ED73C0B7C93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537FF9817647B68B529D2732C6C5162">
    <w:name w:val="45537FF9817647B68B529D2732C6C51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F714731E0649CDBFDBAC64ACE6E5FB2">
    <w:name w:val="40F714731E0649CDBFDBAC64ACE6E5F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389ED8B008450CA4778B1F2DF9C2182">
    <w:name w:val="52389ED8B008450CA4778B1F2DF9C21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D81D9C48914496872D73718254846B2">
    <w:name w:val="A0D81D9C48914496872D73718254846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C45C1231A34000A2E6EA6C0FBB78F42">
    <w:name w:val="78C45C1231A34000A2E6EA6C0FBB78F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9BAA0F21EE401AA4E4AEF255764DCB2">
    <w:name w:val="189BAA0F21EE401AA4E4AEF255764DC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87DF6DF0F841CB9A70E144A5BC2E202">
    <w:name w:val="D087DF6DF0F841CB9A70E144A5BC2E2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2">
    <w:name w:val="7041F98D97294F33B27DB409BE8E34F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2">
    <w:name w:val="73AB6D1D873F4738BF61AE697637871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2">
    <w:name w:val="520891A0A4C04E9D9F8A8F3644975CB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2">
    <w:name w:val="C582574595EA444189787F4DFB8EE37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2">
    <w:name w:val="55670920D67C4481B676B57D42BEF39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2">
    <w:name w:val="0D0E7F21F7C74B9EB2B3FE75BF17E85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2">
    <w:name w:val="9F98BD6A7E484DF08110B1C4E624D3D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2">
    <w:name w:val="233C5AFA5E7E4902A9BB228B214E579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2">
    <w:name w:val="1B8839E78C2545FD826212E931A37F3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2">
    <w:name w:val="69B61E07360347BCBC59BA9F385F723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2">
    <w:name w:val="1B3653A43C104BD19568C0A6A4225B7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2">
    <w:name w:val="EEADD47DEE724B839CD6026B1BF75AA9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A81B98C7214B19A7B39A54715AE3A72">
    <w:name w:val="6FA81B98C7214B19A7B39A54715AE3A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263252094F410FBE35EF6AF580FB842">
    <w:name w:val="3B263252094F410FBE35EF6AF580FB8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64CC2EE9EA4474962892B82322C1A82">
    <w:name w:val="1A64CC2EE9EA4474962892B82322C1A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2B4FC92EE6486BB6325F3B565287FC2">
    <w:name w:val="842B4FC92EE6486BB6325F3B565287F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F1EC9326B74389B49A76BD38D396842">
    <w:name w:val="4CF1EC9326B74389B49A76BD38D3968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9EC4D83D7B455183DAAD1EA6D7428D2">
    <w:name w:val="299EC4D83D7B455183DAAD1EA6D7428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B90CA9A7B64375AFB95515D6FF8CB22">
    <w:name w:val="77B90CA9A7B64375AFB95515D6FF8CB2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4FF5E8B1AC481D982AB29014B1116D2">
    <w:name w:val="9F4FF5E8B1AC481D982AB29014B1116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4FA815530D48EE8E2ABFC68E94CDD12">
    <w:name w:val="124FA815530D48EE8E2ABFC68E94CDD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F260E5FC2F4C7989F71248374B00182">
    <w:name w:val="39F260E5FC2F4C7989F71248374B001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D1514CBB6741AC993B3EF0950A733F2">
    <w:name w:val="3BD1514CBB6741AC993B3EF0950A733F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AFCA3B2F8640C583802F41AEEED8B42">
    <w:name w:val="C6AFCA3B2F8640C583802F41AEEED8B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C9D4461D144C28A352CEA77903C3F72">
    <w:name w:val="8DC9D4461D144C28A352CEA77903C3F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F62066131C4FFCB5F9987ECBFFAE3D2">
    <w:name w:val="D2F62066131C4FFCB5F9987ECBFFAE3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5571414B0F47DCA0739BAF220973172">
    <w:name w:val="C75571414B0F47DCA0739BAF22097317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3DDDE3CA2546C28E0080A688B8B5562">
    <w:name w:val="F33DDDE3CA2546C28E0080A688B8B55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1933C5D7AA454D8D65ADE2F41481FB2">
    <w:name w:val="101933C5D7AA454D8D65ADE2F41481FB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2">
    <w:name w:val="E7D02D12569949259F4B303AE9EE91BE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2">
    <w:name w:val="CAA78230F4974F91A466D1A3E44D5E2D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2">
    <w:name w:val="F0CFA2EC4C7B4356B9A2A03A62C3896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2">
    <w:name w:val="9380793E9EE044989EB44762814E78B6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2">
    <w:name w:val="0E951C26B4874E2787CBE628EA2C2094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2">
    <w:name w:val="07E5AC0373094234B85BEF415F1A899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2">
    <w:name w:val="3ED87B2022A34B2198DC2B217B191AF1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33AAC1D2E844FBBD43F6EDC271D0FC2">
    <w:name w:val="FF33AAC1D2E844FBBD43F6EDC271D0FC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2">
    <w:name w:val="A52E9F0F3C3549C29B060FC2F2A6D578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2">
    <w:name w:val="136CB3F2E58949E09F2EAE0D704C7EE02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0CB001AD624B23A5F15A8B8185FDD0">
    <w:name w:val="BB0CB001AD624B23A5F15A8B8185FDD0"/>
    <w:rsid w:val="00724A40"/>
  </w:style>
  <w:style w:type="paragraph" w:customStyle="1" w:styleId="C3DFA0A20EF244408658A586FE3E6CCF">
    <w:name w:val="C3DFA0A20EF244408658A586FE3E6CCF"/>
    <w:rsid w:val="00724A40"/>
  </w:style>
  <w:style w:type="paragraph" w:customStyle="1" w:styleId="E4A6E5B3E750489CB0C4C1899C52BDD5">
    <w:name w:val="E4A6E5B3E750489CB0C4C1899C52BDD5"/>
    <w:rsid w:val="00724A40"/>
  </w:style>
  <w:style w:type="paragraph" w:customStyle="1" w:styleId="029761C25CFF4440B675C72392C0489C">
    <w:name w:val="029761C25CFF4440B675C72392C0489C"/>
    <w:rsid w:val="00724A40"/>
  </w:style>
  <w:style w:type="paragraph" w:customStyle="1" w:styleId="13ACC168A6524DD3921FCBA313CE60D4">
    <w:name w:val="13ACC168A6524DD3921FCBA313CE60D4"/>
    <w:rsid w:val="00724A40"/>
  </w:style>
  <w:style w:type="paragraph" w:customStyle="1" w:styleId="3DE3FB5CA07F408B9EDECE34B5B7099B">
    <w:name w:val="3DE3FB5CA07F408B9EDECE34B5B7099B"/>
    <w:rsid w:val="00724A40"/>
  </w:style>
  <w:style w:type="paragraph" w:customStyle="1" w:styleId="1734C0B0E50C4165979C1D1CD6EF51183">
    <w:name w:val="1734C0B0E50C4165979C1D1CD6EF51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3">
    <w:name w:val="F4D6CB2241074A76A75ACE4A72F3BAC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3">
    <w:name w:val="5C6BE9DD57B042A78E73AE6C65AB81E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3">
    <w:name w:val="B94FF17A7DD844238942618D220CAEE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3">
    <w:name w:val="D5F14FB66A15431389EB3E003A7DAD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3">
    <w:name w:val="767E5F504CE04A3283DBB5C362BF53D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3">
    <w:name w:val="E784E538356841158C171F82ADDD532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3">
    <w:name w:val="15FA136DFCC9400EA3643631FD9D49A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3">
    <w:name w:val="0650B01579224C17841E78E78C05793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3">
    <w:name w:val="758EF154077D4EC492E0AA02749775E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3">
    <w:name w:val="60444590C5F4414E83C6454885D5753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3">
    <w:name w:val="096DC268CB3744C7AF90E558EFABE7F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3">
    <w:name w:val="16EE3227410F4460A6706019F08584B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3">
    <w:name w:val="35C6ADD19D0A4F7F9AA8A8D4CCB1374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3">
    <w:name w:val="0AD4EFDEB46F4DD3B07D7D864B6EAE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3">
    <w:name w:val="C969D259CE28476AA1EB44B74A93B0D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3">
    <w:name w:val="4163D3241B974CB9999FF0EC5B4E2B2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3">
    <w:name w:val="89495584885745569DDCF4FEC1482D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3">
    <w:name w:val="66C6F6902A3B4D4CA7D745FDDA70B68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3">
    <w:name w:val="4CD965A9EE694FECADF2476D720E7B6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3">
    <w:name w:val="09E232A6ADC042DB884957F020A929B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3">
    <w:name w:val="3DF7FD3C5E5C4C0992D419903A5ACDD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3">
    <w:name w:val="CADFFF9D18954E1993F5C0789B03E17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3">
    <w:name w:val="657F90F891404138BEF4C8B0986FE70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3">
    <w:name w:val="C9113B8A854441D682CE5AC80AFB086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3">
    <w:name w:val="A98CC7936C024C2988776FBA2CC670B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3">
    <w:name w:val="2E9B36F7201C45DF99CA9FA9C42900A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3">
    <w:name w:val="09814CF1CD7A47D3BB560F37A96F9D5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3">
    <w:name w:val="7793DEAF92564508A217818A964BBBC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3">
    <w:name w:val="872FF4CA11794B8A841DB2220DF10EA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3">
    <w:name w:val="4E97BD512F134974B65EC5CE1A1FFA5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3">
    <w:name w:val="43C24FC1DD4E4C25906C3761C0E444F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3">
    <w:name w:val="6E5B51F8A20C49259CB13015EB12138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3">
    <w:name w:val="ACA81B7FEB124004A04A95F11ADBD7A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3">
    <w:name w:val="E3F5175B57004446843F4F317C13BE7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3">
    <w:name w:val="6E2E25C8BD59485F83A4E1A3EB66C1C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3">
    <w:name w:val="74CADD3637F3476CAEF2795719E307A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3">
    <w:name w:val="AB27C8C8D90949D99B80C3BCC40C6D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3">
    <w:name w:val="BE6BAA36B4CE46CCBA1107A2CA863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3">
    <w:name w:val="98F3A9EE91754E259AFD2F141BD88EC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3">
    <w:name w:val="A562792367E244C2B52C13434E400D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3">
    <w:name w:val="7E217E49FF2B4BCCB4F3ACCCBA86205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3">
    <w:name w:val="A6B6B6169038418C8F137F03A3BAC3E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3">
    <w:name w:val="BA84038C5BAB4BC98BCFD7720888F4E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3">
    <w:name w:val="2A85F1BB5E59479D91B2E845B74103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3">
    <w:name w:val="734A0FEE22AB4D08A85FAFBB84445CB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3">
    <w:name w:val="3AE69983638E496B87E186B118E83D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3">
    <w:name w:val="4E1B8BE8E635423EB269141E9E2912A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3">
    <w:name w:val="522C19E6AA2346A4966003129C441C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3">
    <w:name w:val="DC6DBC8E8B3947CB8F9195F36B67D85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3">
    <w:name w:val="49487EF4E50B45EF8F8DF0A58099CB0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90FA0BA5794AC5AC717DD711E33CBF3">
    <w:name w:val="A090FA0BA5794AC5AC717DD711E33CB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0DCF34BD304046A80B744FE313EC8D3">
    <w:name w:val="720DCF34BD304046A80B744FE313EC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6A3066A2874823A6138F2009EB4F8E3">
    <w:name w:val="7E6A3066A2874823A6138F2009EB4F8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3787E2D6CD437D958559317278BA373">
    <w:name w:val="EF3787E2D6CD437D958559317278BA3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2AD3B9F6384CAEA9353EA2904413323">
    <w:name w:val="AE2AD3B9F6384CAEA9353EA29044133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AE43D795DD4C2BA30FD59691E211763">
    <w:name w:val="75AE43D795DD4C2BA30FD59691E2117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053F17F6894268A992542D36635BF03">
    <w:name w:val="C7053F17F6894268A992542D36635BF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4396752B64498AA38F776F4525745B3">
    <w:name w:val="E94396752B64498AA38F776F4525745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EF752B72EA40298F4D5446F574AE073">
    <w:name w:val="19EF752B72EA40298F4D5446F574AE0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0FC10C07D54A89B954D87631C13C023">
    <w:name w:val="150FC10C07D54A89B954D87631C13C0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5A78D52909475AB9E852DA4B61BEDB3">
    <w:name w:val="525A78D52909475AB9E852DA4B61BED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4A461515D471D8D6FC7EA50B341973">
    <w:name w:val="A704A461515D471D8D6FC7EA50B3419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9DC2D9B1645DC97D44B8251F08D6F3">
    <w:name w:val="C479DC2D9B1645DC97D44B8251F08D6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F8A1A819C44A348A91ADE8A4DB2D023">
    <w:name w:val="08F8A1A819C44A348A91ADE8A4DB2D0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0C15532E104FD0955B923EA875F6F03">
    <w:name w:val="5E0C15532E104FD0955B923EA875F6F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93F09032E8405FB87C59C4F0E874AD3">
    <w:name w:val="9D93F09032E8405FB87C59C4F0E874A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F5EFFE296F4104AC12D83E105B8DD53">
    <w:name w:val="F9F5EFFE296F4104AC12D83E105B8DD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712F436C014F0499E34EAABAA56CC23">
    <w:name w:val="16712F436C014F0499E34EAABAA56CC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5760F5C80B4655820229D13443B0E23">
    <w:name w:val="075760F5C80B4655820229D13443B0E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966D1E99A24B1B86B59F77224A36213">
    <w:name w:val="A8966D1E99A24B1B86B59F77224A362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4A74A2288543E3867405059A4E52ED3">
    <w:name w:val="D44A74A2288543E3867405059A4E52E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3">
    <w:name w:val="C6C5AA04D5744E5397F5B4C02E599FE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3">
    <w:name w:val="657845195F10471BB191FDF6254F450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3">
    <w:name w:val="4261ABEBA6024587BD9BFFA89B86CBA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3">
    <w:name w:val="ECE4C47E07C843CCA2D7255597D077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3">
    <w:name w:val="9444CF760006459A89EF2B7CE3AFF2D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3">
    <w:name w:val="A451D5A1F2414B9AB219F05CFB3EC45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3">
    <w:name w:val="E58E1C4CC73644419B96786849CD041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3">
    <w:name w:val="D90A19DFEA52488BB99915162C93968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3">
    <w:name w:val="521563FD68FD43D5BA165673FF6D137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3">
    <w:name w:val="AE408CFFC6BA4AA5A655C4CB9E8D33B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3">
    <w:name w:val="77C883E787A7487E8AC9A2460D0D612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3">
    <w:name w:val="EDFABB6305204921AB41714CDBEF1F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3">
    <w:name w:val="39948876AF22424CB7ED2F5AF92F9C4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3">
    <w:name w:val="4EEA29DA30454295831DD7CCFD0893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D380108A714A54B553069EF8B9224B3">
    <w:name w:val="14D380108A714A54B553069EF8B9224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49B13A6144A888F402D180EC1C5EA3">
    <w:name w:val="F3149B13A6144A888F402D180EC1C5E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A52E3B218548A69313079785DAC1FE3">
    <w:name w:val="02A52E3B218548A69313079785DAC1F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08B58E68024BACAFB867A714BA2C013">
    <w:name w:val="1008B58E68024BACAFB867A714BA2C0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50C2647F9E4876A4CEA16AB936D1933">
    <w:name w:val="C850C2647F9E4876A4CEA16AB936D19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100737F25D4A0BBB60058BC4DBE10B3">
    <w:name w:val="02100737F25D4A0BBB60058BC4DBE10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B69D45F85A49EB9C04E47A72665C983">
    <w:name w:val="CDB69D45F85A49EB9C04E47A72665C9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36A35E921845CD80DB16EF2D1429913">
    <w:name w:val="3F36A35E921845CD80DB16EF2D14299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068B50590F49D3B4974CE22765804C3">
    <w:name w:val="F7068B50590F49D3B4974CE22765804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0715BA000149D89B210C0F325427B83">
    <w:name w:val="F40715BA000149D89B210C0F325427B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5337F177E343349C448BE53E4B90CB3">
    <w:name w:val="9D5337F177E343349C448BE53E4B90C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15B9677F0BA4F62B004E92868B3FA863">
    <w:name w:val="015B9677F0BA4F62B004E92868B3FA8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977C01DA24402D8935608B4B98B19B3">
    <w:name w:val="66977C01DA24402D8935608B4B98B19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F940C0F8AE44D08BC10ABAA283F3533">
    <w:name w:val="D0F940C0F8AE44D08BC10ABAA283F35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88D7E51B94BDEB7A797FC029DF0D03">
    <w:name w:val="B5888D7E51B94BDEB7A797FC029DF0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CF958E8C5E46F1A639E89F745A047C3">
    <w:name w:val="0BCF958E8C5E46F1A639E89F745A047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7A03E0DD24434796968B012CD9E3413">
    <w:name w:val="327A03E0DD24434796968B012CD9E34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E25CFE0B6B4CABA37120E23ECBC6E73">
    <w:name w:val="A4E25CFE0B6B4CABA37120E23ECBC6E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B67AE2C22493689508F2814CF0D443">
    <w:name w:val="5B1B67AE2C22493689508F2814CF0D4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F1B8CA7346B4A3F8C8FA6D7016C63">
    <w:name w:val="79ACF1B8CA7346B4A3F8C8FA6D7016C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C79068F6A88457FA542492F3FAE4D443">
    <w:name w:val="1C79068F6A88457FA542492F3FAE4D4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3">
    <w:name w:val="CA4E4ABAE5DA465E97A6237A7809538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3">
    <w:name w:val="156AE4FD73954CA688AAE317B321396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3">
    <w:name w:val="6D5A277E4DAE4119840AF2E2D970FC5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3">
    <w:name w:val="586FFECF142C4598987272C037E4807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3">
    <w:name w:val="0FB6E5FECABF45829BB384A56029A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3">
    <w:name w:val="2636CEBDA55446F2B898CE82D65A7F1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3">
    <w:name w:val="B1AD7A19AFD34107A93F340107E987C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3">
    <w:name w:val="886A75EF89754CCCA94133C3ED14837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3">
    <w:name w:val="5ED57F54BA834AB1B5607992871117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3">
    <w:name w:val="6DFABCABA0B9461DA7D3E68645D5FAB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272941C9A42FBAFBE9C5840DE2FC53">
    <w:name w:val="1E3272941C9A42FBAFBE9C5840DE2FC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826EDB96EE4613AA3FCF7B97A739973">
    <w:name w:val="73826EDB96EE4613AA3FCF7B97A7399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108C319F8654DB2A0DE4ED73C0B7C933">
    <w:name w:val="D108C319F8654DB2A0DE4ED73C0B7C9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537FF9817647B68B529D2732C6C5163">
    <w:name w:val="45537FF9817647B68B529D2732C6C51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F714731E0649CDBFDBAC64ACE6E5FB3">
    <w:name w:val="40F714731E0649CDBFDBAC64ACE6E5F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389ED8B008450CA4778B1F2DF9C2183">
    <w:name w:val="52389ED8B008450CA4778B1F2DF9C2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D81D9C48914496872D73718254846B3">
    <w:name w:val="A0D81D9C48914496872D73718254846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C45C1231A34000A2E6EA6C0FBB78F43">
    <w:name w:val="78C45C1231A34000A2E6EA6C0FBB78F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9BAA0F21EE401AA4E4AEF255764DCB3">
    <w:name w:val="189BAA0F21EE401AA4E4AEF255764DC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87DF6DF0F841CB9A70E144A5BC2E203">
    <w:name w:val="D087DF6DF0F841CB9A70E144A5BC2E2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3">
    <w:name w:val="7041F98D97294F33B27DB409BE8E34F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3">
    <w:name w:val="73AB6D1D873F4738BF61AE697637871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3">
    <w:name w:val="520891A0A4C04E9D9F8A8F3644975C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3">
    <w:name w:val="C582574595EA444189787F4DFB8EE37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3">
    <w:name w:val="55670920D67C4481B676B57D42BEF39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3">
    <w:name w:val="0D0E7F21F7C74B9EB2B3FE75BF17E85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3">
    <w:name w:val="9F98BD6A7E484DF08110B1C4E624D3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3">
    <w:name w:val="233C5AFA5E7E4902A9BB228B214E579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3">
    <w:name w:val="1B8839E78C2545FD826212E931A37F3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3">
    <w:name w:val="69B61E07360347BCBC59BA9F385F723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3">
    <w:name w:val="1B3653A43C104BD19568C0A6A4225B7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3">
    <w:name w:val="EEADD47DEE724B839CD6026B1BF75AA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A81B98C7214B19A7B39A54715AE3A73">
    <w:name w:val="6FA81B98C7214B19A7B39A54715AE3A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263252094F410FBE35EF6AF580FB843">
    <w:name w:val="3B263252094F410FBE35EF6AF580FB8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64CC2EE9EA4474962892B82322C1A83">
    <w:name w:val="1A64CC2EE9EA4474962892B82322C1A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2B4FC92EE6486BB6325F3B565287FC3">
    <w:name w:val="842B4FC92EE6486BB6325F3B565287F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F1EC9326B74389B49A76BD38D396843">
    <w:name w:val="4CF1EC9326B74389B49A76BD38D3968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9EC4D83D7B455183DAAD1EA6D7428D3">
    <w:name w:val="299EC4D83D7B455183DAAD1EA6D74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B90CA9A7B64375AFB95515D6FF8CB23">
    <w:name w:val="77B90CA9A7B64375AFB95515D6FF8C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4FF5E8B1AC481D982AB29014B1116D3">
    <w:name w:val="9F4FF5E8B1AC481D982AB29014B1116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4FA815530D48EE8E2ABFC68E94CDD13">
    <w:name w:val="124FA815530D48EE8E2ABFC68E94CDD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F260E5FC2F4C7989F71248374B00183">
    <w:name w:val="39F260E5FC2F4C7989F71248374B00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D1514CBB6741AC993B3EF0950A733F3">
    <w:name w:val="3BD1514CBB6741AC993B3EF0950A733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AFCA3B2F8640C583802F41AEEED8B43">
    <w:name w:val="C6AFCA3B2F8640C583802F41AEEED8B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0CB001AD624B23A5F15A8B8185FDD01">
    <w:name w:val="BB0CB001AD624B23A5F15A8B8185FDD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DFA0A20EF244408658A586FE3E6CCF1">
    <w:name w:val="C3DFA0A20EF244408658A586FE3E6CC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A6E5B3E750489CB0C4C1899C52BDD51">
    <w:name w:val="E4A6E5B3E750489CB0C4C1899C52BDD5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9761C25CFF4440B675C72392C0489C1">
    <w:name w:val="029761C25CFF4440B675C72392C0489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ACC168A6524DD3921FCBA313CE60D41">
    <w:name w:val="13ACC168A6524DD3921FCBA313CE60D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E3FB5CA07F408B9EDECE34B5B7099B1">
    <w:name w:val="3DE3FB5CA07F408B9EDECE34B5B7099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3">
    <w:name w:val="E7D02D12569949259F4B303AE9EE91B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3">
    <w:name w:val="CAA78230F4974F91A466D1A3E44D5E2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3">
    <w:name w:val="F0CFA2EC4C7B4356B9A2A03A62C3896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3">
    <w:name w:val="9380793E9EE044989EB44762814E78B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3">
    <w:name w:val="0E951C26B4874E2787CBE628EA2C209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3">
    <w:name w:val="07E5AC0373094234B85BEF415F1A899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3">
    <w:name w:val="3ED87B2022A34B2198DC2B217B191AF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33AAC1D2E844FBBD43F6EDC271D0FC3">
    <w:name w:val="FF33AAC1D2E844FBBD43F6EDC271D0F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3">
    <w:name w:val="A52E9F0F3C3549C29B060FC2F2A6D57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3">
    <w:name w:val="136CB3F2E58949E09F2EAE0D704C7EE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603C75-0968-4ECF-8FC2-BBE03E3E6D1A}"/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1829</Words>
  <Characters>10431</Characters>
  <Application>Microsoft Office Word</Application>
  <DocSecurity>8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2026-08-20T14:58:00Z</dcterms:created>
  <dcterms:modified xsi:type="dcterms:W3CDTF">2026-09-09T13:49:00Z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