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BF6FF8E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7E229B">
        <w:rPr>
          <w:b/>
          <w:bCs/>
          <w:sz w:val="40"/>
          <w:szCs w:val="40"/>
        </w:rPr>
        <w:t>Obstetrics &amp; Gynaecology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0B07296A">
                <wp:simplePos x="0" y="0"/>
                <wp:positionH relativeFrom="margin">
                  <wp:align>right</wp:align>
                </wp:positionH>
                <wp:positionV relativeFrom="paragraph">
                  <wp:posOffset>2312974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5B95" w14:textId="4717F137" w:rsidR="00704301" w:rsidRPr="009E1E94" w:rsidRDefault="00704301" w:rsidP="0070430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>Please adhere to the word limit guidelines where provided. Any word count exceeding the limit will be disregarded.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82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uNBf&#10;NN4AAAAIAQAADwAAAAAAAAAAAAAAAABoBAAAZHJzL2Rvd25yZXYueG1sUEsFBgAAAAAEAAQA8wAA&#10;AHMFAAAAAA==&#10;">
                <v:textbox style="mso-fit-shape-to-text:t">
                  <w:txbxContent>
                    <w:p w14:paraId="712C5B95" w14:textId="4717F137" w:rsidR="00704301" w:rsidRPr="009E1E94" w:rsidRDefault="00704301" w:rsidP="00704301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>Please adhere to the word limit guidelines where provided. Any word count exceeding the limit will be disregarded.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4C6806A8" w14:textId="2F9A4946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</w:t>
      </w:r>
      <w:r w:rsidR="00BF3DBA" w:rsidRPr="00BF3DBA">
        <w:t>NFQ and Postgraduate Memberships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2ABFCBD" w14:textId="77777777" w:rsidR="00704301" w:rsidRDefault="00704301" w:rsidP="00704301"/>
    <w:p w14:paraId="75B4FEB0" w14:textId="0D1BE850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76907529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2B461E95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60A1DDDB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D207FBA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40A05405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29D591C4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4C74DB2A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1DAADEB9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391770AB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10BC8CD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0BE7A43A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1D0EAA53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11588E6D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3CA21200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57BA1F07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8733B63" w:rsidR="002E140B" w:rsidRPr="00260F73" w:rsidRDefault="002E140B" w:rsidP="002E140B"/>
        </w:tc>
      </w:tr>
      <w:tr w:rsidR="00704301" w:rsidRPr="00260F73" w14:paraId="788206F3" w14:textId="77777777" w:rsidTr="00E70F08">
        <w:tc>
          <w:tcPr>
            <w:tcW w:w="9350" w:type="dxa"/>
            <w:gridSpan w:val="2"/>
          </w:tcPr>
          <w:p w14:paraId="5BFF9EF5" w14:textId="496FC58D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449620804"/>
                <w:placeholder>
                  <w:docPart w:val="0866B3D62A9D467483AD9F2FC112FC99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12B2094A" w14:textId="77777777" w:rsidTr="002E140B">
        <w:tc>
          <w:tcPr>
            <w:tcW w:w="2547" w:type="dxa"/>
          </w:tcPr>
          <w:p w14:paraId="2F519256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520299046"/>
            <w:placeholder>
              <w:docPart w:val="7B1010EAD2C84E8487A40BF00574A81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767C30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C59DBEB" w14:textId="77777777" w:rsidTr="002E140B">
        <w:tc>
          <w:tcPr>
            <w:tcW w:w="2547" w:type="dxa"/>
          </w:tcPr>
          <w:p w14:paraId="531B0744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664167690"/>
            <w:placeholder>
              <w:docPart w:val="774DACA09B8347AD80C5A7B80BF644C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EF29C0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6E148347" w14:textId="77777777" w:rsidTr="002E140B">
        <w:tc>
          <w:tcPr>
            <w:tcW w:w="2547" w:type="dxa"/>
          </w:tcPr>
          <w:p w14:paraId="2E569280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769592857"/>
            <w:placeholder>
              <w:docPart w:val="8D8B75A06F87471C8A7196FB68E80DBD"/>
            </w:placeholder>
            <w:showingPlcHdr/>
          </w:sdtPr>
          <w:sdtContent>
            <w:tc>
              <w:tcPr>
                <w:tcW w:w="6803" w:type="dxa"/>
              </w:tcPr>
              <w:p w14:paraId="4A3F00F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AD2FAFD" w14:textId="77777777" w:rsidTr="002E140B">
        <w:tc>
          <w:tcPr>
            <w:tcW w:w="2547" w:type="dxa"/>
          </w:tcPr>
          <w:p w14:paraId="23FD378D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417447793"/>
            <w:placeholder>
              <w:docPart w:val="387971AC23FA420ABE038062EB7309E1"/>
            </w:placeholder>
            <w:showingPlcHdr/>
          </w:sdtPr>
          <w:sdtContent>
            <w:tc>
              <w:tcPr>
                <w:tcW w:w="6803" w:type="dxa"/>
              </w:tcPr>
              <w:p w14:paraId="4448E05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2B1A8C1" w14:textId="77777777" w:rsidTr="002E140B">
        <w:tc>
          <w:tcPr>
            <w:tcW w:w="2547" w:type="dxa"/>
            <w:vAlign w:val="center"/>
          </w:tcPr>
          <w:p w14:paraId="4AF39B25" w14:textId="77777777" w:rsidR="00704301" w:rsidRPr="00260F73" w:rsidRDefault="0070430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6425209"/>
            <w:placeholder>
              <w:docPart w:val="DDAA593CDB6E4AA99AA5D915941D8E06"/>
            </w:placeholder>
            <w:showingPlcHdr/>
          </w:sdtPr>
          <w:sdtContent>
            <w:tc>
              <w:tcPr>
                <w:tcW w:w="6803" w:type="dxa"/>
              </w:tcPr>
              <w:p w14:paraId="7E93AF1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65FE9FC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4A3B705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69905384"/>
            <w:placeholder>
              <w:docPart w:val="37B5FD9ED6E347BFBBF821AC74E50AB1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7B142E3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AE2967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05B7C" w14:textId="29A56711" w:rsidR="00704301" w:rsidRPr="00260F73" w:rsidRDefault="00704301" w:rsidP="002E140B"/>
        </w:tc>
      </w:tr>
      <w:tr w:rsidR="00704301" w:rsidRPr="00260F73" w14:paraId="1CCBB391" w14:textId="77777777" w:rsidTr="00E70F08">
        <w:tc>
          <w:tcPr>
            <w:tcW w:w="9350" w:type="dxa"/>
            <w:gridSpan w:val="2"/>
          </w:tcPr>
          <w:p w14:paraId="6576E212" w14:textId="3C9528AE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740858854"/>
                <w:placeholder>
                  <w:docPart w:val="6E96ACD59047469DB81EE6D0B31C287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728D672E" w14:textId="77777777" w:rsidTr="002E140B">
        <w:tc>
          <w:tcPr>
            <w:tcW w:w="2547" w:type="dxa"/>
          </w:tcPr>
          <w:p w14:paraId="4DB49226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86348399"/>
            <w:placeholder>
              <w:docPart w:val="D299614F76FA479A90AECD1A0B263FB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35798C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D9112C6" w14:textId="77777777" w:rsidTr="002E140B">
        <w:tc>
          <w:tcPr>
            <w:tcW w:w="2547" w:type="dxa"/>
          </w:tcPr>
          <w:p w14:paraId="35BC3BD5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74782420"/>
            <w:placeholder>
              <w:docPart w:val="02FF125321BC4ABC8AD9E6C98F26C8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150386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E009514" w14:textId="77777777" w:rsidTr="002E140B">
        <w:tc>
          <w:tcPr>
            <w:tcW w:w="2547" w:type="dxa"/>
          </w:tcPr>
          <w:p w14:paraId="518A0EB8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508868966"/>
            <w:placeholder>
              <w:docPart w:val="8D2E4CF36AE64914ACEB7B5585762479"/>
            </w:placeholder>
            <w:showingPlcHdr/>
          </w:sdtPr>
          <w:sdtContent>
            <w:tc>
              <w:tcPr>
                <w:tcW w:w="6803" w:type="dxa"/>
              </w:tcPr>
              <w:p w14:paraId="38638C0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50F91B3" w14:textId="77777777" w:rsidTr="002E140B">
        <w:tc>
          <w:tcPr>
            <w:tcW w:w="2547" w:type="dxa"/>
          </w:tcPr>
          <w:p w14:paraId="57640F9C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255438308"/>
            <w:placeholder>
              <w:docPart w:val="61A1A359BD9C4E978BFDB6BF1CAFDA72"/>
            </w:placeholder>
            <w:showingPlcHdr/>
          </w:sdtPr>
          <w:sdtContent>
            <w:tc>
              <w:tcPr>
                <w:tcW w:w="6803" w:type="dxa"/>
              </w:tcPr>
              <w:p w14:paraId="34B7AA5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4955626" w14:textId="77777777" w:rsidTr="002E140B">
        <w:tc>
          <w:tcPr>
            <w:tcW w:w="2547" w:type="dxa"/>
            <w:vAlign w:val="center"/>
          </w:tcPr>
          <w:p w14:paraId="41552052" w14:textId="77777777" w:rsidR="00704301" w:rsidRPr="00260F73" w:rsidRDefault="0070430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549722277"/>
            <w:placeholder>
              <w:docPart w:val="BF1308D239D64590932AE1CF2858AD30"/>
            </w:placeholder>
            <w:showingPlcHdr/>
          </w:sdtPr>
          <w:sdtContent>
            <w:tc>
              <w:tcPr>
                <w:tcW w:w="6803" w:type="dxa"/>
              </w:tcPr>
              <w:p w14:paraId="79C5CEA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C0E14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16D149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807437889"/>
            <w:placeholder>
              <w:docPart w:val="06B75735BC7246449487DBE5D908183E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667C36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146210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F0881" w14:textId="4A410CCE" w:rsidR="00704301" w:rsidRPr="00260F73" w:rsidRDefault="00704301" w:rsidP="002E140B"/>
        </w:tc>
      </w:tr>
      <w:tr w:rsidR="00704301" w:rsidRPr="00260F73" w14:paraId="16E4B358" w14:textId="77777777" w:rsidTr="00E70F08">
        <w:tc>
          <w:tcPr>
            <w:tcW w:w="9350" w:type="dxa"/>
            <w:gridSpan w:val="2"/>
          </w:tcPr>
          <w:p w14:paraId="2730D193" w14:textId="78C03E9D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970468337"/>
                <w:placeholder>
                  <w:docPart w:val="63C0A0A9762A448AA847A638E21CA179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4EDB3A04" w14:textId="77777777" w:rsidTr="002E140B">
        <w:tc>
          <w:tcPr>
            <w:tcW w:w="2547" w:type="dxa"/>
          </w:tcPr>
          <w:p w14:paraId="5EC1009F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915071807"/>
            <w:placeholder>
              <w:docPart w:val="FFD834A811CB4EF985204EAC761D129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D41C2C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3DA14DA" w14:textId="77777777" w:rsidTr="002E140B">
        <w:tc>
          <w:tcPr>
            <w:tcW w:w="2547" w:type="dxa"/>
          </w:tcPr>
          <w:p w14:paraId="4B4D9BD8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432247293"/>
            <w:placeholder>
              <w:docPart w:val="B2222B2486224E3E9143B4D08CF7A8B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B6098F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22C6EE0F" w14:textId="77777777" w:rsidTr="002E140B">
        <w:tc>
          <w:tcPr>
            <w:tcW w:w="2547" w:type="dxa"/>
          </w:tcPr>
          <w:p w14:paraId="205EBB40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380324453"/>
            <w:placeholder>
              <w:docPart w:val="20C211F8852D4E49AE467B1B30BCB3FB"/>
            </w:placeholder>
            <w:showingPlcHdr/>
          </w:sdtPr>
          <w:sdtContent>
            <w:tc>
              <w:tcPr>
                <w:tcW w:w="6803" w:type="dxa"/>
              </w:tcPr>
              <w:p w14:paraId="6D4247B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2A30171" w14:textId="77777777" w:rsidTr="002E140B">
        <w:tc>
          <w:tcPr>
            <w:tcW w:w="2547" w:type="dxa"/>
          </w:tcPr>
          <w:p w14:paraId="44A78B8B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586267851"/>
            <w:placeholder>
              <w:docPart w:val="1BF1D29387E743F483D0412CCED5C781"/>
            </w:placeholder>
            <w:showingPlcHdr/>
          </w:sdtPr>
          <w:sdtContent>
            <w:tc>
              <w:tcPr>
                <w:tcW w:w="6803" w:type="dxa"/>
              </w:tcPr>
              <w:p w14:paraId="6AA1220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408E332" w14:textId="77777777" w:rsidTr="002E140B">
        <w:tc>
          <w:tcPr>
            <w:tcW w:w="2547" w:type="dxa"/>
            <w:vAlign w:val="center"/>
          </w:tcPr>
          <w:p w14:paraId="027B2DE9" w14:textId="77777777" w:rsidR="00704301" w:rsidRPr="00260F73" w:rsidRDefault="00704301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2110464437"/>
            <w:placeholder>
              <w:docPart w:val="D3894F2771BC49269638D9CDAEAA6186"/>
            </w:placeholder>
            <w:showingPlcHdr/>
          </w:sdtPr>
          <w:sdtContent>
            <w:tc>
              <w:tcPr>
                <w:tcW w:w="6803" w:type="dxa"/>
              </w:tcPr>
              <w:p w14:paraId="4A9CFFA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F586C82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400B5C0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737820448"/>
            <w:placeholder>
              <w:docPart w:val="5FEDDF569ED746B8873E4F4D51229E3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A49769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72B322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77A4A" w14:textId="471F2844" w:rsidR="00704301" w:rsidRPr="00260F73" w:rsidRDefault="00704301" w:rsidP="002E140B"/>
        </w:tc>
      </w:tr>
    </w:tbl>
    <w:p w14:paraId="74E4B57A" w14:textId="77777777" w:rsidR="00704301" w:rsidRDefault="00704301">
      <w:pPr>
        <w:pStyle w:val="Heading1"/>
      </w:pPr>
    </w:p>
    <w:p w14:paraId="46C5C6FA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05130C26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07E3C43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5717257E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5A2D5BB3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5F7D04C8" w:rsidR="003713D2" w:rsidRPr="00260F73" w:rsidRDefault="003713D2" w:rsidP="002D7D98"/>
        </w:tc>
      </w:tr>
      <w:tr w:rsidR="00704301" w:rsidRPr="00260F73" w14:paraId="557506F3" w14:textId="77777777" w:rsidTr="0019370D">
        <w:tc>
          <w:tcPr>
            <w:tcW w:w="9350" w:type="dxa"/>
            <w:gridSpan w:val="2"/>
          </w:tcPr>
          <w:p w14:paraId="2180637A" w14:textId="421BF3EF" w:rsidR="00704301" w:rsidRPr="00260F73" w:rsidRDefault="00704301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95646739"/>
                <w:placeholder>
                  <w:docPart w:val="40D6CED66AA040DDA69ECDC93E450C5A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0479A022" w14:textId="77777777" w:rsidTr="00A0792E">
        <w:tc>
          <w:tcPr>
            <w:tcW w:w="2830" w:type="dxa"/>
            <w:vAlign w:val="center"/>
          </w:tcPr>
          <w:p w14:paraId="05988AFF" w14:textId="77777777" w:rsidR="00704301" w:rsidRPr="00260F73" w:rsidRDefault="00704301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826711177"/>
            <w:placeholder>
              <w:docPart w:val="0EC5B641FF58471B8393FBFF54350065"/>
            </w:placeholder>
            <w:showingPlcHdr/>
          </w:sdtPr>
          <w:sdtContent>
            <w:tc>
              <w:tcPr>
                <w:tcW w:w="6520" w:type="dxa"/>
              </w:tcPr>
              <w:p w14:paraId="48190FA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24E67B8" w14:textId="77777777" w:rsidTr="00A0792E">
        <w:tc>
          <w:tcPr>
            <w:tcW w:w="2830" w:type="dxa"/>
            <w:vAlign w:val="center"/>
          </w:tcPr>
          <w:p w14:paraId="4900E981" w14:textId="77777777" w:rsidR="00704301" w:rsidRPr="00260F73" w:rsidRDefault="00704301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30AD9B2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167641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88391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4662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A1BDE2B" w14:textId="77777777" w:rsidTr="00A0792E">
        <w:tc>
          <w:tcPr>
            <w:tcW w:w="2830" w:type="dxa"/>
            <w:vAlign w:val="center"/>
          </w:tcPr>
          <w:p w14:paraId="64EDC074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2084289743"/>
            <w:placeholder>
              <w:docPart w:val="4F6637EB45D4412D98228ECBFB3787E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FFD0E5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413E0C3" w14:textId="77777777" w:rsidTr="00A0792E">
        <w:tc>
          <w:tcPr>
            <w:tcW w:w="2830" w:type="dxa"/>
            <w:vAlign w:val="center"/>
          </w:tcPr>
          <w:p w14:paraId="1A270B2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7137552"/>
            <w:placeholder>
              <w:docPart w:val="1D0FF9FCD900404183FBA01DD17A8E4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6E4015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1B8778F" w14:textId="77777777" w:rsidTr="00A0792E">
        <w:tc>
          <w:tcPr>
            <w:tcW w:w="2830" w:type="dxa"/>
            <w:vAlign w:val="center"/>
          </w:tcPr>
          <w:p w14:paraId="19A26C3D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071F1A02" w14:textId="77777777" w:rsidR="00704301" w:rsidRPr="00260F73" w:rsidRDefault="00704301" w:rsidP="00CD745A"/>
        </w:tc>
        <w:sdt>
          <w:sdtPr>
            <w:id w:val="1325237353"/>
            <w:placeholder>
              <w:docPart w:val="451B8A2BB83B4F8DAA717BCE52A67B06"/>
            </w:placeholder>
            <w:showingPlcHdr/>
          </w:sdtPr>
          <w:sdtContent>
            <w:tc>
              <w:tcPr>
                <w:tcW w:w="6520" w:type="dxa"/>
              </w:tcPr>
              <w:p w14:paraId="4F357AE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363304C" w14:textId="77777777" w:rsidTr="00A0792E">
        <w:tc>
          <w:tcPr>
            <w:tcW w:w="2830" w:type="dxa"/>
            <w:vAlign w:val="center"/>
          </w:tcPr>
          <w:p w14:paraId="2CCF9705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32E16E23" w14:textId="77777777" w:rsidR="00704301" w:rsidRPr="00260F73" w:rsidRDefault="00704301" w:rsidP="00CD745A"/>
        </w:tc>
        <w:sdt>
          <w:sdtPr>
            <w:id w:val="344521997"/>
            <w:placeholder>
              <w:docPart w:val="734D0F1915E44420ACD18C395615CB5F"/>
            </w:placeholder>
            <w:showingPlcHdr/>
          </w:sdtPr>
          <w:sdtContent>
            <w:tc>
              <w:tcPr>
                <w:tcW w:w="6520" w:type="dxa"/>
              </w:tcPr>
              <w:p w14:paraId="0D4B0DF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12F97AD" w14:textId="77777777" w:rsidTr="00A0792E">
        <w:tc>
          <w:tcPr>
            <w:tcW w:w="2830" w:type="dxa"/>
            <w:vAlign w:val="center"/>
          </w:tcPr>
          <w:p w14:paraId="5F40813D" w14:textId="77777777" w:rsidR="00704301" w:rsidRPr="00260F73" w:rsidRDefault="00704301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198743804"/>
            <w:placeholder>
              <w:docPart w:val="394AB4FA034D45D683E0D68FB55814DE"/>
            </w:placeholder>
            <w:showingPlcHdr/>
          </w:sdtPr>
          <w:sdtContent>
            <w:tc>
              <w:tcPr>
                <w:tcW w:w="6520" w:type="dxa"/>
              </w:tcPr>
              <w:p w14:paraId="48AAF2C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718C9BF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9DA9F36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31AD2E0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23277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9537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346AC61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06D38" w14:textId="7BECAFA9" w:rsidR="00704301" w:rsidRPr="00260F73" w:rsidRDefault="00704301" w:rsidP="002D7D98"/>
        </w:tc>
      </w:tr>
      <w:tr w:rsidR="00704301" w:rsidRPr="00260F73" w14:paraId="52768C56" w14:textId="77777777" w:rsidTr="0019370D">
        <w:tc>
          <w:tcPr>
            <w:tcW w:w="9350" w:type="dxa"/>
            <w:gridSpan w:val="2"/>
          </w:tcPr>
          <w:p w14:paraId="45546A15" w14:textId="1317A394" w:rsidR="00704301" w:rsidRPr="00260F73" w:rsidRDefault="00704301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69808671"/>
                <w:placeholder>
                  <w:docPart w:val="A50C30937C2045B7AAD66FB89051D785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7A35ECC6" w14:textId="77777777" w:rsidTr="00A0792E">
        <w:tc>
          <w:tcPr>
            <w:tcW w:w="2830" w:type="dxa"/>
            <w:vAlign w:val="center"/>
          </w:tcPr>
          <w:p w14:paraId="28F28E85" w14:textId="77777777" w:rsidR="00704301" w:rsidRPr="00260F73" w:rsidRDefault="00704301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249241919"/>
            <w:placeholder>
              <w:docPart w:val="B69DD326C5B84E7BBE53DC05AC780EA5"/>
            </w:placeholder>
            <w:showingPlcHdr/>
          </w:sdtPr>
          <w:sdtContent>
            <w:tc>
              <w:tcPr>
                <w:tcW w:w="6520" w:type="dxa"/>
              </w:tcPr>
              <w:p w14:paraId="7C523E8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F551F82" w14:textId="77777777" w:rsidTr="00A0792E">
        <w:tc>
          <w:tcPr>
            <w:tcW w:w="2830" w:type="dxa"/>
            <w:vAlign w:val="center"/>
          </w:tcPr>
          <w:p w14:paraId="01C9746D" w14:textId="77777777" w:rsidR="00704301" w:rsidRPr="00260F73" w:rsidRDefault="00704301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8841CE4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98192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1975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83356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CFB04F0" w14:textId="77777777" w:rsidTr="00A0792E">
        <w:tc>
          <w:tcPr>
            <w:tcW w:w="2830" w:type="dxa"/>
            <w:vAlign w:val="center"/>
          </w:tcPr>
          <w:p w14:paraId="2FA6B66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676578392"/>
            <w:placeholder>
              <w:docPart w:val="195A7B7FDF41441DBCE86092C1339F1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9B0C17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089BF1BA" w14:textId="77777777" w:rsidTr="00A0792E">
        <w:tc>
          <w:tcPr>
            <w:tcW w:w="2830" w:type="dxa"/>
            <w:vAlign w:val="center"/>
          </w:tcPr>
          <w:p w14:paraId="44F95E0D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572650751"/>
            <w:placeholder>
              <w:docPart w:val="8DADDE162BBB4B94A1F9960C195A8A8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D9A041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3E5C6C6D" w14:textId="77777777" w:rsidTr="00A0792E">
        <w:tc>
          <w:tcPr>
            <w:tcW w:w="2830" w:type="dxa"/>
            <w:vAlign w:val="center"/>
          </w:tcPr>
          <w:p w14:paraId="61951A5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3020C7DC" w14:textId="77777777" w:rsidR="00704301" w:rsidRPr="00260F73" w:rsidRDefault="00704301" w:rsidP="00CD745A"/>
        </w:tc>
        <w:sdt>
          <w:sdtPr>
            <w:id w:val="1618183809"/>
            <w:placeholder>
              <w:docPart w:val="4BD71F48B86742FE85D545280FEBE8DA"/>
            </w:placeholder>
            <w:showingPlcHdr/>
          </w:sdtPr>
          <w:sdtContent>
            <w:tc>
              <w:tcPr>
                <w:tcW w:w="6520" w:type="dxa"/>
              </w:tcPr>
              <w:p w14:paraId="74A0229A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96DEBFB" w14:textId="77777777" w:rsidTr="00A0792E">
        <w:tc>
          <w:tcPr>
            <w:tcW w:w="2830" w:type="dxa"/>
            <w:vAlign w:val="center"/>
          </w:tcPr>
          <w:p w14:paraId="7AB85C73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0DBF933A" w14:textId="77777777" w:rsidR="00704301" w:rsidRPr="00260F73" w:rsidRDefault="00704301" w:rsidP="00CD745A"/>
        </w:tc>
        <w:sdt>
          <w:sdtPr>
            <w:id w:val="1913278863"/>
            <w:placeholder>
              <w:docPart w:val="B2D44261F46A4D6188116D7F492387FD"/>
            </w:placeholder>
            <w:showingPlcHdr/>
          </w:sdtPr>
          <w:sdtContent>
            <w:tc>
              <w:tcPr>
                <w:tcW w:w="6520" w:type="dxa"/>
              </w:tcPr>
              <w:p w14:paraId="097FDDD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55C1607" w14:textId="77777777" w:rsidTr="00A0792E">
        <w:tc>
          <w:tcPr>
            <w:tcW w:w="2830" w:type="dxa"/>
            <w:vAlign w:val="center"/>
          </w:tcPr>
          <w:p w14:paraId="5902A71E" w14:textId="77777777" w:rsidR="00704301" w:rsidRPr="00260F73" w:rsidRDefault="00704301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08110037"/>
            <w:placeholder>
              <w:docPart w:val="EDCDEB8C5F974BB49418604D3C996D48"/>
            </w:placeholder>
            <w:showingPlcHdr/>
          </w:sdtPr>
          <w:sdtContent>
            <w:tc>
              <w:tcPr>
                <w:tcW w:w="6520" w:type="dxa"/>
              </w:tcPr>
              <w:p w14:paraId="55D206C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E32A4D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8C5FAC9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E32CEC2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159335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2993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A7B5C7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BC1ED" w14:textId="771089AA" w:rsidR="00704301" w:rsidRPr="00260F73" w:rsidRDefault="00704301" w:rsidP="002D7D98"/>
        </w:tc>
      </w:tr>
    </w:tbl>
    <w:p w14:paraId="4B13E1C0" w14:textId="77777777" w:rsidR="008525FA" w:rsidRPr="00260F73" w:rsidRDefault="008525FA" w:rsidP="002D7D98"/>
    <w:p w14:paraId="0CFD99FE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07C0DD7C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2ABFDF50" w:rsidR="000A5F58" w:rsidRPr="00BF3DBA" w:rsidRDefault="00BF3DBA" w:rsidP="000A5F58">
      <w:pPr>
        <w:rPr>
          <w:lang w:val="en-US"/>
        </w:rPr>
      </w:pPr>
      <w:r w:rsidRPr="00BF3DBA">
        <w:rPr>
          <w:lang w:val="en-US"/>
        </w:rPr>
        <w:t>Publications, Presentations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365E5037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3C2B891F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1399C5FD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27200CDA" w:rsidR="003713D2" w:rsidRPr="00260F73" w:rsidRDefault="003713D2" w:rsidP="00CD745A"/>
        </w:tc>
      </w:tr>
      <w:tr w:rsidR="00704301" w:rsidRPr="00260F73" w14:paraId="52CB2CC2" w14:textId="77777777" w:rsidTr="00695860">
        <w:tc>
          <w:tcPr>
            <w:tcW w:w="9350" w:type="dxa"/>
            <w:gridSpan w:val="2"/>
          </w:tcPr>
          <w:p w14:paraId="623628E1" w14:textId="5A96BA3D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2034182006"/>
                <w:placeholder>
                  <w:docPart w:val="39CCD190185F49298A81B3E8C8DC75F5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716C8F65" w14:textId="77777777" w:rsidTr="00CD745A">
        <w:tc>
          <w:tcPr>
            <w:tcW w:w="2723" w:type="dxa"/>
            <w:vAlign w:val="center"/>
          </w:tcPr>
          <w:p w14:paraId="5780F354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949225738"/>
            <w:placeholder>
              <w:docPart w:val="782D8681A7B4465E8AF6DF18F66E2C3A"/>
            </w:placeholder>
            <w:showingPlcHdr/>
          </w:sdtPr>
          <w:sdtContent>
            <w:tc>
              <w:tcPr>
                <w:tcW w:w="6627" w:type="dxa"/>
              </w:tcPr>
              <w:p w14:paraId="0903CA1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517CF30" w14:textId="77777777" w:rsidTr="00CD745A">
        <w:tc>
          <w:tcPr>
            <w:tcW w:w="2723" w:type="dxa"/>
            <w:vAlign w:val="center"/>
          </w:tcPr>
          <w:p w14:paraId="6CC61AFD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30687827"/>
            <w:placeholder>
              <w:docPart w:val="4A81FE4BFC9246A98DA336F677BF7F24"/>
            </w:placeholder>
            <w:showingPlcHdr/>
          </w:sdtPr>
          <w:sdtContent>
            <w:tc>
              <w:tcPr>
                <w:tcW w:w="6627" w:type="dxa"/>
              </w:tcPr>
              <w:p w14:paraId="07063B2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48F5338" w14:textId="77777777" w:rsidTr="00CD745A">
        <w:tc>
          <w:tcPr>
            <w:tcW w:w="2723" w:type="dxa"/>
            <w:vAlign w:val="center"/>
          </w:tcPr>
          <w:p w14:paraId="4D74289F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021006565"/>
            <w:placeholder>
              <w:docPart w:val="3F17B7A684C34ED58FA29CD6A59A0655"/>
            </w:placeholder>
            <w:showingPlcHdr/>
          </w:sdtPr>
          <w:sdtContent>
            <w:tc>
              <w:tcPr>
                <w:tcW w:w="6627" w:type="dxa"/>
              </w:tcPr>
              <w:p w14:paraId="7C4740D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F8638C7" w14:textId="77777777" w:rsidTr="00CD745A">
        <w:tc>
          <w:tcPr>
            <w:tcW w:w="2723" w:type="dxa"/>
            <w:vAlign w:val="center"/>
          </w:tcPr>
          <w:p w14:paraId="19786064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314578519"/>
            <w:placeholder>
              <w:docPart w:val="BBD208F5CB974A4B87AF5CA8968EAB8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A16960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77816B8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B3CE08B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97EFB74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188483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6909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4F427B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60FF3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EC041" w14:textId="6081473C" w:rsidR="00704301" w:rsidRPr="00260F73" w:rsidRDefault="00704301" w:rsidP="00CD745A"/>
        </w:tc>
      </w:tr>
      <w:tr w:rsidR="00704301" w:rsidRPr="00260F73" w14:paraId="63C4FD3B" w14:textId="77777777" w:rsidTr="00695860">
        <w:tc>
          <w:tcPr>
            <w:tcW w:w="9350" w:type="dxa"/>
            <w:gridSpan w:val="2"/>
          </w:tcPr>
          <w:p w14:paraId="51DE99F4" w14:textId="152C8590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369580374"/>
                <w:placeholder>
                  <w:docPart w:val="1E30F93A003B468590B54EFBC22294EE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240DEAEC" w14:textId="77777777" w:rsidTr="00CD745A">
        <w:tc>
          <w:tcPr>
            <w:tcW w:w="2723" w:type="dxa"/>
            <w:vAlign w:val="center"/>
          </w:tcPr>
          <w:p w14:paraId="1733A73D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60375113"/>
            <w:placeholder>
              <w:docPart w:val="5571CEB7E6D54725B58677B7BB2EFB51"/>
            </w:placeholder>
            <w:showingPlcHdr/>
          </w:sdtPr>
          <w:sdtContent>
            <w:tc>
              <w:tcPr>
                <w:tcW w:w="6627" w:type="dxa"/>
              </w:tcPr>
              <w:p w14:paraId="33A38AB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C1C66A0" w14:textId="77777777" w:rsidTr="00CD745A">
        <w:tc>
          <w:tcPr>
            <w:tcW w:w="2723" w:type="dxa"/>
            <w:vAlign w:val="center"/>
          </w:tcPr>
          <w:p w14:paraId="44FA220C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609079565"/>
            <w:placeholder>
              <w:docPart w:val="47756D4D8139446194653F8164058AC3"/>
            </w:placeholder>
            <w:showingPlcHdr/>
          </w:sdtPr>
          <w:sdtContent>
            <w:tc>
              <w:tcPr>
                <w:tcW w:w="6627" w:type="dxa"/>
              </w:tcPr>
              <w:p w14:paraId="4AF8F6A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2C7258D" w14:textId="77777777" w:rsidTr="00CD745A">
        <w:tc>
          <w:tcPr>
            <w:tcW w:w="2723" w:type="dxa"/>
            <w:vAlign w:val="center"/>
          </w:tcPr>
          <w:p w14:paraId="7899D3CD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52903550"/>
            <w:placeholder>
              <w:docPart w:val="4537A7F537554F6D8EF12E968C730337"/>
            </w:placeholder>
            <w:showingPlcHdr/>
          </w:sdtPr>
          <w:sdtContent>
            <w:tc>
              <w:tcPr>
                <w:tcW w:w="6627" w:type="dxa"/>
              </w:tcPr>
              <w:p w14:paraId="405F4AD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272758E" w14:textId="77777777" w:rsidTr="00CD745A">
        <w:tc>
          <w:tcPr>
            <w:tcW w:w="2723" w:type="dxa"/>
            <w:vAlign w:val="center"/>
          </w:tcPr>
          <w:p w14:paraId="4CF846F9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752854788"/>
            <w:placeholder>
              <w:docPart w:val="5BF960B3AA504D62B5A1A55BEE853AF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BC7938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706534E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C14C3B1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3A447DA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-172659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242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68306A73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BA9C1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C4C85" w14:textId="66C10011" w:rsidR="00704301" w:rsidRPr="00260F73" w:rsidRDefault="00704301" w:rsidP="00CD745A"/>
        </w:tc>
      </w:tr>
      <w:tr w:rsidR="00704301" w:rsidRPr="00260F73" w14:paraId="5E213C89" w14:textId="77777777" w:rsidTr="00695860">
        <w:tc>
          <w:tcPr>
            <w:tcW w:w="9350" w:type="dxa"/>
            <w:gridSpan w:val="2"/>
          </w:tcPr>
          <w:p w14:paraId="157C56F9" w14:textId="26859E9A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747003185"/>
                <w:placeholder>
                  <w:docPart w:val="DE2D82E6303345E0A39E638A854089BF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46DCAEAB" w14:textId="77777777" w:rsidTr="00CD745A">
        <w:tc>
          <w:tcPr>
            <w:tcW w:w="2723" w:type="dxa"/>
            <w:vAlign w:val="center"/>
          </w:tcPr>
          <w:p w14:paraId="3C1C48CF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917435642"/>
            <w:placeholder>
              <w:docPart w:val="35428F303836423AB2FA3B7849A5BD4B"/>
            </w:placeholder>
            <w:showingPlcHdr/>
          </w:sdtPr>
          <w:sdtContent>
            <w:tc>
              <w:tcPr>
                <w:tcW w:w="6627" w:type="dxa"/>
              </w:tcPr>
              <w:p w14:paraId="2421FC6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9F99D76" w14:textId="77777777" w:rsidTr="00CD745A">
        <w:tc>
          <w:tcPr>
            <w:tcW w:w="2723" w:type="dxa"/>
            <w:vAlign w:val="center"/>
          </w:tcPr>
          <w:p w14:paraId="1B25B941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383875546"/>
            <w:placeholder>
              <w:docPart w:val="AA2C270CF2A842D8AE5D1493150C751F"/>
            </w:placeholder>
            <w:showingPlcHdr/>
          </w:sdtPr>
          <w:sdtContent>
            <w:tc>
              <w:tcPr>
                <w:tcW w:w="6627" w:type="dxa"/>
              </w:tcPr>
              <w:p w14:paraId="1140B201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D34EC38" w14:textId="77777777" w:rsidTr="00CD745A">
        <w:tc>
          <w:tcPr>
            <w:tcW w:w="2723" w:type="dxa"/>
            <w:vAlign w:val="center"/>
          </w:tcPr>
          <w:p w14:paraId="781AB48B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77716245"/>
            <w:placeholder>
              <w:docPart w:val="576291C8F06144C0B6B69A2E17F649EC"/>
            </w:placeholder>
            <w:showingPlcHdr/>
          </w:sdtPr>
          <w:sdtContent>
            <w:tc>
              <w:tcPr>
                <w:tcW w:w="6627" w:type="dxa"/>
              </w:tcPr>
              <w:p w14:paraId="338D424A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4079D46" w14:textId="77777777" w:rsidTr="00CD745A">
        <w:tc>
          <w:tcPr>
            <w:tcW w:w="2723" w:type="dxa"/>
            <w:vAlign w:val="center"/>
          </w:tcPr>
          <w:p w14:paraId="02570A4C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671334167"/>
            <w:placeholder>
              <w:docPart w:val="F57622EBB33943C796AC2E601F6D3B9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032B2F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6EE143D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329491F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1E6D0B3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-209978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3061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C4ABAF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F44D4C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62D76" w14:textId="15DF6625" w:rsidR="00704301" w:rsidRPr="00260F73" w:rsidRDefault="00704301" w:rsidP="00CD745A"/>
        </w:tc>
      </w:tr>
    </w:tbl>
    <w:p w14:paraId="2D5243D9" w14:textId="77777777" w:rsidR="00704301" w:rsidRDefault="00704301">
      <w:pPr>
        <w:pStyle w:val="Heading1"/>
      </w:pPr>
    </w:p>
    <w:p w14:paraId="02B4EF68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4801A8C9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6ECFF20A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564D772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597657B5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27BB59F2" w:rsidR="003713D2" w:rsidRPr="00260F73" w:rsidRDefault="003713D2"/>
        </w:tc>
      </w:tr>
      <w:tr w:rsidR="00704301" w:rsidRPr="00260F73" w14:paraId="13CCD2D9" w14:textId="77777777" w:rsidTr="00A0792E">
        <w:tc>
          <w:tcPr>
            <w:tcW w:w="2689" w:type="dxa"/>
          </w:tcPr>
          <w:p w14:paraId="41A51307" w14:textId="752D65B4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2078166938"/>
            <w:placeholder>
              <w:docPart w:val="9C1ADFC792F04B1F9340DFDB253C0CB6"/>
            </w:placeholder>
            <w:showingPlcHdr/>
          </w:sdtPr>
          <w:sdtContent>
            <w:tc>
              <w:tcPr>
                <w:tcW w:w="6661" w:type="dxa"/>
              </w:tcPr>
              <w:p w14:paraId="74D7BF2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A059198" w14:textId="77777777" w:rsidTr="00A0792E">
        <w:tc>
          <w:tcPr>
            <w:tcW w:w="2689" w:type="dxa"/>
          </w:tcPr>
          <w:p w14:paraId="33C19198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460547539"/>
            <w:placeholder>
              <w:docPart w:val="C83DA7695D7E402EB5CA19517CCBE5B2"/>
            </w:placeholder>
            <w:showingPlcHdr/>
          </w:sdtPr>
          <w:sdtContent>
            <w:tc>
              <w:tcPr>
                <w:tcW w:w="6661" w:type="dxa"/>
              </w:tcPr>
              <w:p w14:paraId="23FB47FE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62ED0E" w14:textId="77777777" w:rsidTr="00A0792E">
        <w:tc>
          <w:tcPr>
            <w:tcW w:w="2689" w:type="dxa"/>
          </w:tcPr>
          <w:p w14:paraId="42AF6882" w14:textId="77777777" w:rsidR="00704301" w:rsidRPr="00260F73" w:rsidRDefault="0070430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155149434"/>
            <w:placeholder>
              <w:docPart w:val="4DF16CD0A7CA4AAC96AFFE3614E8DBE3"/>
            </w:placeholder>
            <w:showingPlcHdr/>
          </w:sdtPr>
          <w:sdtContent>
            <w:tc>
              <w:tcPr>
                <w:tcW w:w="6661" w:type="dxa"/>
              </w:tcPr>
              <w:p w14:paraId="5E49197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7C5CE4F" w14:textId="77777777" w:rsidTr="00A0792E">
        <w:tc>
          <w:tcPr>
            <w:tcW w:w="2689" w:type="dxa"/>
          </w:tcPr>
          <w:p w14:paraId="2F2D1179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F040B32" w14:textId="77777777" w:rsidR="00704301" w:rsidRPr="00260F73" w:rsidRDefault="00704301"/>
        </w:tc>
        <w:sdt>
          <w:sdtPr>
            <w:id w:val="1957747924"/>
            <w:placeholder>
              <w:docPart w:val="CD7955DC92C146A480B5A5AA61DC478A"/>
            </w:placeholder>
            <w:showingPlcHdr/>
          </w:sdtPr>
          <w:sdtContent>
            <w:tc>
              <w:tcPr>
                <w:tcW w:w="6661" w:type="dxa"/>
              </w:tcPr>
              <w:p w14:paraId="092E7EDE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6569E07" w14:textId="77777777" w:rsidTr="00A0792E">
        <w:tc>
          <w:tcPr>
            <w:tcW w:w="2689" w:type="dxa"/>
          </w:tcPr>
          <w:p w14:paraId="5A88875C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2BDCC62" w14:textId="77777777" w:rsidR="00704301" w:rsidRPr="00260F73" w:rsidRDefault="00704301">
            <w:r w:rsidRPr="00260F73">
              <w:t xml:space="preserve">Complete  </w:t>
            </w:r>
            <w:sdt>
              <w:sdtPr>
                <w:id w:val="34931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8934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08BEBABD" w14:textId="77777777" w:rsidTr="00A0792E">
        <w:tc>
          <w:tcPr>
            <w:tcW w:w="2689" w:type="dxa"/>
          </w:tcPr>
          <w:p w14:paraId="43F91E87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235388948"/>
            <w:placeholder>
              <w:docPart w:val="D386D2A85A6C46C7BCDD51D6489D4EF6"/>
            </w:placeholder>
            <w:showingPlcHdr/>
          </w:sdtPr>
          <w:sdtContent>
            <w:tc>
              <w:tcPr>
                <w:tcW w:w="6661" w:type="dxa"/>
              </w:tcPr>
              <w:p w14:paraId="4714EC6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763B0FE" w14:textId="77777777" w:rsidTr="00A0792E">
        <w:tc>
          <w:tcPr>
            <w:tcW w:w="2689" w:type="dxa"/>
          </w:tcPr>
          <w:p w14:paraId="180E8D6D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913891460"/>
            <w:placeholder>
              <w:docPart w:val="F3809BE3FCAF480C963D6647612F9F42"/>
            </w:placeholder>
            <w:showingPlcHdr/>
          </w:sdtPr>
          <w:sdtContent>
            <w:tc>
              <w:tcPr>
                <w:tcW w:w="6661" w:type="dxa"/>
              </w:tcPr>
              <w:p w14:paraId="01543AE2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FC5DE6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689BF4A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D7C5602" w14:textId="77777777" w:rsidR="00704301" w:rsidRPr="00260F73" w:rsidRDefault="00704301">
            <w:r w:rsidRPr="00260F73">
              <w:t xml:space="preserve">Yes </w:t>
            </w:r>
            <w:sdt>
              <w:sdtPr>
                <w:id w:val="-213825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72536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15F2BF75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B0BDC" w14:textId="4EAA4532" w:rsidR="00704301" w:rsidRPr="00260F73" w:rsidRDefault="00704301"/>
        </w:tc>
      </w:tr>
      <w:tr w:rsidR="00704301" w:rsidRPr="00260F73" w14:paraId="1971950C" w14:textId="77777777" w:rsidTr="00A0792E">
        <w:tc>
          <w:tcPr>
            <w:tcW w:w="2689" w:type="dxa"/>
          </w:tcPr>
          <w:p w14:paraId="292B14BC" w14:textId="7050B2CB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98469395"/>
            <w:placeholder>
              <w:docPart w:val="97193FE4EF3E4CB1AAF251352C0E3EC8"/>
            </w:placeholder>
            <w:showingPlcHdr/>
          </w:sdtPr>
          <w:sdtContent>
            <w:tc>
              <w:tcPr>
                <w:tcW w:w="6661" w:type="dxa"/>
              </w:tcPr>
              <w:p w14:paraId="74C7360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FE7472A" w14:textId="77777777" w:rsidTr="00A0792E">
        <w:tc>
          <w:tcPr>
            <w:tcW w:w="2689" w:type="dxa"/>
          </w:tcPr>
          <w:p w14:paraId="356FBECF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749841837"/>
            <w:placeholder>
              <w:docPart w:val="5A25E580EE9047F5AFA994BF94B31B8C"/>
            </w:placeholder>
            <w:showingPlcHdr/>
          </w:sdtPr>
          <w:sdtContent>
            <w:tc>
              <w:tcPr>
                <w:tcW w:w="6661" w:type="dxa"/>
              </w:tcPr>
              <w:p w14:paraId="1AF7CFB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70D8DB3" w14:textId="77777777" w:rsidTr="00A0792E">
        <w:tc>
          <w:tcPr>
            <w:tcW w:w="2689" w:type="dxa"/>
          </w:tcPr>
          <w:p w14:paraId="56A1E0E3" w14:textId="77777777" w:rsidR="00704301" w:rsidRPr="00260F73" w:rsidRDefault="00704301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2059120872"/>
            <w:placeholder>
              <w:docPart w:val="09939A02E32A47B38D6B578ED375306E"/>
            </w:placeholder>
            <w:showingPlcHdr/>
          </w:sdtPr>
          <w:sdtContent>
            <w:tc>
              <w:tcPr>
                <w:tcW w:w="6661" w:type="dxa"/>
              </w:tcPr>
              <w:p w14:paraId="1B3D3B0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4406B55" w14:textId="77777777" w:rsidTr="00A0792E">
        <w:tc>
          <w:tcPr>
            <w:tcW w:w="2689" w:type="dxa"/>
          </w:tcPr>
          <w:p w14:paraId="7E01DAEC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8389A34" w14:textId="77777777" w:rsidR="00704301" w:rsidRPr="00260F73" w:rsidRDefault="00704301"/>
        </w:tc>
        <w:sdt>
          <w:sdtPr>
            <w:id w:val="295950818"/>
            <w:placeholder>
              <w:docPart w:val="A694201B11E841D682C20D5DDD8697CB"/>
            </w:placeholder>
            <w:showingPlcHdr/>
          </w:sdtPr>
          <w:sdtContent>
            <w:tc>
              <w:tcPr>
                <w:tcW w:w="6661" w:type="dxa"/>
              </w:tcPr>
              <w:p w14:paraId="1E808A2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7474460" w14:textId="77777777" w:rsidTr="00A0792E">
        <w:tc>
          <w:tcPr>
            <w:tcW w:w="2689" w:type="dxa"/>
          </w:tcPr>
          <w:p w14:paraId="76627710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A7EA330" w14:textId="77777777" w:rsidR="00704301" w:rsidRPr="00260F73" w:rsidRDefault="00704301">
            <w:r w:rsidRPr="00260F73">
              <w:t xml:space="preserve">Complete  </w:t>
            </w:r>
            <w:sdt>
              <w:sdtPr>
                <w:id w:val="43379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5848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1736C4BE" w14:textId="77777777" w:rsidTr="00A0792E">
        <w:tc>
          <w:tcPr>
            <w:tcW w:w="2689" w:type="dxa"/>
          </w:tcPr>
          <w:p w14:paraId="7416EBD7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438492387"/>
            <w:placeholder>
              <w:docPart w:val="6EED694F7ADA41D182026A1B4E464D46"/>
            </w:placeholder>
            <w:showingPlcHdr/>
          </w:sdtPr>
          <w:sdtContent>
            <w:tc>
              <w:tcPr>
                <w:tcW w:w="6661" w:type="dxa"/>
              </w:tcPr>
              <w:p w14:paraId="2E62968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41685B4" w14:textId="77777777" w:rsidTr="00A0792E">
        <w:tc>
          <w:tcPr>
            <w:tcW w:w="2689" w:type="dxa"/>
          </w:tcPr>
          <w:p w14:paraId="2B2669DE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620804604"/>
            <w:placeholder>
              <w:docPart w:val="E7296CF00AEE414FB046425A96100046"/>
            </w:placeholder>
            <w:showingPlcHdr/>
          </w:sdtPr>
          <w:sdtContent>
            <w:tc>
              <w:tcPr>
                <w:tcW w:w="6661" w:type="dxa"/>
              </w:tcPr>
              <w:p w14:paraId="7BB83001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4C3CCA9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144798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80B8010" w14:textId="77777777" w:rsidR="00704301" w:rsidRPr="00260F73" w:rsidRDefault="00704301">
            <w:r w:rsidRPr="00260F73">
              <w:t xml:space="preserve">Yes </w:t>
            </w:r>
            <w:sdt>
              <w:sdtPr>
                <w:id w:val="-150296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79664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2FC6B60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4E875" w14:textId="0CE96191" w:rsidR="00704301" w:rsidRPr="00260F73" w:rsidRDefault="00704301"/>
        </w:tc>
      </w:tr>
      <w:tr w:rsidR="00704301" w:rsidRPr="00260F73" w14:paraId="777A6AE1" w14:textId="77777777" w:rsidTr="00A0792E">
        <w:tc>
          <w:tcPr>
            <w:tcW w:w="2689" w:type="dxa"/>
          </w:tcPr>
          <w:p w14:paraId="4BD1FCCB" w14:textId="4371B17F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738703816"/>
            <w:placeholder>
              <w:docPart w:val="F2854E737AF84EFCBBED6918EF96A6A6"/>
            </w:placeholder>
            <w:showingPlcHdr/>
          </w:sdtPr>
          <w:sdtContent>
            <w:tc>
              <w:tcPr>
                <w:tcW w:w="6661" w:type="dxa"/>
              </w:tcPr>
              <w:p w14:paraId="51DBC75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7CA829B" w14:textId="77777777" w:rsidTr="00A0792E">
        <w:tc>
          <w:tcPr>
            <w:tcW w:w="2689" w:type="dxa"/>
          </w:tcPr>
          <w:p w14:paraId="2E632EA1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349918125"/>
            <w:placeholder>
              <w:docPart w:val="B58E0E0D74124003B3C5006B44957AD0"/>
            </w:placeholder>
            <w:showingPlcHdr/>
          </w:sdtPr>
          <w:sdtContent>
            <w:tc>
              <w:tcPr>
                <w:tcW w:w="6661" w:type="dxa"/>
              </w:tcPr>
              <w:p w14:paraId="2E0097C1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C421E40" w14:textId="77777777" w:rsidTr="00A0792E">
        <w:tc>
          <w:tcPr>
            <w:tcW w:w="2689" w:type="dxa"/>
          </w:tcPr>
          <w:p w14:paraId="5F0156B0" w14:textId="77777777" w:rsidR="00704301" w:rsidRPr="00260F73" w:rsidRDefault="0070430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3894012"/>
            <w:placeholder>
              <w:docPart w:val="1823D120D3544DDB9D162684B36AE8CD"/>
            </w:placeholder>
            <w:showingPlcHdr/>
          </w:sdtPr>
          <w:sdtContent>
            <w:tc>
              <w:tcPr>
                <w:tcW w:w="6661" w:type="dxa"/>
              </w:tcPr>
              <w:p w14:paraId="51678AB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36E1B91" w14:textId="77777777" w:rsidTr="00A0792E">
        <w:tc>
          <w:tcPr>
            <w:tcW w:w="2689" w:type="dxa"/>
          </w:tcPr>
          <w:p w14:paraId="5F8F2975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2364DCA" w14:textId="77777777" w:rsidR="00704301" w:rsidRPr="00260F73" w:rsidRDefault="00704301"/>
        </w:tc>
        <w:sdt>
          <w:sdtPr>
            <w:id w:val="1345048412"/>
            <w:placeholder>
              <w:docPart w:val="4F49E151BE1E4992AD46F6297B15E2F9"/>
            </w:placeholder>
            <w:showingPlcHdr/>
          </w:sdtPr>
          <w:sdtContent>
            <w:tc>
              <w:tcPr>
                <w:tcW w:w="6661" w:type="dxa"/>
              </w:tcPr>
              <w:p w14:paraId="4853018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E2B1B6D" w14:textId="77777777" w:rsidTr="00A0792E">
        <w:tc>
          <w:tcPr>
            <w:tcW w:w="2689" w:type="dxa"/>
          </w:tcPr>
          <w:p w14:paraId="222451C2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6614F46" w14:textId="77777777" w:rsidR="00704301" w:rsidRPr="00260F73" w:rsidRDefault="00704301">
            <w:r w:rsidRPr="00260F73">
              <w:t xml:space="preserve">Complete  </w:t>
            </w:r>
            <w:sdt>
              <w:sdtPr>
                <w:id w:val="17357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2978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532D1561" w14:textId="77777777" w:rsidTr="00A0792E">
        <w:tc>
          <w:tcPr>
            <w:tcW w:w="2689" w:type="dxa"/>
          </w:tcPr>
          <w:p w14:paraId="16C80D20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273366505"/>
            <w:placeholder>
              <w:docPart w:val="8AC7D637E6C94DDFAC0E5544DBD1B24B"/>
            </w:placeholder>
            <w:showingPlcHdr/>
          </w:sdtPr>
          <w:sdtContent>
            <w:tc>
              <w:tcPr>
                <w:tcW w:w="6661" w:type="dxa"/>
              </w:tcPr>
              <w:p w14:paraId="13AC470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1C7FC5B" w14:textId="77777777" w:rsidTr="00A0792E">
        <w:tc>
          <w:tcPr>
            <w:tcW w:w="2689" w:type="dxa"/>
          </w:tcPr>
          <w:p w14:paraId="039A1B89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789966347"/>
            <w:placeholder>
              <w:docPart w:val="D82EAF53DEAD4A45B8BE06944EAB33A6"/>
            </w:placeholder>
            <w:showingPlcHdr/>
          </w:sdtPr>
          <w:sdtContent>
            <w:tc>
              <w:tcPr>
                <w:tcW w:w="6661" w:type="dxa"/>
              </w:tcPr>
              <w:p w14:paraId="4A1EFC75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2C90393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028FF76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DD0186" w14:textId="77777777" w:rsidR="00704301" w:rsidRPr="00260F73" w:rsidRDefault="00704301">
            <w:r w:rsidRPr="00260F73">
              <w:t xml:space="preserve">Yes </w:t>
            </w:r>
            <w:sdt>
              <w:sdtPr>
                <w:id w:val="58773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40356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30FF1BF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09E8B" w14:textId="22854C61" w:rsidR="00704301" w:rsidRPr="00260F73" w:rsidRDefault="00704301"/>
        </w:tc>
      </w:tr>
    </w:tbl>
    <w:p w14:paraId="7A882F9A" w14:textId="77777777" w:rsidR="00E9708F" w:rsidRPr="00260F73" w:rsidRDefault="00E9708F"/>
    <w:p w14:paraId="58BC4384" w14:textId="77777777" w:rsidR="003713D2" w:rsidRDefault="003713D2"/>
    <w:sectPr w:rsidR="003713D2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0B15" w14:textId="77777777" w:rsidR="00934D20" w:rsidRPr="00260F73" w:rsidRDefault="00934D20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017DF756" w14:textId="77777777" w:rsidR="00934D20" w:rsidRPr="00260F73" w:rsidRDefault="00934D20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29DA" w14:textId="77777777" w:rsidR="00934D20" w:rsidRPr="00260F73" w:rsidRDefault="00934D20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2CE08567" w14:textId="77777777" w:rsidR="00934D20" w:rsidRPr="00260F73" w:rsidRDefault="00934D20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7B20ACFE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7E229B">
      <w:t>Obstetrics &amp; Gynaecology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42E00077" w:rsidR="001B2E81" w:rsidRPr="00260F73" w:rsidRDefault="007E22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16EBA8" wp14:editId="03E42D72">
          <wp:simplePos x="0" y="0"/>
          <wp:positionH relativeFrom="column">
            <wp:posOffset>-654050</wp:posOffset>
          </wp:positionH>
          <wp:positionV relativeFrom="paragraph">
            <wp:posOffset>-184150</wp:posOffset>
          </wp:positionV>
          <wp:extent cx="2804400" cy="1044000"/>
          <wp:effectExtent l="0" t="0" r="0" b="3810"/>
          <wp:wrapTopAndBottom/>
          <wp:docPr id="19220813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99423" name="Picture 9998994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4400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11BA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04301"/>
    <w:rsid w:val="0075109E"/>
    <w:rsid w:val="00797CB4"/>
    <w:rsid w:val="007C0991"/>
    <w:rsid w:val="007C3707"/>
    <w:rsid w:val="007E229B"/>
    <w:rsid w:val="00801BD9"/>
    <w:rsid w:val="00821B93"/>
    <w:rsid w:val="008525FA"/>
    <w:rsid w:val="009252B7"/>
    <w:rsid w:val="00934D20"/>
    <w:rsid w:val="009A7B67"/>
    <w:rsid w:val="009E4AEB"/>
    <w:rsid w:val="009F4D54"/>
    <w:rsid w:val="00A0792E"/>
    <w:rsid w:val="00A36383"/>
    <w:rsid w:val="00A606A6"/>
    <w:rsid w:val="00AA1D8D"/>
    <w:rsid w:val="00B16633"/>
    <w:rsid w:val="00B47730"/>
    <w:rsid w:val="00B8038E"/>
    <w:rsid w:val="00BD4838"/>
    <w:rsid w:val="00BF3DBA"/>
    <w:rsid w:val="00C7253B"/>
    <w:rsid w:val="00C95D05"/>
    <w:rsid w:val="00CB0664"/>
    <w:rsid w:val="00CD745A"/>
    <w:rsid w:val="00D41E2C"/>
    <w:rsid w:val="00DA296B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D0246D" w:rsidP="00D0246D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D0246D" w:rsidP="00D0246D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D0246D" w:rsidP="00D0246D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D0246D" w:rsidP="00D0246D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D0246D" w:rsidP="00D0246D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D0246D" w:rsidP="00D0246D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D0246D" w:rsidP="00D0246D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D0246D" w:rsidP="00D0246D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D0246D" w:rsidP="00D0246D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D0246D" w:rsidP="00D0246D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D0246D" w:rsidP="00D0246D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D0246D" w:rsidP="00D0246D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D0246D" w:rsidP="00D0246D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D0246D" w:rsidP="00D0246D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D0246D" w:rsidP="00D0246D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D0246D" w:rsidP="00D0246D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D0246D" w:rsidP="00D0246D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D0246D" w:rsidP="00D0246D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D0246D" w:rsidP="00D0246D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D0246D" w:rsidP="00D0246D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D0246D" w:rsidP="00D0246D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D0246D" w:rsidP="00D0246D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D0246D" w:rsidP="00D0246D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D0246D" w:rsidP="00D0246D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D0246D" w:rsidP="00D0246D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D0246D" w:rsidP="00D0246D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D0246D" w:rsidP="00D0246D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D0246D" w:rsidP="00D0246D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D0246D" w:rsidP="00D0246D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D0246D" w:rsidP="00D0246D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D0246D" w:rsidP="00D0246D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D0246D" w:rsidP="00D0246D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D0246D" w:rsidP="00D0246D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D0246D" w:rsidP="00D0246D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D0246D" w:rsidP="00D0246D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D0246D" w:rsidP="00D0246D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D0246D" w:rsidP="00D0246D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D0246D" w:rsidP="00D0246D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D0246D" w:rsidP="00D0246D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D0246D" w:rsidP="00D0246D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D0246D" w:rsidP="00D0246D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D0246D" w:rsidP="00D0246D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D0246D" w:rsidP="00D0246D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D0246D" w:rsidP="00D0246D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D0246D" w:rsidP="00D0246D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D0246D" w:rsidP="00D0246D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D0246D" w:rsidP="00D0246D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D0246D" w:rsidP="00D0246D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D0246D" w:rsidP="00D0246D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D0246D" w:rsidP="00D0246D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D0246D" w:rsidP="00D0246D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D0246D" w:rsidP="00D0246D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D0246D" w:rsidP="00D0246D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D0246D" w:rsidP="00D0246D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D0246D" w:rsidP="00D0246D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D0246D" w:rsidP="00D0246D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D0246D" w:rsidP="00D0246D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D0246D" w:rsidP="00D0246D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D0246D" w:rsidP="00D0246D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D0246D" w:rsidP="00D0246D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D0246D" w:rsidP="00D0246D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D0246D" w:rsidP="00D0246D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D0246D" w:rsidP="00D0246D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D0246D" w:rsidP="00D0246D">
          <w:pPr>
            <w:pStyle w:val="0D0E7F21F7C74B9EB2B3FE75BF17E85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7E1BF7" w:rsidRDefault="00D0246D" w:rsidP="00D0246D">
          <w:pPr>
            <w:pStyle w:val="9F98BD6A7E484DF08110B1C4E624D3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7E1BF7" w:rsidRDefault="00D0246D" w:rsidP="00D0246D">
          <w:pPr>
            <w:pStyle w:val="233C5AFA5E7E4902A9BB228B214E5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7E1BF7" w:rsidRDefault="00D0246D" w:rsidP="00D0246D">
          <w:pPr>
            <w:pStyle w:val="1B8839E78C2545FD826212E931A37F3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7E1BF7" w:rsidRDefault="00D0246D" w:rsidP="00D0246D">
          <w:pPr>
            <w:pStyle w:val="69B61E07360347BCBC59BA9F385F72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7E1BF7" w:rsidRDefault="00D0246D" w:rsidP="00D0246D">
          <w:pPr>
            <w:pStyle w:val="1B3653A43C104BD19568C0A6A4225B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7E1BF7" w:rsidRDefault="00D0246D" w:rsidP="00D0246D">
          <w:pPr>
            <w:pStyle w:val="EEADD47DEE724B839CD6026B1BF75AA9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7E1BF7" w:rsidRDefault="00D0246D" w:rsidP="00D0246D">
          <w:pPr>
            <w:pStyle w:val="2636CEBDA55446F2B898CE82D65A7F19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7E1BF7" w:rsidRDefault="00D0246D" w:rsidP="00D0246D">
          <w:pPr>
            <w:pStyle w:val="B1AD7A19AFD34107A93F340107E987C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7E1BF7" w:rsidRDefault="00D0246D" w:rsidP="00D0246D">
          <w:pPr>
            <w:pStyle w:val="886A75EF89754CCCA94133C3ED14837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7E1BF7" w:rsidRDefault="00D0246D" w:rsidP="00D0246D">
          <w:pPr>
            <w:pStyle w:val="5ED57F54BA834AB1B5607992871117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7E1BF7" w:rsidRDefault="00D0246D" w:rsidP="00D0246D">
          <w:pPr>
            <w:pStyle w:val="6DFABCABA0B9461DA7D3E68645D5FAB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7E1BF7" w:rsidRDefault="00D0246D" w:rsidP="00D0246D">
          <w:pPr>
            <w:pStyle w:val="D90A19DFEA52488BB99915162C939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7E1BF7" w:rsidRDefault="00D0246D" w:rsidP="00D0246D">
          <w:pPr>
            <w:pStyle w:val="521563FD68FD43D5BA165673FF6D137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7E1BF7" w:rsidRDefault="00D0246D" w:rsidP="00D0246D">
          <w:pPr>
            <w:pStyle w:val="AE408CFFC6BA4AA5A655C4CB9E8D33B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7E1BF7" w:rsidRDefault="00D0246D" w:rsidP="00D0246D">
          <w:pPr>
            <w:pStyle w:val="77C883E787A7487E8AC9A2460D0D612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7E1BF7" w:rsidRDefault="00D0246D" w:rsidP="00D0246D">
          <w:pPr>
            <w:pStyle w:val="EDFABB6305204921AB41714CDBEF1F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7E1BF7" w:rsidRDefault="00D0246D" w:rsidP="00D0246D">
          <w:pPr>
            <w:pStyle w:val="39948876AF22424CB7ED2F5AF92F9C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7E1BF7" w:rsidRDefault="00D0246D" w:rsidP="00D0246D">
          <w:pPr>
            <w:pStyle w:val="4EEA29DA30454295831DD7CCFD0893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66B3D62A9D467483AD9F2FC112F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B8964-5CA2-4964-8229-AD1FB167E4E1}"/>
      </w:docPartPr>
      <w:docPartBody>
        <w:p w:rsidR="00000000" w:rsidRDefault="00D0246D" w:rsidP="00D0246D">
          <w:pPr>
            <w:pStyle w:val="0866B3D62A9D467483AD9F2FC112FC9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1010EAD2C84E8487A40BF00574A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D9B6-8785-4441-95AE-09EFCDF99C51}"/>
      </w:docPartPr>
      <w:docPartBody>
        <w:p w:rsidR="00000000" w:rsidRDefault="00D0246D" w:rsidP="00D0246D">
          <w:pPr>
            <w:pStyle w:val="7B1010EAD2C84E8487A40BF00574A81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4DACA09B8347AD80C5A7B80BF64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58687-939E-4E9B-95BE-289F8F18F6EC}"/>
      </w:docPartPr>
      <w:docPartBody>
        <w:p w:rsidR="00000000" w:rsidRDefault="00D0246D" w:rsidP="00D0246D">
          <w:pPr>
            <w:pStyle w:val="774DACA09B8347AD80C5A7B80BF644C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8B75A06F87471C8A7196FB68E80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7891-FC73-4A82-BCA0-E682C1CBDB79}"/>
      </w:docPartPr>
      <w:docPartBody>
        <w:p w:rsidR="00000000" w:rsidRDefault="00D0246D" w:rsidP="00D0246D">
          <w:pPr>
            <w:pStyle w:val="8D8B75A06F87471C8A7196FB68E80D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7971AC23FA420ABE038062EB730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46849-A0B2-484C-8954-89DA67CFCA2D}"/>
      </w:docPartPr>
      <w:docPartBody>
        <w:p w:rsidR="00000000" w:rsidRDefault="00D0246D" w:rsidP="00D0246D">
          <w:pPr>
            <w:pStyle w:val="387971AC23FA420ABE038062EB7309E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A593CDB6E4AA99AA5D915941D8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425DC-09D2-4C25-9342-8339D8BC1C46}"/>
      </w:docPartPr>
      <w:docPartBody>
        <w:p w:rsidR="00000000" w:rsidRDefault="00D0246D" w:rsidP="00D0246D">
          <w:pPr>
            <w:pStyle w:val="DDAA593CDB6E4AA99AA5D915941D8E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B5FD9ED6E347BFBBF821AC74E50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D32AD-5C3C-4A50-9091-FC48BB5BCAD4}"/>
      </w:docPartPr>
      <w:docPartBody>
        <w:p w:rsidR="00000000" w:rsidRDefault="00D0246D" w:rsidP="00D0246D">
          <w:pPr>
            <w:pStyle w:val="37B5FD9ED6E347BFBBF821AC74E50A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6ACD59047469DB81EE6D0B31C2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9043B-C67A-443F-895C-A37FAB5C0AF9}"/>
      </w:docPartPr>
      <w:docPartBody>
        <w:p w:rsidR="00000000" w:rsidRDefault="00D0246D" w:rsidP="00D0246D">
          <w:pPr>
            <w:pStyle w:val="6E96ACD59047469DB81EE6D0B31C287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99614F76FA479A90AECD1A0B263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FA098-FB1F-464F-9BE5-386470940A37}"/>
      </w:docPartPr>
      <w:docPartBody>
        <w:p w:rsidR="00000000" w:rsidRDefault="00D0246D" w:rsidP="00D0246D">
          <w:pPr>
            <w:pStyle w:val="D299614F76FA479A90AECD1A0B263FB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FF125321BC4ABC8AD9E6C98F26C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80F3B-D89F-4F4F-8E2A-7A9BCF928C9E}"/>
      </w:docPartPr>
      <w:docPartBody>
        <w:p w:rsidR="00000000" w:rsidRDefault="00D0246D" w:rsidP="00D0246D">
          <w:pPr>
            <w:pStyle w:val="02FF125321BC4ABC8AD9E6C98F26C81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2E4CF36AE64914ACEB7B5585762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2F45D-AC89-47C6-A70F-AB1ABF054955}"/>
      </w:docPartPr>
      <w:docPartBody>
        <w:p w:rsidR="00000000" w:rsidRDefault="00D0246D" w:rsidP="00D0246D">
          <w:pPr>
            <w:pStyle w:val="8D2E4CF36AE64914ACEB7B55857624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1A359BD9C4E978BFDB6BF1CAFD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6C035-F2FE-4AE0-A5C0-B2A7B062D1EF}"/>
      </w:docPartPr>
      <w:docPartBody>
        <w:p w:rsidR="00000000" w:rsidRDefault="00D0246D" w:rsidP="00D0246D">
          <w:pPr>
            <w:pStyle w:val="61A1A359BD9C4E978BFDB6BF1CAFDA7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308D239D64590932AE1CF2858A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B54FE-5DE3-4933-8E6D-C18F5791B547}"/>
      </w:docPartPr>
      <w:docPartBody>
        <w:p w:rsidR="00000000" w:rsidRDefault="00D0246D" w:rsidP="00D0246D">
          <w:pPr>
            <w:pStyle w:val="BF1308D239D64590932AE1CF2858AD3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B75735BC7246449487DBE5D9081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024A6-94E7-41B8-8FFD-AC18902CAF5F}"/>
      </w:docPartPr>
      <w:docPartBody>
        <w:p w:rsidR="00000000" w:rsidRDefault="00D0246D" w:rsidP="00D0246D">
          <w:pPr>
            <w:pStyle w:val="06B75735BC7246449487DBE5D90818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C0A0A9762A448AA847A638E21CA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74A82-945D-41DA-9330-27B2E9C2BC1E}"/>
      </w:docPartPr>
      <w:docPartBody>
        <w:p w:rsidR="00000000" w:rsidRDefault="00D0246D" w:rsidP="00D0246D">
          <w:pPr>
            <w:pStyle w:val="63C0A0A9762A448AA847A638E21CA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834A811CB4EF985204EAC761D1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E5D6A-3037-4DDA-8BD5-4BA819BF536C}"/>
      </w:docPartPr>
      <w:docPartBody>
        <w:p w:rsidR="00000000" w:rsidRDefault="00D0246D" w:rsidP="00D0246D">
          <w:pPr>
            <w:pStyle w:val="FFD834A811CB4EF985204EAC761D129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2222B2486224E3E9143B4D08CF7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D3D57-61DF-4367-AA5D-6CB27ED0C461}"/>
      </w:docPartPr>
      <w:docPartBody>
        <w:p w:rsidR="00000000" w:rsidRDefault="00D0246D" w:rsidP="00D0246D">
          <w:pPr>
            <w:pStyle w:val="B2222B2486224E3E9143B4D08CF7A8B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0C211F8852D4E49AE467B1B30BCB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CE61D-3480-449D-B212-ECCFB9A09FE8}"/>
      </w:docPartPr>
      <w:docPartBody>
        <w:p w:rsidR="00000000" w:rsidRDefault="00D0246D" w:rsidP="00D0246D">
          <w:pPr>
            <w:pStyle w:val="20C211F8852D4E49AE467B1B30BCB3F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F1D29387E743F483D0412CCED5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3214B-A714-4FBD-9DF2-B50A78E08034}"/>
      </w:docPartPr>
      <w:docPartBody>
        <w:p w:rsidR="00000000" w:rsidRDefault="00D0246D" w:rsidP="00D0246D">
          <w:pPr>
            <w:pStyle w:val="1BF1D29387E743F483D0412CCED5C7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894F2771BC49269638D9CDAEAA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206DC-5590-4090-BD24-52D2B4EFBD28}"/>
      </w:docPartPr>
      <w:docPartBody>
        <w:p w:rsidR="00000000" w:rsidRDefault="00D0246D" w:rsidP="00D0246D">
          <w:pPr>
            <w:pStyle w:val="D3894F2771BC49269638D9CDAEAA618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DDF569ED746B8873E4F4D51229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72FED-057A-4601-8E65-BD0A8C6B3AF4}"/>
      </w:docPartPr>
      <w:docPartBody>
        <w:p w:rsidR="00000000" w:rsidRDefault="00D0246D" w:rsidP="00D0246D">
          <w:pPr>
            <w:pStyle w:val="5FEDDF569ED746B8873E4F4D51229E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D6CED66AA040DDA69ECDC93E450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AEC2-D77B-4A32-90A0-4925C5349F8D}"/>
      </w:docPartPr>
      <w:docPartBody>
        <w:p w:rsidR="00000000" w:rsidRDefault="00D0246D" w:rsidP="00D0246D">
          <w:pPr>
            <w:pStyle w:val="40D6CED66AA040DDA69ECDC93E450C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5B641FF58471B8393FBFF54350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F5F6A-62AA-4B08-8C34-8B95DA5ED2DB}"/>
      </w:docPartPr>
      <w:docPartBody>
        <w:p w:rsidR="00000000" w:rsidRDefault="00D0246D" w:rsidP="00D0246D">
          <w:pPr>
            <w:pStyle w:val="0EC5B641FF58471B8393FBFF543500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637EB45D4412D98228ECBFB378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E4419-59ED-4C95-A6EC-7D2B044EA655}"/>
      </w:docPartPr>
      <w:docPartBody>
        <w:p w:rsidR="00000000" w:rsidRDefault="00D0246D" w:rsidP="00D0246D">
          <w:pPr>
            <w:pStyle w:val="4F6637EB45D4412D98228ECBFB3787E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0FF9FCD900404183FBA01DD17A8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8589C-EA7F-404D-A5EA-8158DE37EF92}"/>
      </w:docPartPr>
      <w:docPartBody>
        <w:p w:rsidR="00000000" w:rsidRDefault="00D0246D" w:rsidP="00D0246D">
          <w:pPr>
            <w:pStyle w:val="1D0FF9FCD900404183FBA01DD17A8E4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1B8A2BB83B4F8DAA717BCE52A67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119EA-09BC-46AA-93C9-968C169F4C59}"/>
      </w:docPartPr>
      <w:docPartBody>
        <w:p w:rsidR="00000000" w:rsidRDefault="00D0246D" w:rsidP="00D0246D">
          <w:pPr>
            <w:pStyle w:val="451B8A2BB83B4F8DAA717BCE52A67B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D0F1915E44420ACD18C395615C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7DB10-DFE3-4530-AE14-F0D862F3B174}"/>
      </w:docPartPr>
      <w:docPartBody>
        <w:p w:rsidR="00000000" w:rsidRDefault="00D0246D" w:rsidP="00D0246D">
          <w:pPr>
            <w:pStyle w:val="734D0F1915E44420ACD18C395615CB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4AB4FA034D45D683E0D68FB5581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FF06F-131E-4EF7-A0E9-8857023AF84F}"/>
      </w:docPartPr>
      <w:docPartBody>
        <w:p w:rsidR="00000000" w:rsidRDefault="00D0246D" w:rsidP="00D0246D">
          <w:pPr>
            <w:pStyle w:val="394AB4FA034D45D683E0D68FB55814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C30937C2045B7AAD66FB89051D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C728-9C3F-481B-A50E-3A7FA03FA7A6}"/>
      </w:docPartPr>
      <w:docPartBody>
        <w:p w:rsidR="00000000" w:rsidRDefault="00D0246D" w:rsidP="00D0246D">
          <w:pPr>
            <w:pStyle w:val="A50C30937C2045B7AAD66FB89051D78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DD326C5B84E7BBE53DC05AC780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40680-2AAE-4261-A72B-D0F7417FB8F0}"/>
      </w:docPartPr>
      <w:docPartBody>
        <w:p w:rsidR="00000000" w:rsidRDefault="00D0246D" w:rsidP="00D0246D">
          <w:pPr>
            <w:pStyle w:val="B69DD326C5B84E7BBE53DC05AC780E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A7B7FDF41441DBCE86092C1339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C59FB-CC4F-4200-BD8E-8BEF11E100DB}"/>
      </w:docPartPr>
      <w:docPartBody>
        <w:p w:rsidR="00000000" w:rsidRDefault="00D0246D" w:rsidP="00D0246D">
          <w:pPr>
            <w:pStyle w:val="195A7B7FDF41441DBCE86092C1339F1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ADDE162BBB4B94A1F9960C195A8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0D300-2DF6-49BE-9913-CD39A14B1A61}"/>
      </w:docPartPr>
      <w:docPartBody>
        <w:p w:rsidR="00000000" w:rsidRDefault="00D0246D" w:rsidP="00D0246D">
          <w:pPr>
            <w:pStyle w:val="8DADDE162BBB4B94A1F9960C195A8A8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D71F48B86742FE85D545280FEBE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51129-170B-4FEF-9D98-628E91139732}"/>
      </w:docPartPr>
      <w:docPartBody>
        <w:p w:rsidR="00000000" w:rsidRDefault="00D0246D" w:rsidP="00D0246D">
          <w:pPr>
            <w:pStyle w:val="4BD71F48B86742FE85D545280FEBE8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D44261F46A4D6188116D7F49238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36809-F5CD-4699-88FB-E21341889B76}"/>
      </w:docPartPr>
      <w:docPartBody>
        <w:p w:rsidR="00000000" w:rsidRDefault="00D0246D" w:rsidP="00D0246D">
          <w:pPr>
            <w:pStyle w:val="B2D44261F46A4D6188116D7F492387F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CDEB8C5F974BB49418604D3C996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E2A3D-2221-4E37-9634-369B4AF24123}"/>
      </w:docPartPr>
      <w:docPartBody>
        <w:p w:rsidR="00000000" w:rsidRDefault="00D0246D" w:rsidP="00D0246D">
          <w:pPr>
            <w:pStyle w:val="EDCDEB8C5F974BB49418604D3C996D4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CD190185F49298A81B3E8C8DC7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B6FD1-738E-4565-BCC6-40059BE7FB9F}"/>
      </w:docPartPr>
      <w:docPartBody>
        <w:p w:rsidR="00000000" w:rsidRDefault="00D0246D" w:rsidP="00D0246D">
          <w:pPr>
            <w:pStyle w:val="39CCD190185F49298A81B3E8C8DC75F5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82D8681A7B4465E8AF6DF18F66E2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096EC-D38B-4415-A92A-17321E199BE5}"/>
      </w:docPartPr>
      <w:docPartBody>
        <w:p w:rsidR="00000000" w:rsidRDefault="00D0246D" w:rsidP="00D0246D">
          <w:pPr>
            <w:pStyle w:val="782D8681A7B4465E8AF6DF18F66E2C3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1FE4BFC9246A98DA336F677BF7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CFB69-309C-4EEC-8B20-DFA7CB12BAEB}"/>
      </w:docPartPr>
      <w:docPartBody>
        <w:p w:rsidR="00000000" w:rsidRDefault="00D0246D" w:rsidP="00D0246D">
          <w:pPr>
            <w:pStyle w:val="4A81FE4BFC9246A98DA336F677BF7F2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7B7A684C34ED58FA29CD6A59A0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A90D8-9880-4DAD-AED5-C6B37051503D}"/>
      </w:docPartPr>
      <w:docPartBody>
        <w:p w:rsidR="00000000" w:rsidRDefault="00D0246D" w:rsidP="00D0246D">
          <w:pPr>
            <w:pStyle w:val="3F17B7A684C34ED58FA29CD6A59A065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208F5CB974A4B87AF5CA8968EA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71CE2-15BE-44DD-9DBB-6B5FF121665D}"/>
      </w:docPartPr>
      <w:docPartBody>
        <w:p w:rsidR="00000000" w:rsidRDefault="00D0246D" w:rsidP="00D0246D">
          <w:pPr>
            <w:pStyle w:val="BBD208F5CB974A4B87AF5CA8968EAB8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30F93A003B468590B54EFBC2229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3B0BD-0267-4B40-AAEE-DD1675A7A82D}"/>
      </w:docPartPr>
      <w:docPartBody>
        <w:p w:rsidR="00000000" w:rsidRDefault="00D0246D" w:rsidP="00D0246D">
          <w:pPr>
            <w:pStyle w:val="1E30F93A003B468590B54EFBC22294EE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571CEB7E6D54725B58677B7BB2EF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45822-A168-46DB-B276-8EF78F44D01D}"/>
      </w:docPartPr>
      <w:docPartBody>
        <w:p w:rsidR="00000000" w:rsidRDefault="00D0246D" w:rsidP="00D0246D">
          <w:pPr>
            <w:pStyle w:val="5571CEB7E6D54725B58677B7BB2EFB5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756D4D8139446194653F816405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3817-F0F9-45D9-8665-2AE6DF3809EA}"/>
      </w:docPartPr>
      <w:docPartBody>
        <w:p w:rsidR="00000000" w:rsidRDefault="00D0246D" w:rsidP="00D0246D">
          <w:pPr>
            <w:pStyle w:val="47756D4D8139446194653F8164058AC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7A7F537554F6D8EF12E968C730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7F6FF-0483-43FF-8233-21328A6707BB}"/>
      </w:docPartPr>
      <w:docPartBody>
        <w:p w:rsidR="00000000" w:rsidRDefault="00D0246D" w:rsidP="00D0246D">
          <w:pPr>
            <w:pStyle w:val="4537A7F537554F6D8EF12E968C73033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F960B3AA504D62B5A1A55BEE85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39CFF-97F9-4790-99C0-EFF9F8615DF2}"/>
      </w:docPartPr>
      <w:docPartBody>
        <w:p w:rsidR="00000000" w:rsidRDefault="00D0246D" w:rsidP="00D0246D">
          <w:pPr>
            <w:pStyle w:val="5BF960B3AA504D62B5A1A55BEE853AF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2D82E6303345E0A39E638A85408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79C8D-5DB9-4D50-9C86-EB032471FC0A}"/>
      </w:docPartPr>
      <w:docPartBody>
        <w:p w:rsidR="00000000" w:rsidRDefault="00D0246D" w:rsidP="00D0246D">
          <w:pPr>
            <w:pStyle w:val="DE2D82E6303345E0A39E638A854089BF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35428F303836423AB2FA3B7849A5B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79D36-9D20-4431-B0E7-3F409A802CC9}"/>
      </w:docPartPr>
      <w:docPartBody>
        <w:p w:rsidR="00000000" w:rsidRDefault="00D0246D" w:rsidP="00D0246D">
          <w:pPr>
            <w:pStyle w:val="35428F303836423AB2FA3B7849A5BD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2C270CF2A842D8AE5D1493150C7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74AAA-66F9-4E43-968A-8FE81CE338F2}"/>
      </w:docPartPr>
      <w:docPartBody>
        <w:p w:rsidR="00000000" w:rsidRDefault="00D0246D" w:rsidP="00D0246D">
          <w:pPr>
            <w:pStyle w:val="AA2C270CF2A842D8AE5D1493150C751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6291C8F06144C0B6B69A2E17F64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C4FA4-7B6A-41D1-8A54-1DE68F14B6BC}"/>
      </w:docPartPr>
      <w:docPartBody>
        <w:p w:rsidR="00000000" w:rsidRDefault="00D0246D" w:rsidP="00D0246D">
          <w:pPr>
            <w:pStyle w:val="576291C8F06144C0B6B69A2E17F649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622EBB33943C796AC2E601F6D3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4F285-8D25-4398-BAD3-06C8F1553926}"/>
      </w:docPartPr>
      <w:docPartBody>
        <w:p w:rsidR="00000000" w:rsidRDefault="00D0246D" w:rsidP="00D0246D">
          <w:pPr>
            <w:pStyle w:val="F57622EBB33943C796AC2E601F6D3B9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1ADFC792F04B1F9340DFDB253C0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1FE6-F729-48A2-B4DF-F82506B9933E}"/>
      </w:docPartPr>
      <w:docPartBody>
        <w:p w:rsidR="00000000" w:rsidRDefault="00D0246D" w:rsidP="00D0246D">
          <w:pPr>
            <w:pStyle w:val="9C1ADFC792F04B1F9340DFDB253C0CB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DA7695D7E402EB5CA19517CCBE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D85DB-91E7-490C-A193-D17F8F5676C2}"/>
      </w:docPartPr>
      <w:docPartBody>
        <w:p w:rsidR="00000000" w:rsidRDefault="00D0246D" w:rsidP="00D0246D">
          <w:pPr>
            <w:pStyle w:val="C83DA7695D7E402EB5CA19517CCBE5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F16CD0A7CA4AAC96AFFE3614E8D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3CE48-0A58-4B83-8FE2-F9218818FB26}"/>
      </w:docPartPr>
      <w:docPartBody>
        <w:p w:rsidR="00000000" w:rsidRDefault="00D0246D" w:rsidP="00D0246D">
          <w:pPr>
            <w:pStyle w:val="4DF16CD0A7CA4AAC96AFFE3614E8DBE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955DC92C146A480B5A5AA61DC4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6298A-5DFB-4B1D-B882-11E7B71D6235}"/>
      </w:docPartPr>
      <w:docPartBody>
        <w:p w:rsidR="00000000" w:rsidRDefault="00D0246D" w:rsidP="00D0246D">
          <w:pPr>
            <w:pStyle w:val="CD7955DC92C146A480B5A5AA61DC47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86D2A85A6C46C7BCDD51D6489D4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90BB4-40A9-45E1-92D3-0D334553F34E}"/>
      </w:docPartPr>
      <w:docPartBody>
        <w:p w:rsidR="00000000" w:rsidRDefault="00D0246D" w:rsidP="00D0246D">
          <w:pPr>
            <w:pStyle w:val="D386D2A85A6C46C7BCDD51D6489D4E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809BE3FCAF480C963D6647612F9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5251C-AA3E-4638-98F8-5F84A41476CB}"/>
      </w:docPartPr>
      <w:docPartBody>
        <w:p w:rsidR="00000000" w:rsidRDefault="00D0246D" w:rsidP="00D0246D">
          <w:pPr>
            <w:pStyle w:val="F3809BE3FCAF480C963D6647612F9F42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7193FE4EF3E4CB1AAF251352C0E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963C8-D3A9-4920-B0F1-1856AE064456}"/>
      </w:docPartPr>
      <w:docPartBody>
        <w:p w:rsidR="00000000" w:rsidRDefault="00D0246D" w:rsidP="00D0246D">
          <w:pPr>
            <w:pStyle w:val="97193FE4EF3E4CB1AAF251352C0E3EC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25E580EE9047F5AFA994BF94B31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1E99F-6DB6-427D-BD39-F67CA07F8F97}"/>
      </w:docPartPr>
      <w:docPartBody>
        <w:p w:rsidR="00000000" w:rsidRDefault="00D0246D" w:rsidP="00D0246D">
          <w:pPr>
            <w:pStyle w:val="5A25E580EE9047F5AFA994BF94B31B8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939A02E32A47B38D6B578ED3753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FB562-D641-49BC-ABA8-D78246384D5D}"/>
      </w:docPartPr>
      <w:docPartBody>
        <w:p w:rsidR="00000000" w:rsidRDefault="00D0246D" w:rsidP="00D0246D">
          <w:pPr>
            <w:pStyle w:val="09939A02E32A47B38D6B578ED37530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4201B11E841D682C20D5DDD869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8F2A9-2377-450D-B484-B8C74B4D3189}"/>
      </w:docPartPr>
      <w:docPartBody>
        <w:p w:rsidR="00000000" w:rsidRDefault="00D0246D" w:rsidP="00D0246D">
          <w:pPr>
            <w:pStyle w:val="A694201B11E841D682C20D5DDD8697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D694F7ADA41D182026A1B4E464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89B9D-B0D5-45B9-AB18-11BC7510CA29}"/>
      </w:docPartPr>
      <w:docPartBody>
        <w:p w:rsidR="00000000" w:rsidRDefault="00D0246D" w:rsidP="00D0246D">
          <w:pPr>
            <w:pStyle w:val="6EED694F7ADA41D182026A1B4E464D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296CF00AEE414FB046425A96100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40309-7199-4241-9744-4884E74D673A}"/>
      </w:docPartPr>
      <w:docPartBody>
        <w:p w:rsidR="00000000" w:rsidRDefault="00D0246D" w:rsidP="00D0246D">
          <w:pPr>
            <w:pStyle w:val="E7296CF00AEE414FB046425A9610004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2854E737AF84EFCBBED6918EF96A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19B2C-0BD0-41D5-AE0E-98EE696EF1C2}"/>
      </w:docPartPr>
      <w:docPartBody>
        <w:p w:rsidR="00000000" w:rsidRDefault="00D0246D" w:rsidP="00D0246D">
          <w:pPr>
            <w:pStyle w:val="F2854E737AF84EFCBBED6918EF96A6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8E0E0D74124003B3C5006B44957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5F0C6-1F55-4763-A1AB-97015FA8A85D}"/>
      </w:docPartPr>
      <w:docPartBody>
        <w:p w:rsidR="00000000" w:rsidRDefault="00D0246D" w:rsidP="00D0246D">
          <w:pPr>
            <w:pStyle w:val="B58E0E0D74124003B3C5006B44957A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23D120D3544DDB9D162684B36AE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7DA3F-477A-4C63-8A07-575618D7B707}"/>
      </w:docPartPr>
      <w:docPartBody>
        <w:p w:rsidR="00000000" w:rsidRDefault="00D0246D" w:rsidP="00D0246D">
          <w:pPr>
            <w:pStyle w:val="1823D120D3544DDB9D162684B36AE8C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9E151BE1E4992AD46F6297B15E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04DD-6DBD-4A99-93B3-1EF5E6C7F27F}"/>
      </w:docPartPr>
      <w:docPartBody>
        <w:p w:rsidR="00000000" w:rsidRDefault="00D0246D" w:rsidP="00D0246D">
          <w:pPr>
            <w:pStyle w:val="4F49E151BE1E4992AD46F6297B15E2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7D637E6C94DDFAC0E5544DBD1B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3BE8C-1AE5-4EC1-9039-D465DD561088}"/>
      </w:docPartPr>
      <w:docPartBody>
        <w:p w:rsidR="00000000" w:rsidRDefault="00D0246D" w:rsidP="00D0246D">
          <w:pPr>
            <w:pStyle w:val="8AC7D637E6C94DDFAC0E5544DBD1B2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2EAF53DEAD4A45B8BE06944EAB3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8F0F5-BCB8-4A26-9DE6-E5BB9941FA4C}"/>
      </w:docPartPr>
      <w:docPartBody>
        <w:p w:rsidR="00000000" w:rsidRDefault="00D0246D" w:rsidP="00D0246D">
          <w:pPr>
            <w:pStyle w:val="D82EAF53DEAD4A45B8BE06944EAB33A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711BA"/>
    <w:rsid w:val="002630F8"/>
    <w:rsid w:val="004161F5"/>
    <w:rsid w:val="005A051B"/>
    <w:rsid w:val="006239E1"/>
    <w:rsid w:val="00667F4B"/>
    <w:rsid w:val="006D0099"/>
    <w:rsid w:val="007E1BF7"/>
    <w:rsid w:val="00917BE7"/>
    <w:rsid w:val="00926343"/>
    <w:rsid w:val="009A5C93"/>
    <w:rsid w:val="00B302C0"/>
    <w:rsid w:val="00BD0B7C"/>
    <w:rsid w:val="00D0246D"/>
    <w:rsid w:val="00EB610D"/>
    <w:rsid w:val="00F216FC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246D"/>
    <w:rPr>
      <w:color w:val="666666"/>
    </w:rPr>
  </w:style>
  <w:style w:type="paragraph" w:customStyle="1" w:styleId="1DCB5A31E11F480CA5F2364659A9561E">
    <w:name w:val="1DCB5A31E11F480CA5F2364659A9561E"/>
    <w:rsid w:val="00D0246D"/>
  </w:style>
  <w:style w:type="paragraph" w:customStyle="1" w:styleId="0866B3D62A9D467483AD9F2FC112FC99">
    <w:name w:val="0866B3D62A9D467483AD9F2FC112FC99"/>
    <w:rsid w:val="00D0246D"/>
  </w:style>
  <w:style w:type="paragraph" w:customStyle="1" w:styleId="7B1010EAD2C84E8487A40BF00574A810">
    <w:name w:val="7B1010EAD2C84E8487A40BF00574A810"/>
    <w:rsid w:val="00D0246D"/>
  </w:style>
  <w:style w:type="paragraph" w:customStyle="1" w:styleId="774DACA09B8347AD80C5A7B80BF644C6">
    <w:name w:val="774DACA09B8347AD80C5A7B80BF644C6"/>
    <w:rsid w:val="00D0246D"/>
  </w:style>
  <w:style w:type="paragraph" w:customStyle="1" w:styleId="8D8B75A06F87471C8A7196FB68E80DBD">
    <w:name w:val="8D8B75A06F87471C8A7196FB68E80DBD"/>
    <w:rsid w:val="00D0246D"/>
  </w:style>
  <w:style w:type="paragraph" w:customStyle="1" w:styleId="387971AC23FA420ABE038062EB7309E1">
    <w:name w:val="387971AC23FA420ABE038062EB7309E1"/>
    <w:rsid w:val="00D0246D"/>
  </w:style>
  <w:style w:type="paragraph" w:customStyle="1" w:styleId="DDAA593CDB6E4AA99AA5D915941D8E06">
    <w:name w:val="DDAA593CDB6E4AA99AA5D915941D8E06"/>
    <w:rsid w:val="00D0246D"/>
  </w:style>
  <w:style w:type="paragraph" w:customStyle="1" w:styleId="37B5FD9ED6E347BFBBF821AC74E50AB1">
    <w:name w:val="37B5FD9ED6E347BFBBF821AC74E50AB1"/>
    <w:rsid w:val="00D0246D"/>
  </w:style>
  <w:style w:type="paragraph" w:customStyle="1" w:styleId="C26954AF206E403C819BE9DF22A27041">
    <w:name w:val="C26954AF206E403C819BE9DF22A27041"/>
    <w:rsid w:val="00D0246D"/>
  </w:style>
  <w:style w:type="paragraph" w:customStyle="1" w:styleId="6E96ACD59047469DB81EE6D0B31C287B">
    <w:name w:val="6E96ACD59047469DB81EE6D0B31C287B"/>
    <w:rsid w:val="00D0246D"/>
  </w:style>
  <w:style w:type="paragraph" w:customStyle="1" w:styleId="D299614F76FA479A90AECD1A0B263FBC">
    <w:name w:val="D299614F76FA479A90AECD1A0B263FBC"/>
    <w:rsid w:val="00D0246D"/>
  </w:style>
  <w:style w:type="paragraph" w:customStyle="1" w:styleId="02FF125321BC4ABC8AD9E6C98F26C816">
    <w:name w:val="02FF125321BC4ABC8AD9E6C98F26C816"/>
    <w:rsid w:val="00D0246D"/>
  </w:style>
  <w:style w:type="paragraph" w:customStyle="1" w:styleId="8D2E4CF36AE64914ACEB7B5585762479">
    <w:name w:val="8D2E4CF36AE64914ACEB7B5585762479"/>
    <w:rsid w:val="00D0246D"/>
  </w:style>
  <w:style w:type="paragraph" w:customStyle="1" w:styleId="61A1A359BD9C4E978BFDB6BF1CAFDA72">
    <w:name w:val="61A1A359BD9C4E978BFDB6BF1CAFDA72"/>
    <w:rsid w:val="00D0246D"/>
  </w:style>
  <w:style w:type="paragraph" w:customStyle="1" w:styleId="BF1308D239D64590932AE1CF2858AD30">
    <w:name w:val="BF1308D239D64590932AE1CF2858AD30"/>
    <w:rsid w:val="00D0246D"/>
  </w:style>
  <w:style w:type="paragraph" w:customStyle="1" w:styleId="06B75735BC7246449487DBE5D908183E">
    <w:name w:val="06B75735BC7246449487DBE5D908183E"/>
    <w:rsid w:val="00D0246D"/>
  </w:style>
  <w:style w:type="paragraph" w:customStyle="1" w:styleId="5F21FF32E29A496B8A67CA434655EE09">
    <w:name w:val="5F21FF32E29A496B8A67CA434655EE09"/>
    <w:rsid w:val="00D0246D"/>
  </w:style>
  <w:style w:type="paragraph" w:customStyle="1" w:styleId="63C0A0A9762A448AA847A638E21CA179">
    <w:name w:val="63C0A0A9762A448AA847A638E21CA179"/>
    <w:rsid w:val="00D0246D"/>
  </w:style>
  <w:style w:type="paragraph" w:customStyle="1" w:styleId="FFD834A811CB4EF985204EAC761D129B">
    <w:name w:val="FFD834A811CB4EF985204EAC761D129B"/>
    <w:rsid w:val="00D0246D"/>
  </w:style>
  <w:style w:type="paragraph" w:customStyle="1" w:styleId="B2222B2486224E3E9143B4D08CF7A8BA">
    <w:name w:val="B2222B2486224E3E9143B4D08CF7A8BA"/>
    <w:rsid w:val="00D0246D"/>
  </w:style>
  <w:style w:type="paragraph" w:customStyle="1" w:styleId="20C211F8852D4E49AE467B1B30BCB3FB">
    <w:name w:val="20C211F8852D4E49AE467B1B30BCB3FB"/>
    <w:rsid w:val="00D0246D"/>
  </w:style>
  <w:style w:type="paragraph" w:customStyle="1" w:styleId="1BF1D29387E743F483D0412CCED5C781">
    <w:name w:val="1BF1D29387E743F483D0412CCED5C781"/>
    <w:rsid w:val="00D0246D"/>
  </w:style>
  <w:style w:type="paragraph" w:customStyle="1" w:styleId="D3894F2771BC49269638D9CDAEAA6186">
    <w:name w:val="D3894F2771BC49269638D9CDAEAA6186"/>
    <w:rsid w:val="00D0246D"/>
  </w:style>
  <w:style w:type="paragraph" w:customStyle="1" w:styleId="5FEDDF569ED746B8873E4F4D51229E3B">
    <w:name w:val="5FEDDF569ED746B8873E4F4D51229E3B"/>
    <w:rsid w:val="00D0246D"/>
  </w:style>
  <w:style w:type="paragraph" w:customStyle="1" w:styleId="30A6BCFF4AA246BA9052E3C3E7D747E4">
    <w:name w:val="30A6BCFF4AA246BA9052E3C3E7D747E4"/>
    <w:rsid w:val="00D0246D"/>
  </w:style>
  <w:style w:type="paragraph" w:customStyle="1" w:styleId="40D6CED66AA040DDA69ECDC93E450C5A">
    <w:name w:val="40D6CED66AA040DDA69ECDC93E450C5A"/>
    <w:rsid w:val="00D0246D"/>
  </w:style>
  <w:style w:type="paragraph" w:customStyle="1" w:styleId="0EC5B641FF58471B8393FBFF54350065">
    <w:name w:val="0EC5B641FF58471B8393FBFF54350065"/>
    <w:rsid w:val="00D0246D"/>
  </w:style>
  <w:style w:type="paragraph" w:customStyle="1" w:styleId="4F6637EB45D4412D98228ECBFB3787EE">
    <w:name w:val="4F6637EB45D4412D98228ECBFB3787EE"/>
    <w:rsid w:val="00D0246D"/>
  </w:style>
  <w:style w:type="paragraph" w:customStyle="1" w:styleId="1D0FF9FCD900404183FBA01DD17A8E45">
    <w:name w:val="1D0FF9FCD900404183FBA01DD17A8E45"/>
    <w:rsid w:val="00D0246D"/>
  </w:style>
  <w:style w:type="paragraph" w:customStyle="1" w:styleId="451B8A2BB83B4F8DAA717BCE52A67B06">
    <w:name w:val="451B8A2BB83B4F8DAA717BCE52A67B06"/>
    <w:rsid w:val="00D0246D"/>
  </w:style>
  <w:style w:type="paragraph" w:customStyle="1" w:styleId="734D0F1915E44420ACD18C395615CB5F">
    <w:name w:val="734D0F1915E44420ACD18C395615CB5F"/>
    <w:rsid w:val="00D0246D"/>
  </w:style>
  <w:style w:type="paragraph" w:customStyle="1" w:styleId="394AB4FA034D45D683E0D68FB55814DE">
    <w:name w:val="394AB4FA034D45D683E0D68FB55814DE"/>
    <w:rsid w:val="00D0246D"/>
  </w:style>
  <w:style w:type="paragraph" w:customStyle="1" w:styleId="B5A3E87FDE4544529EABA669049E6F73">
    <w:name w:val="B5A3E87FDE4544529EABA669049E6F73"/>
    <w:rsid w:val="00D0246D"/>
  </w:style>
  <w:style w:type="paragraph" w:customStyle="1" w:styleId="A50C30937C2045B7AAD66FB89051D785">
    <w:name w:val="A50C30937C2045B7AAD66FB89051D785"/>
    <w:rsid w:val="00D0246D"/>
  </w:style>
  <w:style w:type="paragraph" w:customStyle="1" w:styleId="B69DD326C5B84E7BBE53DC05AC780EA5">
    <w:name w:val="B69DD326C5B84E7BBE53DC05AC780EA5"/>
    <w:rsid w:val="00D0246D"/>
  </w:style>
  <w:style w:type="paragraph" w:customStyle="1" w:styleId="195A7B7FDF41441DBCE86092C1339F1C">
    <w:name w:val="195A7B7FDF41441DBCE86092C1339F1C"/>
    <w:rsid w:val="00D0246D"/>
  </w:style>
  <w:style w:type="paragraph" w:customStyle="1" w:styleId="8DADDE162BBB4B94A1F9960C195A8A83">
    <w:name w:val="8DADDE162BBB4B94A1F9960C195A8A83"/>
    <w:rsid w:val="00D0246D"/>
  </w:style>
  <w:style w:type="paragraph" w:customStyle="1" w:styleId="4BD71F48B86742FE85D545280FEBE8DA">
    <w:name w:val="4BD71F48B86742FE85D545280FEBE8DA"/>
    <w:rsid w:val="00D0246D"/>
  </w:style>
  <w:style w:type="paragraph" w:customStyle="1" w:styleId="B2D44261F46A4D6188116D7F492387FD">
    <w:name w:val="B2D44261F46A4D6188116D7F492387FD"/>
    <w:rsid w:val="00D0246D"/>
  </w:style>
  <w:style w:type="paragraph" w:customStyle="1" w:styleId="EDCDEB8C5F974BB49418604D3C996D48">
    <w:name w:val="EDCDEB8C5F974BB49418604D3C996D48"/>
    <w:rsid w:val="00D0246D"/>
  </w:style>
  <w:style w:type="paragraph" w:customStyle="1" w:styleId="4A88893B9149460FB5E749E891D73C4B">
    <w:name w:val="4A88893B9149460FB5E749E891D73C4B"/>
    <w:rsid w:val="00D0246D"/>
  </w:style>
  <w:style w:type="paragraph" w:customStyle="1" w:styleId="39CCD190185F49298A81B3E8C8DC75F5">
    <w:name w:val="39CCD190185F49298A81B3E8C8DC75F5"/>
    <w:rsid w:val="00D0246D"/>
  </w:style>
  <w:style w:type="paragraph" w:customStyle="1" w:styleId="782D8681A7B4465E8AF6DF18F66E2C3A">
    <w:name w:val="782D8681A7B4465E8AF6DF18F66E2C3A"/>
    <w:rsid w:val="00D0246D"/>
  </w:style>
  <w:style w:type="paragraph" w:customStyle="1" w:styleId="4A81FE4BFC9246A98DA336F677BF7F24">
    <w:name w:val="4A81FE4BFC9246A98DA336F677BF7F24"/>
    <w:rsid w:val="00D0246D"/>
  </w:style>
  <w:style w:type="paragraph" w:customStyle="1" w:styleId="3F17B7A684C34ED58FA29CD6A59A0655">
    <w:name w:val="3F17B7A684C34ED58FA29CD6A59A0655"/>
    <w:rsid w:val="00D0246D"/>
  </w:style>
  <w:style w:type="paragraph" w:customStyle="1" w:styleId="BBD208F5CB974A4B87AF5CA8968EAB87">
    <w:name w:val="BBD208F5CB974A4B87AF5CA8968EAB87"/>
    <w:rsid w:val="00D0246D"/>
  </w:style>
  <w:style w:type="paragraph" w:customStyle="1" w:styleId="19E5503E1E1640C4B86BA29EC2173A91">
    <w:name w:val="19E5503E1E1640C4B86BA29EC2173A91"/>
    <w:rsid w:val="00D0246D"/>
  </w:style>
  <w:style w:type="paragraph" w:customStyle="1" w:styleId="1E30F93A003B468590B54EFBC22294EE">
    <w:name w:val="1E30F93A003B468590B54EFBC22294EE"/>
    <w:rsid w:val="00D0246D"/>
  </w:style>
  <w:style w:type="paragraph" w:customStyle="1" w:styleId="5571CEB7E6D54725B58677B7BB2EFB51">
    <w:name w:val="5571CEB7E6D54725B58677B7BB2EFB51"/>
    <w:rsid w:val="00D0246D"/>
  </w:style>
  <w:style w:type="paragraph" w:customStyle="1" w:styleId="47756D4D8139446194653F8164058AC3">
    <w:name w:val="47756D4D8139446194653F8164058AC3"/>
    <w:rsid w:val="00D0246D"/>
  </w:style>
  <w:style w:type="paragraph" w:customStyle="1" w:styleId="4537A7F537554F6D8EF12E968C730337">
    <w:name w:val="4537A7F537554F6D8EF12E968C730337"/>
    <w:rsid w:val="00D0246D"/>
  </w:style>
  <w:style w:type="paragraph" w:customStyle="1" w:styleId="5BF960B3AA504D62B5A1A55BEE853AF0">
    <w:name w:val="5BF960B3AA504D62B5A1A55BEE853AF0"/>
    <w:rsid w:val="00D0246D"/>
  </w:style>
  <w:style w:type="paragraph" w:customStyle="1" w:styleId="A4C99141CEB04DAA90FC2A67A87C23A0">
    <w:name w:val="A4C99141CEB04DAA90FC2A67A87C23A0"/>
    <w:rsid w:val="00D0246D"/>
  </w:style>
  <w:style w:type="paragraph" w:customStyle="1" w:styleId="DE2D82E6303345E0A39E638A854089BF">
    <w:name w:val="DE2D82E6303345E0A39E638A854089BF"/>
    <w:rsid w:val="00D0246D"/>
  </w:style>
  <w:style w:type="paragraph" w:customStyle="1" w:styleId="35428F303836423AB2FA3B7849A5BD4B">
    <w:name w:val="35428F303836423AB2FA3B7849A5BD4B"/>
    <w:rsid w:val="00D0246D"/>
  </w:style>
  <w:style w:type="paragraph" w:customStyle="1" w:styleId="AA2C270CF2A842D8AE5D1493150C751F">
    <w:name w:val="AA2C270CF2A842D8AE5D1493150C751F"/>
    <w:rsid w:val="00D0246D"/>
  </w:style>
  <w:style w:type="paragraph" w:customStyle="1" w:styleId="576291C8F06144C0B6B69A2E17F649EC">
    <w:name w:val="576291C8F06144C0B6B69A2E17F649EC"/>
    <w:rsid w:val="00D0246D"/>
  </w:style>
  <w:style w:type="paragraph" w:customStyle="1" w:styleId="F57622EBB33943C796AC2E601F6D3B9E">
    <w:name w:val="F57622EBB33943C796AC2E601F6D3B9E"/>
    <w:rsid w:val="00D0246D"/>
  </w:style>
  <w:style w:type="paragraph" w:customStyle="1" w:styleId="1A694148C6344A989497357A8521A265">
    <w:name w:val="1A694148C6344A989497357A8521A265"/>
    <w:rsid w:val="00D0246D"/>
  </w:style>
  <w:style w:type="paragraph" w:customStyle="1" w:styleId="9C1ADFC792F04B1F9340DFDB253C0CB6">
    <w:name w:val="9C1ADFC792F04B1F9340DFDB253C0CB6"/>
    <w:rsid w:val="00D0246D"/>
  </w:style>
  <w:style w:type="paragraph" w:customStyle="1" w:styleId="C83DA7695D7E402EB5CA19517CCBE5B2">
    <w:name w:val="C83DA7695D7E402EB5CA19517CCBE5B2"/>
    <w:rsid w:val="00D0246D"/>
  </w:style>
  <w:style w:type="paragraph" w:customStyle="1" w:styleId="4DF16CD0A7CA4AAC96AFFE3614E8DBE3">
    <w:name w:val="4DF16CD0A7CA4AAC96AFFE3614E8DBE3"/>
    <w:rsid w:val="00D0246D"/>
  </w:style>
  <w:style w:type="paragraph" w:customStyle="1" w:styleId="CD7955DC92C146A480B5A5AA61DC478A">
    <w:name w:val="CD7955DC92C146A480B5A5AA61DC478A"/>
    <w:rsid w:val="00D0246D"/>
  </w:style>
  <w:style w:type="paragraph" w:customStyle="1" w:styleId="D386D2A85A6C46C7BCDD51D6489D4EF6">
    <w:name w:val="D386D2A85A6C46C7BCDD51D6489D4EF6"/>
    <w:rsid w:val="00D0246D"/>
  </w:style>
  <w:style w:type="paragraph" w:customStyle="1" w:styleId="F3809BE3FCAF480C963D6647612F9F42">
    <w:name w:val="F3809BE3FCAF480C963D6647612F9F42"/>
    <w:rsid w:val="00D0246D"/>
  </w:style>
  <w:style w:type="paragraph" w:customStyle="1" w:styleId="0106DDD2E73049F8AA24633C7C9CC370">
    <w:name w:val="0106DDD2E73049F8AA24633C7C9CC370"/>
    <w:rsid w:val="00D0246D"/>
  </w:style>
  <w:style w:type="paragraph" w:customStyle="1" w:styleId="97193FE4EF3E4CB1AAF251352C0E3EC8">
    <w:name w:val="97193FE4EF3E4CB1AAF251352C0E3EC8"/>
    <w:rsid w:val="00D0246D"/>
  </w:style>
  <w:style w:type="paragraph" w:customStyle="1" w:styleId="5A25E580EE9047F5AFA994BF94B31B8C">
    <w:name w:val="5A25E580EE9047F5AFA994BF94B31B8C"/>
    <w:rsid w:val="00D0246D"/>
  </w:style>
  <w:style w:type="paragraph" w:customStyle="1" w:styleId="09939A02E32A47B38D6B578ED375306E">
    <w:name w:val="09939A02E32A47B38D6B578ED375306E"/>
    <w:rsid w:val="00D0246D"/>
  </w:style>
  <w:style w:type="paragraph" w:customStyle="1" w:styleId="A694201B11E841D682C20D5DDD8697CB">
    <w:name w:val="A694201B11E841D682C20D5DDD8697CB"/>
    <w:rsid w:val="00D0246D"/>
  </w:style>
  <w:style w:type="paragraph" w:customStyle="1" w:styleId="6EED694F7ADA41D182026A1B4E464D46">
    <w:name w:val="6EED694F7ADA41D182026A1B4E464D46"/>
    <w:rsid w:val="00D0246D"/>
  </w:style>
  <w:style w:type="paragraph" w:customStyle="1" w:styleId="E7296CF00AEE414FB046425A96100046">
    <w:name w:val="E7296CF00AEE414FB046425A96100046"/>
    <w:rsid w:val="00D0246D"/>
  </w:style>
  <w:style w:type="paragraph" w:customStyle="1" w:styleId="2D2E414005F14C508D3BBCC99C2B1C7E">
    <w:name w:val="2D2E414005F14C508D3BBCC99C2B1C7E"/>
    <w:rsid w:val="00D0246D"/>
  </w:style>
  <w:style w:type="paragraph" w:customStyle="1" w:styleId="F2854E737AF84EFCBBED6918EF96A6A6">
    <w:name w:val="F2854E737AF84EFCBBED6918EF96A6A6"/>
    <w:rsid w:val="00D0246D"/>
  </w:style>
  <w:style w:type="paragraph" w:customStyle="1" w:styleId="B58E0E0D74124003B3C5006B44957AD0">
    <w:name w:val="B58E0E0D74124003B3C5006B44957AD0"/>
    <w:rsid w:val="00D0246D"/>
  </w:style>
  <w:style w:type="paragraph" w:customStyle="1" w:styleId="1823D120D3544DDB9D162684B36AE8CD">
    <w:name w:val="1823D120D3544DDB9D162684B36AE8CD"/>
    <w:rsid w:val="00D0246D"/>
  </w:style>
  <w:style w:type="paragraph" w:customStyle="1" w:styleId="4F49E151BE1E4992AD46F6297B15E2F9">
    <w:name w:val="4F49E151BE1E4992AD46F6297B15E2F9"/>
    <w:rsid w:val="00D0246D"/>
  </w:style>
  <w:style w:type="paragraph" w:customStyle="1" w:styleId="8AC7D637E6C94DDFAC0E5544DBD1B24B">
    <w:name w:val="8AC7D637E6C94DDFAC0E5544DBD1B24B"/>
    <w:rsid w:val="00D0246D"/>
  </w:style>
  <w:style w:type="paragraph" w:customStyle="1" w:styleId="D82EAF53DEAD4A45B8BE06944EAB33A6">
    <w:name w:val="D82EAF53DEAD4A45B8BE06944EAB33A6"/>
    <w:rsid w:val="00D0246D"/>
  </w:style>
  <w:style w:type="paragraph" w:customStyle="1" w:styleId="1734C0B0E50C4165979C1D1CD6EF5118">
    <w:name w:val="1734C0B0E50C4165979C1D1CD6EF511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E119DE05CB640549847538B5F8EF9A7">
    <w:name w:val="FE119DE05CB640549847538B5F8EF9A7"/>
    <w:rsid w:val="00FB32F8"/>
  </w:style>
  <w:style w:type="paragraph" w:customStyle="1" w:styleId="B94FF17A7DD844238942618D220CAEE0">
    <w:name w:val="B94FF17A7DD844238942618D220CAEE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1905A191D24C99806B40DA34C15D19">
    <w:name w:val="5C1905A191D24C99806B40DA34C15D19"/>
    <w:rsid w:val="00FB32F8"/>
  </w:style>
  <w:style w:type="paragraph" w:customStyle="1" w:styleId="0423504971984E3CA014D7D54995C960">
    <w:name w:val="0423504971984E3CA014D7D54995C960"/>
    <w:rsid w:val="004161F5"/>
  </w:style>
  <w:style w:type="paragraph" w:customStyle="1" w:styleId="0AD4EFDEB46F4DD3B07D7D864B6EAEB2">
    <w:name w:val="0AD4EFDEB46F4DD3B07D7D864B6EAEB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5F21740B2E4765971787BDD685D759">
    <w:name w:val="FC5F21740B2E4765971787BDD685D759"/>
    <w:rsid w:val="00FB32F8"/>
  </w:style>
  <w:style w:type="paragraph" w:customStyle="1" w:styleId="4CD965A9EE694FECADF2476D720E7B6E">
    <w:name w:val="4CD965A9EE694FECADF2476D720E7B6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7256735BF942FB8FC659570B5872FF">
    <w:name w:val="047256735BF942FB8FC659570B5872FF"/>
    <w:rsid w:val="006239E1"/>
  </w:style>
  <w:style w:type="paragraph" w:customStyle="1" w:styleId="1734C0B0E50C4165979C1D1CD6EF51181">
    <w:name w:val="1734C0B0E50C4165979C1D1CD6EF5118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1">
    <w:name w:val="96F24E541B0145AAA4C1F913603E646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1">
    <w:name w:val="2C3A3162D80445F78DDE0C5B1FC1D37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1">
    <w:name w:val="3BB3224C02224BE9B27FBD8B4FA44C85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1">
    <w:name w:val="D90A19DFEA52488BB99915162C93968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1">
    <w:name w:val="521563FD68FD43D5BA165673FF6D1378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1">
    <w:name w:val="AE408CFFC6BA4AA5A655C4CB9E8D33B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1">
    <w:name w:val="77C883E787A7487E8AC9A2460D0D612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1">
    <w:name w:val="EDFABB6305204921AB41714CDBEF1F2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1">
    <w:name w:val="39948876AF22424CB7ED2F5AF92F9C43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1">
    <w:name w:val="4EEA29DA30454295831DD7CCFD08932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">
    <w:name w:val="0D0E7F21F7C74B9EB2B3FE75BF17E85D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1">
    <w:name w:val="9F98BD6A7E484DF08110B1C4E624D3D0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1">
    <w:name w:val="233C5AFA5E7E4902A9BB228B214E5792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1">
    <w:name w:val="1B8839E78C2545FD826212E931A37F3B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1">
    <w:name w:val="69B61E07360347BCBC59BA9F385F7236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1">
    <w:name w:val="1B3653A43C104BD19568C0A6A4225B7F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1">
    <w:name w:val="EEADD47DEE724B839CD6026B1BF75AA91"/>
    <w:rsid w:val="007E1BF7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66B3D62A9D467483AD9F2FC112FC991">
    <w:name w:val="0866B3D62A9D467483AD9F2FC112FC9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1010EAD2C84E8487A40BF00574A8101">
    <w:name w:val="7B1010EAD2C84E8487A40BF00574A81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DACA09B8347AD80C5A7B80BF644C61">
    <w:name w:val="774DACA09B8347AD80C5A7B80BF644C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8B75A06F87471C8A7196FB68E80DBD1">
    <w:name w:val="8D8B75A06F87471C8A7196FB68E80DB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87971AC23FA420ABE038062EB7309E11">
    <w:name w:val="387971AC23FA420ABE038062EB7309E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AA593CDB6E4AA99AA5D915941D8E061">
    <w:name w:val="DDAA593CDB6E4AA99AA5D915941D8E0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B5FD9ED6E347BFBBF821AC74E50AB11">
    <w:name w:val="37B5FD9ED6E347BFBBF821AC74E50AB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96ACD59047469DB81EE6D0B31C287B1">
    <w:name w:val="6E96ACD59047469DB81EE6D0B31C287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99614F76FA479A90AECD1A0B263FBC1">
    <w:name w:val="D299614F76FA479A90AECD1A0B263FB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FF125321BC4ABC8AD9E6C98F26C8161">
    <w:name w:val="02FF125321BC4ABC8AD9E6C98F26C81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2E4CF36AE64914ACEB7B55857624791">
    <w:name w:val="8D2E4CF36AE64914ACEB7B558576247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A1A359BD9C4E978BFDB6BF1CAFDA721">
    <w:name w:val="61A1A359BD9C4E978BFDB6BF1CAFDA7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1308D239D64590932AE1CF2858AD301">
    <w:name w:val="BF1308D239D64590932AE1CF2858AD3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B75735BC7246449487DBE5D908183E1">
    <w:name w:val="06B75735BC7246449487DBE5D908183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C0A0A9762A448AA847A638E21CA1791">
    <w:name w:val="63C0A0A9762A448AA847A638E21CA17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834A811CB4EF985204EAC761D129B1">
    <w:name w:val="FFD834A811CB4EF985204EAC761D129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2222B2486224E3E9143B4D08CF7A8BA1">
    <w:name w:val="B2222B2486224E3E9143B4D08CF7A8B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0C211F8852D4E49AE467B1B30BCB3FB1">
    <w:name w:val="20C211F8852D4E49AE467B1B30BCB3F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F1D29387E743F483D0412CCED5C7811">
    <w:name w:val="1BF1D29387E743F483D0412CCED5C78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894F2771BC49269638D9CDAEAA61861">
    <w:name w:val="D3894F2771BC49269638D9CDAEAA618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EDDF569ED746B8873E4F4D51229E3B1">
    <w:name w:val="5FEDDF569ED746B8873E4F4D51229E3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D6CED66AA040DDA69ECDC93E450C5A1">
    <w:name w:val="40D6CED66AA040DDA69ECDC93E450C5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C5B641FF58471B8393FBFF543500651">
    <w:name w:val="0EC5B641FF58471B8393FBFF5435006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6637EB45D4412D98228ECBFB3787EE1">
    <w:name w:val="4F6637EB45D4412D98228ECBFB3787E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0FF9FCD900404183FBA01DD17A8E451">
    <w:name w:val="1D0FF9FCD900404183FBA01DD17A8E4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1B8A2BB83B4F8DAA717BCE52A67B061">
    <w:name w:val="451B8A2BB83B4F8DAA717BCE52A67B0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D0F1915E44420ACD18C395615CB5F1">
    <w:name w:val="734D0F1915E44420ACD18C395615CB5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4AB4FA034D45D683E0D68FB55814DE1">
    <w:name w:val="394AB4FA034D45D683E0D68FB55814D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0C30937C2045B7AAD66FB89051D7851">
    <w:name w:val="A50C30937C2045B7AAD66FB89051D78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9DD326C5B84E7BBE53DC05AC780EA51">
    <w:name w:val="B69DD326C5B84E7BBE53DC05AC780EA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5A7B7FDF41441DBCE86092C1339F1C1">
    <w:name w:val="195A7B7FDF41441DBCE86092C1339F1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ADDE162BBB4B94A1F9960C195A8A831">
    <w:name w:val="8DADDE162BBB4B94A1F9960C195A8A8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BD71F48B86742FE85D545280FEBE8DA1">
    <w:name w:val="4BD71F48B86742FE85D545280FEBE8D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2D44261F46A4D6188116D7F492387FD1">
    <w:name w:val="B2D44261F46A4D6188116D7F492387F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CDEB8C5F974BB49418604D3C996D481">
    <w:name w:val="EDCDEB8C5F974BB49418604D3C996D48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CCD190185F49298A81B3E8C8DC75F51">
    <w:name w:val="39CCD190185F49298A81B3E8C8DC75F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2D8681A7B4465E8AF6DF18F66E2C3A1">
    <w:name w:val="782D8681A7B4465E8AF6DF18F66E2C3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81FE4BFC9246A98DA336F677BF7F241">
    <w:name w:val="4A81FE4BFC9246A98DA336F677BF7F24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17B7A684C34ED58FA29CD6A59A06551">
    <w:name w:val="3F17B7A684C34ED58FA29CD6A59A065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D208F5CB974A4B87AF5CA8968EAB871">
    <w:name w:val="BBD208F5CB974A4B87AF5CA8968EAB87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0F93A003B468590B54EFBC22294EE1">
    <w:name w:val="1E30F93A003B468590B54EFBC22294E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71CEB7E6D54725B58677B7BB2EFB511">
    <w:name w:val="5571CEB7E6D54725B58677B7BB2EFB5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756D4D8139446194653F8164058AC31">
    <w:name w:val="47756D4D8139446194653F8164058AC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37A7F537554F6D8EF12E968C7303371">
    <w:name w:val="4537A7F537554F6D8EF12E968C730337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F960B3AA504D62B5A1A55BEE853AF01">
    <w:name w:val="5BF960B3AA504D62B5A1A55BEE853AF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2D82E6303345E0A39E638A854089BF1">
    <w:name w:val="DE2D82E6303345E0A39E638A854089B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428F303836423AB2FA3B7849A5BD4B1">
    <w:name w:val="35428F303836423AB2FA3B7849A5BD4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2C270CF2A842D8AE5D1493150C751F1">
    <w:name w:val="AA2C270CF2A842D8AE5D1493150C751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6291C8F06144C0B6B69A2E17F649EC1">
    <w:name w:val="576291C8F06144C0B6B69A2E17F649E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7622EBB33943C796AC2E601F6D3B9E1">
    <w:name w:val="F57622EBB33943C796AC2E601F6D3B9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">
    <w:name w:val="1B3653A43C104BD19568C0A6A4225B7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C1ADFC792F04B1F9340DFDB253C0CB61">
    <w:name w:val="9C1ADFC792F04B1F9340DFDB253C0CB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3DA7695D7E402EB5CA19517CCBE5B21">
    <w:name w:val="C83DA7695D7E402EB5CA19517CCBE5B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F16CD0A7CA4AAC96AFFE3614E8DBE31">
    <w:name w:val="4DF16CD0A7CA4AAC96AFFE3614E8DBE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7955DC92C146A480B5A5AA61DC478A1">
    <w:name w:val="CD7955DC92C146A480B5A5AA61DC478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86D2A85A6C46C7BCDD51D6489D4EF61">
    <w:name w:val="D386D2A85A6C46C7BCDD51D6489D4EF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09BE3FCAF480C963D6647612F9F421">
    <w:name w:val="F3809BE3FCAF480C963D6647612F9F4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7193FE4EF3E4CB1AAF251352C0E3EC81">
    <w:name w:val="97193FE4EF3E4CB1AAF251352C0E3EC8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A25E580EE9047F5AFA994BF94B31B8C1">
    <w:name w:val="5A25E580EE9047F5AFA994BF94B31B8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939A02E32A47B38D6B578ED375306E1">
    <w:name w:val="09939A02E32A47B38D6B578ED375306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94201B11E841D682C20D5DDD8697CB1">
    <w:name w:val="A694201B11E841D682C20D5DDD8697C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D694F7ADA41D182026A1B4E464D461">
    <w:name w:val="6EED694F7ADA41D182026A1B4E464D4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296CF00AEE414FB046425A961000461">
    <w:name w:val="E7296CF00AEE414FB046425A9610004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854E737AF84EFCBBED6918EF96A6A61">
    <w:name w:val="F2854E737AF84EFCBBED6918EF96A6A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E0E0D74124003B3C5006B44957AD01">
    <w:name w:val="B58E0E0D74124003B3C5006B44957AD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23D120D3544DDB9D162684B36AE8CD1">
    <w:name w:val="1823D120D3544DDB9D162684B36AE8C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49E151BE1E4992AD46F6297B15E2F91">
    <w:name w:val="4F49E151BE1E4992AD46F6297B15E2F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C7D637E6C94DDFAC0E5544DBD1B24B1">
    <w:name w:val="8AC7D637E6C94DDFAC0E5544DBD1B24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2EAF53DEAD4A45B8BE06944EAB33A61">
    <w:name w:val="D82EAF53DEAD4A45B8BE06944EAB33A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8CAF70-3BAC-400F-89F8-FAE59DB4E418}"/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2026-08-20T15:51:00Z</dcterms:created>
  <dcterms:modified xsi:type="dcterms:W3CDTF">2026-09-10T09:45:00Z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