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Pr="00260F73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297938B7" w:rsidR="00F4085D" w:rsidRPr="00260F73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260F73">
        <w:rPr>
          <w:b/>
          <w:bCs/>
          <w:sz w:val="40"/>
          <w:szCs w:val="40"/>
        </w:rPr>
        <w:t xml:space="preserve">RCPI </w:t>
      </w:r>
      <w:r w:rsidR="007C0991" w:rsidRPr="00260F73">
        <w:rPr>
          <w:b/>
          <w:bCs/>
          <w:sz w:val="40"/>
          <w:szCs w:val="40"/>
        </w:rPr>
        <w:t xml:space="preserve">Higher Specialist </w:t>
      </w:r>
      <w:r w:rsidR="002D7D98" w:rsidRPr="00260F73">
        <w:rPr>
          <w:b/>
          <w:bCs/>
          <w:sz w:val="40"/>
          <w:szCs w:val="40"/>
        </w:rPr>
        <w:t>Training</w:t>
      </w:r>
      <w:r w:rsidR="007C0991" w:rsidRPr="00260F73">
        <w:rPr>
          <w:b/>
          <w:bCs/>
          <w:sz w:val="40"/>
          <w:szCs w:val="40"/>
        </w:rPr>
        <w:t>:</w:t>
      </w:r>
      <w:r w:rsidR="00F4085D" w:rsidRPr="00260F73">
        <w:rPr>
          <w:b/>
          <w:bCs/>
          <w:sz w:val="40"/>
          <w:szCs w:val="40"/>
        </w:rPr>
        <w:t xml:space="preserve"> </w:t>
      </w:r>
      <w:r w:rsidR="009B4B1C">
        <w:rPr>
          <w:b/>
          <w:bCs/>
          <w:sz w:val="40"/>
          <w:szCs w:val="40"/>
        </w:rPr>
        <w:t>Occupational Medicine</w:t>
      </w:r>
    </w:p>
    <w:p w14:paraId="609CAFC3" w14:textId="0E8919FD" w:rsidR="007C0991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260F73">
        <w:rPr>
          <w:b/>
          <w:bCs/>
          <w:sz w:val="48"/>
          <w:szCs w:val="48"/>
        </w:rPr>
        <w:t>Curriculum Vitae</w:t>
      </w:r>
    </w:p>
    <w:p w14:paraId="158B37B7" w14:textId="77777777" w:rsidR="00260F73" w:rsidRPr="00260F73" w:rsidRDefault="00260F73" w:rsidP="00260F73"/>
    <w:p w14:paraId="6E5B97C0" w14:textId="59A16C94" w:rsidR="00214ECC" w:rsidRPr="00260F73" w:rsidRDefault="003729FB" w:rsidP="001C17E4">
      <w:pPr>
        <w:pStyle w:val="Heading1"/>
      </w:pPr>
      <w:r w:rsidRPr="00260F73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:rsidRPr="00260F73" w14:paraId="091518D3" w14:textId="77777777" w:rsidTr="00260F73">
        <w:tc>
          <w:tcPr>
            <w:tcW w:w="1886" w:type="pct"/>
            <w:vAlign w:val="center"/>
          </w:tcPr>
          <w:p w14:paraId="461D333E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Full Name:</w:t>
            </w:r>
          </w:p>
          <w:p w14:paraId="46EE3531" w14:textId="1A50F9B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Content>
            <w:tc>
              <w:tcPr>
                <w:tcW w:w="3114" w:type="pct"/>
                <w:vAlign w:val="center"/>
              </w:tcPr>
              <w:p w14:paraId="3B7B6D19" w14:textId="14E466E6" w:rsidR="009E4AEB" w:rsidRPr="00260F73" w:rsidRDefault="001C17E4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773EA148" w14:textId="77777777" w:rsidTr="00260F73">
        <w:tc>
          <w:tcPr>
            <w:tcW w:w="1886" w:type="pct"/>
            <w:vAlign w:val="center"/>
          </w:tcPr>
          <w:p w14:paraId="62CA2F33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Medical Council (IMC) Registration Number:</w:t>
            </w:r>
          </w:p>
          <w:p w14:paraId="096607BC" w14:textId="79A3C1DB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  <w:vAlign w:val="center"/>
              </w:tcPr>
              <w:p w14:paraId="2A4369CD" w14:textId="4DD25E0D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36E9348D" w14:textId="77777777" w:rsidTr="00260F73">
        <w:tc>
          <w:tcPr>
            <w:tcW w:w="1886" w:type="pct"/>
            <w:vAlign w:val="center"/>
          </w:tcPr>
          <w:p w14:paraId="640B854D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Please list any prior medical registrations i.e. (GMC):</w:t>
            </w:r>
          </w:p>
          <w:p w14:paraId="38BE2FC2" w14:textId="5EE45BD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tc>
          <w:tcPr>
            <w:tcW w:w="3114" w:type="pct"/>
            <w:vAlign w:val="center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Content>
              <w:p w14:paraId="733AEED4" w14:textId="346A6196" w:rsidR="004D6768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E4AEB" w:rsidRPr="00260F73" w14:paraId="452C156E" w14:textId="77777777" w:rsidTr="00260F73">
        <w:tc>
          <w:tcPr>
            <w:tcW w:w="1886" w:type="pct"/>
            <w:vAlign w:val="center"/>
          </w:tcPr>
          <w:p w14:paraId="5B86263B" w14:textId="77777777" w:rsidR="009E4AEB" w:rsidRDefault="00260F73" w:rsidP="00260F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Current</w:t>
            </w:r>
            <w:r w:rsidR="009E4AEB" w:rsidRPr="00260F73">
              <w:rPr>
                <w:b/>
                <w:bCs/>
              </w:rPr>
              <w:t xml:space="preserve"> Post:</w:t>
            </w:r>
          </w:p>
          <w:p w14:paraId="2B91D0AD" w14:textId="646DAF20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Content>
            <w:tc>
              <w:tcPr>
                <w:tcW w:w="3114" w:type="pct"/>
                <w:vAlign w:val="center"/>
              </w:tcPr>
              <w:p w14:paraId="13FF5351" w14:textId="76ACC4B8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0627E4A" w14:textId="277579A8" w:rsidR="00597958" w:rsidRPr="00260F73" w:rsidRDefault="002931FF">
      <w:r w:rsidRPr="00260F73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183578E9">
                <wp:simplePos x="0" y="0"/>
                <wp:positionH relativeFrom="margin">
                  <wp:align>right</wp:align>
                </wp:positionH>
                <wp:positionV relativeFrom="paragraph">
                  <wp:posOffset>2830388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C2A10B" w14:textId="77777777" w:rsidR="002314AC" w:rsidRPr="009E1E94" w:rsidRDefault="002314AC" w:rsidP="002314A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222.85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D69G5C&#10;3QAAAAgBAAAPAAAAAAAAAAAAAAAAAGgEAABkcnMvZG93bnJldi54bWxQSwUGAAAAAAQABADzAAAA&#10;cgUAAAAA&#10;">
                <v:textbox style="mso-fit-shape-to-text:t">
                  <w:txbxContent>
                    <w:p w14:paraId="02C2A10B" w14:textId="77777777" w:rsidR="002314AC" w:rsidRPr="009E1E94" w:rsidRDefault="002314AC" w:rsidP="002314AC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 w:rsidRPr="00260F73">
        <w:br w:type="page"/>
      </w:r>
    </w:p>
    <w:p w14:paraId="1C4F5D18" w14:textId="77777777" w:rsidR="009A3511" w:rsidRPr="009A3511" w:rsidRDefault="009A3511" w:rsidP="009A3511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US"/>
        </w:rPr>
      </w:pPr>
      <w:r w:rsidRPr="009A3511"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US"/>
        </w:rPr>
        <w:lastRenderedPageBreak/>
        <w:t>Demonstrating an interest in occupational medicine</w:t>
      </w:r>
    </w:p>
    <w:p w14:paraId="54845315" w14:textId="77777777" w:rsidR="009A3511" w:rsidRPr="009A3511" w:rsidRDefault="009A3511" w:rsidP="009A3511">
      <w:pPr>
        <w:rPr>
          <w:b/>
          <w:bCs/>
          <w:lang w:val="en-US"/>
        </w:rPr>
      </w:pPr>
      <w:r w:rsidRPr="009A3511">
        <w:rPr>
          <w:b/>
          <w:bCs/>
          <w:lang w:val="en-US"/>
        </w:rPr>
        <w:t>When applying for specialist training in occupational medicine, applicants may wish to demonstrate an interest in the specialty by way of a short personal statement. This would consist of approximately up to 400 words (one typed page) outlining a commitment to the specialty, including learning, personal development, and the attainment of any other relevant experience.</w:t>
      </w:r>
      <w:r w:rsidRPr="009A3511">
        <w:rPr>
          <w:b/>
          <w:bCs/>
          <w:lang w:val="en-US"/>
        </w:rPr>
        <w:br/>
      </w:r>
    </w:p>
    <w:p w14:paraId="73743214" w14:textId="77777777" w:rsidR="009A3511" w:rsidRPr="009A3511" w:rsidRDefault="009A3511" w:rsidP="009A3511">
      <w:pPr>
        <w:rPr>
          <w:b/>
          <w:bCs/>
          <w:lang w:val="en-US"/>
        </w:rPr>
      </w:pPr>
      <w:r w:rsidRPr="009A3511">
        <w:rPr>
          <w:b/>
          <w:bCs/>
          <w:lang w:val="en-US"/>
        </w:rPr>
        <w:t>Examples of how this might be demonstrated may include the following:</w:t>
      </w:r>
    </w:p>
    <w:p w14:paraId="4BB22738" w14:textId="77777777" w:rsidR="009A3511" w:rsidRPr="009A3511" w:rsidRDefault="009A3511" w:rsidP="009A3511">
      <w:pPr>
        <w:numPr>
          <w:ilvl w:val="0"/>
          <w:numId w:val="18"/>
        </w:numPr>
        <w:rPr>
          <w:b/>
          <w:bCs/>
          <w:lang w:val="en-US"/>
        </w:rPr>
      </w:pPr>
      <w:r w:rsidRPr="009A3511">
        <w:rPr>
          <w:b/>
          <w:bCs/>
          <w:lang w:val="en-US"/>
        </w:rPr>
        <w:t>Contact with, or visits to, occupational health departments, private practices, or to occupational physicians</w:t>
      </w:r>
    </w:p>
    <w:p w14:paraId="0C977639" w14:textId="77777777" w:rsidR="009A3511" w:rsidRPr="009A3511" w:rsidRDefault="009A3511" w:rsidP="009A3511">
      <w:pPr>
        <w:numPr>
          <w:ilvl w:val="0"/>
          <w:numId w:val="18"/>
        </w:numPr>
        <w:rPr>
          <w:b/>
          <w:bCs/>
          <w:lang w:val="en-US"/>
        </w:rPr>
      </w:pPr>
      <w:r w:rsidRPr="009A3511">
        <w:rPr>
          <w:b/>
          <w:bCs/>
          <w:lang w:val="en-US"/>
        </w:rPr>
        <w:t>Participation, or interest in, provision of occupational health services</w:t>
      </w:r>
      <w:r w:rsidRPr="009A3511">
        <w:rPr>
          <w:b/>
          <w:bCs/>
          <w:lang w:val="en-US"/>
        </w:rPr>
        <w:br/>
        <w:t xml:space="preserve"> Attendance at occupational medicine meetings (both formal and informal meetings)</w:t>
      </w:r>
    </w:p>
    <w:p w14:paraId="299F2B3F" w14:textId="77777777" w:rsidR="009A3511" w:rsidRPr="009A3511" w:rsidRDefault="009A3511" w:rsidP="009A3511">
      <w:pPr>
        <w:numPr>
          <w:ilvl w:val="0"/>
          <w:numId w:val="18"/>
        </w:numPr>
        <w:rPr>
          <w:b/>
          <w:bCs/>
          <w:lang w:val="en-US"/>
        </w:rPr>
      </w:pPr>
      <w:r w:rsidRPr="009A3511">
        <w:rPr>
          <w:b/>
          <w:bCs/>
          <w:lang w:val="en-US"/>
        </w:rPr>
        <w:t>Completion of accredited courses, or PCS activities, in occupational medicine</w:t>
      </w:r>
      <w:r w:rsidRPr="009A3511">
        <w:rPr>
          <w:b/>
          <w:bCs/>
          <w:lang w:val="en-US"/>
        </w:rPr>
        <w:br/>
        <w:t xml:space="preserve"> Membership (or affiliation with) an occupational medicine society or </w:t>
      </w:r>
      <w:proofErr w:type="spellStart"/>
      <w:r w:rsidRPr="009A3511">
        <w:rPr>
          <w:b/>
          <w:bCs/>
          <w:lang w:val="en-US"/>
        </w:rPr>
        <w:t>organisation</w:t>
      </w:r>
      <w:proofErr w:type="spellEnd"/>
      <w:r w:rsidRPr="009A3511">
        <w:rPr>
          <w:b/>
          <w:bCs/>
          <w:lang w:val="en-US"/>
        </w:rPr>
        <w:t xml:space="preserve"> (e.g. ISOM or SOM)</w:t>
      </w:r>
    </w:p>
    <w:p w14:paraId="5A4ACEC0" w14:textId="77777777" w:rsidR="009A3511" w:rsidRPr="009A3511" w:rsidRDefault="009A3511" w:rsidP="009A3511">
      <w:pPr>
        <w:numPr>
          <w:ilvl w:val="0"/>
          <w:numId w:val="18"/>
        </w:numPr>
        <w:rPr>
          <w:b/>
          <w:bCs/>
          <w:lang w:val="en-US"/>
        </w:rPr>
      </w:pPr>
      <w:r w:rsidRPr="009A3511">
        <w:rPr>
          <w:b/>
          <w:bCs/>
          <w:lang w:val="en-US"/>
        </w:rPr>
        <w:t>Evidence of readership of and/or publication in any relevant journals (e.g. Occupational Medicine, Occupational and Environmental Medicine etc.)</w:t>
      </w:r>
      <w:r w:rsidRPr="009A3511">
        <w:rPr>
          <w:b/>
          <w:bCs/>
          <w:lang w:val="en-US"/>
        </w:rPr>
        <w:br/>
        <w:t xml:space="preserve"> Attainment of professional qualifications and/or postgraduate education in occupational medicine (e.g. Professional Diploma in Occupational Medicine, LFOM, MFOM etc.)</w:t>
      </w:r>
    </w:p>
    <w:p w14:paraId="02EA84CE" w14:textId="77777777" w:rsidR="009A3511" w:rsidRPr="009A3511" w:rsidRDefault="009A3511" w:rsidP="009A3511">
      <w:pPr>
        <w:numPr>
          <w:ilvl w:val="0"/>
          <w:numId w:val="18"/>
        </w:numPr>
        <w:rPr>
          <w:b/>
          <w:bCs/>
          <w:lang w:val="en-US"/>
        </w:rPr>
      </w:pPr>
      <w:r w:rsidRPr="009A3511">
        <w:rPr>
          <w:b/>
          <w:bCs/>
          <w:lang w:val="en-US"/>
        </w:rPr>
        <w:t>Demonstrating evidence of recognition of the role of workplace exposures in generating ill health</w:t>
      </w:r>
    </w:p>
    <w:p w14:paraId="79F57945" w14:textId="77777777" w:rsidR="009A3511" w:rsidRPr="009A3511" w:rsidRDefault="009A3511" w:rsidP="009A3511">
      <w:pPr>
        <w:numPr>
          <w:ilvl w:val="0"/>
          <w:numId w:val="18"/>
        </w:numPr>
        <w:rPr>
          <w:b/>
          <w:bCs/>
          <w:lang w:val="en-US"/>
        </w:rPr>
      </w:pPr>
      <w:r w:rsidRPr="009A3511">
        <w:rPr>
          <w:b/>
          <w:bCs/>
          <w:lang w:val="en-US"/>
        </w:rPr>
        <w:t>Demonstration of awareness of workplace health issues of topical interest and current policy developments</w:t>
      </w:r>
    </w:p>
    <w:p w14:paraId="593A533D" w14:textId="5DF8F3F6" w:rsidR="009A3511" w:rsidRDefault="009A3511" w:rsidP="009A3511">
      <w:pPr>
        <w:numPr>
          <w:ilvl w:val="0"/>
          <w:numId w:val="18"/>
        </w:numPr>
        <w:rPr>
          <w:b/>
          <w:bCs/>
          <w:lang w:val="en-US"/>
        </w:rPr>
      </w:pPr>
      <w:r w:rsidRPr="009A3511">
        <w:rPr>
          <w:b/>
          <w:bCs/>
          <w:lang w:val="en-US"/>
        </w:rPr>
        <w:t>Leadership and management experience commensurate with experience, both in and outside medicine</w:t>
      </w:r>
    </w:p>
    <w:p w14:paraId="0EC2B07A" w14:textId="418A6221" w:rsidR="009A3511" w:rsidRPr="009A3511" w:rsidRDefault="009A3511" w:rsidP="009A3511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sdt>
      <w:sdtPr>
        <w:id w:val="1461925480"/>
        <w:placeholder>
          <w:docPart w:val="D5F14FB66A15431389EB3E003A7DADB1"/>
        </w:placeholder>
        <w:showingPlcHdr/>
      </w:sdtPr>
      <w:sdtContent>
        <w:p w14:paraId="1C5F0DEB" w14:textId="3E4383BF" w:rsidR="00260F73" w:rsidRPr="002314AC" w:rsidRDefault="00260F73" w:rsidP="00260F73">
          <w:r w:rsidRPr="002314AC">
            <w:rPr>
              <w:rStyle w:val="PlaceholderText"/>
              <w:lang w:val="en-US"/>
            </w:rPr>
            <w:t>Click or tap here to enter text.</w:t>
          </w:r>
        </w:p>
      </w:sdtContent>
    </w:sdt>
    <w:p w14:paraId="58BC4384" w14:textId="77777777" w:rsidR="003713D2" w:rsidRDefault="003713D2"/>
    <w:sectPr w:rsidR="003713D2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0752D" w14:textId="77777777" w:rsidR="006B0273" w:rsidRPr="00260F73" w:rsidRDefault="006B0273" w:rsidP="001B2E81">
      <w:pPr>
        <w:spacing w:after="0" w:line="240" w:lineRule="auto"/>
      </w:pPr>
      <w:r w:rsidRPr="00260F73">
        <w:separator/>
      </w:r>
    </w:p>
  </w:endnote>
  <w:endnote w:type="continuationSeparator" w:id="0">
    <w:p w14:paraId="073D6D10" w14:textId="77777777" w:rsidR="006B0273" w:rsidRPr="00260F73" w:rsidRDefault="006B0273" w:rsidP="001B2E81">
      <w:pPr>
        <w:spacing w:after="0" w:line="240" w:lineRule="auto"/>
      </w:pPr>
      <w:r w:rsidRPr="00260F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Content>
      <w:p w14:paraId="7954CBEC" w14:textId="5E77B792" w:rsidR="007C3707" w:rsidRPr="00260F73" w:rsidRDefault="007C3707" w:rsidP="007C3707">
        <w:pPr>
          <w:pStyle w:val="Footer"/>
        </w:pPr>
        <w:r w:rsidRPr="00260F73">
          <w:tab/>
        </w:r>
        <w:r w:rsidRPr="00260F73">
          <w:tab/>
        </w:r>
        <w:r w:rsidRPr="00260F73">
          <w:fldChar w:fldCharType="begin"/>
        </w:r>
        <w:r w:rsidRPr="00260F73">
          <w:instrText xml:space="preserve"> PAGE   \* MERGEFORMAT </w:instrText>
        </w:r>
        <w:r w:rsidRPr="00260F73">
          <w:fldChar w:fldCharType="separate"/>
        </w:r>
        <w:r w:rsidRPr="00260F73">
          <w:t>2</w:t>
        </w:r>
        <w:r w:rsidRPr="00260F73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Pr="00260F73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DED37" w14:textId="77777777" w:rsidR="006B0273" w:rsidRPr="00260F73" w:rsidRDefault="006B0273" w:rsidP="001B2E81">
      <w:pPr>
        <w:spacing w:after="0" w:line="240" w:lineRule="auto"/>
      </w:pPr>
      <w:r w:rsidRPr="00260F73">
        <w:separator/>
      </w:r>
    </w:p>
  </w:footnote>
  <w:footnote w:type="continuationSeparator" w:id="0">
    <w:p w14:paraId="5990EA29" w14:textId="77777777" w:rsidR="006B0273" w:rsidRPr="00260F73" w:rsidRDefault="006B0273" w:rsidP="001B2E81">
      <w:pPr>
        <w:spacing w:after="0" w:line="240" w:lineRule="auto"/>
      </w:pPr>
      <w:r w:rsidRPr="00260F7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A380F" w14:textId="593E4A18" w:rsidR="001B2E81" w:rsidRPr="00260F73" w:rsidRDefault="007C3707">
    <w:pPr>
      <w:pStyle w:val="Header"/>
    </w:pPr>
    <w:r w:rsidRPr="00260F73">
      <w:ptab w:relativeTo="margin" w:alignment="right" w:leader="none"/>
    </w:r>
    <w:r w:rsidRPr="00260F73">
      <w:t xml:space="preserve">RCPI HST Application CV: </w:t>
    </w:r>
    <w:r w:rsidR="009B4B1C">
      <w:t>Occupational Medicine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603A867E" w:rsidR="001B2E81" w:rsidRPr="00260F73" w:rsidRDefault="009B4B1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E4F8D72" wp14:editId="1461BFFD">
          <wp:simplePos x="0" y="0"/>
          <wp:positionH relativeFrom="column">
            <wp:posOffset>-596624</wp:posOffset>
          </wp:positionH>
          <wp:positionV relativeFrom="paragraph">
            <wp:posOffset>-161622</wp:posOffset>
          </wp:positionV>
          <wp:extent cx="2957830" cy="1208405"/>
          <wp:effectExtent l="0" t="0" r="0" b="0"/>
          <wp:wrapTopAndBottom/>
          <wp:docPr id="165024328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0243281" name="Picture 165024328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57830" cy="1208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003FFD"/>
    <w:multiLevelType w:val="multilevel"/>
    <w:tmpl w:val="1B2A76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0" w15:restartNumberingAfterBreak="0">
    <w:nsid w:val="038B0C3B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536746"/>
    <w:multiLevelType w:val="hybridMultilevel"/>
    <w:tmpl w:val="FF2CE11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BB0278A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52142C"/>
    <w:multiLevelType w:val="hybridMultilevel"/>
    <w:tmpl w:val="FF2CE1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06701">
    <w:abstractNumId w:val="12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1"/>
  </w:num>
  <w:num w:numId="12" w16cid:durableId="954025059">
    <w:abstractNumId w:val="13"/>
  </w:num>
  <w:num w:numId="13" w16cid:durableId="1694188166">
    <w:abstractNumId w:val="16"/>
  </w:num>
  <w:num w:numId="14" w16cid:durableId="889731661">
    <w:abstractNumId w:val="17"/>
  </w:num>
  <w:num w:numId="15" w16cid:durableId="323359985">
    <w:abstractNumId w:val="15"/>
  </w:num>
  <w:num w:numId="16" w16cid:durableId="1461606276">
    <w:abstractNumId w:val="10"/>
  </w:num>
  <w:num w:numId="17" w16cid:durableId="1219395086">
    <w:abstractNumId w:val="14"/>
  </w:num>
  <w:num w:numId="18" w16cid:durableId="53366412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5574"/>
    <w:rsid w:val="00034616"/>
    <w:rsid w:val="00041DFE"/>
    <w:rsid w:val="0006063C"/>
    <w:rsid w:val="00081140"/>
    <w:rsid w:val="000834D5"/>
    <w:rsid w:val="000934D5"/>
    <w:rsid w:val="000A5F58"/>
    <w:rsid w:val="0015074B"/>
    <w:rsid w:val="001739F7"/>
    <w:rsid w:val="001B2E81"/>
    <w:rsid w:val="001C17E4"/>
    <w:rsid w:val="00214ECC"/>
    <w:rsid w:val="002314AC"/>
    <w:rsid w:val="002319B9"/>
    <w:rsid w:val="00232F78"/>
    <w:rsid w:val="00260F73"/>
    <w:rsid w:val="002931FF"/>
    <w:rsid w:val="0029639D"/>
    <w:rsid w:val="002D7D98"/>
    <w:rsid w:val="002E140B"/>
    <w:rsid w:val="00326F90"/>
    <w:rsid w:val="003713D2"/>
    <w:rsid w:val="003729FB"/>
    <w:rsid w:val="00404EAF"/>
    <w:rsid w:val="00446759"/>
    <w:rsid w:val="004929C5"/>
    <w:rsid w:val="004A41F5"/>
    <w:rsid w:val="004D6768"/>
    <w:rsid w:val="00547911"/>
    <w:rsid w:val="00597958"/>
    <w:rsid w:val="005A051B"/>
    <w:rsid w:val="006B0273"/>
    <w:rsid w:val="006D0099"/>
    <w:rsid w:val="0075109E"/>
    <w:rsid w:val="007C0991"/>
    <w:rsid w:val="007C3707"/>
    <w:rsid w:val="00801BD9"/>
    <w:rsid w:val="00821B93"/>
    <w:rsid w:val="008525FA"/>
    <w:rsid w:val="009A3511"/>
    <w:rsid w:val="009A7B67"/>
    <w:rsid w:val="009B4B1C"/>
    <w:rsid w:val="009E4AEB"/>
    <w:rsid w:val="00A0792E"/>
    <w:rsid w:val="00A36383"/>
    <w:rsid w:val="00A606A6"/>
    <w:rsid w:val="00A85164"/>
    <w:rsid w:val="00AA1D8D"/>
    <w:rsid w:val="00AD1050"/>
    <w:rsid w:val="00B16633"/>
    <w:rsid w:val="00B47730"/>
    <w:rsid w:val="00B8038E"/>
    <w:rsid w:val="00BD4838"/>
    <w:rsid w:val="00C7253B"/>
    <w:rsid w:val="00C95D05"/>
    <w:rsid w:val="00CB0664"/>
    <w:rsid w:val="00CD745A"/>
    <w:rsid w:val="00D41E2C"/>
    <w:rsid w:val="00DA296B"/>
    <w:rsid w:val="00E9708F"/>
    <w:rsid w:val="00F211F0"/>
    <w:rsid w:val="00F277ED"/>
    <w:rsid w:val="00F4085D"/>
    <w:rsid w:val="00F54DC5"/>
    <w:rsid w:val="00F75C6A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  <w:lang w:val="en-I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FB32F8" w:rsidP="00FB32F8">
          <w:pPr>
            <w:pStyle w:val="F4D6CB2241074A76A75ACE4A72F3BAC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FB32F8" w:rsidP="00FB32F8">
          <w:pPr>
            <w:pStyle w:val="5C6BE9DD57B042A78E73AE6C65AB81E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FB32F8" w:rsidP="00FB32F8">
          <w:pPr>
            <w:pStyle w:val="B94FF17A7DD844238942618D220CAEE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FB32F8" w:rsidP="00FB32F8">
          <w:pPr>
            <w:pStyle w:val="1734C0B0E50C4165979C1D1CD6EF5118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F14FB66A15431389EB3E003A7DA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AF9D1-D349-4B4C-8AC3-C194B67500ED}"/>
      </w:docPartPr>
      <w:docPartBody>
        <w:p w:rsidR="00FB32F8" w:rsidRDefault="00FB32F8" w:rsidP="00FB32F8">
          <w:pPr>
            <w:pStyle w:val="D5F14FB66A15431389EB3E003A7DADB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0934D5"/>
    <w:rsid w:val="002630F8"/>
    <w:rsid w:val="003A2BA6"/>
    <w:rsid w:val="00404EAF"/>
    <w:rsid w:val="004161F5"/>
    <w:rsid w:val="005A051B"/>
    <w:rsid w:val="005D3AD2"/>
    <w:rsid w:val="006239E1"/>
    <w:rsid w:val="00667F4B"/>
    <w:rsid w:val="006D0099"/>
    <w:rsid w:val="00917BE7"/>
    <w:rsid w:val="00926343"/>
    <w:rsid w:val="009A5C93"/>
    <w:rsid w:val="00B302C0"/>
    <w:rsid w:val="00BD0B7C"/>
    <w:rsid w:val="00E3658F"/>
    <w:rsid w:val="00F277ED"/>
    <w:rsid w:val="00F75C6A"/>
    <w:rsid w:val="00FB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32F8"/>
    <w:rPr>
      <w:color w:val="666666"/>
    </w:rPr>
  </w:style>
  <w:style w:type="paragraph" w:customStyle="1" w:styleId="1734C0B0E50C4165979C1D1CD6EF5118">
    <w:name w:val="1734C0B0E50C4165979C1D1CD6EF5118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D6CB2241074A76A75ACE4A72F3BACA">
    <w:name w:val="F4D6CB2241074A76A75ACE4A72F3BACA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6BE9DD57B042A78E73AE6C65AB81E9">
    <w:name w:val="5C6BE9DD57B042A78E73AE6C65AB81E9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4FF17A7DD844238942618D220CAEE0">
    <w:name w:val="B94FF17A7DD844238942618D220CAEE0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6F24E541B0145AAA4C1F913603E646E">
    <w:name w:val="96F24E541B0145AAA4C1F913603E646E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C3A3162D80445F78DDE0C5B1FC1D376">
    <w:name w:val="2C3A3162D80445F78DDE0C5B1FC1D376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BB3224C02224BE9B27FBD8B4FA44C85">
    <w:name w:val="3BB3224C02224BE9B27FBD8B4FA44C85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5F14FB66A15431389EB3E003A7DADB1">
    <w:name w:val="D5F14FB66A15431389EB3E003A7DADB1"/>
    <w:rsid w:val="00FB32F8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5383CA1-4EBA-4675-946A-4E3876E1728D}">
  <we:reference id="a3b40b4f-8edf-490e-9df1-7e66f93912bf" version="1.2.0.0" store="EXCatalog" storeType="EXCatalog"/>
  <we:alternateReferences>
    <we:reference id="WA104380526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C30BBF6-77B3-4B17-8AC8-348866BDA844}"/>
</file>

<file path=customXml/itemProps2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5</cp:revision>
  <dcterms:created xsi:type="dcterms:W3CDTF">2026-08-21T10:06:00Z</dcterms:created>
  <dcterms:modified xsi:type="dcterms:W3CDTF">2026-09-10T09:46:00Z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