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1FB8903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B52DBA">
        <w:rPr>
          <w:b/>
          <w:bCs/>
          <w:sz w:val="40"/>
          <w:szCs w:val="40"/>
        </w:rPr>
        <w:t>Palliative Medicine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1843B9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49E7CE1B" w14:textId="0EAFCC39" w:rsidR="00F47F5C" w:rsidRDefault="00F47F5C" w:rsidP="00260F73">
            <w:pPr>
              <w:jc w:val="center"/>
              <w:rPr>
                <w:b/>
                <w:bCs/>
              </w:rPr>
            </w:pPr>
            <w:r>
              <w:t>Grade, name of organi</w:t>
            </w:r>
            <w:r w:rsidR="00F565A7">
              <w:t>s</w:t>
            </w:r>
            <w:r>
              <w:t>ation, dates of employment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393DBC4">
                <wp:simplePos x="0" y="0"/>
                <wp:positionH relativeFrom="margin">
                  <wp:align>right</wp:align>
                </wp:positionH>
                <wp:positionV relativeFrom="paragraph">
                  <wp:posOffset>1868280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04D987B9" w:rsidR="002931FF" w:rsidRPr="00F6472B" w:rsidRDefault="00F6472B" w:rsidP="00F6472B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7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gqsm&#10;Ct4AAAAIAQAADwAAAAAAAAAAAAAAAABoBAAAZHJzL2Rvd25yZXYueG1sUEsFBgAAAAAEAAQA8wAA&#10;AHMFAAAAAA==&#10;">
                <v:textbox style="mso-fit-shape-to-text:t">
                  <w:txbxContent>
                    <w:p w14:paraId="0B7A552B" w14:textId="04D987B9" w:rsidR="002931FF" w:rsidRPr="00F6472B" w:rsidRDefault="00F6472B" w:rsidP="00F6472B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3A2981D" w14:textId="77777777" w:rsidR="00F47F5C" w:rsidRDefault="00F47F5C" w:rsidP="00F47F5C">
      <w:pPr>
        <w:pStyle w:val="Heading1"/>
      </w:pPr>
      <w:r w:rsidRPr="00911938">
        <w:lastRenderedPageBreak/>
        <w:t>Irish Medical Council Registration</w:t>
      </w:r>
    </w:p>
    <w:p w14:paraId="1C9DA3BE" w14:textId="77777777" w:rsidR="00911938" w:rsidRPr="00911938" w:rsidRDefault="00911938" w:rsidP="00911938"/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40"/>
        <w:gridCol w:w="4065"/>
        <w:gridCol w:w="3239"/>
      </w:tblGrid>
      <w:tr w:rsidR="00F47F5C" w14:paraId="4E430548" w14:textId="77777777" w:rsidTr="00F565A7">
        <w:trPr>
          <w:trHeight w:val="285"/>
        </w:trPr>
        <w:tc>
          <w:tcPr>
            <w:tcW w:w="10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F68D0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Year</w:t>
            </w:r>
          </w:p>
        </w:tc>
        <w:tc>
          <w:tcPr>
            <w:tcW w:w="21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54D5F1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Professional Body/Regulator</w:t>
            </w:r>
          </w:p>
        </w:tc>
        <w:tc>
          <w:tcPr>
            <w:tcW w:w="17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A06B59" w14:textId="77777777" w:rsidR="00F47F5C" w:rsidRPr="00F565A7" w:rsidRDefault="00F47F5C" w:rsidP="00F565A7">
            <w:pPr>
              <w:jc w:val="center"/>
              <w:rPr>
                <w:b/>
                <w:bCs/>
              </w:rPr>
            </w:pPr>
            <w:r w:rsidRPr="00F565A7">
              <w:rPr>
                <w:b/>
                <w:bCs/>
              </w:rPr>
              <w:t>Good Standing Status</w:t>
            </w:r>
          </w:p>
        </w:tc>
      </w:tr>
      <w:sdt>
        <w:sdtPr>
          <w:rPr>
            <w:rFonts w:ascii="Cambria" w:eastAsia="Cambria" w:hAnsi="Cambria" w:cs="Cambria"/>
            <w:color w:val="000000" w:themeColor="text1"/>
            <w:sz w:val="22"/>
            <w:lang w:val="en-US"/>
          </w:rPr>
          <w:id w:val="-819421122"/>
          <w15:repeatingSection/>
        </w:sdtPr>
        <w:sdtEndPr>
          <w:rPr>
            <w:sz w:val="24"/>
            <w:lang w:val="en-IE"/>
          </w:rPr>
        </w:sdtEndPr>
        <w:sdtContent>
          <w:sdt>
            <w:sdtPr>
              <w:rPr>
                <w:rFonts w:ascii="Cambria" w:eastAsia="Cambria" w:hAnsi="Cambria" w:cs="Cambria"/>
                <w:color w:val="000000" w:themeColor="text1"/>
                <w:sz w:val="22"/>
                <w:lang w:val="en-US"/>
              </w:rPr>
              <w:id w:val="642931094"/>
              <w:placeholder>
                <w:docPart w:val="DefaultPlaceholder_-1854013435"/>
              </w:placeholder>
              <w15:repeatingSectionItem/>
            </w:sdtPr>
            <w:sdtEndPr>
              <w:rPr>
                <w:sz w:val="24"/>
                <w:lang w:val="en-IE"/>
              </w:rPr>
            </w:sdtEndPr>
            <w:sdtContent>
              <w:tr w:rsidR="00F47F5C" w14:paraId="30C238C9" w14:textId="77777777" w:rsidTr="00F565A7">
                <w:trPr>
                  <w:trHeight w:val="120"/>
                </w:trPr>
                <w:tc>
                  <w:tcPr>
                    <w:tcW w:w="1092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tcMar>
                      <w:left w:w="105" w:type="dxa"/>
                      <w:right w:w="105" w:type="dxa"/>
                    </w:tcMar>
                  </w:tcPr>
                  <w:p w14:paraId="7C2E6DB9" w14:textId="0FE2D6FE" w:rsidR="00F47F5C" w:rsidRDefault="00F47F5C" w:rsidP="001155E2">
                    <w:pPr>
                      <w:rPr>
                        <w:rFonts w:ascii="Cambria" w:eastAsia="Cambria" w:hAnsi="Cambria" w:cs="Cambria"/>
                        <w:color w:val="000000" w:themeColor="text1"/>
                      </w:rPr>
                    </w:pPr>
                    <w:r w:rsidRPr="30810531">
                      <w:rPr>
                        <w:rFonts w:ascii="Cambria" w:eastAsia="Cambria" w:hAnsi="Cambria" w:cs="Cambria"/>
                        <w:color w:val="000000" w:themeColor="text1"/>
                        <w:sz w:val="22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rFonts w:ascii="Cambria" w:eastAsia="Cambria" w:hAnsi="Cambria" w:cs="Cambria"/>
                          <w:color w:val="000000" w:themeColor="text1"/>
                          <w:sz w:val="22"/>
                          <w:lang w:val="en-US"/>
                        </w:rPr>
                        <w:id w:val="1570999605"/>
                        <w:placeholder>
                          <w:docPart w:val="6422186E31B54B8181F21DD980A8EB72"/>
                        </w:placeholder>
                        <w:showingPlcHdr/>
                      </w:sdtPr>
                      <w:sdtContent>
                        <w:r w:rsidR="00F565A7"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sdtContent>
                    </w:sdt>
                  </w:p>
                </w:tc>
                <w:tc>
                  <w:tcPr>
                    <w:tcW w:w="2175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tcMar>
                      <w:left w:w="105" w:type="dxa"/>
                      <w:right w:w="105" w:type="dxa"/>
                    </w:tcMar>
                  </w:tcPr>
                  <w:p w14:paraId="1C3458DB" w14:textId="1307A9F1" w:rsidR="00F47F5C" w:rsidRDefault="00F47F5C" w:rsidP="001155E2">
                    <w:pPr>
                      <w:rPr>
                        <w:rFonts w:ascii="Cambria" w:eastAsia="Cambria" w:hAnsi="Cambria" w:cs="Cambria"/>
                        <w:color w:val="000000" w:themeColor="text1"/>
                      </w:rPr>
                    </w:pPr>
                    <w:r w:rsidRPr="30810531">
                      <w:rPr>
                        <w:rFonts w:ascii="Cambria" w:eastAsia="Cambria" w:hAnsi="Cambria" w:cs="Cambria"/>
                        <w:color w:val="000000" w:themeColor="text1"/>
                        <w:sz w:val="22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rFonts w:ascii="Cambria" w:eastAsia="Cambria" w:hAnsi="Cambria" w:cs="Cambria"/>
                          <w:color w:val="000000" w:themeColor="text1"/>
                          <w:sz w:val="22"/>
                          <w:lang w:val="en-US"/>
                        </w:rPr>
                        <w:id w:val="1806884760"/>
                        <w:placeholder>
                          <w:docPart w:val="1E1F11A6331B448D8AC6A630586B5ABC"/>
                        </w:placeholder>
                        <w:showingPlcHdr/>
                      </w:sdtPr>
                      <w:sdtContent>
                        <w:r w:rsidR="00F565A7"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sdtContent>
                    </w:sdt>
                  </w:p>
                </w:tc>
                <w:sdt>
                  <w:sdtPr>
                    <w:rPr>
                      <w:rFonts w:ascii="Cambria" w:eastAsia="Cambria" w:hAnsi="Cambria" w:cs="Cambria"/>
                      <w:color w:val="000000" w:themeColor="text1"/>
                    </w:rPr>
                    <w:id w:val="80803146"/>
                    <w:placeholder>
                      <w:docPart w:val="C683C3974A6D4F33A5932C6F292EF5B1"/>
                    </w:placeholder>
                    <w:showingPlcHdr/>
                  </w:sdtPr>
                  <w:sdtContent>
                    <w:tc>
                      <w:tcPr>
                        <w:tcW w:w="1733" w:type="pct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tcMar>
                          <w:left w:w="105" w:type="dxa"/>
                          <w:right w:w="105" w:type="dxa"/>
                        </w:tcMar>
                      </w:tcPr>
                      <w:p w14:paraId="1F418CC6" w14:textId="13250FFB" w:rsidR="00F47F5C" w:rsidRDefault="00F565A7" w:rsidP="001155E2">
                        <w:pPr>
                          <w:rPr>
                            <w:rFonts w:ascii="Cambria" w:eastAsia="Cambria" w:hAnsi="Cambria" w:cs="Cambria"/>
                            <w:color w:val="000000" w:themeColor="text1"/>
                          </w:rPr>
                        </w:pPr>
                        <w:r w:rsidRPr="002A4ECE">
                          <w:rPr>
                            <w:rStyle w:val="PlaceholderText"/>
                            <w:lang w:val="en-US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sdtContent>
          </w:sdt>
        </w:sdtContent>
      </w:sdt>
    </w:tbl>
    <w:p w14:paraId="53582945" w14:textId="77777777" w:rsidR="00F47F5C" w:rsidRDefault="00F47F5C" w:rsidP="00F47F5C">
      <w:pPr>
        <w:rPr>
          <w:lang w:val="en-US"/>
        </w:rPr>
      </w:pPr>
    </w:p>
    <w:p w14:paraId="2BCF0945" w14:textId="77777777" w:rsidR="001843B9" w:rsidRPr="00F47F5C" w:rsidRDefault="001843B9" w:rsidP="00F47F5C">
      <w:pPr>
        <w:rPr>
          <w:lang w:val="en-US"/>
        </w:rPr>
      </w:pPr>
    </w:p>
    <w:p w14:paraId="11360F1E" w14:textId="77777777" w:rsidR="00911938" w:rsidRDefault="00911938" w:rsidP="00911938">
      <w:pPr>
        <w:pStyle w:val="Heading1"/>
      </w:pPr>
      <w:r>
        <w:t>Professional Qualifications/Education Undergraduate performance, relevant professional awards, higher degrees (</w:t>
      </w:r>
      <w:r w:rsidRPr="30810531">
        <w:rPr>
          <w:lang w:val="en-US"/>
        </w:rPr>
        <w:t>NFQ 9 or higher)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62"/>
        <w:gridCol w:w="1451"/>
        <w:gridCol w:w="1487"/>
        <w:gridCol w:w="1477"/>
        <w:gridCol w:w="1700"/>
        <w:gridCol w:w="1773"/>
      </w:tblGrid>
      <w:tr w:rsidR="00911938" w:rsidRPr="00260F73" w14:paraId="35B37414" w14:textId="77777777" w:rsidTr="00911938">
        <w:tc>
          <w:tcPr>
            <w:tcW w:w="782" w:type="pct"/>
            <w:vAlign w:val="center"/>
          </w:tcPr>
          <w:p w14:paraId="4C671E88" w14:textId="3B9550AC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76" w:type="pct"/>
            <w:vAlign w:val="center"/>
          </w:tcPr>
          <w:p w14:paraId="2B0B3421" w14:textId="19A96826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795" w:type="pct"/>
            <w:vAlign w:val="center"/>
          </w:tcPr>
          <w:p w14:paraId="67DBAA6E" w14:textId="3B3C11AA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790" w:type="pct"/>
            <w:vAlign w:val="center"/>
          </w:tcPr>
          <w:p w14:paraId="712632FF" w14:textId="7C6786CB" w:rsidR="00911938" w:rsidRPr="00260F73" w:rsidRDefault="0091193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909" w:type="pct"/>
            <w:vAlign w:val="center"/>
          </w:tcPr>
          <w:p w14:paraId="49828161" w14:textId="10EEAA89" w:rsidR="00911938" w:rsidRPr="00260F73" w:rsidRDefault="00911938" w:rsidP="009119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</w:tc>
        <w:tc>
          <w:tcPr>
            <w:tcW w:w="948" w:type="pct"/>
            <w:vAlign w:val="center"/>
          </w:tcPr>
          <w:p w14:paraId="617F5633" w14:textId="11BAE226" w:rsidR="00911938" w:rsidRPr="00260F73" w:rsidRDefault="0091193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</w:tr>
      <w:tr w:rsidR="00911938" w:rsidRPr="00260F73" w14:paraId="3A517A0A" w14:textId="77777777" w:rsidTr="00911938">
        <w:sdt>
          <w:sdtPr>
            <w:id w:val="908119073"/>
            <w:placeholder>
              <w:docPart w:val="6C48A84B435E49C79F568161E3BB02A4"/>
            </w:placeholder>
            <w:showingPlcHdr/>
          </w:sdtPr>
          <w:sdtContent>
            <w:tc>
              <w:tcPr>
                <w:tcW w:w="782" w:type="pct"/>
              </w:tcPr>
              <w:p w14:paraId="407904E6" w14:textId="7D7C9955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EE34C4C9EA14B6FA85D62C41F5C6E12"/>
            </w:placeholder>
            <w:showingPlcHdr/>
          </w:sdtPr>
          <w:sdtContent>
            <w:tc>
              <w:tcPr>
                <w:tcW w:w="776" w:type="pct"/>
              </w:tcPr>
              <w:p w14:paraId="7DBDB907" w14:textId="4C9AC596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C1F95DB3BB11447C8CDD6A45007F0D2E"/>
            </w:placeholder>
            <w:showingPlcHdr/>
          </w:sdtPr>
          <w:sdtContent>
            <w:tc>
              <w:tcPr>
                <w:tcW w:w="795" w:type="pct"/>
              </w:tcPr>
              <w:p w14:paraId="72703AB3" w14:textId="6E71EC00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09C7BA3E4F244725AE8F9F8EBB16FF40"/>
            </w:placeholder>
            <w:showingPlcHdr/>
          </w:sdtPr>
          <w:sdtContent>
            <w:tc>
              <w:tcPr>
                <w:tcW w:w="790" w:type="pct"/>
              </w:tcPr>
              <w:p w14:paraId="5688DA4A" w14:textId="6DDA52B4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3057B5FB" w14:textId="7A34D22B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-191470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AE3958" w14:textId="708DF95B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46115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65CA4B16" w14:textId="2EAA3B35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11938" w:rsidRPr="00260F73" w14:paraId="5D011A5B" w14:textId="77777777" w:rsidTr="00911938">
        <w:sdt>
          <w:sdtPr>
            <w:id w:val="91911584"/>
            <w:placeholder>
              <w:docPart w:val="2D98707B84354A8E8BBFB6B250AE1561"/>
            </w:placeholder>
            <w:showingPlcHdr/>
          </w:sdtPr>
          <w:sdtContent>
            <w:tc>
              <w:tcPr>
                <w:tcW w:w="782" w:type="pct"/>
              </w:tcPr>
              <w:p w14:paraId="62C3AD32" w14:textId="6638C231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9EE1710A5AB2453F9D0E73ABB83A343F"/>
            </w:placeholder>
            <w:showingPlcHdr/>
          </w:sdtPr>
          <w:sdtContent>
            <w:tc>
              <w:tcPr>
                <w:tcW w:w="776" w:type="pct"/>
              </w:tcPr>
              <w:p w14:paraId="07D82FA8" w14:textId="5BFD2166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BEAF3F9C4E7F4DD78D8DDEE9C37F2ACC"/>
            </w:placeholder>
            <w:showingPlcHdr/>
          </w:sdtPr>
          <w:sdtContent>
            <w:tc>
              <w:tcPr>
                <w:tcW w:w="795" w:type="pct"/>
              </w:tcPr>
              <w:p w14:paraId="0BA9075E" w14:textId="162F6E12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B696B9C4B0AC41ED8D97C3D7FC9BEF9F"/>
            </w:placeholder>
            <w:showingPlcHdr/>
          </w:sdtPr>
          <w:sdtContent>
            <w:tc>
              <w:tcPr>
                <w:tcW w:w="790" w:type="pct"/>
              </w:tcPr>
              <w:p w14:paraId="6E8C51A0" w14:textId="061DBBD0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15A34EF7" w14:textId="77777777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32309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BABBED0" w14:textId="3519179F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745309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5034CFD9" w14:textId="5DDABDAF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911938" w:rsidRPr="00260F73" w14:paraId="183CA3AF" w14:textId="77777777" w:rsidTr="00911938">
        <w:sdt>
          <w:sdtPr>
            <w:id w:val="-1907910357"/>
            <w:placeholder>
              <w:docPart w:val="8DDE6D1C02C04D68A3F2ECAFAF17366C"/>
            </w:placeholder>
            <w:showingPlcHdr/>
          </w:sdtPr>
          <w:sdtContent>
            <w:tc>
              <w:tcPr>
                <w:tcW w:w="782" w:type="pct"/>
              </w:tcPr>
              <w:p w14:paraId="0E5CF259" w14:textId="2F2E8C43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9ED8AB3734F2450BB019920D5A23D6CA"/>
            </w:placeholder>
            <w:showingPlcHdr/>
          </w:sdtPr>
          <w:sdtContent>
            <w:tc>
              <w:tcPr>
                <w:tcW w:w="776" w:type="pct"/>
              </w:tcPr>
              <w:p w14:paraId="1EC9F948" w14:textId="05AC5BB2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ACFBF31E07AE4E94AC9543D7942D02F8"/>
            </w:placeholder>
            <w:showingPlcHdr/>
          </w:sdtPr>
          <w:sdtContent>
            <w:tc>
              <w:tcPr>
                <w:tcW w:w="795" w:type="pct"/>
              </w:tcPr>
              <w:p w14:paraId="456CF46E" w14:textId="0F54226E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E4DC47897048452E816EBA1C4F11496A"/>
            </w:placeholder>
            <w:showingPlcHdr/>
          </w:sdtPr>
          <w:sdtContent>
            <w:tc>
              <w:tcPr>
                <w:tcW w:w="790" w:type="pct"/>
              </w:tcPr>
              <w:p w14:paraId="7FE9FF6A" w14:textId="3A9642D9" w:rsidR="00911938" w:rsidRPr="00260F73" w:rsidRDefault="0091193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09" w:type="pct"/>
            <w:vAlign w:val="center"/>
          </w:tcPr>
          <w:p w14:paraId="29CC6F11" w14:textId="77777777" w:rsidR="00911938" w:rsidRDefault="00911938" w:rsidP="00911938">
            <w:pPr>
              <w:jc w:val="center"/>
            </w:pPr>
            <w:r>
              <w:t xml:space="preserve">Complete </w:t>
            </w:r>
            <w:sdt>
              <w:sdtPr>
                <w:id w:val="102914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7A8FA9A" w14:textId="22CDB7E5" w:rsidR="00911938" w:rsidRPr="00260F73" w:rsidRDefault="00911938" w:rsidP="00911938">
            <w:pPr>
              <w:jc w:val="center"/>
            </w:pPr>
            <w:r>
              <w:t xml:space="preserve">Ongoing </w:t>
            </w:r>
            <w:sdt>
              <w:sdtPr>
                <w:id w:val="909426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48" w:type="pct"/>
            <w:vAlign w:val="center"/>
          </w:tcPr>
          <w:p w14:paraId="36CC5BCB" w14:textId="76C3FC0A" w:rsidR="00911938" w:rsidRPr="00260F73" w:rsidRDefault="00911938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911938" w:rsidRPr="00260F73" w:rsidRDefault="00911938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A355EA50651D47309E0CC5252B4A08AC"/>
              </w:placeholder>
              <w15:repeatingSectionItem/>
            </w:sdtPr>
            <w:sdtContent>
              <w:tr w:rsidR="00911938" w:rsidRPr="00260F73" w14:paraId="5CD8502D" w14:textId="77777777" w:rsidTr="00911938">
                <w:sdt>
                  <w:sdtPr>
                    <w:id w:val="-1580284213"/>
                    <w:placeholder>
                      <w:docPart w:val="8A9D5A0692D742D79FA8DDD60B854D4E"/>
                    </w:placeholder>
                    <w:showingPlcHdr/>
                  </w:sdtPr>
                  <w:sdtContent>
                    <w:tc>
                      <w:tcPr>
                        <w:tcW w:w="782" w:type="pct"/>
                      </w:tcPr>
                      <w:p w14:paraId="69603CA0" w14:textId="31EEC6B0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A6BB2C9A4A1B47D3964648660E17177B"/>
                    </w:placeholder>
                    <w:showingPlcHdr/>
                  </w:sdtPr>
                  <w:sdtContent>
                    <w:tc>
                      <w:tcPr>
                        <w:tcW w:w="776" w:type="pct"/>
                      </w:tcPr>
                      <w:p w14:paraId="2C02ADFA" w14:textId="10A0B363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BD9468FAE1C54DAB9A2114E0623FDDFF"/>
                    </w:placeholder>
                    <w:showingPlcHdr/>
                  </w:sdtPr>
                  <w:sdtContent>
                    <w:tc>
                      <w:tcPr>
                        <w:tcW w:w="795" w:type="pct"/>
                      </w:tcPr>
                      <w:p w14:paraId="7DD92037" w14:textId="133D9C36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B60AFBA4386544279A48B3EBF48E6383"/>
                    </w:placeholder>
                    <w:showingPlcHdr/>
                  </w:sdtPr>
                  <w:sdtContent>
                    <w:tc>
                      <w:tcPr>
                        <w:tcW w:w="790" w:type="pct"/>
                      </w:tcPr>
                      <w:p w14:paraId="0DB5DA5D" w14:textId="57818F06" w:rsidR="00911938" w:rsidRPr="00260F73" w:rsidRDefault="00911938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09" w:type="pct"/>
                    <w:vAlign w:val="center"/>
                  </w:tcPr>
                  <w:p w14:paraId="3069421D" w14:textId="77777777" w:rsidR="00911938" w:rsidRDefault="00911938" w:rsidP="00911938">
                    <w:pPr>
                      <w:jc w:val="center"/>
                    </w:pPr>
                    <w:r>
                      <w:t xml:space="preserve">Complete </w:t>
                    </w:r>
                    <w:sdt>
                      <w:sdtPr>
                        <w:id w:val="-18428463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66B592EA" w14:textId="511A1765" w:rsidR="00911938" w:rsidRPr="00260F73" w:rsidRDefault="00911938" w:rsidP="00911938">
                    <w:pPr>
                      <w:jc w:val="center"/>
                    </w:pPr>
                    <w:r>
                      <w:t xml:space="preserve">Ongoing </w:t>
                    </w:r>
                    <w:sdt>
                      <w:sdtPr>
                        <w:id w:val="19315337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948" w:type="pct"/>
                    <w:vAlign w:val="center"/>
                  </w:tcPr>
                  <w:p w14:paraId="0A7C3A81" w14:textId="08A2C03D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C702CB85518E4680AECE5F1DD79F5F44"/>
              </w:placeholder>
              <w15:repeatingSectionItem/>
            </w:sdtPr>
            <w:sdtContent>
              <w:tr w:rsidR="00911938" w:rsidRPr="00260F73" w14:paraId="6FDD2C08" w14:textId="77777777" w:rsidTr="00911938">
                <w:sdt>
                  <w:sdtPr>
                    <w:id w:val="645398200"/>
                    <w:placeholder>
                      <w:docPart w:val="F1237F68AB904F05B1FE9D8ACC51BCD2"/>
                    </w:placeholder>
                    <w:showingPlcHdr/>
                  </w:sdtPr>
                  <w:sdtContent>
                    <w:tc>
                      <w:tcPr>
                        <w:tcW w:w="782" w:type="pct"/>
                      </w:tcPr>
                      <w:p w14:paraId="0395932B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DB0F465FC44241C9BC6C1BD3DA88D079"/>
                    </w:placeholder>
                    <w:showingPlcHdr/>
                  </w:sdtPr>
                  <w:sdtContent>
                    <w:tc>
                      <w:tcPr>
                        <w:tcW w:w="776" w:type="pct"/>
                      </w:tcPr>
                      <w:p w14:paraId="1C3B9025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9166D2CE9D2B461DA7EA481070EA95B3"/>
                    </w:placeholder>
                    <w:showingPlcHdr/>
                  </w:sdtPr>
                  <w:sdtContent>
                    <w:tc>
                      <w:tcPr>
                        <w:tcW w:w="795" w:type="pct"/>
                      </w:tcPr>
                      <w:p w14:paraId="3415A5C5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9D0B7BF679A4C25AC72AE26F27ACFD2"/>
                    </w:placeholder>
                    <w:showingPlcHdr/>
                  </w:sdtPr>
                  <w:sdtContent>
                    <w:tc>
                      <w:tcPr>
                        <w:tcW w:w="790" w:type="pct"/>
                      </w:tcPr>
                      <w:p w14:paraId="3D855799" w14:textId="77777777" w:rsidR="00911938" w:rsidRPr="00260F73" w:rsidRDefault="00911938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09" w:type="pct"/>
                    <w:vAlign w:val="center"/>
                  </w:tcPr>
                  <w:p w14:paraId="72DAC5F7" w14:textId="77777777" w:rsidR="00911938" w:rsidRDefault="00911938" w:rsidP="00911938">
                    <w:pPr>
                      <w:jc w:val="center"/>
                    </w:pPr>
                    <w:r>
                      <w:t xml:space="preserve">Complete </w:t>
                    </w:r>
                    <w:sdt>
                      <w:sdtPr>
                        <w:id w:val="-50335500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9A4E3BE" w14:textId="4DE98293" w:rsidR="00911938" w:rsidRPr="00260F73" w:rsidRDefault="00911938" w:rsidP="00911938">
                    <w:pPr>
                      <w:jc w:val="center"/>
                    </w:pPr>
                    <w:r>
                      <w:t xml:space="preserve">Ongoing </w:t>
                    </w:r>
                    <w:sdt>
                      <w:sdtPr>
                        <w:id w:val="-140884652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  <w:tc>
                  <w:tcPr>
                    <w:tcW w:w="948" w:type="pct"/>
                    <w:vAlign w:val="center"/>
                  </w:tcPr>
                  <w:p w14:paraId="78FDA8C5" w14:textId="5ED20208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911938" w:rsidRPr="00260F73" w:rsidRDefault="00911938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850FA4F" w14:textId="77777777" w:rsidR="00F6472B" w:rsidRDefault="00F6472B" w:rsidP="002B0FE8">
      <w:pPr>
        <w:pStyle w:val="Heading1"/>
      </w:pPr>
    </w:p>
    <w:p w14:paraId="440C320C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2F1B65AA" w14:textId="359F8709" w:rsidR="002B0FE8" w:rsidRDefault="002B0FE8" w:rsidP="002B0FE8">
      <w:pPr>
        <w:pStyle w:val="Heading1"/>
      </w:pPr>
      <w:r>
        <w:lastRenderedPageBreak/>
        <w:t xml:space="preserve">Clinical Practice </w:t>
      </w:r>
    </w:p>
    <w:p w14:paraId="2535F229" w14:textId="02B370EE" w:rsidR="00D92365" w:rsidRPr="00D92365" w:rsidRDefault="00D92365" w:rsidP="00D92365">
      <w:r>
        <w:t>Post training history</w:t>
      </w:r>
      <w:r w:rsidR="0096185C">
        <w:t xml:space="preserve"> (starting with current)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4"/>
        <w:gridCol w:w="6236"/>
      </w:tblGrid>
      <w:tr w:rsidR="003159B7" w:rsidRPr="00260F73" w14:paraId="6EC399DF" w14:textId="77777777" w:rsidTr="003159B7">
        <w:tc>
          <w:tcPr>
            <w:tcW w:w="5000" w:type="pct"/>
            <w:gridSpan w:val="2"/>
            <w:vAlign w:val="center"/>
          </w:tcPr>
          <w:p w14:paraId="68925CE6" w14:textId="0A38E99F" w:rsidR="003159B7" w:rsidRPr="0096185C" w:rsidRDefault="003159B7" w:rsidP="003159B7">
            <w:r>
              <w:rPr>
                <w:b/>
                <w:bCs/>
              </w:rPr>
              <w:t>Post</w:t>
            </w:r>
            <w:r w:rsidR="0096185C">
              <w:rPr>
                <w:b/>
                <w:bCs/>
              </w:rPr>
              <w:t xml:space="preserve">: </w:t>
            </w:r>
            <w:r w:rsidR="0096185C">
              <w:rPr>
                <w:b/>
                <w:bCs/>
              </w:rPr>
              <w:tab/>
            </w:r>
            <w:r w:rsidR="0096185C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62897958"/>
                <w:placeholder>
                  <w:docPart w:val="F0C3362F51D345C9925C7DF1AFC68ACB"/>
                </w:placeholder>
                <w:showingPlcHdr/>
              </w:sdtPr>
              <w:sdtContent>
                <w:r w:rsidR="0096185C"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3159B7" w:rsidRPr="00260F73" w14:paraId="67F2275F" w14:textId="77777777" w:rsidTr="003159B7">
        <w:tc>
          <w:tcPr>
            <w:tcW w:w="1665" w:type="pct"/>
          </w:tcPr>
          <w:p w14:paraId="60F2EE61" w14:textId="02FBA909" w:rsidR="003159B7" w:rsidRPr="00260F73" w:rsidRDefault="003159B7" w:rsidP="00AF61EF">
            <w:r>
              <w:rPr>
                <w:b/>
                <w:bCs/>
              </w:rPr>
              <w:t>Grade</w:t>
            </w:r>
          </w:p>
        </w:tc>
        <w:sdt>
          <w:sdtPr>
            <w:id w:val="-1322032356"/>
            <w:placeholder>
              <w:docPart w:val="E3844B5AE2D44A6F8DE939E9812CF08E"/>
            </w:placeholder>
            <w:showingPlcHdr/>
          </w:sdtPr>
          <w:sdtContent>
            <w:tc>
              <w:tcPr>
                <w:tcW w:w="3335" w:type="pct"/>
              </w:tcPr>
              <w:p w14:paraId="62AFEE81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20210B6F" w14:textId="77777777" w:rsidTr="003159B7">
        <w:tc>
          <w:tcPr>
            <w:tcW w:w="1665" w:type="pct"/>
          </w:tcPr>
          <w:p w14:paraId="4FDD580E" w14:textId="4842F1CD" w:rsidR="003159B7" w:rsidRPr="00260F73" w:rsidRDefault="003159B7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1481267477"/>
            <w:placeholder>
              <w:docPart w:val="7467E69FD1DD49A7B346F93AD00BC80D"/>
            </w:placeholder>
            <w:showingPlcHdr/>
          </w:sdtPr>
          <w:sdtContent>
            <w:tc>
              <w:tcPr>
                <w:tcW w:w="3335" w:type="pct"/>
              </w:tcPr>
              <w:p w14:paraId="7987E42E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5E72F53B" w14:textId="77777777" w:rsidTr="003159B7">
        <w:tc>
          <w:tcPr>
            <w:tcW w:w="1665" w:type="pct"/>
          </w:tcPr>
          <w:p w14:paraId="2EC075EB" w14:textId="16BA0A55" w:rsidR="003159B7" w:rsidRPr="00260F73" w:rsidRDefault="003159B7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-1549758554"/>
            <w:placeholder>
              <w:docPart w:val="A1B89DE763964E5BAAD99EE2F35B7696"/>
            </w:placeholder>
            <w:showingPlcHdr/>
          </w:sdtPr>
          <w:sdtContent>
            <w:tc>
              <w:tcPr>
                <w:tcW w:w="3335" w:type="pct"/>
              </w:tcPr>
              <w:p w14:paraId="287894FC" w14:textId="77777777" w:rsidR="003159B7" w:rsidRPr="00260F73" w:rsidRDefault="003159B7" w:rsidP="00AF61E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159B7" w:rsidRPr="00260F73" w14:paraId="022AE566" w14:textId="77777777" w:rsidTr="003159B7">
        <w:tc>
          <w:tcPr>
            <w:tcW w:w="1665" w:type="pct"/>
          </w:tcPr>
          <w:p w14:paraId="7B36D423" w14:textId="4DBD1F0C" w:rsidR="003159B7" w:rsidRPr="00260F73" w:rsidRDefault="003159B7" w:rsidP="00AF61EF">
            <w:r>
              <w:rPr>
                <w:b/>
                <w:bCs/>
              </w:rPr>
              <w:t>Dates</w:t>
            </w:r>
          </w:p>
        </w:tc>
        <w:sdt>
          <w:sdtPr>
            <w:id w:val="525989758"/>
            <w:placeholder>
              <w:docPart w:val="E49C60E0EFDC46199FFAD4A0120E4260"/>
            </w:placeholder>
            <w:showingPlcHdr/>
          </w:sdtPr>
          <w:sdtContent>
            <w:tc>
              <w:tcPr>
                <w:tcW w:w="3335" w:type="pct"/>
              </w:tcPr>
              <w:p w14:paraId="01753EA7" w14:textId="0A37B8DE" w:rsidR="003159B7" w:rsidRPr="00260F73" w:rsidRDefault="0096185C" w:rsidP="00AF61EF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159B7" w:rsidRPr="00260F73" w14:paraId="43AA0100" w14:textId="77777777" w:rsidTr="003159B7">
        <w:tc>
          <w:tcPr>
            <w:tcW w:w="1665" w:type="pct"/>
          </w:tcPr>
          <w:p w14:paraId="03ACFA6C" w14:textId="516154E1" w:rsidR="003159B7" w:rsidRPr="00260F73" w:rsidRDefault="003159B7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4AE19D27" w14:textId="32D771B8" w:rsidR="003159B7" w:rsidRPr="00260F73" w:rsidRDefault="003159B7" w:rsidP="003159B7">
            <w:r>
              <w:t xml:space="preserve">Full time </w:t>
            </w:r>
            <w:sdt>
              <w:sdtPr>
                <w:id w:val="-103997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E0FC3D9" w14:textId="32DE9919" w:rsidR="003159B7" w:rsidRPr="00260F73" w:rsidRDefault="003159B7" w:rsidP="003159B7">
            <w:r>
              <w:t xml:space="preserve">Less than full time  </w:t>
            </w:r>
            <w:sdt>
              <w:sdtPr>
                <w:id w:val="37858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159B7" w:rsidRPr="00260F73" w14:paraId="6BC684F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65E164DF" w14:textId="23D9839D" w:rsidR="003159B7" w:rsidRPr="00260F73" w:rsidRDefault="003159B7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383073679"/>
            <w:placeholder>
              <w:docPart w:val="BC1A7E56C709423785582B8E62D0D7BD"/>
            </w:placeholder>
            <w:showingPlcHdr/>
          </w:sdtPr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12E7AFDB" w14:textId="410801C5" w:rsidR="003159B7" w:rsidRPr="00260F73" w:rsidRDefault="0096185C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96185C" w:rsidRPr="00260F73" w14:paraId="4B7E1EAA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2DD66E1A" w14:textId="77777777" w:rsidR="0096185C" w:rsidRDefault="0096185C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164AB7E9" w14:textId="797FA025" w:rsidR="0096185C" w:rsidRDefault="0096185C" w:rsidP="007176F1"/>
        </w:tc>
      </w:tr>
      <w:tr w:rsidR="00E405FD" w:rsidRPr="00260F73" w14:paraId="1863468D" w14:textId="77777777" w:rsidTr="003159B7">
        <w:tc>
          <w:tcPr>
            <w:tcW w:w="5000" w:type="pct"/>
            <w:gridSpan w:val="2"/>
            <w:vAlign w:val="center"/>
          </w:tcPr>
          <w:p w14:paraId="2EE16819" w14:textId="0FC46B69" w:rsidR="00E405FD" w:rsidRPr="0096185C" w:rsidRDefault="00E405FD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273212527"/>
                <w:placeholder>
                  <w:docPart w:val="FFD36F05D62B44C68F8F43B4013C11EE"/>
                </w:placeholder>
                <w:showingPlcHdr/>
              </w:sdtPr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E405FD" w:rsidRPr="00260F73" w14:paraId="5D6C38D6" w14:textId="77777777" w:rsidTr="003159B7">
        <w:tc>
          <w:tcPr>
            <w:tcW w:w="1665" w:type="pct"/>
          </w:tcPr>
          <w:p w14:paraId="33963CEE" w14:textId="77777777" w:rsidR="00E405FD" w:rsidRPr="00260F73" w:rsidRDefault="00E405FD" w:rsidP="00AF61EF">
            <w:r>
              <w:rPr>
                <w:b/>
                <w:bCs/>
              </w:rPr>
              <w:t>Grade</w:t>
            </w:r>
          </w:p>
        </w:tc>
        <w:sdt>
          <w:sdtPr>
            <w:id w:val="-806465174"/>
            <w:placeholder>
              <w:docPart w:val="613A42F7BA904FB6ACE0F548006BBDE6"/>
            </w:placeholder>
            <w:showingPlcHdr/>
          </w:sdtPr>
          <w:sdtContent>
            <w:tc>
              <w:tcPr>
                <w:tcW w:w="3335" w:type="pct"/>
              </w:tcPr>
              <w:p w14:paraId="25AC48A9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7A5B08EC" w14:textId="77777777" w:rsidTr="003159B7">
        <w:tc>
          <w:tcPr>
            <w:tcW w:w="1665" w:type="pct"/>
          </w:tcPr>
          <w:p w14:paraId="1BCD417C" w14:textId="77777777" w:rsidR="00E405FD" w:rsidRPr="00260F73" w:rsidRDefault="00E405FD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492167978"/>
            <w:placeholder>
              <w:docPart w:val="CC5322A78ED54A44B1A63F23D81CB1CA"/>
            </w:placeholder>
            <w:showingPlcHdr/>
          </w:sdtPr>
          <w:sdtContent>
            <w:tc>
              <w:tcPr>
                <w:tcW w:w="3335" w:type="pct"/>
              </w:tcPr>
              <w:p w14:paraId="2C56006C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311BA091" w14:textId="77777777" w:rsidTr="003159B7">
        <w:tc>
          <w:tcPr>
            <w:tcW w:w="1665" w:type="pct"/>
          </w:tcPr>
          <w:p w14:paraId="11722FD6" w14:textId="77777777" w:rsidR="00E405FD" w:rsidRPr="00260F73" w:rsidRDefault="00E405FD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631068742"/>
            <w:placeholder>
              <w:docPart w:val="8F535F89C6204F0EA9F69B45DAC3A804"/>
            </w:placeholder>
            <w:showingPlcHdr/>
          </w:sdtPr>
          <w:sdtContent>
            <w:tc>
              <w:tcPr>
                <w:tcW w:w="3335" w:type="pct"/>
              </w:tcPr>
              <w:p w14:paraId="64A1E002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7ACBDACA" w14:textId="77777777" w:rsidTr="003159B7">
        <w:tc>
          <w:tcPr>
            <w:tcW w:w="1665" w:type="pct"/>
          </w:tcPr>
          <w:p w14:paraId="0BEBAD7A" w14:textId="77777777" w:rsidR="00E405FD" w:rsidRPr="00260F73" w:rsidRDefault="00E405FD" w:rsidP="00AF61EF">
            <w:r>
              <w:rPr>
                <w:b/>
                <w:bCs/>
              </w:rPr>
              <w:t>Dates</w:t>
            </w:r>
          </w:p>
        </w:tc>
        <w:sdt>
          <w:sdtPr>
            <w:id w:val="-890962793"/>
            <w:placeholder>
              <w:docPart w:val="FF0DC0ECB01046B5BD1CE046421FCCF2"/>
            </w:placeholder>
            <w:showingPlcHdr/>
          </w:sdtPr>
          <w:sdtContent>
            <w:tc>
              <w:tcPr>
                <w:tcW w:w="3335" w:type="pct"/>
              </w:tcPr>
              <w:p w14:paraId="6B6AC9C7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110DF4A9" w14:textId="77777777" w:rsidTr="003159B7">
        <w:tc>
          <w:tcPr>
            <w:tcW w:w="1665" w:type="pct"/>
          </w:tcPr>
          <w:p w14:paraId="79956F31" w14:textId="77777777" w:rsidR="00E405FD" w:rsidRPr="00260F73" w:rsidRDefault="00E405FD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4D795B8" w14:textId="77777777" w:rsidR="00E405FD" w:rsidRPr="00260F73" w:rsidRDefault="00E405FD" w:rsidP="003159B7">
            <w:r>
              <w:t xml:space="preserve">Full time </w:t>
            </w:r>
            <w:sdt>
              <w:sdtPr>
                <w:id w:val="-161081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D97BBD8" w14:textId="77777777" w:rsidR="00E405FD" w:rsidRPr="00260F73" w:rsidRDefault="00E405FD" w:rsidP="003159B7">
            <w:r>
              <w:t xml:space="preserve">Less than full time  </w:t>
            </w:r>
            <w:sdt>
              <w:sdtPr>
                <w:id w:val="-132851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:rsidRPr="00260F73" w14:paraId="1EC2EF1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5F6FAACB" w14:textId="77777777" w:rsidR="00E405FD" w:rsidRPr="00260F73" w:rsidRDefault="00E405FD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2125728986"/>
            <w:placeholder>
              <w:docPart w:val="046DA7B963894C2CA9F3BA9C4FD20444"/>
            </w:placeholder>
            <w:showingPlcHdr/>
          </w:sdtPr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59F81ED0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3364A68C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375A79C1" w14:textId="77777777" w:rsidR="00E405FD" w:rsidRDefault="00E405FD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24FDB064" w14:textId="0D40F35A" w:rsidR="00E405FD" w:rsidRDefault="00E405FD" w:rsidP="007176F1"/>
        </w:tc>
      </w:tr>
      <w:tr w:rsidR="00E405FD" w:rsidRPr="00260F73" w14:paraId="47FDC156" w14:textId="77777777" w:rsidTr="003159B7">
        <w:tc>
          <w:tcPr>
            <w:tcW w:w="5000" w:type="pct"/>
            <w:gridSpan w:val="2"/>
            <w:vAlign w:val="center"/>
          </w:tcPr>
          <w:p w14:paraId="73B6D45C" w14:textId="4BAA360A" w:rsidR="00E405FD" w:rsidRPr="0096185C" w:rsidRDefault="00E405FD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81411488"/>
                <w:placeholder>
                  <w:docPart w:val="C3139A8472C4418BAD7176DEF66BB76A"/>
                </w:placeholder>
                <w:showingPlcHdr/>
              </w:sdtPr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E405FD" w:rsidRPr="00260F73" w14:paraId="530A4883" w14:textId="77777777" w:rsidTr="003159B7">
        <w:tc>
          <w:tcPr>
            <w:tcW w:w="1665" w:type="pct"/>
          </w:tcPr>
          <w:p w14:paraId="6CEEDA14" w14:textId="77777777" w:rsidR="00E405FD" w:rsidRPr="00260F73" w:rsidRDefault="00E405FD" w:rsidP="00AF61EF">
            <w:r>
              <w:rPr>
                <w:b/>
                <w:bCs/>
              </w:rPr>
              <w:t>Grade</w:t>
            </w:r>
          </w:p>
        </w:tc>
        <w:sdt>
          <w:sdtPr>
            <w:id w:val="-1623060202"/>
            <w:placeholder>
              <w:docPart w:val="96897A1017C84D3395F6DB7253814F8A"/>
            </w:placeholder>
            <w:showingPlcHdr/>
          </w:sdtPr>
          <w:sdtContent>
            <w:tc>
              <w:tcPr>
                <w:tcW w:w="3335" w:type="pct"/>
              </w:tcPr>
              <w:p w14:paraId="2231294E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3481E6DA" w14:textId="77777777" w:rsidTr="003159B7">
        <w:tc>
          <w:tcPr>
            <w:tcW w:w="1665" w:type="pct"/>
          </w:tcPr>
          <w:p w14:paraId="4C8CA5C0" w14:textId="77777777" w:rsidR="00E405FD" w:rsidRPr="00260F73" w:rsidRDefault="00E405FD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044989497"/>
            <w:placeholder>
              <w:docPart w:val="8ACBDEEEA0854655923EC2FE244B17C0"/>
            </w:placeholder>
            <w:showingPlcHdr/>
          </w:sdtPr>
          <w:sdtContent>
            <w:tc>
              <w:tcPr>
                <w:tcW w:w="3335" w:type="pct"/>
              </w:tcPr>
              <w:p w14:paraId="4ABFA0A0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4ABA2417" w14:textId="77777777" w:rsidTr="003159B7">
        <w:tc>
          <w:tcPr>
            <w:tcW w:w="1665" w:type="pct"/>
          </w:tcPr>
          <w:p w14:paraId="76821308" w14:textId="77777777" w:rsidR="00E405FD" w:rsidRPr="00260F73" w:rsidRDefault="00E405FD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1781146031"/>
            <w:placeholder>
              <w:docPart w:val="348D1C285BDB4CBB85A35919704A09DA"/>
            </w:placeholder>
            <w:showingPlcHdr/>
          </w:sdtPr>
          <w:sdtContent>
            <w:tc>
              <w:tcPr>
                <w:tcW w:w="3335" w:type="pct"/>
              </w:tcPr>
              <w:p w14:paraId="772111F0" w14:textId="77777777" w:rsidR="00E405FD" w:rsidRPr="00260F73" w:rsidRDefault="00E405FD" w:rsidP="007176F1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:rsidRPr="00260F73" w14:paraId="47BF3AA2" w14:textId="77777777" w:rsidTr="003159B7">
        <w:tc>
          <w:tcPr>
            <w:tcW w:w="1665" w:type="pct"/>
          </w:tcPr>
          <w:p w14:paraId="62076297" w14:textId="77777777" w:rsidR="00E405FD" w:rsidRPr="00260F73" w:rsidRDefault="00E405FD" w:rsidP="00AF61EF">
            <w:r>
              <w:rPr>
                <w:b/>
                <w:bCs/>
              </w:rPr>
              <w:t>Dates</w:t>
            </w:r>
          </w:p>
        </w:tc>
        <w:sdt>
          <w:sdtPr>
            <w:id w:val="1970705199"/>
            <w:placeholder>
              <w:docPart w:val="07E34C3EC22B438E92EA5384EB01CB72"/>
            </w:placeholder>
            <w:showingPlcHdr/>
          </w:sdtPr>
          <w:sdtContent>
            <w:tc>
              <w:tcPr>
                <w:tcW w:w="3335" w:type="pct"/>
              </w:tcPr>
              <w:p w14:paraId="505E2BB2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71461211" w14:textId="77777777" w:rsidTr="003159B7">
        <w:tc>
          <w:tcPr>
            <w:tcW w:w="1665" w:type="pct"/>
          </w:tcPr>
          <w:p w14:paraId="0E393312" w14:textId="77777777" w:rsidR="00E405FD" w:rsidRPr="00260F73" w:rsidRDefault="00E405FD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4368E153" w14:textId="77777777" w:rsidR="00E405FD" w:rsidRPr="00260F73" w:rsidRDefault="00E405FD" w:rsidP="003159B7">
            <w:r>
              <w:t xml:space="preserve">Full time </w:t>
            </w:r>
            <w:sdt>
              <w:sdtPr>
                <w:id w:val="-87624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999184D" w14:textId="77777777" w:rsidR="00E405FD" w:rsidRPr="00260F73" w:rsidRDefault="00E405FD" w:rsidP="003159B7">
            <w:r>
              <w:t xml:space="preserve">Less than full time  </w:t>
            </w:r>
            <w:sdt>
              <w:sdtPr>
                <w:id w:val="-202392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:rsidRPr="00260F73" w14:paraId="51F58C4D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28301D0C" w14:textId="77777777" w:rsidR="00E405FD" w:rsidRPr="00260F73" w:rsidRDefault="00E405FD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-1743169685"/>
            <w:placeholder>
              <w:docPart w:val="EF71F7A36D734BD9B24FE7A345D5C9E9"/>
            </w:placeholder>
            <w:showingPlcHdr/>
          </w:sdtPr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58D72D66" w14:textId="77777777" w:rsidR="00E405FD" w:rsidRPr="00260F73" w:rsidRDefault="00E405FD" w:rsidP="007176F1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405FD" w:rsidRPr="00260F73" w14:paraId="64CB2B7A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5414558A" w14:textId="77777777" w:rsidR="00E405FD" w:rsidRDefault="00E405FD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2B227ABB" w14:textId="04A1BBB1" w:rsidR="00E405FD" w:rsidRDefault="00E405FD" w:rsidP="007176F1"/>
        </w:tc>
      </w:tr>
      <w:tr w:rsidR="00F6472B" w:rsidRPr="00260F73" w14:paraId="229853A2" w14:textId="77777777" w:rsidTr="003159B7">
        <w:tc>
          <w:tcPr>
            <w:tcW w:w="5000" w:type="pct"/>
            <w:gridSpan w:val="2"/>
            <w:vAlign w:val="center"/>
          </w:tcPr>
          <w:p w14:paraId="16A066E6" w14:textId="4E7DBC71" w:rsidR="00F6472B" w:rsidRPr="0096185C" w:rsidRDefault="00F6472B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370907502"/>
                <w:placeholder>
                  <w:docPart w:val="4584915E186F454EAFA6B6AC8156925A"/>
                </w:placeholder>
                <w:showingPlcHdr/>
              </w:sdtPr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F6472B" w:rsidRPr="00260F73" w14:paraId="641FD0BD" w14:textId="77777777" w:rsidTr="003159B7">
        <w:tc>
          <w:tcPr>
            <w:tcW w:w="1665" w:type="pct"/>
          </w:tcPr>
          <w:p w14:paraId="48CD2BAB" w14:textId="77777777" w:rsidR="00F6472B" w:rsidRPr="00260F73" w:rsidRDefault="00F6472B" w:rsidP="00AF61EF">
            <w:r>
              <w:rPr>
                <w:b/>
                <w:bCs/>
              </w:rPr>
              <w:t>Grade</w:t>
            </w:r>
          </w:p>
        </w:tc>
        <w:sdt>
          <w:sdtPr>
            <w:id w:val="-89165827"/>
            <w:placeholder>
              <w:docPart w:val="CBC39A6D9B014813ACB3420F2682BDE5"/>
            </w:placeholder>
            <w:showingPlcHdr/>
          </w:sdtPr>
          <w:sdtContent>
            <w:tc>
              <w:tcPr>
                <w:tcW w:w="3335" w:type="pct"/>
              </w:tcPr>
              <w:p w14:paraId="0211135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D680927" w14:textId="77777777" w:rsidTr="003159B7">
        <w:tc>
          <w:tcPr>
            <w:tcW w:w="1665" w:type="pct"/>
          </w:tcPr>
          <w:p w14:paraId="3397BE3A" w14:textId="77777777" w:rsidR="00F6472B" w:rsidRPr="00260F73" w:rsidRDefault="00F6472B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-1583682395"/>
            <w:placeholder>
              <w:docPart w:val="2D9D8751F3124C2FBED56B61ACFBF936"/>
            </w:placeholder>
            <w:showingPlcHdr/>
          </w:sdtPr>
          <w:sdtContent>
            <w:tc>
              <w:tcPr>
                <w:tcW w:w="3335" w:type="pct"/>
              </w:tcPr>
              <w:p w14:paraId="5F69803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25B8061" w14:textId="77777777" w:rsidTr="003159B7">
        <w:tc>
          <w:tcPr>
            <w:tcW w:w="1665" w:type="pct"/>
          </w:tcPr>
          <w:p w14:paraId="4B341B32" w14:textId="77777777" w:rsidR="00F6472B" w:rsidRPr="00260F73" w:rsidRDefault="00F6472B" w:rsidP="00AF61EF">
            <w:r>
              <w:rPr>
                <w:b/>
                <w:bCs/>
              </w:rPr>
              <w:t>Specialty</w:t>
            </w:r>
          </w:p>
        </w:tc>
        <w:sdt>
          <w:sdtPr>
            <w:id w:val="-386648508"/>
            <w:placeholder>
              <w:docPart w:val="9FDD0DD63AD6401DA835A0E826250BE5"/>
            </w:placeholder>
            <w:showingPlcHdr/>
          </w:sdtPr>
          <w:sdtContent>
            <w:tc>
              <w:tcPr>
                <w:tcW w:w="3335" w:type="pct"/>
              </w:tcPr>
              <w:p w14:paraId="29043B16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16B0468" w14:textId="77777777" w:rsidTr="003159B7">
        <w:tc>
          <w:tcPr>
            <w:tcW w:w="1665" w:type="pct"/>
          </w:tcPr>
          <w:p w14:paraId="2B58C45C" w14:textId="77777777" w:rsidR="00F6472B" w:rsidRPr="00260F73" w:rsidRDefault="00F6472B" w:rsidP="00AF61EF">
            <w:r>
              <w:rPr>
                <w:b/>
                <w:bCs/>
              </w:rPr>
              <w:t>Dates</w:t>
            </w:r>
          </w:p>
        </w:tc>
        <w:sdt>
          <w:sdtPr>
            <w:id w:val="404423428"/>
            <w:placeholder>
              <w:docPart w:val="6CF8B61C99C94642B26D3E09CD2F84D9"/>
            </w:placeholder>
            <w:showingPlcHdr/>
          </w:sdtPr>
          <w:sdtContent>
            <w:tc>
              <w:tcPr>
                <w:tcW w:w="3335" w:type="pct"/>
              </w:tcPr>
              <w:p w14:paraId="0771BCF7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6A2C95D1" w14:textId="77777777" w:rsidTr="003159B7">
        <w:tc>
          <w:tcPr>
            <w:tcW w:w="1665" w:type="pct"/>
          </w:tcPr>
          <w:p w14:paraId="7194D7DB" w14:textId="77777777" w:rsidR="00F6472B" w:rsidRPr="00260F73" w:rsidRDefault="00F6472B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629D0BC" w14:textId="77777777" w:rsidR="00F6472B" w:rsidRPr="00260F73" w:rsidRDefault="00F6472B" w:rsidP="003159B7">
            <w:r>
              <w:t xml:space="preserve">Full time </w:t>
            </w:r>
            <w:sdt>
              <w:sdtPr>
                <w:id w:val="-31548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D39B6F4" w14:textId="77777777" w:rsidR="00F6472B" w:rsidRPr="00260F73" w:rsidRDefault="00F6472B" w:rsidP="003159B7">
            <w:r>
              <w:t xml:space="preserve">Less than full time  </w:t>
            </w:r>
            <w:sdt>
              <w:sdtPr>
                <w:id w:val="161169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401CC218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4B7C5156" w14:textId="77777777" w:rsidR="00F6472B" w:rsidRPr="00260F73" w:rsidRDefault="00F6472B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1448659098"/>
            <w:placeholder>
              <w:docPart w:val="ECA69B3476E449A6BC938867396329A9"/>
            </w:placeholder>
            <w:showingPlcHdr/>
          </w:sdtPr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7B4924FC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15F1BB89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2A4EF7F3" w14:textId="77777777" w:rsidR="00F6472B" w:rsidRDefault="00F6472B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328AE7F7" w14:textId="692BC050" w:rsidR="00F6472B" w:rsidRDefault="00F6472B" w:rsidP="007176F1"/>
        </w:tc>
      </w:tr>
      <w:tr w:rsidR="00F6472B" w:rsidRPr="00260F73" w14:paraId="45AECBD2" w14:textId="77777777" w:rsidTr="003159B7">
        <w:tc>
          <w:tcPr>
            <w:tcW w:w="5000" w:type="pct"/>
            <w:gridSpan w:val="2"/>
            <w:vAlign w:val="center"/>
          </w:tcPr>
          <w:p w14:paraId="715ADBCA" w14:textId="491F2296" w:rsidR="00F6472B" w:rsidRPr="0096185C" w:rsidRDefault="00F6472B" w:rsidP="003159B7">
            <w:r>
              <w:rPr>
                <w:b/>
                <w:bCs/>
              </w:rPr>
              <w:t xml:space="preserve">Post: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3577256"/>
                <w:placeholder>
                  <w:docPart w:val="66A264AAE5324DFF8AA4C8F3C111F28F"/>
                </w:placeholder>
                <w:showingPlcHdr/>
              </w:sdtPr>
              <w:sdtContent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sdtContent>
            </w:sdt>
          </w:p>
        </w:tc>
      </w:tr>
      <w:tr w:rsidR="00F6472B" w:rsidRPr="00260F73" w14:paraId="62FABE96" w14:textId="77777777" w:rsidTr="003159B7">
        <w:tc>
          <w:tcPr>
            <w:tcW w:w="1665" w:type="pct"/>
          </w:tcPr>
          <w:p w14:paraId="5DCDFF72" w14:textId="77777777" w:rsidR="00F6472B" w:rsidRPr="00260F73" w:rsidRDefault="00F6472B" w:rsidP="00AF61EF">
            <w:r>
              <w:rPr>
                <w:b/>
                <w:bCs/>
              </w:rPr>
              <w:t>Grade</w:t>
            </w:r>
          </w:p>
        </w:tc>
        <w:sdt>
          <w:sdtPr>
            <w:id w:val="-1314481276"/>
            <w:placeholder>
              <w:docPart w:val="D41C61085A3940AE863567E4159DDA9C"/>
            </w:placeholder>
            <w:showingPlcHdr/>
          </w:sdtPr>
          <w:sdtContent>
            <w:tc>
              <w:tcPr>
                <w:tcW w:w="3335" w:type="pct"/>
              </w:tcPr>
              <w:p w14:paraId="42CD8F2E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50DE5EA2" w14:textId="77777777" w:rsidTr="003159B7">
        <w:tc>
          <w:tcPr>
            <w:tcW w:w="1665" w:type="pct"/>
          </w:tcPr>
          <w:p w14:paraId="486E6964" w14:textId="77777777" w:rsidR="00F6472B" w:rsidRPr="00260F73" w:rsidRDefault="00F6472B" w:rsidP="00AF61EF">
            <w:r>
              <w:rPr>
                <w:b/>
                <w:bCs/>
              </w:rPr>
              <w:t>Hospital</w:t>
            </w:r>
          </w:p>
        </w:tc>
        <w:sdt>
          <w:sdtPr>
            <w:id w:val="1888984132"/>
            <w:placeholder>
              <w:docPart w:val="A29E518C432D41149B55C949F20ED708"/>
            </w:placeholder>
            <w:showingPlcHdr/>
          </w:sdtPr>
          <w:sdtContent>
            <w:tc>
              <w:tcPr>
                <w:tcW w:w="3335" w:type="pct"/>
              </w:tcPr>
              <w:p w14:paraId="4ECE068E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8EC89E4" w14:textId="77777777" w:rsidTr="003159B7">
        <w:tc>
          <w:tcPr>
            <w:tcW w:w="1665" w:type="pct"/>
          </w:tcPr>
          <w:p w14:paraId="7DE16003" w14:textId="77777777" w:rsidR="00F6472B" w:rsidRPr="00260F73" w:rsidRDefault="00F6472B" w:rsidP="00AF61EF">
            <w:r>
              <w:rPr>
                <w:b/>
                <w:bCs/>
              </w:rPr>
              <w:lastRenderedPageBreak/>
              <w:t>Specialty</w:t>
            </w:r>
          </w:p>
        </w:tc>
        <w:sdt>
          <w:sdtPr>
            <w:id w:val="725876461"/>
            <w:placeholder>
              <w:docPart w:val="961C13F718074F999385E7BF1FA421D9"/>
            </w:placeholder>
            <w:showingPlcHdr/>
          </w:sdtPr>
          <w:sdtContent>
            <w:tc>
              <w:tcPr>
                <w:tcW w:w="3335" w:type="pct"/>
              </w:tcPr>
              <w:p w14:paraId="4A2D5A4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B26B93E" w14:textId="77777777" w:rsidTr="003159B7">
        <w:tc>
          <w:tcPr>
            <w:tcW w:w="1665" w:type="pct"/>
          </w:tcPr>
          <w:p w14:paraId="3572C998" w14:textId="77777777" w:rsidR="00F6472B" w:rsidRPr="00260F73" w:rsidRDefault="00F6472B" w:rsidP="00AF61EF">
            <w:r>
              <w:rPr>
                <w:b/>
                <w:bCs/>
              </w:rPr>
              <w:t>Dates</w:t>
            </w:r>
          </w:p>
        </w:tc>
        <w:sdt>
          <w:sdtPr>
            <w:id w:val="1034620933"/>
            <w:placeholder>
              <w:docPart w:val="A9253685BD3F4723B0746F07616E74E1"/>
            </w:placeholder>
            <w:showingPlcHdr/>
          </w:sdtPr>
          <w:sdtContent>
            <w:tc>
              <w:tcPr>
                <w:tcW w:w="3335" w:type="pct"/>
              </w:tcPr>
              <w:p w14:paraId="0FAC96ED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24EC53D5" w14:textId="77777777" w:rsidTr="003159B7">
        <w:tc>
          <w:tcPr>
            <w:tcW w:w="1665" w:type="pct"/>
          </w:tcPr>
          <w:p w14:paraId="479D73BD" w14:textId="77777777" w:rsidR="00F6472B" w:rsidRPr="00260F73" w:rsidRDefault="00F6472B" w:rsidP="00AF61EF">
            <w:r>
              <w:rPr>
                <w:b/>
                <w:bCs/>
              </w:rPr>
              <w:t>Full time/Less than full time</w:t>
            </w:r>
          </w:p>
        </w:tc>
        <w:tc>
          <w:tcPr>
            <w:tcW w:w="3335" w:type="pct"/>
          </w:tcPr>
          <w:p w14:paraId="7E6DE901" w14:textId="77777777" w:rsidR="00F6472B" w:rsidRPr="00260F73" w:rsidRDefault="00F6472B" w:rsidP="003159B7">
            <w:r>
              <w:t xml:space="preserve">Full time </w:t>
            </w:r>
            <w:sdt>
              <w:sdtPr>
                <w:id w:val="-35819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90D947" w14:textId="77777777" w:rsidR="00F6472B" w:rsidRPr="00260F73" w:rsidRDefault="00F6472B" w:rsidP="003159B7">
            <w:r>
              <w:t xml:space="preserve">Less than full time  </w:t>
            </w:r>
            <w:sdt>
              <w:sdtPr>
                <w:id w:val="1285541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17A46C03" w14:textId="77777777" w:rsidTr="00E405FD">
        <w:tc>
          <w:tcPr>
            <w:tcW w:w="1665" w:type="pct"/>
            <w:tcBorders>
              <w:bottom w:val="single" w:sz="4" w:space="0" w:color="auto"/>
            </w:tcBorders>
          </w:tcPr>
          <w:p w14:paraId="1958E075" w14:textId="77777777" w:rsidR="00F6472B" w:rsidRPr="00260F73" w:rsidRDefault="00F6472B" w:rsidP="00AF61EF">
            <w:r>
              <w:rPr>
                <w:b/>
                <w:bCs/>
              </w:rPr>
              <w:t>Supervisor</w:t>
            </w:r>
          </w:p>
        </w:tc>
        <w:sdt>
          <w:sdtPr>
            <w:id w:val="1170298103"/>
            <w:placeholder>
              <w:docPart w:val="7F0E94046FBB43AE9FD001C9D2C21A1F"/>
            </w:placeholder>
            <w:showingPlcHdr/>
          </w:sdtPr>
          <w:sdtContent>
            <w:tc>
              <w:tcPr>
                <w:tcW w:w="3335" w:type="pct"/>
                <w:tcBorders>
                  <w:bottom w:val="single" w:sz="4" w:space="0" w:color="auto"/>
                </w:tcBorders>
              </w:tcPr>
              <w:p w14:paraId="01A7A653" w14:textId="77777777" w:rsidR="00F6472B" w:rsidRPr="00260F73" w:rsidRDefault="00F6472B" w:rsidP="00CA2CEB">
                <w:r w:rsidRPr="007176F1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0339F8B1" w14:textId="77777777" w:rsidTr="00E405FD">
        <w:tc>
          <w:tcPr>
            <w:tcW w:w="1665" w:type="pct"/>
            <w:tcBorders>
              <w:left w:val="nil"/>
              <w:bottom w:val="nil"/>
              <w:right w:val="nil"/>
            </w:tcBorders>
          </w:tcPr>
          <w:p w14:paraId="19D068DD" w14:textId="77777777" w:rsidR="00F6472B" w:rsidRDefault="00F6472B" w:rsidP="00AF61EF">
            <w:pPr>
              <w:rPr>
                <w:b/>
                <w:bCs/>
              </w:rPr>
            </w:pPr>
          </w:p>
        </w:tc>
        <w:tc>
          <w:tcPr>
            <w:tcW w:w="3335" w:type="pct"/>
            <w:tcBorders>
              <w:left w:val="nil"/>
              <w:bottom w:val="nil"/>
              <w:right w:val="nil"/>
            </w:tcBorders>
          </w:tcPr>
          <w:p w14:paraId="6B53A6FC" w14:textId="3DE4B678" w:rsidR="00F6472B" w:rsidRDefault="00F6472B" w:rsidP="007176F1"/>
        </w:tc>
      </w:tr>
    </w:tbl>
    <w:p w14:paraId="42AF1D92" w14:textId="77777777" w:rsidR="002B0FE8" w:rsidRDefault="002B0FE8" w:rsidP="002B0FE8"/>
    <w:p w14:paraId="39DD22A8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3502DAC" w14:textId="06926945" w:rsidR="00911938" w:rsidRPr="00260F73" w:rsidRDefault="00911938" w:rsidP="00911938">
      <w:pPr>
        <w:pStyle w:val="Heading1"/>
      </w:pPr>
      <w:r w:rsidRPr="00260F73">
        <w:lastRenderedPageBreak/>
        <w:t>Commitment to Specialty &amp; Career Motivation</w:t>
      </w:r>
    </w:p>
    <w:p w14:paraId="12AE620C" w14:textId="77777777" w:rsidR="00D92365" w:rsidRDefault="00D92365" w:rsidP="00D92365">
      <w:pPr>
        <w:pStyle w:val="ListParagraph"/>
        <w:numPr>
          <w:ilvl w:val="0"/>
          <w:numId w:val="14"/>
        </w:numPr>
        <w:rPr>
          <w:b/>
          <w:bCs/>
        </w:rPr>
      </w:pPr>
      <w:r w:rsidRPr="00D92365">
        <w:rPr>
          <w:b/>
          <w:bCs/>
        </w:rPr>
        <w:t>Brief statement (250 words) outlining your motivation for a career in medicine, chosen specialty, and career goals within the HSE.</w:t>
      </w:r>
    </w:p>
    <w:p w14:paraId="6CA64274" w14:textId="399C3785" w:rsidR="00D92365" w:rsidRPr="00D92365" w:rsidRDefault="00000000" w:rsidP="00D92365">
      <w:pPr>
        <w:rPr>
          <w:b/>
          <w:bCs/>
        </w:rPr>
      </w:pPr>
      <w:sdt>
        <w:sdtPr>
          <w:rPr>
            <w:b/>
            <w:bCs/>
          </w:rPr>
          <w:id w:val="1461925480"/>
          <w:placeholder>
            <w:docPart w:val="F50F4B1953CB42F19BC4FDE0A3BC78D5"/>
          </w:placeholder>
          <w:showingPlcHdr/>
        </w:sdtPr>
        <w:sdtContent>
          <w:r w:rsidR="00D92365" w:rsidRPr="00D92365">
            <w:rPr>
              <w:rStyle w:val="PlaceholderText"/>
              <w:lang w:val="en-US"/>
            </w:rPr>
            <w:t>Click or tap here to enter text.</w:t>
          </w:r>
        </w:sdtContent>
      </w:sdt>
    </w:p>
    <w:p w14:paraId="536C670C" w14:textId="0B0C29A4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 (200 words)</w:t>
      </w:r>
    </w:p>
    <w:p w14:paraId="00BA0CB5" w14:textId="77777777" w:rsidR="00911938" w:rsidRDefault="00000000" w:rsidP="00911938">
      <w:sdt>
        <w:sdtPr>
          <w:id w:val="-1365520692"/>
          <w:placeholder>
            <w:docPart w:val="832B6C27623A4F5583827827F8E7E09A"/>
          </w:placeholder>
          <w:showingPlcHdr/>
        </w:sdtPr>
        <w:sdtContent>
          <w:r w:rsidR="00911938" w:rsidRPr="00260F73">
            <w:rPr>
              <w:rStyle w:val="PlaceholderText"/>
            </w:rPr>
            <w:t>Click or tap here to enter text.</w:t>
          </w:r>
        </w:sdtContent>
      </w:sdt>
    </w:p>
    <w:p w14:paraId="7C862AF5" w14:textId="77777777" w:rsidR="00911938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FF18FDB82FE2424B8E7A7F6710CCCC79"/>
        </w:placeholder>
        <w:showingPlcHdr/>
      </w:sdtPr>
      <w:sdtContent>
        <w:p w14:paraId="422AE37A" w14:textId="77777777" w:rsidR="00911938" w:rsidRPr="00446759" w:rsidRDefault="00911938" w:rsidP="00911938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0265A90C" w14:textId="77777777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 (200 words)</w:t>
      </w:r>
    </w:p>
    <w:p w14:paraId="1112F027" w14:textId="77777777" w:rsidR="00911938" w:rsidRPr="00260F73" w:rsidRDefault="00000000" w:rsidP="00911938">
      <w:sdt>
        <w:sdtPr>
          <w:id w:val="-462970739"/>
          <w:placeholder>
            <w:docPart w:val="8DFCD1B5520149E091781E150647E787"/>
          </w:placeholder>
          <w:showingPlcHdr/>
        </w:sdtPr>
        <w:sdtContent>
          <w:r w:rsidR="00911938" w:rsidRPr="00260F73">
            <w:rPr>
              <w:rStyle w:val="PlaceholderText"/>
            </w:rPr>
            <w:t>Click or tap here to enter text.</w:t>
          </w:r>
        </w:sdtContent>
      </w:sdt>
    </w:p>
    <w:p w14:paraId="1E93C3E4" w14:textId="77777777" w:rsidR="00911938" w:rsidRPr="00260F73" w:rsidRDefault="00911938" w:rsidP="0091193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4C129AE1DCE843BDA958915984B06304"/>
        </w:placeholder>
        <w:showingPlcHdr/>
      </w:sdtPr>
      <w:sdtContent>
        <w:p w14:paraId="25CEC364" w14:textId="77777777" w:rsidR="00911938" w:rsidRPr="00260F73" w:rsidRDefault="00911938" w:rsidP="00911938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4B13E1C0" w14:textId="77777777" w:rsidR="008525FA" w:rsidRPr="00260F73" w:rsidRDefault="008525FA" w:rsidP="002D7D98"/>
    <w:p w14:paraId="28FE5AD1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CAFC69E" w14:textId="73874F69" w:rsidR="002B0FE8" w:rsidRPr="00260F73" w:rsidRDefault="00D92365" w:rsidP="002B0FE8">
      <w:pPr>
        <w:pStyle w:val="Heading1"/>
      </w:pPr>
      <w:r>
        <w:lastRenderedPageBreak/>
        <w:t>Research Outputs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B0FE8" w:rsidRPr="00260F73" w14:paraId="1A5BE5F7" w14:textId="77777777" w:rsidTr="00484308">
        <w:tc>
          <w:tcPr>
            <w:tcW w:w="9350" w:type="dxa"/>
            <w:gridSpan w:val="2"/>
          </w:tcPr>
          <w:p w14:paraId="4DC85B1A" w14:textId="7CB2EA68" w:rsidR="002B0FE8" w:rsidRPr="00260F73" w:rsidRDefault="002B0FE8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50B734ABACEE47E2B1E21325629D95F2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0FE8" w:rsidRPr="00260F73" w14:paraId="177F4B1A" w14:textId="77777777" w:rsidTr="00484308">
        <w:tc>
          <w:tcPr>
            <w:tcW w:w="2830" w:type="dxa"/>
            <w:vAlign w:val="center"/>
          </w:tcPr>
          <w:p w14:paraId="5291EF53" w14:textId="77777777" w:rsidR="002B0FE8" w:rsidRPr="00260F73" w:rsidRDefault="002B0FE8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5FD2C936D9454BA8B92D79A0DDF5775A"/>
            </w:placeholder>
            <w:showingPlcHdr/>
          </w:sdtPr>
          <w:sdtContent>
            <w:tc>
              <w:tcPr>
                <w:tcW w:w="6520" w:type="dxa"/>
              </w:tcPr>
              <w:p w14:paraId="43971EA4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1BEFAE2F" w14:textId="77777777" w:rsidTr="00484308">
        <w:tc>
          <w:tcPr>
            <w:tcW w:w="2830" w:type="dxa"/>
            <w:vAlign w:val="center"/>
          </w:tcPr>
          <w:p w14:paraId="0970EFE7" w14:textId="77777777" w:rsidR="002B0FE8" w:rsidRPr="00260F73" w:rsidRDefault="002B0FE8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1098449584"/>
            <w:placeholder>
              <w:docPart w:val="BDE61F73C75F4557BBD9D0EAB37DAE26"/>
            </w:placeholder>
            <w:showingPlcHdr/>
          </w:sdtPr>
          <w:sdtContent>
            <w:tc>
              <w:tcPr>
                <w:tcW w:w="6520" w:type="dxa"/>
              </w:tcPr>
              <w:p w14:paraId="4CB02106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27A0CC8D" w14:textId="77777777" w:rsidTr="00484308">
        <w:tc>
          <w:tcPr>
            <w:tcW w:w="2830" w:type="dxa"/>
            <w:vAlign w:val="center"/>
          </w:tcPr>
          <w:p w14:paraId="54FA1418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894157615"/>
            <w:placeholder>
              <w:docPart w:val="E67852D9363647609F8E70FB5B37CB51"/>
            </w:placeholder>
            <w:showingPlcHdr/>
          </w:sdtPr>
          <w:sdtContent>
            <w:tc>
              <w:tcPr>
                <w:tcW w:w="6520" w:type="dxa"/>
              </w:tcPr>
              <w:p w14:paraId="18E1C073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2D5CEF27" w14:textId="77777777" w:rsidTr="00484308">
        <w:tc>
          <w:tcPr>
            <w:tcW w:w="2830" w:type="dxa"/>
            <w:vAlign w:val="center"/>
          </w:tcPr>
          <w:p w14:paraId="5ED40FB8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212185724"/>
            <w:placeholder>
              <w:docPart w:val="F7EBDA33E2DC4F8681CEACBFD6642C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86BDF29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0FE8" w:rsidRPr="00260F73" w14:paraId="7073CF54" w14:textId="77777777" w:rsidTr="00484308">
        <w:tc>
          <w:tcPr>
            <w:tcW w:w="2830" w:type="dxa"/>
            <w:vAlign w:val="center"/>
          </w:tcPr>
          <w:p w14:paraId="614F7B0A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41302099" w14:textId="77777777" w:rsidR="002B0FE8" w:rsidRPr="00260F73" w:rsidRDefault="002B0FE8" w:rsidP="00484308"/>
        </w:tc>
        <w:tc>
          <w:tcPr>
            <w:tcW w:w="6520" w:type="dxa"/>
          </w:tcPr>
          <w:p w14:paraId="6E5F71FC" w14:textId="77777777" w:rsidR="002B0FE8" w:rsidRDefault="002B0FE8" w:rsidP="00484308">
            <w:r>
              <w:t xml:space="preserve">Complete </w:t>
            </w:r>
            <w:sdt>
              <w:sdtPr>
                <w:id w:val="120013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EA4B9AB" w14:textId="77777777" w:rsidR="002B0FE8" w:rsidRPr="00260F73" w:rsidRDefault="002B0FE8" w:rsidP="00484308">
            <w:r>
              <w:t xml:space="preserve">Ongoing </w:t>
            </w:r>
            <w:sdt>
              <w:sdtPr>
                <w:id w:val="75023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36AEEDBE" w14:textId="77777777" w:rsidTr="00484308">
        <w:tc>
          <w:tcPr>
            <w:tcW w:w="2830" w:type="dxa"/>
            <w:vAlign w:val="center"/>
          </w:tcPr>
          <w:p w14:paraId="25E5AD2C" w14:textId="77777777" w:rsidR="002B0FE8" w:rsidRPr="00260F73" w:rsidRDefault="002B0FE8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912965953"/>
            <w:placeholder>
              <w:docPart w:val="D82FEA41DD23483398E784F214D9A2CB"/>
            </w:placeholder>
            <w:showingPlcHdr/>
          </w:sdtPr>
          <w:sdtContent>
            <w:tc>
              <w:tcPr>
                <w:tcW w:w="6520" w:type="dxa"/>
              </w:tcPr>
              <w:p w14:paraId="77313AF0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2FE7C3AA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FE362DE" w14:textId="77777777" w:rsidR="002B0FE8" w:rsidRPr="00260F73" w:rsidRDefault="002B0FE8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154DE7B" w14:textId="77777777" w:rsidR="002B0FE8" w:rsidRPr="00260F73" w:rsidRDefault="002B0FE8" w:rsidP="0048430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5CAD3420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A2653" w14:textId="4D9B844C" w:rsidR="002B0FE8" w:rsidRPr="00260F73" w:rsidRDefault="002B0FE8" w:rsidP="00484308"/>
        </w:tc>
      </w:tr>
      <w:tr w:rsidR="002B0FE8" w:rsidRPr="00260F73" w14:paraId="013EAB30" w14:textId="77777777" w:rsidTr="00484308">
        <w:tc>
          <w:tcPr>
            <w:tcW w:w="9350" w:type="dxa"/>
            <w:gridSpan w:val="2"/>
          </w:tcPr>
          <w:p w14:paraId="7BB59C6B" w14:textId="344AEB66" w:rsidR="002B0FE8" w:rsidRPr="00260F73" w:rsidRDefault="002B0FE8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871566780"/>
                <w:placeholder>
                  <w:docPart w:val="6820389ACBD64019ADEF2A3763070DBB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0FE8" w:rsidRPr="00260F73" w14:paraId="3773B790" w14:textId="77777777" w:rsidTr="00484308">
        <w:tc>
          <w:tcPr>
            <w:tcW w:w="2830" w:type="dxa"/>
            <w:vAlign w:val="center"/>
          </w:tcPr>
          <w:p w14:paraId="5C39FCB8" w14:textId="77777777" w:rsidR="002B0FE8" w:rsidRPr="00260F73" w:rsidRDefault="002B0FE8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639176195"/>
            <w:placeholder>
              <w:docPart w:val="8AE9BDE05392433F8D7F6EC7F59EB5A5"/>
            </w:placeholder>
            <w:showingPlcHdr/>
          </w:sdtPr>
          <w:sdtContent>
            <w:tc>
              <w:tcPr>
                <w:tcW w:w="6520" w:type="dxa"/>
              </w:tcPr>
              <w:p w14:paraId="37A10619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3F4044A5" w14:textId="77777777" w:rsidTr="00484308">
        <w:tc>
          <w:tcPr>
            <w:tcW w:w="2830" w:type="dxa"/>
            <w:vAlign w:val="center"/>
          </w:tcPr>
          <w:p w14:paraId="6D55D7EA" w14:textId="77777777" w:rsidR="002B0FE8" w:rsidRPr="00260F73" w:rsidRDefault="002B0FE8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1472323660"/>
            <w:placeholder>
              <w:docPart w:val="A20D15A4B25A4C0A919EC8FB38CF6876"/>
            </w:placeholder>
            <w:showingPlcHdr/>
          </w:sdtPr>
          <w:sdtContent>
            <w:tc>
              <w:tcPr>
                <w:tcW w:w="6520" w:type="dxa"/>
              </w:tcPr>
              <w:p w14:paraId="11492C97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00BF55A2" w14:textId="77777777" w:rsidTr="00484308">
        <w:tc>
          <w:tcPr>
            <w:tcW w:w="2830" w:type="dxa"/>
            <w:vAlign w:val="center"/>
          </w:tcPr>
          <w:p w14:paraId="1F9632BA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988904884"/>
            <w:placeholder>
              <w:docPart w:val="1960D9F21BF04C96AF0580B53E18932A"/>
            </w:placeholder>
            <w:showingPlcHdr/>
          </w:sdtPr>
          <w:sdtContent>
            <w:tc>
              <w:tcPr>
                <w:tcW w:w="6520" w:type="dxa"/>
              </w:tcPr>
              <w:p w14:paraId="6024D9AB" w14:textId="77777777" w:rsidR="002B0FE8" w:rsidRPr="00260F73" w:rsidRDefault="002B0FE8" w:rsidP="00484308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2B0FE8" w:rsidRPr="00260F73" w14:paraId="11E3E3EB" w14:textId="77777777" w:rsidTr="00484308">
        <w:tc>
          <w:tcPr>
            <w:tcW w:w="2830" w:type="dxa"/>
            <w:vAlign w:val="center"/>
          </w:tcPr>
          <w:p w14:paraId="4744D987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416231472"/>
            <w:placeholder>
              <w:docPart w:val="CE4655BE37F24590A3382E3E75C8AC8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759FA4B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B0FE8" w:rsidRPr="00260F73" w14:paraId="4BEADDFA" w14:textId="77777777" w:rsidTr="00484308">
        <w:tc>
          <w:tcPr>
            <w:tcW w:w="2830" w:type="dxa"/>
            <w:vAlign w:val="center"/>
          </w:tcPr>
          <w:p w14:paraId="6EAB6B96" w14:textId="77777777" w:rsidR="002B0FE8" w:rsidRPr="00260F73" w:rsidRDefault="002B0FE8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414B42B1" w14:textId="77777777" w:rsidR="002B0FE8" w:rsidRPr="00260F73" w:rsidRDefault="002B0FE8" w:rsidP="00484308"/>
        </w:tc>
        <w:tc>
          <w:tcPr>
            <w:tcW w:w="6520" w:type="dxa"/>
          </w:tcPr>
          <w:p w14:paraId="7F4A5B09" w14:textId="77777777" w:rsidR="002B0FE8" w:rsidRDefault="002B0FE8" w:rsidP="00484308">
            <w:r>
              <w:t xml:space="preserve">Complete </w:t>
            </w:r>
            <w:sdt>
              <w:sdtPr>
                <w:id w:val="108896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2936732" w14:textId="77777777" w:rsidR="002B0FE8" w:rsidRPr="00260F73" w:rsidRDefault="002B0FE8" w:rsidP="00484308">
            <w:r>
              <w:t xml:space="preserve">Ongoing </w:t>
            </w:r>
            <w:sdt>
              <w:sdtPr>
                <w:id w:val="136108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233F9B9E" w14:textId="77777777" w:rsidTr="00484308">
        <w:tc>
          <w:tcPr>
            <w:tcW w:w="2830" w:type="dxa"/>
            <w:vAlign w:val="center"/>
          </w:tcPr>
          <w:p w14:paraId="0C52A07B" w14:textId="77777777" w:rsidR="002B0FE8" w:rsidRPr="00260F73" w:rsidRDefault="002B0FE8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-1064097820"/>
            <w:placeholder>
              <w:docPart w:val="D3609F093A704C0489E39B91D0AA6DEA"/>
            </w:placeholder>
            <w:showingPlcHdr/>
          </w:sdtPr>
          <w:sdtContent>
            <w:tc>
              <w:tcPr>
                <w:tcW w:w="6520" w:type="dxa"/>
              </w:tcPr>
              <w:p w14:paraId="58E34E4C" w14:textId="77777777" w:rsidR="002B0FE8" w:rsidRPr="00260F73" w:rsidRDefault="002B0FE8" w:rsidP="0048430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0FE8" w:rsidRPr="00260F73" w14:paraId="04E41AF4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A41C65A" w14:textId="77777777" w:rsidR="002B0FE8" w:rsidRPr="00260F73" w:rsidRDefault="002B0FE8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8634F40" w14:textId="77777777" w:rsidR="002B0FE8" w:rsidRPr="00260F73" w:rsidRDefault="002B0FE8" w:rsidP="00484308">
            <w:r w:rsidRPr="00260F73">
              <w:t xml:space="preserve">Yes </w:t>
            </w:r>
            <w:sdt>
              <w:sdtPr>
                <w:id w:val="-133837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656603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B0FE8" w:rsidRPr="00260F73" w14:paraId="6E346745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AA7CE" w14:textId="6E7C5EBA" w:rsidR="002B0FE8" w:rsidRPr="00260F73" w:rsidRDefault="002B0FE8" w:rsidP="00484308"/>
        </w:tc>
      </w:tr>
      <w:tr w:rsidR="00F6472B" w:rsidRPr="00260F73" w14:paraId="06DCF151" w14:textId="77777777" w:rsidTr="00484308">
        <w:tc>
          <w:tcPr>
            <w:tcW w:w="9350" w:type="dxa"/>
            <w:gridSpan w:val="2"/>
          </w:tcPr>
          <w:p w14:paraId="66E55439" w14:textId="5A7FC6D5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484364430"/>
                <w:placeholder>
                  <w:docPart w:val="CFBE04FE30AF42338EE85F0CC7AE3529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4B6FCE0F" w14:textId="77777777" w:rsidTr="00484308">
        <w:tc>
          <w:tcPr>
            <w:tcW w:w="2830" w:type="dxa"/>
            <w:vAlign w:val="center"/>
          </w:tcPr>
          <w:p w14:paraId="65226566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243216366"/>
            <w:placeholder>
              <w:docPart w:val="97A96C00B251453DA8A8528EF6947C4E"/>
            </w:placeholder>
            <w:showingPlcHdr/>
          </w:sdtPr>
          <w:sdtContent>
            <w:tc>
              <w:tcPr>
                <w:tcW w:w="6520" w:type="dxa"/>
              </w:tcPr>
              <w:p w14:paraId="7398E40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3D5B9E1" w14:textId="77777777" w:rsidTr="00484308">
        <w:tc>
          <w:tcPr>
            <w:tcW w:w="2830" w:type="dxa"/>
            <w:vAlign w:val="center"/>
          </w:tcPr>
          <w:p w14:paraId="1B40EB3F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-1961797654"/>
            <w:placeholder>
              <w:docPart w:val="161B4A517F3D43FA876A4F3AF2613F31"/>
            </w:placeholder>
            <w:showingPlcHdr/>
          </w:sdtPr>
          <w:sdtContent>
            <w:tc>
              <w:tcPr>
                <w:tcW w:w="6520" w:type="dxa"/>
              </w:tcPr>
              <w:p w14:paraId="248D828A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70EDB790" w14:textId="77777777" w:rsidTr="00484308">
        <w:tc>
          <w:tcPr>
            <w:tcW w:w="2830" w:type="dxa"/>
            <w:vAlign w:val="center"/>
          </w:tcPr>
          <w:p w14:paraId="1948CD19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141705536"/>
            <w:placeholder>
              <w:docPart w:val="C4711D6A2CBB4FDE9A40660390AFA9E2"/>
            </w:placeholder>
            <w:showingPlcHdr/>
          </w:sdtPr>
          <w:sdtContent>
            <w:tc>
              <w:tcPr>
                <w:tcW w:w="6520" w:type="dxa"/>
              </w:tcPr>
              <w:p w14:paraId="18F10230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5EEC18C0" w14:textId="77777777" w:rsidTr="00484308">
        <w:tc>
          <w:tcPr>
            <w:tcW w:w="2830" w:type="dxa"/>
            <w:vAlign w:val="center"/>
          </w:tcPr>
          <w:p w14:paraId="6AA7FE21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-1905973119"/>
            <w:placeholder>
              <w:docPart w:val="0F8C6557D1474A3AAEFFE038C3A5D49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9CD2AB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5163393B" w14:textId="77777777" w:rsidTr="00484308">
        <w:tc>
          <w:tcPr>
            <w:tcW w:w="2830" w:type="dxa"/>
            <w:vAlign w:val="center"/>
          </w:tcPr>
          <w:p w14:paraId="227E6407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65D0380F" w14:textId="77777777" w:rsidR="00F6472B" w:rsidRPr="00260F73" w:rsidRDefault="00F6472B" w:rsidP="00484308"/>
        </w:tc>
        <w:tc>
          <w:tcPr>
            <w:tcW w:w="6520" w:type="dxa"/>
          </w:tcPr>
          <w:p w14:paraId="00037749" w14:textId="77777777" w:rsidR="00F6472B" w:rsidRDefault="00F6472B" w:rsidP="00484308">
            <w:r>
              <w:t xml:space="preserve">Complete </w:t>
            </w:r>
            <w:sdt>
              <w:sdtPr>
                <w:id w:val="71754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003EB36" w14:textId="77777777" w:rsidR="00F6472B" w:rsidRPr="00260F73" w:rsidRDefault="00F6472B" w:rsidP="00484308">
            <w:r>
              <w:t xml:space="preserve">Ongoing </w:t>
            </w:r>
            <w:sdt>
              <w:sdtPr>
                <w:id w:val="-127524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4BBFD7CA" w14:textId="77777777" w:rsidTr="00484308">
        <w:tc>
          <w:tcPr>
            <w:tcW w:w="2830" w:type="dxa"/>
            <w:vAlign w:val="center"/>
          </w:tcPr>
          <w:p w14:paraId="66976017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-402754617"/>
            <w:placeholder>
              <w:docPart w:val="51757636275D4E8597B71E9CDEB02554"/>
            </w:placeholder>
            <w:showingPlcHdr/>
          </w:sdtPr>
          <w:sdtContent>
            <w:tc>
              <w:tcPr>
                <w:tcW w:w="6520" w:type="dxa"/>
              </w:tcPr>
              <w:p w14:paraId="584E37CF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7E90E7B5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9C64730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6A5B801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-17881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5639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2E85125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1619CB" w14:textId="0260E6B8" w:rsidR="00F6472B" w:rsidRPr="00260F73" w:rsidRDefault="00F6472B" w:rsidP="00484308"/>
        </w:tc>
      </w:tr>
      <w:tr w:rsidR="00F6472B" w:rsidRPr="00260F73" w14:paraId="27277FEE" w14:textId="77777777" w:rsidTr="00484308">
        <w:tc>
          <w:tcPr>
            <w:tcW w:w="9350" w:type="dxa"/>
            <w:gridSpan w:val="2"/>
          </w:tcPr>
          <w:p w14:paraId="4C850BEE" w14:textId="24A53D60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639963640"/>
                <w:placeholder>
                  <w:docPart w:val="57206F85B29A4AE991CFBA61010E4E54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3893DAFB" w14:textId="77777777" w:rsidTr="00484308">
        <w:tc>
          <w:tcPr>
            <w:tcW w:w="2830" w:type="dxa"/>
            <w:vAlign w:val="center"/>
          </w:tcPr>
          <w:p w14:paraId="31639877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507723406"/>
            <w:placeholder>
              <w:docPart w:val="B0C887726020444E9F27CB0F323356E0"/>
            </w:placeholder>
            <w:showingPlcHdr/>
          </w:sdtPr>
          <w:sdtContent>
            <w:tc>
              <w:tcPr>
                <w:tcW w:w="6520" w:type="dxa"/>
              </w:tcPr>
              <w:p w14:paraId="54DCE04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09B8A3D1" w14:textId="77777777" w:rsidTr="00484308">
        <w:tc>
          <w:tcPr>
            <w:tcW w:w="2830" w:type="dxa"/>
            <w:vAlign w:val="center"/>
          </w:tcPr>
          <w:p w14:paraId="1B449FF5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769283951"/>
            <w:placeholder>
              <w:docPart w:val="8CB38E7B3CDE4879A7079882D476227B"/>
            </w:placeholder>
            <w:showingPlcHdr/>
          </w:sdtPr>
          <w:sdtContent>
            <w:tc>
              <w:tcPr>
                <w:tcW w:w="6520" w:type="dxa"/>
              </w:tcPr>
              <w:p w14:paraId="32B94C80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37CB37E1" w14:textId="77777777" w:rsidTr="00484308">
        <w:tc>
          <w:tcPr>
            <w:tcW w:w="2830" w:type="dxa"/>
            <w:vAlign w:val="center"/>
          </w:tcPr>
          <w:p w14:paraId="0B715030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-1862040564"/>
            <w:placeholder>
              <w:docPart w:val="C188452C9E1A46F1AAFD3A9229465A9E"/>
            </w:placeholder>
            <w:showingPlcHdr/>
          </w:sdtPr>
          <w:sdtContent>
            <w:tc>
              <w:tcPr>
                <w:tcW w:w="6520" w:type="dxa"/>
              </w:tcPr>
              <w:p w14:paraId="151DEAF3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7C0383A8" w14:textId="77777777" w:rsidTr="00484308">
        <w:tc>
          <w:tcPr>
            <w:tcW w:w="2830" w:type="dxa"/>
            <w:vAlign w:val="center"/>
          </w:tcPr>
          <w:p w14:paraId="0A2B9725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627745460"/>
            <w:placeholder>
              <w:docPart w:val="C8CAE1E2C8EB46A2AEE9F95B9A20F8F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552293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78D2EFE7" w14:textId="77777777" w:rsidTr="00484308">
        <w:tc>
          <w:tcPr>
            <w:tcW w:w="2830" w:type="dxa"/>
            <w:vAlign w:val="center"/>
          </w:tcPr>
          <w:p w14:paraId="2DDEC715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56883EA1" w14:textId="77777777" w:rsidR="00F6472B" w:rsidRPr="00260F73" w:rsidRDefault="00F6472B" w:rsidP="00484308"/>
        </w:tc>
        <w:tc>
          <w:tcPr>
            <w:tcW w:w="6520" w:type="dxa"/>
          </w:tcPr>
          <w:p w14:paraId="43D783B3" w14:textId="77777777" w:rsidR="00F6472B" w:rsidRDefault="00F6472B" w:rsidP="00484308">
            <w:r>
              <w:t xml:space="preserve">Complete </w:t>
            </w:r>
            <w:sdt>
              <w:sdtPr>
                <w:id w:val="72756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DE4425E" w14:textId="77777777" w:rsidR="00F6472B" w:rsidRPr="00260F73" w:rsidRDefault="00F6472B" w:rsidP="00484308">
            <w:r>
              <w:t xml:space="preserve">Ongoing </w:t>
            </w:r>
            <w:sdt>
              <w:sdtPr>
                <w:id w:val="-93535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3530156F" w14:textId="77777777" w:rsidTr="00484308">
        <w:tc>
          <w:tcPr>
            <w:tcW w:w="2830" w:type="dxa"/>
            <w:vAlign w:val="center"/>
          </w:tcPr>
          <w:p w14:paraId="4F4A765D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1667277273"/>
            <w:placeholder>
              <w:docPart w:val="58C11D0A949D4CB7BC6A3B9C559080AE"/>
            </w:placeholder>
            <w:showingPlcHdr/>
          </w:sdtPr>
          <w:sdtContent>
            <w:tc>
              <w:tcPr>
                <w:tcW w:w="6520" w:type="dxa"/>
              </w:tcPr>
              <w:p w14:paraId="76ABBAF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05029587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0B3014B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E45560A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148443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550845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5BD20EB8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F11FE" w14:textId="4D7BE24B" w:rsidR="00F6472B" w:rsidRPr="00260F73" w:rsidRDefault="00F6472B" w:rsidP="00484308"/>
        </w:tc>
      </w:tr>
      <w:tr w:rsidR="00F6472B" w:rsidRPr="00260F73" w14:paraId="70831DDB" w14:textId="77777777" w:rsidTr="00484308">
        <w:tc>
          <w:tcPr>
            <w:tcW w:w="9350" w:type="dxa"/>
            <w:gridSpan w:val="2"/>
          </w:tcPr>
          <w:p w14:paraId="14B14A7B" w14:textId="25BC4FEC" w:rsidR="00F6472B" w:rsidRPr="00260F73" w:rsidRDefault="00F6472B" w:rsidP="0048430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50675641"/>
                <w:placeholder>
                  <w:docPart w:val="5B9A25384671499F82179FEC5F709E03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:rsidRPr="00260F73" w14:paraId="2909ADE6" w14:textId="77777777" w:rsidTr="00484308">
        <w:tc>
          <w:tcPr>
            <w:tcW w:w="2830" w:type="dxa"/>
            <w:vAlign w:val="center"/>
          </w:tcPr>
          <w:p w14:paraId="711D5E34" w14:textId="77777777" w:rsidR="00F6472B" w:rsidRPr="00260F73" w:rsidRDefault="00F6472B" w:rsidP="00484308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1759359071"/>
            <w:placeholder>
              <w:docPart w:val="39B4F10F9221460799F0A679E1F04B1F"/>
            </w:placeholder>
            <w:showingPlcHdr/>
          </w:sdtPr>
          <w:sdtContent>
            <w:tc>
              <w:tcPr>
                <w:tcW w:w="6520" w:type="dxa"/>
              </w:tcPr>
              <w:p w14:paraId="0EB3F6A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4075CE0" w14:textId="77777777" w:rsidTr="00484308">
        <w:tc>
          <w:tcPr>
            <w:tcW w:w="2830" w:type="dxa"/>
            <w:vAlign w:val="center"/>
          </w:tcPr>
          <w:p w14:paraId="73610C7F" w14:textId="77777777" w:rsidR="00F6472B" w:rsidRPr="00260F73" w:rsidRDefault="00F6472B" w:rsidP="00484308">
            <w:r>
              <w:rPr>
                <w:b/>
                <w:bCs/>
              </w:rPr>
              <w:t>Publication/Conference Name</w:t>
            </w:r>
          </w:p>
        </w:tc>
        <w:sdt>
          <w:sdtPr>
            <w:id w:val="852233680"/>
            <w:placeholder>
              <w:docPart w:val="4F368B6286B049189E7323FB8EE3E203"/>
            </w:placeholder>
            <w:showingPlcHdr/>
          </w:sdtPr>
          <w:sdtContent>
            <w:tc>
              <w:tcPr>
                <w:tcW w:w="6520" w:type="dxa"/>
              </w:tcPr>
              <w:p w14:paraId="6D2949F6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1948D2EF" w14:textId="77777777" w:rsidTr="00484308">
        <w:tc>
          <w:tcPr>
            <w:tcW w:w="2830" w:type="dxa"/>
            <w:vAlign w:val="center"/>
          </w:tcPr>
          <w:p w14:paraId="0982D69E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DOI Link (where applicable)</w:t>
            </w:r>
          </w:p>
        </w:tc>
        <w:sdt>
          <w:sdtPr>
            <w:id w:val="582040590"/>
            <w:placeholder>
              <w:docPart w:val="4D8313E6438A4A809F4F8B01BFAB29CA"/>
            </w:placeholder>
            <w:showingPlcHdr/>
          </w:sdtPr>
          <w:sdtContent>
            <w:tc>
              <w:tcPr>
                <w:tcW w:w="6520" w:type="dxa"/>
              </w:tcPr>
              <w:p w14:paraId="7B702BAF" w14:textId="77777777" w:rsidR="00F6472B" w:rsidRPr="00260F73" w:rsidRDefault="00F6472B" w:rsidP="00CA2CEB">
                <w:r w:rsidRPr="002A4EC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F6472B" w:rsidRPr="00260F73" w14:paraId="2AFFE990" w14:textId="77777777" w:rsidTr="00484308">
        <w:tc>
          <w:tcPr>
            <w:tcW w:w="2830" w:type="dxa"/>
            <w:vAlign w:val="center"/>
          </w:tcPr>
          <w:p w14:paraId="19D0E621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Publication/Presentation </w:t>
            </w:r>
            <w:r w:rsidRPr="00260F73">
              <w:rPr>
                <w:b/>
                <w:bCs/>
              </w:rPr>
              <w:t>Date</w:t>
            </w:r>
          </w:p>
        </w:tc>
        <w:sdt>
          <w:sdtPr>
            <w:id w:val="1010483553"/>
            <w:placeholder>
              <w:docPart w:val="2E6EF2FDF4884B7D9159FBB301B34E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E194884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:rsidRPr="00260F73" w14:paraId="275481A4" w14:textId="77777777" w:rsidTr="00484308">
        <w:tc>
          <w:tcPr>
            <w:tcW w:w="2830" w:type="dxa"/>
            <w:vAlign w:val="center"/>
          </w:tcPr>
          <w:p w14:paraId="36B00BA9" w14:textId="77777777" w:rsidR="00F6472B" w:rsidRPr="00260F73" w:rsidRDefault="00F6472B" w:rsidP="00484308">
            <w:pPr>
              <w:rPr>
                <w:b/>
                <w:bCs/>
              </w:rPr>
            </w:pPr>
            <w:r>
              <w:rPr>
                <w:b/>
                <w:bCs/>
              </w:rPr>
              <w:t>Complete or Ongoing</w:t>
            </w:r>
          </w:p>
          <w:p w14:paraId="1ABC1DC6" w14:textId="77777777" w:rsidR="00F6472B" w:rsidRPr="00260F73" w:rsidRDefault="00F6472B" w:rsidP="00484308"/>
        </w:tc>
        <w:tc>
          <w:tcPr>
            <w:tcW w:w="6520" w:type="dxa"/>
          </w:tcPr>
          <w:p w14:paraId="3DCF046E" w14:textId="77777777" w:rsidR="00F6472B" w:rsidRDefault="00F6472B" w:rsidP="00484308">
            <w:r>
              <w:t xml:space="preserve">Complete </w:t>
            </w:r>
            <w:sdt>
              <w:sdtPr>
                <w:id w:val="-3960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E9BF16" w14:textId="77777777" w:rsidR="00F6472B" w:rsidRPr="00260F73" w:rsidRDefault="00F6472B" w:rsidP="00484308">
            <w:r>
              <w:t xml:space="preserve">Ongoing </w:t>
            </w:r>
            <w:sdt>
              <w:sdtPr>
                <w:id w:val="-92718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CAB3C5F" w14:textId="77777777" w:rsidTr="00484308">
        <w:tc>
          <w:tcPr>
            <w:tcW w:w="2830" w:type="dxa"/>
            <w:vAlign w:val="center"/>
          </w:tcPr>
          <w:p w14:paraId="6FFE3177" w14:textId="77777777" w:rsidR="00F6472B" w:rsidRPr="00260F73" w:rsidRDefault="00F6472B" w:rsidP="00484308">
            <w:r>
              <w:rPr>
                <w:b/>
                <w:bCs/>
              </w:rPr>
              <w:t>Full citation</w:t>
            </w:r>
          </w:p>
        </w:tc>
        <w:sdt>
          <w:sdtPr>
            <w:id w:val="820547821"/>
            <w:placeholder>
              <w:docPart w:val="F5CE39FD9A4F44178B9EB12B30D95AAD"/>
            </w:placeholder>
            <w:showingPlcHdr/>
          </w:sdtPr>
          <w:sdtContent>
            <w:tc>
              <w:tcPr>
                <w:tcW w:w="6520" w:type="dxa"/>
              </w:tcPr>
              <w:p w14:paraId="05BC879D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06EB66B" w14:textId="77777777" w:rsidTr="00484308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37D40A" w14:textId="77777777" w:rsidR="00F6472B" w:rsidRPr="00260F73" w:rsidRDefault="00F6472B" w:rsidP="00484308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8CE6112" w14:textId="77777777" w:rsidR="00F6472B" w:rsidRPr="00260F73" w:rsidRDefault="00F6472B" w:rsidP="00484308">
            <w:r w:rsidRPr="00260F73">
              <w:t xml:space="preserve">Yes </w:t>
            </w:r>
            <w:sdt>
              <w:sdtPr>
                <w:id w:val="1024054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908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0045A0B3" w14:textId="77777777" w:rsidTr="00484308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920A2" w14:textId="3EC73E6E" w:rsidR="00F6472B" w:rsidRPr="00260F73" w:rsidRDefault="00F6472B" w:rsidP="00484308"/>
        </w:tc>
      </w:tr>
    </w:tbl>
    <w:p w14:paraId="6B6AAF4F" w14:textId="77777777" w:rsidR="002B0FE8" w:rsidRDefault="002B0FE8" w:rsidP="002B0FE8"/>
    <w:p w14:paraId="56B76539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6A68EF76" w:rsidR="00446759" w:rsidRDefault="00446759" w:rsidP="00446759">
      <w:pPr>
        <w:pStyle w:val="Heading1"/>
      </w:pPr>
      <w:r>
        <w:lastRenderedPageBreak/>
        <w:t>Leadership &amp; Management</w:t>
      </w:r>
      <w:r w:rsidR="003F7C09">
        <w:t xml:space="preserve">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8"/>
        <w:gridCol w:w="5722"/>
      </w:tblGrid>
      <w:tr w:rsidR="00F565A7" w14:paraId="5613B822" w14:textId="77777777" w:rsidTr="00F565A7">
        <w:tc>
          <w:tcPr>
            <w:tcW w:w="3628" w:type="dxa"/>
            <w:vAlign w:val="center"/>
          </w:tcPr>
          <w:p w14:paraId="14FD9760" w14:textId="44132280" w:rsidR="00F565A7" w:rsidRDefault="00F565A7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20139059"/>
            <w:placeholder>
              <w:docPart w:val="D7E5772968CB4EE9B35E1A6F38BE16DF"/>
            </w:placeholder>
            <w:showingPlcHdr/>
          </w:sdtPr>
          <w:sdtContent>
            <w:tc>
              <w:tcPr>
                <w:tcW w:w="5722" w:type="dxa"/>
              </w:tcPr>
              <w:p w14:paraId="5FA4F339" w14:textId="77777777" w:rsidR="00F565A7" w:rsidRDefault="00F565A7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10D9767" w14:textId="77777777" w:rsidTr="00F565A7">
        <w:tc>
          <w:tcPr>
            <w:tcW w:w="3628" w:type="dxa"/>
            <w:vAlign w:val="center"/>
          </w:tcPr>
          <w:p w14:paraId="4D8BD5CE" w14:textId="77777777" w:rsidR="00F565A7" w:rsidRDefault="00F565A7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435213265"/>
            <w:placeholder>
              <w:docPart w:val="D7E5772968CB4EE9B35E1A6F38BE16DF"/>
            </w:placeholder>
            <w:showingPlcHdr/>
          </w:sdtPr>
          <w:sdtContent>
            <w:tc>
              <w:tcPr>
                <w:tcW w:w="5722" w:type="dxa"/>
              </w:tcPr>
              <w:p w14:paraId="0896176E" w14:textId="3EF89A06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47AAE5F" w14:textId="77777777" w:rsidTr="00F565A7">
        <w:tc>
          <w:tcPr>
            <w:tcW w:w="3628" w:type="dxa"/>
            <w:vAlign w:val="center"/>
          </w:tcPr>
          <w:p w14:paraId="017605FD" w14:textId="33CA1FBB" w:rsidR="00F565A7" w:rsidRDefault="00F565A7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617179289"/>
            <w:placeholder>
              <w:docPart w:val="D7E5772968CB4EE9B35E1A6F38BE16DF"/>
            </w:placeholder>
            <w:showingPlcHdr/>
          </w:sdtPr>
          <w:sdtContent>
            <w:tc>
              <w:tcPr>
                <w:tcW w:w="5722" w:type="dxa"/>
              </w:tcPr>
              <w:p w14:paraId="27D07DE6" w14:textId="22D776C6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044B591F" w14:textId="77777777" w:rsidTr="00F565A7">
        <w:tc>
          <w:tcPr>
            <w:tcW w:w="3628" w:type="dxa"/>
            <w:vAlign w:val="center"/>
          </w:tcPr>
          <w:p w14:paraId="7180141D" w14:textId="77777777" w:rsidR="00F565A7" w:rsidRPr="00F4085D" w:rsidRDefault="00F565A7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9909B6D" w14:textId="77777777" w:rsidR="00F565A7" w:rsidRDefault="00F565A7" w:rsidP="001155E2"/>
        </w:tc>
        <w:sdt>
          <w:sdtPr>
            <w:id w:val="1902247459"/>
            <w:placeholder>
              <w:docPart w:val="D7E5772968CB4EE9B35E1A6F38BE16DF"/>
            </w:placeholder>
            <w:showingPlcHdr/>
          </w:sdtPr>
          <w:sdtContent>
            <w:tc>
              <w:tcPr>
                <w:tcW w:w="5722" w:type="dxa"/>
              </w:tcPr>
              <w:p w14:paraId="1BA782A3" w14:textId="0DCEB7A1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1120B4CD" w14:textId="77777777" w:rsidTr="00F565A7">
        <w:tc>
          <w:tcPr>
            <w:tcW w:w="3628" w:type="dxa"/>
            <w:vAlign w:val="center"/>
          </w:tcPr>
          <w:p w14:paraId="59A6ACB0" w14:textId="77777777" w:rsidR="00F565A7" w:rsidRDefault="00F565A7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6A3BBF24" w14:textId="77777777" w:rsidR="00F565A7" w:rsidRDefault="00F565A7" w:rsidP="001155E2">
            <w:r>
              <w:t xml:space="preserve">Complete  </w:t>
            </w:r>
            <w:sdt>
              <w:sdtPr>
                <w:id w:val="-29837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8895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65A7" w14:paraId="621FF049" w14:textId="77777777" w:rsidTr="00F565A7">
        <w:tc>
          <w:tcPr>
            <w:tcW w:w="3628" w:type="dxa"/>
            <w:vAlign w:val="center"/>
          </w:tcPr>
          <w:p w14:paraId="2EC4E574" w14:textId="77777777" w:rsidR="00F565A7" w:rsidRDefault="00F565A7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04561429"/>
            <w:placeholder>
              <w:docPart w:val="D7E5772968CB4EE9B35E1A6F38BE16DF"/>
            </w:placeholder>
            <w:showingPlcHdr/>
          </w:sdtPr>
          <w:sdtContent>
            <w:tc>
              <w:tcPr>
                <w:tcW w:w="5722" w:type="dxa"/>
              </w:tcPr>
              <w:p w14:paraId="52A369D5" w14:textId="5C98D321" w:rsidR="00F565A7" w:rsidRDefault="00C51E21" w:rsidP="001155E2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65A7" w14:paraId="6715EF44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7E520D89" w14:textId="77777777" w:rsidR="00F565A7" w:rsidRPr="00F4085D" w:rsidRDefault="00F565A7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2CDE4BFD" w14:textId="77777777" w:rsidR="00F565A7" w:rsidRDefault="00F565A7" w:rsidP="001155E2">
            <w:r>
              <w:t xml:space="preserve">Yes </w:t>
            </w:r>
            <w:sdt>
              <w:sdtPr>
                <w:id w:val="-33338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7795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565A7" w14:paraId="53E0EA0D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8F30C" w14:textId="10DA4011" w:rsidR="00F565A7" w:rsidRDefault="00F565A7" w:rsidP="001155E2"/>
        </w:tc>
      </w:tr>
      <w:tr w:rsidR="00E405FD" w14:paraId="64DF9CAB" w14:textId="77777777" w:rsidTr="00F565A7">
        <w:tc>
          <w:tcPr>
            <w:tcW w:w="3628" w:type="dxa"/>
            <w:vAlign w:val="center"/>
          </w:tcPr>
          <w:p w14:paraId="5F10BD44" w14:textId="60B5D729" w:rsidR="00E405FD" w:rsidRDefault="00E405FD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452479065"/>
            <w:placeholder>
              <w:docPart w:val="7DB889B3238544A0A53715F083282950"/>
            </w:placeholder>
            <w:showingPlcHdr/>
          </w:sdtPr>
          <w:sdtContent>
            <w:tc>
              <w:tcPr>
                <w:tcW w:w="5722" w:type="dxa"/>
              </w:tcPr>
              <w:p w14:paraId="2039CFA4" w14:textId="77777777" w:rsidR="00E405FD" w:rsidRDefault="00E405FD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1B284BA1" w14:textId="77777777" w:rsidTr="00F565A7">
        <w:tc>
          <w:tcPr>
            <w:tcW w:w="3628" w:type="dxa"/>
            <w:vAlign w:val="center"/>
          </w:tcPr>
          <w:p w14:paraId="718A4102" w14:textId="77777777" w:rsidR="00E405FD" w:rsidRDefault="00E405FD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814010267"/>
            <w:placeholder>
              <w:docPart w:val="7DB889B3238544A0A53715F083282950"/>
            </w:placeholder>
            <w:showingPlcHdr/>
          </w:sdtPr>
          <w:sdtContent>
            <w:tc>
              <w:tcPr>
                <w:tcW w:w="5722" w:type="dxa"/>
              </w:tcPr>
              <w:p w14:paraId="5FECD15A" w14:textId="23AE7BF1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4CD66B40" w14:textId="77777777" w:rsidTr="00F565A7">
        <w:tc>
          <w:tcPr>
            <w:tcW w:w="3628" w:type="dxa"/>
            <w:vAlign w:val="center"/>
          </w:tcPr>
          <w:p w14:paraId="73EA2279" w14:textId="77777777" w:rsidR="00E405FD" w:rsidRDefault="00E405FD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-1855417555"/>
            <w:placeholder>
              <w:docPart w:val="7DB889B3238544A0A53715F083282950"/>
            </w:placeholder>
            <w:showingPlcHdr/>
          </w:sdtPr>
          <w:sdtContent>
            <w:tc>
              <w:tcPr>
                <w:tcW w:w="5722" w:type="dxa"/>
              </w:tcPr>
              <w:p w14:paraId="783964A1" w14:textId="39CD2FF4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B1F19E9" w14:textId="77777777" w:rsidTr="00F565A7">
        <w:tc>
          <w:tcPr>
            <w:tcW w:w="3628" w:type="dxa"/>
            <w:vAlign w:val="center"/>
          </w:tcPr>
          <w:p w14:paraId="58DD4C57" w14:textId="77777777" w:rsidR="00E405FD" w:rsidRPr="00F4085D" w:rsidRDefault="00E405FD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CC69A7E" w14:textId="77777777" w:rsidR="00E405FD" w:rsidRDefault="00E405FD" w:rsidP="001155E2"/>
        </w:tc>
        <w:sdt>
          <w:sdtPr>
            <w:id w:val="-1853409828"/>
            <w:placeholder>
              <w:docPart w:val="7DB889B3238544A0A53715F083282950"/>
            </w:placeholder>
            <w:showingPlcHdr/>
          </w:sdtPr>
          <w:sdtContent>
            <w:tc>
              <w:tcPr>
                <w:tcW w:w="5722" w:type="dxa"/>
              </w:tcPr>
              <w:p w14:paraId="2A21BB67" w14:textId="43C697E8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106AE2A5" w14:textId="77777777" w:rsidTr="00F565A7">
        <w:tc>
          <w:tcPr>
            <w:tcW w:w="3628" w:type="dxa"/>
            <w:vAlign w:val="center"/>
          </w:tcPr>
          <w:p w14:paraId="2331E207" w14:textId="77777777" w:rsidR="00E405FD" w:rsidRDefault="00E405FD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4BB8ED0D" w14:textId="77777777" w:rsidR="00E405FD" w:rsidRDefault="00E405FD" w:rsidP="001155E2">
            <w:r>
              <w:t xml:space="preserve">Complete  </w:t>
            </w:r>
            <w:sdt>
              <w:sdtPr>
                <w:id w:val="201040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103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20ABFFA8" w14:textId="77777777" w:rsidTr="00F565A7">
        <w:tc>
          <w:tcPr>
            <w:tcW w:w="3628" w:type="dxa"/>
            <w:vAlign w:val="center"/>
          </w:tcPr>
          <w:p w14:paraId="6F857C07" w14:textId="77777777" w:rsidR="00E405FD" w:rsidRDefault="00E405FD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70430042"/>
            <w:placeholder>
              <w:docPart w:val="7DB889B3238544A0A53715F083282950"/>
            </w:placeholder>
            <w:showingPlcHdr/>
          </w:sdtPr>
          <w:sdtContent>
            <w:tc>
              <w:tcPr>
                <w:tcW w:w="5722" w:type="dxa"/>
              </w:tcPr>
              <w:p w14:paraId="6EF3F933" w14:textId="5B97D19E" w:rsidR="00E405FD" w:rsidRDefault="00C51E21" w:rsidP="007176F1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594E3795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017B99B1" w14:textId="77777777" w:rsidR="00E405FD" w:rsidRPr="00F4085D" w:rsidRDefault="00E405FD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7DC3BD9D" w14:textId="77777777" w:rsidR="00E405FD" w:rsidRDefault="00E405FD" w:rsidP="001155E2">
            <w:r>
              <w:t xml:space="preserve">Yes </w:t>
            </w:r>
            <w:sdt>
              <w:sdtPr>
                <w:id w:val="278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56471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150A8B03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724C6" w14:textId="24DD814B" w:rsidR="00E405FD" w:rsidRDefault="00E405FD" w:rsidP="001155E2"/>
        </w:tc>
      </w:tr>
      <w:tr w:rsidR="00F6472B" w14:paraId="28F5DEA1" w14:textId="77777777" w:rsidTr="00F565A7">
        <w:tc>
          <w:tcPr>
            <w:tcW w:w="3628" w:type="dxa"/>
            <w:vAlign w:val="center"/>
          </w:tcPr>
          <w:p w14:paraId="6F9D6E6A" w14:textId="0460B600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87994236"/>
            <w:placeholder>
              <w:docPart w:val="7AD569D718164458B5C1AE9D252B54C5"/>
            </w:placeholder>
            <w:showingPlcHdr/>
          </w:sdtPr>
          <w:sdtContent>
            <w:tc>
              <w:tcPr>
                <w:tcW w:w="5722" w:type="dxa"/>
              </w:tcPr>
              <w:p w14:paraId="05A1BDAA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7306190" w14:textId="77777777" w:rsidTr="00F565A7">
        <w:tc>
          <w:tcPr>
            <w:tcW w:w="3628" w:type="dxa"/>
            <w:vAlign w:val="center"/>
          </w:tcPr>
          <w:p w14:paraId="7B6A7EFB" w14:textId="77777777" w:rsidR="00F6472B" w:rsidRDefault="00F6472B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648127814"/>
            <w:placeholder>
              <w:docPart w:val="7AD569D718164458B5C1AE9D252B54C5"/>
            </w:placeholder>
            <w:showingPlcHdr/>
          </w:sdtPr>
          <w:sdtContent>
            <w:tc>
              <w:tcPr>
                <w:tcW w:w="5722" w:type="dxa"/>
              </w:tcPr>
              <w:p w14:paraId="3F9661BD" w14:textId="6AED5765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6372159B" w14:textId="77777777" w:rsidTr="00F565A7">
        <w:tc>
          <w:tcPr>
            <w:tcW w:w="3628" w:type="dxa"/>
            <w:vAlign w:val="center"/>
          </w:tcPr>
          <w:p w14:paraId="661B72E1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-80068400"/>
            <w:placeholder>
              <w:docPart w:val="7AD569D718164458B5C1AE9D252B54C5"/>
            </w:placeholder>
            <w:showingPlcHdr/>
          </w:sdtPr>
          <w:sdtContent>
            <w:tc>
              <w:tcPr>
                <w:tcW w:w="5722" w:type="dxa"/>
              </w:tcPr>
              <w:p w14:paraId="461309F7" w14:textId="7DABA99A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CF9BB0F" w14:textId="77777777" w:rsidTr="00F565A7">
        <w:tc>
          <w:tcPr>
            <w:tcW w:w="3628" w:type="dxa"/>
            <w:vAlign w:val="center"/>
          </w:tcPr>
          <w:p w14:paraId="2AB3C316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D4FEC6C" w14:textId="77777777" w:rsidR="00F6472B" w:rsidRDefault="00F6472B" w:rsidP="001155E2"/>
        </w:tc>
        <w:sdt>
          <w:sdtPr>
            <w:id w:val="-861211357"/>
            <w:placeholder>
              <w:docPart w:val="7AD569D718164458B5C1AE9D252B54C5"/>
            </w:placeholder>
            <w:showingPlcHdr/>
          </w:sdtPr>
          <w:sdtContent>
            <w:tc>
              <w:tcPr>
                <w:tcW w:w="5722" w:type="dxa"/>
              </w:tcPr>
              <w:p w14:paraId="0E2DC560" w14:textId="59214A93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C6035B0" w14:textId="77777777" w:rsidTr="00F565A7">
        <w:tc>
          <w:tcPr>
            <w:tcW w:w="3628" w:type="dxa"/>
            <w:vAlign w:val="center"/>
          </w:tcPr>
          <w:p w14:paraId="6389F75A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3EE32DC8" w14:textId="77777777" w:rsidR="00F6472B" w:rsidRDefault="00F6472B" w:rsidP="001155E2">
            <w:r>
              <w:t xml:space="preserve">Complete  </w:t>
            </w:r>
            <w:sdt>
              <w:sdtPr>
                <w:id w:val="-128087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6178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6440E8A8" w14:textId="77777777" w:rsidTr="00F565A7">
        <w:tc>
          <w:tcPr>
            <w:tcW w:w="3628" w:type="dxa"/>
            <w:vAlign w:val="center"/>
          </w:tcPr>
          <w:p w14:paraId="01F86739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639225780"/>
            <w:placeholder>
              <w:docPart w:val="7AD569D718164458B5C1AE9D252B54C5"/>
            </w:placeholder>
            <w:showingPlcHdr/>
          </w:sdtPr>
          <w:sdtContent>
            <w:tc>
              <w:tcPr>
                <w:tcW w:w="5722" w:type="dxa"/>
              </w:tcPr>
              <w:p w14:paraId="319CB7B8" w14:textId="1B91996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3008917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292A6B92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5B6D8127" w14:textId="77777777" w:rsidR="00F6472B" w:rsidRDefault="00F6472B" w:rsidP="001155E2">
            <w:r>
              <w:t xml:space="preserve">Yes </w:t>
            </w:r>
            <w:sdt>
              <w:sdtPr>
                <w:id w:val="-205691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3905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F9CA215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7FB9E" w14:textId="1F6F1AB8" w:rsidR="00F6472B" w:rsidRDefault="00F6472B" w:rsidP="001155E2"/>
        </w:tc>
      </w:tr>
      <w:tr w:rsidR="00F6472B" w14:paraId="63DD3653" w14:textId="77777777" w:rsidTr="00F565A7">
        <w:tc>
          <w:tcPr>
            <w:tcW w:w="3628" w:type="dxa"/>
            <w:vAlign w:val="center"/>
          </w:tcPr>
          <w:p w14:paraId="7C5E813D" w14:textId="06743F23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1611000306"/>
            <w:placeholder>
              <w:docPart w:val="9A9D66C372534C739E9965C70289BE7B"/>
            </w:placeholder>
            <w:showingPlcHdr/>
          </w:sdtPr>
          <w:sdtContent>
            <w:tc>
              <w:tcPr>
                <w:tcW w:w="5722" w:type="dxa"/>
              </w:tcPr>
              <w:p w14:paraId="5090F39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0145AEF" w14:textId="77777777" w:rsidTr="00F565A7">
        <w:tc>
          <w:tcPr>
            <w:tcW w:w="3628" w:type="dxa"/>
            <w:vAlign w:val="center"/>
          </w:tcPr>
          <w:p w14:paraId="387A0BE2" w14:textId="77777777" w:rsidR="00F6472B" w:rsidRDefault="00F6472B" w:rsidP="001155E2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398022508"/>
            <w:placeholder>
              <w:docPart w:val="9A9D66C372534C739E9965C70289BE7B"/>
            </w:placeholder>
            <w:showingPlcHdr/>
          </w:sdtPr>
          <w:sdtContent>
            <w:tc>
              <w:tcPr>
                <w:tcW w:w="5722" w:type="dxa"/>
              </w:tcPr>
              <w:p w14:paraId="3D26AF00" w14:textId="01DC97B2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091737D" w14:textId="77777777" w:rsidTr="00F565A7">
        <w:tc>
          <w:tcPr>
            <w:tcW w:w="3628" w:type="dxa"/>
            <w:vAlign w:val="center"/>
          </w:tcPr>
          <w:p w14:paraId="77F144AF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898006980"/>
            <w:placeholder>
              <w:docPart w:val="9A9D66C372534C739E9965C70289BE7B"/>
            </w:placeholder>
            <w:showingPlcHdr/>
          </w:sdtPr>
          <w:sdtContent>
            <w:tc>
              <w:tcPr>
                <w:tcW w:w="5722" w:type="dxa"/>
              </w:tcPr>
              <w:p w14:paraId="7DE4E0CF" w14:textId="392E6037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0A4C21A" w14:textId="77777777" w:rsidTr="00F565A7">
        <w:tc>
          <w:tcPr>
            <w:tcW w:w="3628" w:type="dxa"/>
            <w:vAlign w:val="center"/>
          </w:tcPr>
          <w:p w14:paraId="770859D9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66BD910" w14:textId="77777777" w:rsidR="00F6472B" w:rsidRDefault="00F6472B" w:rsidP="001155E2"/>
        </w:tc>
        <w:sdt>
          <w:sdtPr>
            <w:id w:val="1214319654"/>
            <w:placeholder>
              <w:docPart w:val="9A9D66C372534C739E9965C70289BE7B"/>
            </w:placeholder>
            <w:showingPlcHdr/>
          </w:sdtPr>
          <w:sdtContent>
            <w:tc>
              <w:tcPr>
                <w:tcW w:w="5722" w:type="dxa"/>
              </w:tcPr>
              <w:p w14:paraId="4272FEC6" w14:textId="73C438DF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E81B44B" w14:textId="77777777" w:rsidTr="00F565A7">
        <w:tc>
          <w:tcPr>
            <w:tcW w:w="3628" w:type="dxa"/>
            <w:vAlign w:val="center"/>
          </w:tcPr>
          <w:p w14:paraId="5BB746EB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21289FA8" w14:textId="77777777" w:rsidR="00F6472B" w:rsidRDefault="00F6472B" w:rsidP="001155E2">
            <w:r>
              <w:t xml:space="preserve">Complete  </w:t>
            </w:r>
            <w:sdt>
              <w:sdtPr>
                <w:id w:val="127119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8941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455F2A8F" w14:textId="77777777" w:rsidTr="00F565A7">
        <w:tc>
          <w:tcPr>
            <w:tcW w:w="3628" w:type="dxa"/>
            <w:vAlign w:val="center"/>
          </w:tcPr>
          <w:p w14:paraId="40EE66EE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285543675"/>
            <w:placeholder>
              <w:docPart w:val="9A9D66C372534C739E9965C70289BE7B"/>
            </w:placeholder>
            <w:showingPlcHdr/>
          </w:sdtPr>
          <w:sdtContent>
            <w:tc>
              <w:tcPr>
                <w:tcW w:w="5722" w:type="dxa"/>
              </w:tcPr>
              <w:p w14:paraId="14EF8F75" w14:textId="4AF929DE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4807C2B0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6EF08C7C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1D4A5767" w14:textId="77777777" w:rsidR="00F6472B" w:rsidRDefault="00F6472B" w:rsidP="001155E2">
            <w:r>
              <w:t xml:space="preserve">Yes </w:t>
            </w:r>
            <w:sdt>
              <w:sdtPr>
                <w:id w:val="-83638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5942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3902FAD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4C395" w14:textId="0CCF441A" w:rsidR="00F6472B" w:rsidRDefault="00F6472B" w:rsidP="001155E2"/>
        </w:tc>
      </w:tr>
      <w:tr w:rsidR="00F6472B" w14:paraId="305D195E" w14:textId="77777777" w:rsidTr="00F565A7">
        <w:tc>
          <w:tcPr>
            <w:tcW w:w="3628" w:type="dxa"/>
            <w:vAlign w:val="center"/>
          </w:tcPr>
          <w:p w14:paraId="07AFCBCD" w14:textId="7E1668EB" w:rsidR="00F6472B" w:rsidRDefault="00F6472B" w:rsidP="001155E2">
            <w:r w:rsidRPr="00F4085D">
              <w:rPr>
                <w:b/>
                <w:bCs/>
              </w:rPr>
              <w:t>Role</w:t>
            </w:r>
          </w:p>
        </w:tc>
        <w:sdt>
          <w:sdtPr>
            <w:id w:val="2034073368"/>
            <w:placeholder>
              <w:docPart w:val="DF869C6F5D3147AC950C3101DC0177DE"/>
            </w:placeholder>
            <w:showingPlcHdr/>
          </w:sdtPr>
          <w:sdtContent>
            <w:tc>
              <w:tcPr>
                <w:tcW w:w="5722" w:type="dxa"/>
              </w:tcPr>
              <w:p w14:paraId="7E2A1B0F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17439DCB" w14:textId="77777777" w:rsidTr="00F565A7">
        <w:tc>
          <w:tcPr>
            <w:tcW w:w="3628" w:type="dxa"/>
            <w:vAlign w:val="center"/>
          </w:tcPr>
          <w:p w14:paraId="7EA2FBFE" w14:textId="77777777" w:rsidR="00F6472B" w:rsidRDefault="00F6472B" w:rsidP="001155E2">
            <w:r w:rsidRPr="00F4085D">
              <w:rPr>
                <w:b/>
                <w:bCs/>
              </w:rPr>
              <w:lastRenderedPageBreak/>
              <w:t>Institution</w:t>
            </w:r>
          </w:p>
        </w:tc>
        <w:sdt>
          <w:sdtPr>
            <w:id w:val="429777006"/>
            <w:placeholder>
              <w:docPart w:val="DF869C6F5D3147AC950C3101DC0177DE"/>
            </w:placeholder>
            <w:showingPlcHdr/>
          </w:sdtPr>
          <w:sdtContent>
            <w:tc>
              <w:tcPr>
                <w:tcW w:w="5722" w:type="dxa"/>
              </w:tcPr>
              <w:p w14:paraId="4DAA3F1A" w14:textId="58AA41D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0990A2DD" w14:textId="77777777" w:rsidTr="00F565A7">
        <w:tc>
          <w:tcPr>
            <w:tcW w:w="3628" w:type="dxa"/>
            <w:vAlign w:val="center"/>
          </w:tcPr>
          <w:p w14:paraId="180923F4" w14:textId="77777777" w:rsidR="00F6472B" w:rsidRDefault="00F6472B" w:rsidP="001155E2">
            <w:r>
              <w:rPr>
                <w:b/>
                <w:bCs/>
              </w:rPr>
              <w:t>Experience</w:t>
            </w:r>
            <w:r w:rsidRPr="00F4085D">
              <w:rPr>
                <w:b/>
                <w:bCs/>
              </w:rPr>
              <w:t xml:space="preserve"> Delivered</w:t>
            </w:r>
          </w:p>
        </w:tc>
        <w:sdt>
          <w:sdtPr>
            <w:id w:val="1505397423"/>
            <w:placeholder>
              <w:docPart w:val="DF869C6F5D3147AC950C3101DC0177DE"/>
            </w:placeholder>
            <w:showingPlcHdr/>
          </w:sdtPr>
          <w:sdtContent>
            <w:tc>
              <w:tcPr>
                <w:tcW w:w="5722" w:type="dxa"/>
              </w:tcPr>
              <w:p w14:paraId="31B50BC0" w14:textId="26F53A8B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F647D15" w14:textId="77777777" w:rsidTr="00F565A7">
        <w:tc>
          <w:tcPr>
            <w:tcW w:w="3628" w:type="dxa"/>
            <w:vAlign w:val="center"/>
          </w:tcPr>
          <w:p w14:paraId="0CC4B129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0CD2033" w14:textId="77777777" w:rsidR="00F6472B" w:rsidRDefault="00F6472B" w:rsidP="001155E2"/>
        </w:tc>
        <w:sdt>
          <w:sdtPr>
            <w:id w:val="-1094164113"/>
            <w:placeholder>
              <w:docPart w:val="DF869C6F5D3147AC950C3101DC0177DE"/>
            </w:placeholder>
            <w:showingPlcHdr/>
          </w:sdtPr>
          <w:sdtContent>
            <w:tc>
              <w:tcPr>
                <w:tcW w:w="5722" w:type="dxa"/>
              </w:tcPr>
              <w:p w14:paraId="0859281C" w14:textId="5A92BC4A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7807999C" w14:textId="77777777" w:rsidTr="00F565A7">
        <w:tc>
          <w:tcPr>
            <w:tcW w:w="3628" w:type="dxa"/>
            <w:vAlign w:val="center"/>
          </w:tcPr>
          <w:p w14:paraId="2D1F7056" w14:textId="77777777" w:rsidR="00F6472B" w:rsidRDefault="00F6472B" w:rsidP="001155E2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5722" w:type="dxa"/>
          </w:tcPr>
          <w:p w14:paraId="2A2567B0" w14:textId="77777777" w:rsidR="00F6472B" w:rsidRDefault="00F6472B" w:rsidP="001155E2">
            <w:r>
              <w:t xml:space="preserve">Complete  </w:t>
            </w:r>
            <w:sdt>
              <w:sdtPr>
                <w:id w:val="937255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3745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5FAC1D25" w14:textId="77777777" w:rsidTr="00F565A7">
        <w:tc>
          <w:tcPr>
            <w:tcW w:w="3628" w:type="dxa"/>
            <w:vAlign w:val="center"/>
          </w:tcPr>
          <w:p w14:paraId="569CEB3C" w14:textId="77777777" w:rsidR="00F6472B" w:rsidRDefault="00F6472B" w:rsidP="001155E2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934267778"/>
            <w:placeholder>
              <w:docPart w:val="DF869C6F5D3147AC950C3101DC0177DE"/>
            </w:placeholder>
            <w:showingPlcHdr/>
          </w:sdtPr>
          <w:sdtContent>
            <w:tc>
              <w:tcPr>
                <w:tcW w:w="5722" w:type="dxa"/>
              </w:tcPr>
              <w:p w14:paraId="5CF9367C" w14:textId="3CB45F9D" w:rsidR="00F6472B" w:rsidRDefault="00C51E21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D63D009" w14:textId="77777777" w:rsidTr="00F565A7">
        <w:tc>
          <w:tcPr>
            <w:tcW w:w="3628" w:type="dxa"/>
            <w:tcBorders>
              <w:bottom w:val="single" w:sz="4" w:space="0" w:color="auto"/>
            </w:tcBorders>
            <w:vAlign w:val="center"/>
          </w:tcPr>
          <w:p w14:paraId="68E6F612" w14:textId="77777777" w:rsidR="00F6472B" w:rsidRPr="00F4085D" w:rsidRDefault="00F6472B" w:rsidP="001155E2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5722" w:type="dxa"/>
            <w:tcBorders>
              <w:bottom w:val="single" w:sz="4" w:space="0" w:color="auto"/>
            </w:tcBorders>
          </w:tcPr>
          <w:p w14:paraId="7F7B0460" w14:textId="77777777" w:rsidR="00F6472B" w:rsidRDefault="00F6472B" w:rsidP="001155E2">
            <w:r>
              <w:t xml:space="preserve">Yes </w:t>
            </w:r>
            <w:sdt>
              <w:sdtPr>
                <w:id w:val="-128071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81993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0D162DBB" w14:textId="77777777" w:rsidTr="001155E2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30B82B" w14:textId="04622431" w:rsidR="00F6472B" w:rsidRDefault="00F6472B" w:rsidP="001155E2"/>
        </w:tc>
      </w:tr>
    </w:tbl>
    <w:p w14:paraId="4A15BAD9" w14:textId="77777777" w:rsidR="00F6472B" w:rsidRDefault="00F6472B" w:rsidP="00D92365">
      <w:pPr>
        <w:pStyle w:val="Heading1"/>
      </w:pPr>
    </w:p>
    <w:p w14:paraId="30199DA0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3EEBA42A" w14:textId="3EADE43C" w:rsidR="00D92365" w:rsidRDefault="00D92365" w:rsidP="00D92365">
      <w:pPr>
        <w:pStyle w:val="Heading1"/>
      </w:pPr>
      <w:r>
        <w:lastRenderedPageBreak/>
        <w:t>Audit &amp; QI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E405FD" w14:paraId="72327CDD" w14:textId="77777777" w:rsidTr="00E340BF">
        <w:tc>
          <w:tcPr>
            <w:tcW w:w="9350" w:type="dxa"/>
            <w:gridSpan w:val="2"/>
          </w:tcPr>
          <w:p w14:paraId="390E3C77" w14:textId="381B0FC1" w:rsidR="00E405FD" w:rsidRDefault="00E405FD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904028516"/>
                <w:placeholder>
                  <w:docPart w:val="E6C245B393DE41CF84C52FCABA8E1115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405FD" w14:paraId="1852F790" w14:textId="77777777" w:rsidTr="00E340BF">
        <w:tc>
          <w:tcPr>
            <w:tcW w:w="2830" w:type="dxa"/>
            <w:vAlign w:val="center"/>
          </w:tcPr>
          <w:p w14:paraId="15ED301C" w14:textId="77777777" w:rsidR="00E405FD" w:rsidRDefault="00E405FD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50990489"/>
            <w:placeholder>
              <w:docPart w:val="A40EB6BCD54E4205AE53748D79FB4E8F"/>
            </w:placeholder>
            <w:showingPlcHdr/>
          </w:sdtPr>
          <w:sdtContent>
            <w:tc>
              <w:tcPr>
                <w:tcW w:w="6520" w:type="dxa"/>
              </w:tcPr>
              <w:p w14:paraId="475B6588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64D5F73" w14:textId="77777777" w:rsidTr="00E340BF">
        <w:tc>
          <w:tcPr>
            <w:tcW w:w="2830" w:type="dxa"/>
            <w:vAlign w:val="center"/>
          </w:tcPr>
          <w:p w14:paraId="41F00B08" w14:textId="77777777" w:rsidR="00E405FD" w:rsidRDefault="00E405FD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0E402D4" w14:textId="77777777" w:rsidR="00E405FD" w:rsidRDefault="00E405FD" w:rsidP="00E340BF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75D7A1B8" w14:textId="77777777" w:rsidTr="00E340BF">
        <w:tc>
          <w:tcPr>
            <w:tcW w:w="2830" w:type="dxa"/>
            <w:vAlign w:val="center"/>
          </w:tcPr>
          <w:p w14:paraId="51538FD9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BD4858E43D43434C8257F870BABA19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DC26634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4E7E932B" w14:textId="77777777" w:rsidTr="00E340BF">
        <w:tc>
          <w:tcPr>
            <w:tcW w:w="2830" w:type="dxa"/>
            <w:vAlign w:val="center"/>
          </w:tcPr>
          <w:p w14:paraId="6C63FEF6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602449936"/>
            <w:placeholder>
              <w:docPart w:val="F3DE9E2EB1504B0A9B4BAF0F35C285E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390B97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256A507B" w14:textId="77777777" w:rsidTr="00E340BF">
        <w:tc>
          <w:tcPr>
            <w:tcW w:w="2830" w:type="dxa"/>
            <w:vAlign w:val="center"/>
          </w:tcPr>
          <w:p w14:paraId="68E0C75D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124D2676" w14:textId="77777777" w:rsidR="00E405FD" w:rsidRDefault="00E405FD" w:rsidP="00E340BF"/>
        </w:tc>
        <w:sdt>
          <w:sdtPr>
            <w:id w:val="-2029861939"/>
            <w:placeholder>
              <w:docPart w:val="C61A7A58DFA4487AA3060074DCB75178"/>
            </w:placeholder>
            <w:showingPlcHdr/>
          </w:sdtPr>
          <w:sdtContent>
            <w:tc>
              <w:tcPr>
                <w:tcW w:w="6520" w:type="dxa"/>
              </w:tcPr>
              <w:p w14:paraId="34C93105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A899081" w14:textId="77777777" w:rsidTr="00E340BF">
        <w:tc>
          <w:tcPr>
            <w:tcW w:w="2830" w:type="dxa"/>
            <w:vAlign w:val="center"/>
          </w:tcPr>
          <w:p w14:paraId="7A9E32FB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216BF25" w14:textId="77777777" w:rsidR="00E405FD" w:rsidRDefault="00E405FD" w:rsidP="00E340BF"/>
        </w:tc>
        <w:sdt>
          <w:sdtPr>
            <w:id w:val="-719363920"/>
            <w:placeholder>
              <w:docPart w:val="A07A18F0AA8E4E3587B4428343490F6A"/>
            </w:placeholder>
            <w:showingPlcHdr/>
          </w:sdtPr>
          <w:sdtContent>
            <w:tc>
              <w:tcPr>
                <w:tcW w:w="6520" w:type="dxa"/>
              </w:tcPr>
              <w:p w14:paraId="5DAFC0F0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9D95751" w14:textId="77777777" w:rsidTr="00E340BF">
        <w:tc>
          <w:tcPr>
            <w:tcW w:w="2830" w:type="dxa"/>
            <w:vAlign w:val="center"/>
          </w:tcPr>
          <w:p w14:paraId="4A796C1F" w14:textId="77777777" w:rsidR="00E405FD" w:rsidRDefault="00E405FD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825548099"/>
            <w:placeholder>
              <w:docPart w:val="78A6FD4F8AA94151A7ABE3634E5781EC"/>
            </w:placeholder>
            <w:showingPlcHdr/>
          </w:sdtPr>
          <w:sdtContent>
            <w:tc>
              <w:tcPr>
                <w:tcW w:w="6520" w:type="dxa"/>
              </w:tcPr>
              <w:p w14:paraId="2F35B123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829A0D9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1F7A2D4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42E8823" w14:textId="77777777" w:rsidR="00E405FD" w:rsidRDefault="00E405FD" w:rsidP="00E340BF">
            <w:r>
              <w:t xml:space="preserve">Yes </w:t>
            </w:r>
            <w:sdt>
              <w:sdtPr>
                <w:id w:val="-130778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1884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6AD758FB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C81AB" w14:textId="4BEF09B6" w:rsidR="00E405FD" w:rsidRDefault="00E405FD" w:rsidP="00E340BF"/>
        </w:tc>
      </w:tr>
      <w:tr w:rsidR="00E405FD" w14:paraId="05129D26" w14:textId="77777777" w:rsidTr="00E340BF">
        <w:tc>
          <w:tcPr>
            <w:tcW w:w="9350" w:type="dxa"/>
            <w:gridSpan w:val="2"/>
          </w:tcPr>
          <w:p w14:paraId="627D898C" w14:textId="28C2F679" w:rsidR="00E405FD" w:rsidRDefault="00E405FD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BA116B80A0B24275AD9BAD92175EE45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E405FD" w14:paraId="21DD7D6D" w14:textId="77777777" w:rsidTr="00E340BF">
        <w:tc>
          <w:tcPr>
            <w:tcW w:w="2830" w:type="dxa"/>
            <w:vAlign w:val="center"/>
          </w:tcPr>
          <w:p w14:paraId="362373C0" w14:textId="77777777" w:rsidR="00E405FD" w:rsidRDefault="00E405FD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BC00F86178E540DEA48D4190812F6EA7"/>
            </w:placeholder>
            <w:showingPlcHdr/>
          </w:sdtPr>
          <w:sdtContent>
            <w:tc>
              <w:tcPr>
                <w:tcW w:w="6520" w:type="dxa"/>
              </w:tcPr>
              <w:p w14:paraId="091C6864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33F01D4" w14:textId="77777777" w:rsidTr="00E340BF">
        <w:tc>
          <w:tcPr>
            <w:tcW w:w="2830" w:type="dxa"/>
            <w:vAlign w:val="center"/>
          </w:tcPr>
          <w:p w14:paraId="492181CF" w14:textId="77777777" w:rsidR="00E405FD" w:rsidRDefault="00E405FD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57DB96B" w14:textId="77777777" w:rsidR="00E405FD" w:rsidRDefault="00E405FD" w:rsidP="00E340BF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60E566F3" w14:textId="77777777" w:rsidTr="00E340BF">
        <w:tc>
          <w:tcPr>
            <w:tcW w:w="2830" w:type="dxa"/>
            <w:vAlign w:val="center"/>
          </w:tcPr>
          <w:p w14:paraId="0336188E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536F11A59A13442B8A81D7B897CA00D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D58C0B3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5494085A" w14:textId="77777777" w:rsidTr="00E340BF">
        <w:tc>
          <w:tcPr>
            <w:tcW w:w="2830" w:type="dxa"/>
            <w:vAlign w:val="center"/>
          </w:tcPr>
          <w:p w14:paraId="5BAB538A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7196C523B6E64D779DA05BA7E133B1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6B0B81D" w14:textId="77777777" w:rsidR="00E405FD" w:rsidRDefault="00E405FD" w:rsidP="00E340B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E405FD" w14:paraId="0666B01D" w14:textId="77777777" w:rsidTr="00E340BF">
        <w:tc>
          <w:tcPr>
            <w:tcW w:w="2830" w:type="dxa"/>
            <w:vAlign w:val="center"/>
          </w:tcPr>
          <w:p w14:paraId="4E113A0A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05EC6734" w14:textId="77777777" w:rsidR="00E405FD" w:rsidRDefault="00E405FD" w:rsidP="00E340BF"/>
        </w:tc>
        <w:sdt>
          <w:sdtPr>
            <w:id w:val="-347414704"/>
            <w:placeholder>
              <w:docPart w:val="CC0E60391A1D4058BD5C1D2C1264EC0D"/>
            </w:placeholder>
            <w:showingPlcHdr/>
          </w:sdtPr>
          <w:sdtContent>
            <w:tc>
              <w:tcPr>
                <w:tcW w:w="6520" w:type="dxa"/>
              </w:tcPr>
              <w:p w14:paraId="593FFA00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317A0E42" w14:textId="77777777" w:rsidTr="00E340BF">
        <w:tc>
          <w:tcPr>
            <w:tcW w:w="2830" w:type="dxa"/>
            <w:vAlign w:val="center"/>
          </w:tcPr>
          <w:p w14:paraId="2C7F0168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1F65C774" w14:textId="77777777" w:rsidR="00E405FD" w:rsidRDefault="00E405FD" w:rsidP="00E340BF"/>
        </w:tc>
        <w:sdt>
          <w:sdtPr>
            <w:id w:val="1700431310"/>
            <w:placeholder>
              <w:docPart w:val="105F01B9E56C44F19D76F46C3793E081"/>
            </w:placeholder>
            <w:showingPlcHdr/>
          </w:sdtPr>
          <w:sdtContent>
            <w:tc>
              <w:tcPr>
                <w:tcW w:w="6520" w:type="dxa"/>
              </w:tcPr>
              <w:p w14:paraId="1EA16A5C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20611FA9" w14:textId="77777777" w:rsidTr="00E340BF">
        <w:tc>
          <w:tcPr>
            <w:tcW w:w="2830" w:type="dxa"/>
            <w:vAlign w:val="center"/>
          </w:tcPr>
          <w:p w14:paraId="3281D4B7" w14:textId="77777777" w:rsidR="00E405FD" w:rsidRDefault="00E405FD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9A2B41C53A5C43E4B07ABACF556C08DA"/>
            </w:placeholder>
            <w:showingPlcHdr/>
          </w:sdtPr>
          <w:sdtContent>
            <w:tc>
              <w:tcPr>
                <w:tcW w:w="6520" w:type="dxa"/>
              </w:tcPr>
              <w:p w14:paraId="39CA490C" w14:textId="77777777" w:rsidR="00E405FD" w:rsidRDefault="00E405FD" w:rsidP="00E340B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405FD" w14:paraId="64F3AC5E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908691D" w14:textId="77777777" w:rsidR="00E405FD" w:rsidRPr="00F4085D" w:rsidRDefault="00E405FD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2B56BC1" w14:textId="77777777" w:rsidR="00E405FD" w:rsidRDefault="00E405FD" w:rsidP="00E340BF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405FD" w14:paraId="753027A0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88982" w14:textId="4B2D6D32" w:rsidR="00E405FD" w:rsidRDefault="00E405FD" w:rsidP="00E340BF"/>
        </w:tc>
      </w:tr>
      <w:tr w:rsidR="00F6472B" w14:paraId="78EEB850" w14:textId="77777777" w:rsidTr="00E340BF">
        <w:tc>
          <w:tcPr>
            <w:tcW w:w="9350" w:type="dxa"/>
            <w:gridSpan w:val="2"/>
          </w:tcPr>
          <w:p w14:paraId="60B41DF9" w14:textId="2581E8C5" w:rsidR="00F6472B" w:rsidRDefault="00F6472B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02355451"/>
                <w:placeholder>
                  <w:docPart w:val="2F32370169CB4C5895159E67DEE2C38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14:paraId="6389F99D" w14:textId="77777777" w:rsidTr="00E340BF">
        <w:tc>
          <w:tcPr>
            <w:tcW w:w="2830" w:type="dxa"/>
            <w:vAlign w:val="center"/>
          </w:tcPr>
          <w:p w14:paraId="7921D39D" w14:textId="77777777" w:rsidR="00F6472B" w:rsidRDefault="00F6472B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089689657"/>
            <w:placeholder>
              <w:docPart w:val="B7512FC2CD204CE585699EDD998AF55D"/>
            </w:placeholder>
            <w:showingPlcHdr/>
          </w:sdtPr>
          <w:sdtContent>
            <w:tc>
              <w:tcPr>
                <w:tcW w:w="6520" w:type="dxa"/>
              </w:tcPr>
              <w:p w14:paraId="21C0264C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63A7BC96" w14:textId="77777777" w:rsidTr="00E340BF">
        <w:tc>
          <w:tcPr>
            <w:tcW w:w="2830" w:type="dxa"/>
            <w:vAlign w:val="center"/>
          </w:tcPr>
          <w:p w14:paraId="3F39EB3B" w14:textId="77777777" w:rsidR="00F6472B" w:rsidRDefault="00F6472B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C01FF31" w14:textId="77777777" w:rsidR="00F6472B" w:rsidRDefault="00F6472B" w:rsidP="00E340BF">
            <w:r>
              <w:t xml:space="preserve">Yes </w:t>
            </w:r>
            <w:sdt>
              <w:sdtPr>
                <w:id w:val="-41477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20369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08221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370FF1B7" w14:textId="77777777" w:rsidTr="00E340BF">
        <w:tc>
          <w:tcPr>
            <w:tcW w:w="2830" w:type="dxa"/>
            <w:vAlign w:val="center"/>
          </w:tcPr>
          <w:p w14:paraId="34FAB2C4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401092603"/>
            <w:placeholder>
              <w:docPart w:val="7A9165B1CE794D60A778D3CC1210C73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10A8CEBD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182B1AC2" w14:textId="77777777" w:rsidTr="00E340BF">
        <w:tc>
          <w:tcPr>
            <w:tcW w:w="2830" w:type="dxa"/>
            <w:vAlign w:val="center"/>
          </w:tcPr>
          <w:p w14:paraId="79B8D723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2090375338"/>
            <w:placeholder>
              <w:docPart w:val="03A74EE845C6490090D3A4A031F7DC5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3225BDE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67EF6A7F" w14:textId="77777777" w:rsidTr="00E340BF">
        <w:tc>
          <w:tcPr>
            <w:tcW w:w="2830" w:type="dxa"/>
            <w:vAlign w:val="center"/>
          </w:tcPr>
          <w:p w14:paraId="48AE466A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0D0245A" w14:textId="77777777" w:rsidR="00F6472B" w:rsidRDefault="00F6472B" w:rsidP="00E340BF"/>
        </w:tc>
        <w:sdt>
          <w:sdtPr>
            <w:id w:val="-1213958682"/>
            <w:placeholder>
              <w:docPart w:val="5617550BBEFF4CAA8BA9056457A8A1B0"/>
            </w:placeholder>
            <w:showingPlcHdr/>
          </w:sdtPr>
          <w:sdtContent>
            <w:tc>
              <w:tcPr>
                <w:tcW w:w="6520" w:type="dxa"/>
              </w:tcPr>
              <w:p w14:paraId="2C0F745A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38506E95" w14:textId="77777777" w:rsidTr="00E340BF">
        <w:tc>
          <w:tcPr>
            <w:tcW w:w="2830" w:type="dxa"/>
            <w:vAlign w:val="center"/>
          </w:tcPr>
          <w:p w14:paraId="66D5871D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28AD62D7" w14:textId="77777777" w:rsidR="00F6472B" w:rsidRDefault="00F6472B" w:rsidP="00E340BF"/>
        </w:tc>
        <w:sdt>
          <w:sdtPr>
            <w:id w:val="1098675481"/>
            <w:placeholder>
              <w:docPart w:val="EEB0A8FE57DF4496B252D2F3FDDA5D66"/>
            </w:placeholder>
            <w:showingPlcHdr/>
          </w:sdtPr>
          <w:sdtContent>
            <w:tc>
              <w:tcPr>
                <w:tcW w:w="6520" w:type="dxa"/>
              </w:tcPr>
              <w:p w14:paraId="1EB59CE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3DCAF41A" w14:textId="77777777" w:rsidTr="00E340BF">
        <w:tc>
          <w:tcPr>
            <w:tcW w:w="2830" w:type="dxa"/>
            <w:vAlign w:val="center"/>
          </w:tcPr>
          <w:p w14:paraId="00AF13DD" w14:textId="77777777" w:rsidR="00F6472B" w:rsidRDefault="00F6472B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607039220"/>
            <w:placeholder>
              <w:docPart w:val="F141247DA60840A2988B418F8C8BBAE4"/>
            </w:placeholder>
            <w:showingPlcHdr/>
          </w:sdtPr>
          <w:sdtContent>
            <w:tc>
              <w:tcPr>
                <w:tcW w:w="6520" w:type="dxa"/>
              </w:tcPr>
              <w:p w14:paraId="5799AE92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2AD79FD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035F51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26C600B" w14:textId="77777777" w:rsidR="00F6472B" w:rsidRDefault="00F6472B" w:rsidP="00E340BF">
            <w:r>
              <w:t xml:space="preserve">Yes </w:t>
            </w:r>
            <w:sdt>
              <w:sdtPr>
                <w:id w:val="109622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939440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145E25BE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D9947" w14:textId="6FF8592C" w:rsidR="00F6472B" w:rsidRDefault="00F6472B" w:rsidP="00E340BF"/>
        </w:tc>
      </w:tr>
      <w:tr w:rsidR="00F6472B" w14:paraId="0295947B" w14:textId="77777777" w:rsidTr="00E340BF">
        <w:tc>
          <w:tcPr>
            <w:tcW w:w="9350" w:type="dxa"/>
            <w:gridSpan w:val="2"/>
          </w:tcPr>
          <w:p w14:paraId="34F05264" w14:textId="2E1A1D6C" w:rsidR="00F6472B" w:rsidRDefault="00F6472B" w:rsidP="00E340BF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63419758"/>
                <w:placeholder>
                  <w:docPart w:val="C865D4418BF849BCA670C2F56273E1DF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6472B" w14:paraId="4D2B2BD0" w14:textId="77777777" w:rsidTr="00E340BF">
        <w:tc>
          <w:tcPr>
            <w:tcW w:w="2830" w:type="dxa"/>
            <w:vAlign w:val="center"/>
          </w:tcPr>
          <w:p w14:paraId="3F6DF778" w14:textId="77777777" w:rsidR="00F6472B" w:rsidRDefault="00F6472B" w:rsidP="00E340BF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1571541625"/>
            <w:placeholder>
              <w:docPart w:val="175C676AB37241F996F700DCB83828B4"/>
            </w:placeholder>
            <w:showingPlcHdr/>
          </w:sdtPr>
          <w:sdtContent>
            <w:tc>
              <w:tcPr>
                <w:tcW w:w="6520" w:type="dxa"/>
              </w:tcPr>
              <w:p w14:paraId="78BB86B1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B0F1C7D" w14:textId="77777777" w:rsidTr="00E340BF">
        <w:tc>
          <w:tcPr>
            <w:tcW w:w="2830" w:type="dxa"/>
            <w:vAlign w:val="center"/>
          </w:tcPr>
          <w:p w14:paraId="0C3C999E" w14:textId="77777777" w:rsidR="00F6472B" w:rsidRDefault="00F6472B" w:rsidP="00E340BF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BDDE7B7" w14:textId="77777777" w:rsidR="00F6472B" w:rsidRDefault="00F6472B" w:rsidP="00E340BF">
            <w:r>
              <w:t xml:space="preserve">Yes </w:t>
            </w:r>
            <w:sdt>
              <w:sdtPr>
                <w:id w:val="-98184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5128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55398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65B829E8" w14:textId="77777777" w:rsidTr="00E340BF">
        <w:tc>
          <w:tcPr>
            <w:tcW w:w="2830" w:type="dxa"/>
            <w:vAlign w:val="center"/>
          </w:tcPr>
          <w:p w14:paraId="6DC4CC69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306367425"/>
            <w:placeholder>
              <w:docPart w:val="B859A810009242869D3B613F6EF1F3E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1E2D2A7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3ABF1E85" w14:textId="77777777" w:rsidTr="00E340BF">
        <w:tc>
          <w:tcPr>
            <w:tcW w:w="2830" w:type="dxa"/>
            <w:vAlign w:val="center"/>
          </w:tcPr>
          <w:p w14:paraId="652C8FEE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43653307"/>
            <w:placeholder>
              <w:docPart w:val="7D9E8494F0994338BB13B91A37B728E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99A97D1" w14:textId="77777777" w:rsidR="00F6472B" w:rsidRDefault="00F6472B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6472B" w14:paraId="41AC60C3" w14:textId="77777777" w:rsidTr="00E340BF">
        <w:tc>
          <w:tcPr>
            <w:tcW w:w="2830" w:type="dxa"/>
            <w:vAlign w:val="center"/>
          </w:tcPr>
          <w:p w14:paraId="510295E1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B3CB01A" w14:textId="77777777" w:rsidR="00F6472B" w:rsidRDefault="00F6472B" w:rsidP="00E340BF"/>
        </w:tc>
        <w:sdt>
          <w:sdtPr>
            <w:id w:val="-63570268"/>
            <w:placeholder>
              <w:docPart w:val="C06F2FBB378E40009328D42EF74B0430"/>
            </w:placeholder>
            <w:showingPlcHdr/>
          </w:sdtPr>
          <w:sdtContent>
            <w:tc>
              <w:tcPr>
                <w:tcW w:w="6520" w:type="dxa"/>
              </w:tcPr>
              <w:p w14:paraId="123CCDB5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55B0CAF8" w14:textId="77777777" w:rsidTr="00E340BF">
        <w:tc>
          <w:tcPr>
            <w:tcW w:w="2830" w:type="dxa"/>
            <w:vAlign w:val="center"/>
          </w:tcPr>
          <w:p w14:paraId="0D08E1AC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8C64C3E" w14:textId="77777777" w:rsidR="00F6472B" w:rsidRDefault="00F6472B" w:rsidP="00E340BF"/>
        </w:tc>
        <w:sdt>
          <w:sdtPr>
            <w:id w:val="1322468295"/>
            <w:placeholder>
              <w:docPart w:val="93050F611CD740249501ED3F4C09AAA7"/>
            </w:placeholder>
            <w:showingPlcHdr/>
          </w:sdtPr>
          <w:sdtContent>
            <w:tc>
              <w:tcPr>
                <w:tcW w:w="6520" w:type="dxa"/>
              </w:tcPr>
              <w:p w14:paraId="5A67A84F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4FDFB840" w14:textId="77777777" w:rsidTr="00E340BF">
        <w:tc>
          <w:tcPr>
            <w:tcW w:w="2830" w:type="dxa"/>
            <w:vAlign w:val="center"/>
          </w:tcPr>
          <w:p w14:paraId="7A6777FD" w14:textId="77777777" w:rsidR="00F6472B" w:rsidRDefault="00F6472B" w:rsidP="00E340BF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848982865"/>
            <w:placeholder>
              <w:docPart w:val="D2CF0E9452CD47EC93C07B2EB7409954"/>
            </w:placeholder>
            <w:showingPlcHdr/>
          </w:sdtPr>
          <w:sdtContent>
            <w:tc>
              <w:tcPr>
                <w:tcW w:w="6520" w:type="dxa"/>
              </w:tcPr>
              <w:p w14:paraId="6E731453" w14:textId="77777777" w:rsidR="00F6472B" w:rsidRDefault="00F6472B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14:paraId="2F3A8DD0" w14:textId="77777777" w:rsidTr="00E340BF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4AC5214" w14:textId="77777777" w:rsidR="00F6472B" w:rsidRPr="00F4085D" w:rsidRDefault="00F6472B" w:rsidP="00E340B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1D5B981" w14:textId="77777777" w:rsidR="00F6472B" w:rsidRDefault="00F6472B" w:rsidP="00E340BF">
            <w:r>
              <w:t xml:space="preserve">Yes </w:t>
            </w:r>
            <w:sdt>
              <w:sdtPr>
                <w:id w:val="-142064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1494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51E21" w14:paraId="57C7587A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97C03" w14:textId="77777777" w:rsidR="00C51E21" w:rsidRDefault="00C51E21" w:rsidP="000B319E"/>
        </w:tc>
      </w:tr>
      <w:tr w:rsidR="00C51E21" w14:paraId="57EC9A65" w14:textId="77777777" w:rsidTr="000B319E">
        <w:tc>
          <w:tcPr>
            <w:tcW w:w="9350" w:type="dxa"/>
            <w:gridSpan w:val="2"/>
          </w:tcPr>
          <w:p w14:paraId="159A34E9" w14:textId="77777777" w:rsidR="00C51E21" w:rsidRDefault="00C51E21" w:rsidP="000B319E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2635963"/>
                <w:placeholder>
                  <w:docPart w:val="8D2B12D57AE048AAA2EF9CCFFAB76CD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1E21" w14:paraId="33967FE7" w14:textId="77777777" w:rsidTr="000B319E">
        <w:tc>
          <w:tcPr>
            <w:tcW w:w="2830" w:type="dxa"/>
            <w:vAlign w:val="center"/>
          </w:tcPr>
          <w:p w14:paraId="2AEC0709" w14:textId="77777777" w:rsidR="00C51E21" w:rsidRDefault="00C51E21" w:rsidP="000B319E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382059749"/>
            <w:placeholder>
              <w:docPart w:val="453700A7646942F2BD63AF402BA14480"/>
            </w:placeholder>
            <w:showingPlcHdr/>
          </w:sdtPr>
          <w:sdtContent>
            <w:tc>
              <w:tcPr>
                <w:tcW w:w="6520" w:type="dxa"/>
              </w:tcPr>
              <w:p w14:paraId="3BD69ECA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00031F52" w14:textId="77777777" w:rsidTr="000B319E">
        <w:tc>
          <w:tcPr>
            <w:tcW w:w="2830" w:type="dxa"/>
            <w:vAlign w:val="center"/>
          </w:tcPr>
          <w:p w14:paraId="2FB59690" w14:textId="77777777" w:rsidR="00C51E21" w:rsidRDefault="00C51E21" w:rsidP="000B319E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645DDD64" w14:textId="77777777" w:rsidR="00C51E21" w:rsidRDefault="00C51E21" w:rsidP="000B319E">
            <w:r>
              <w:t xml:space="preserve">Yes </w:t>
            </w:r>
            <w:sdt>
              <w:sdtPr>
                <w:id w:val="-19245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75251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211180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51E21" w14:paraId="01A01DAD" w14:textId="77777777" w:rsidTr="000B319E">
        <w:tc>
          <w:tcPr>
            <w:tcW w:w="2830" w:type="dxa"/>
            <w:vAlign w:val="center"/>
          </w:tcPr>
          <w:p w14:paraId="12D5460A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404869589"/>
            <w:placeholder>
              <w:docPart w:val="639BDD1D154C4B5BAE6044A1A2234F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1AEC986C" w14:textId="77777777" w:rsidR="00C51E21" w:rsidRDefault="00C51E21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51E21" w14:paraId="41745CAA" w14:textId="77777777" w:rsidTr="000B319E">
        <w:tc>
          <w:tcPr>
            <w:tcW w:w="2830" w:type="dxa"/>
            <w:vAlign w:val="center"/>
          </w:tcPr>
          <w:p w14:paraId="769F14AD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690131034"/>
            <w:placeholder>
              <w:docPart w:val="0BB457D846CC4661990964369CB488D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4FE93A74" w14:textId="77777777" w:rsidR="00C51E21" w:rsidRDefault="00C51E21" w:rsidP="000B319E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51E21" w14:paraId="33ACD9F1" w14:textId="77777777" w:rsidTr="000B319E">
        <w:tc>
          <w:tcPr>
            <w:tcW w:w="2830" w:type="dxa"/>
            <w:vAlign w:val="center"/>
          </w:tcPr>
          <w:p w14:paraId="2813CE82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1AE62885" w14:textId="77777777" w:rsidR="00C51E21" w:rsidRDefault="00C51E21" w:rsidP="000B319E"/>
        </w:tc>
        <w:sdt>
          <w:sdtPr>
            <w:id w:val="1170599596"/>
            <w:placeholder>
              <w:docPart w:val="59B20B04DC404780AB461F5AB28E7887"/>
            </w:placeholder>
            <w:showingPlcHdr/>
          </w:sdtPr>
          <w:sdtContent>
            <w:tc>
              <w:tcPr>
                <w:tcW w:w="6520" w:type="dxa"/>
              </w:tcPr>
              <w:p w14:paraId="0AAD4140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625E87A7" w14:textId="77777777" w:rsidTr="000B319E">
        <w:tc>
          <w:tcPr>
            <w:tcW w:w="2830" w:type="dxa"/>
            <w:vAlign w:val="center"/>
          </w:tcPr>
          <w:p w14:paraId="0931B40B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2D4B408" w14:textId="77777777" w:rsidR="00C51E21" w:rsidRDefault="00C51E21" w:rsidP="000B319E"/>
        </w:tc>
        <w:sdt>
          <w:sdtPr>
            <w:id w:val="-1612743422"/>
            <w:placeholder>
              <w:docPart w:val="17330DF4B14C4408A5C17EA4C619DADF"/>
            </w:placeholder>
            <w:showingPlcHdr/>
          </w:sdtPr>
          <w:sdtContent>
            <w:tc>
              <w:tcPr>
                <w:tcW w:w="6520" w:type="dxa"/>
              </w:tcPr>
              <w:p w14:paraId="450B6CED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265D4BD1" w14:textId="77777777" w:rsidTr="000B319E">
        <w:tc>
          <w:tcPr>
            <w:tcW w:w="2830" w:type="dxa"/>
            <w:vAlign w:val="center"/>
          </w:tcPr>
          <w:p w14:paraId="5F86FD6A" w14:textId="77777777" w:rsidR="00C51E21" w:rsidRDefault="00C51E21" w:rsidP="000B319E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396869013"/>
            <w:placeholder>
              <w:docPart w:val="AD73B486324F417D9E77C4E4B5534FE1"/>
            </w:placeholder>
            <w:showingPlcHdr/>
          </w:sdtPr>
          <w:sdtContent>
            <w:tc>
              <w:tcPr>
                <w:tcW w:w="6520" w:type="dxa"/>
              </w:tcPr>
              <w:p w14:paraId="58B4ACFD" w14:textId="77777777" w:rsidR="00C51E21" w:rsidRDefault="00C51E21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1E21" w14:paraId="0E0BEB00" w14:textId="77777777" w:rsidTr="000B319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4324599" w14:textId="77777777" w:rsidR="00C51E21" w:rsidRPr="00F4085D" w:rsidRDefault="00C51E21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77A4F304" w14:textId="77777777" w:rsidR="00C51E21" w:rsidRDefault="00C51E21" w:rsidP="000B319E">
            <w:r>
              <w:t xml:space="preserve">Yes </w:t>
            </w:r>
            <w:sdt>
              <w:sdtPr>
                <w:id w:val="17173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2286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14:paraId="042C0FA1" w14:textId="77777777" w:rsidTr="00E340B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F3974" w14:textId="183E6E4C" w:rsidR="00F6472B" w:rsidRDefault="00F6472B" w:rsidP="00E340BF"/>
        </w:tc>
      </w:tr>
    </w:tbl>
    <w:p w14:paraId="4919923B" w14:textId="77777777" w:rsidR="00F6472B" w:rsidRDefault="00F6472B" w:rsidP="003F7C09">
      <w:pPr>
        <w:pStyle w:val="Heading1"/>
      </w:pPr>
    </w:p>
    <w:p w14:paraId="5C9DEF4D" w14:textId="77777777" w:rsidR="00F6472B" w:rsidRDefault="00F6472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3E409590" w14:textId="750BB14E" w:rsidR="003F7C09" w:rsidRPr="00260F73" w:rsidRDefault="003F7C09" w:rsidP="003F7C09">
      <w:pPr>
        <w:pStyle w:val="Heading1"/>
      </w:pPr>
      <w:r w:rsidRPr="00260F73">
        <w:lastRenderedPageBreak/>
        <w:t xml:space="preserve">Teaching </w:t>
      </w:r>
      <w:r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3F7C09" w:rsidRPr="00260F73" w14:paraId="7D7A39B8" w14:textId="77777777" w:rsidTr="00301354">
        <w:tc>
          <w:tcPr>
            <w:tcW w:w="2689" w:type="dxa"/>
          </w:tcPr>
          <w:p w14:paraId="4E144C07" w14:textId="21F03659" w:rsidR="003F7C09" w:rsidRPr="00260F73" w:rsidRDefault="003F7C09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F0889D99466A4E659F6112730D87D289"/>
            </w:placeholder>
            <w:showingPlcHdr/>
          </w:sdtPr>
          <w:sdtContent>
            <w:tc>
              <w:tcPr>
                <w:tcW w:w="6661" w:type="dxa"/>
              </w:tcPr>
              <w:p w14:paraId="7BB58347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052FACA" w14:textId="77777777" w:rsidTr="00301354">
        <w:tc>
          <w:tcPr>
            <w:tcW w:w="2689" w:type="dxa"/>
          </w:tcPr>
          <w:p w14:paraId="55053CA8" w14:textId="77777777" w:rsidR="003F7C09" w:rsidRPr="00260F73" w:rsidRDefault="003F7C09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54A4DD7D2DB344F08172A6338CC20A7F"/>
            </w:placeholder>
            <w:showingPlcHdr/>
          </w:sdtPr>
          <w:sdtContent>
            <w:tc>
              <w:tcPr>
                <w:tcW w:w="6661" w:type="dxa"/>
              </w:tcPr>
              <w:p w14:paraId="44F4D9C4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239A416" w14:textId="77777777" w:rsidTr="00301354">
        <w:tc>
          <w:tcPr>
            <w:tcW w:w="2689" w:type="dxa"/>
          </w:tcPr>
          <w:p w14:paraId="0A6BCEE9" w14:textId="77777777" w:rsidR="003F7C09" w:rsidRPr="00260F73" w:rsidRDefault="003F7C09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17DAF515FA7B4CA2A2B4EAE9FEC8696E"/>
            </w:placeholder>
            <w:showingPlcHdr/>
          </w:sdtPr>
          <w:sdtContent>
            <w:tc>
              <w:tcPr>
                <w:tcW w:w="6661" w:type="dxa"/>
              </w:tcPr>
              <w:p w14:paraId="64ED649C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9DC664C" w14:textId="77777777" w:rsidTr="00301354">
        <w:tc>
          <w:tcPr>
            <w:tcW w:w="2689" w:type="dxa"/>
          </w:tcPr>
          <w:p w14:paraId="78588800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766680D" w14:textId="77777777" w:rsidR="003F7C09" w:rsidRPr="00260F73" w:rsidRDefault="003F7C09" w:rsidP="00301354"/>
        </w:tc>
        <w:sdt>
          <w:sdtPr>
            <w:id w:val="206851474"/>
            <w:placeholder>
              <w:docPart w:val="5B1A7C121E8A454D91A7EE2B4FF3252B"/>
            </w:placeholder>
            <w:showingPlcHdr/>
          </w:sdtPr>
          <w:sdtContent>
            <w:tc>
              <w:tcPr>
                <w:tcW w:w="6661" w:type="dxa"/>
              </w:tcPr>
              <w:p w14:paraId="2EB2BBD3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86AADD2" w14:textId="77777777" w:rsidTr="00301354">
        <w:tc>
          <w:tcPr>
            <w:tcW w:w="2689" w:type="dxa"/>
          </w:tcPr>
          <w:p w14:paraId="374D2084" w14:textId="77777777" w:rsidR="003F7C09" w:rsidRPr="00260F73" w:rsidRDefault="003F7C09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4E5368E" w14:textId="77777777" w:rsidR="003F7C09" w:rsidRPr="00260F73" w:rsidRDefault="003F7C09" w:rsidP="00301354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4199813B" w14:textId="77777777" w:rsidTr="00301354">
        <w:tc>
          <w:tcPr>
            <w:tcW w:w="2689" w:type="dxa"/>
          </w:tcPr>
          <w:p w14:paraId="7F9B08A8" w14:textId="77777777" w:rsidR="003F7C09" w:rsidRPr="00260F73" w:rsidRDefault="003F7C09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D4868398F55D407188C4A6618C7B7084"/>
            </w:placeholder>
            <w:showingPlcHdr/>
          </w:sdtPr>
          <w:sdtContent>
            <w:tc>
              <w:tcPr>
                <w:tcW w:w="6661" w:type="dxa"/>
              </w:tcPr>
              <w:p w14:paraId="79A81E26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020AB66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506EC65C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4BC8AAB" w14:textId="77777777" w:rsidR="003F7C09" w:rsidRPr="00260F73" w:rsidRDefault="003F7C09" w:rsidP="00301354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79C6D47F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C2366" w14:textId="193D2923" w:rsidR="003F7C09" w:rsidRPr="00260F73" w:rsidRDefault="003F7C09" w:rsidP="00301354"/>
        </w:tc>
      </w:tr>
      <w:tr w:rsidR="003F7C09" w:rsidRPr="00260F73" w14:paraId="77989636" w14:textId="77777777" w:rsidTr="00301354">
        <w:tc>
          <w:tcPr>
            <w:tcW w:w="2689" w:type="dxa"/>
          </w:tcPr>
          <w:p w14:paraId="5BD3012C" w14:textId="15B78715" w:rsidR="003F7C09" w:rsidRPr="00260F73" w:rsidRDefault="003F7C09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6E0E3AECCEB845A99F8E3E38266E5E1B"/>
            </w:placeholder>
            <w:showingPlcHdr/>
          </w:sdtPr>
          <w:sdtContent>
            <w:tc>
              <w:tcPr>
                <w:tcW w:w="6661" w:type="dxa"/>
              </w:tcPr>
              <w:p w14:paraId="48E0EAB2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40AFE319" w14:textId="77777777" w:rsidTr="00301354">
        <w:tc>
          <w:tcPr>
            <w:tcW w:w="2689" w:type="dxa"/>
          </w:tcPr>
          <w:p w14:paraId="33C796DF" w14:textId="77777777" w:rsidR="003F7C09" w:rsidRPr="00260F73" w:rsidRDefault="003F7C09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46CE999B15A0491AA715D70492D2431A"/>
            </w:placeholder>
            <w:showingPlcHdr/>
          </w:sdtPr>
          <w:sdtContent>
            <w:tc>
              <w:tcPr>
                <w:tcW w:w="6661" w:type="dxa"/>
              </w:tcPr>
              <w:p w14:paraId="0AF3A93B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021C607B" w14:textId="77777777" w:rsidTr="00301354">
        <w:tc>
          <w:tcPr>
            <w:tcW w:w="2689" w:type="dxa"/>
          </w:tcPr>
          <w:p w14:paraId="36A8056F" w14:textId="77777777" w:rsidR="003F7C09" w:rsidRPr="00260F73" w:rsidRDefault="003F7C09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27B970963E294AF6AD8DE1EFE41A6980"/>
            </w:placeholder>
            <w:showingPlcHdr/>
          </w:sdtPr>
          <w:sdtContent>
            <w:tc>
              <w:tcPr>
                <w:tcW w:w="6661" w:type="dxa"/>
              </w:tcPr>
              <w:p w14:paraId="66E53483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8E1B8F8" w14:textId="77777777" w:rsidTr="00301354">
        <w:tc>
          <w:tcPr>
            <w:tcW w:w="2689" w:type="dxa"/>
          </w:tcPr>
          <w:p w14:paraId="15AE0ED3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517B7AB6" w14:textId="77777777" w:rsidR="003F7C09" w:rsidRPr="00260F73" w:rsidRDefault="003F7C09" w:rsidP="00301354"/>
        </w:tc>
        <w:sdt>
          <w:sdtPr>
            <w:id w:val="428003593"/>
            <w:placeholder>
              <w:docPart w:val="7C3B13A6D77C4428B353239402C7DB1D"/>
            </w:placeholder>
            <w:showingPlcHdr/>
          </w:sdtPr>
          <w:sdtContent>
            <w:tc>
              <w:tcPr>
                <w:tcW w:w="6661" w:type="dxa"/>
              </w:tcPr>
              <w:p w14:paraId="091F8298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2A74AEA3" w14:textId="77777777" w:rsidTr="00301354">
        <w:tc>
          <w:tcPr>
            <w:tcW w:w="2689" w:type="dxa"/>
          </w:tcPr>
          <w:p w14:paraId="2681BAF7" w14:textId="77777777" w:rsidR="003F7C09" w:rsidRPr="00260F73" w:rsidRDefault="003F7C09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9EE6A66" w14:textId="77777777" w:rsidR="003F7C09" w:rsidRPr="00260F73" w:rsidRDefault="003F7C09" w:rsidP="00301354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1CC7166F" w14:textId="77777777" w:rsidTr="00301354">
        <w:tc>
          <w:tcPr>
            <w:tcW w:w="2689" w:type="dxa"/>
          </w:tcPr>
          <w:p w14:paraId="595C660D" w14:textId="77777777" w:rsidR="003F7C09" w:rsidRPr="00260F73" w:rsidRDefault="003F7C09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3B09949D00CB4354BD464DF4FDE8064F"/>
            </w:placeholder>
            <w:showingPlcHdr/>
          </w:sdtPr>
          <w:sdtContent>
            <w:tc>
              <w:tcPr>
                <w:tcW w:w="6661" w:type="dxa"/>
              </w:tcPr>
              <w:p w14:paraId="48C3DB76" w14:textId="77777777" w:rsidR="003F7C09" w:rsidRPr="00260F73" w:rsidRDefault="003F7C09" w:rsidP="00301354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F7C09" w:rsidRPr="00260F73" w14:paraId="1F2FA64C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11DA2F33" w14:textId="77777777" w:rsidR="003F7C09" w:rsidRPr="00260F73" w:rsidRDefault="003F7C09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7A516229" w14:textId="77777777" w:rsidR="003F7C09" w:rsidRPr="00260F73" w:rsidRDefault="003F7C09" w:rsidP="00301354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F7C09" w:rsidRPr="00260F73" w14:paraId="0E0322B2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B7E91" w14:textId="3270353F" w:rsidR="003F7C09" w:rsidRPr="00260F73" w:rsidRDefault="003F7C09" w:rsidP="00301354"/>
        </w:tc>
      </w:tr>
      <w:tr w:rsidR="00F6472B" w:rsidRPr="00260F73" w14:paraId="2E93792A" w14:textId="77777777" w:rsidTr="00301354">
        <w:tc>
          <w:tcPr>
            <w:tcW w:w="2689" w:type="dxa"/>
          </w:tcPr>
          <w:p w14:paraId="60B2896A" w14:textId="13E88EC5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594856721"/>
            <w:placeholder>
              <w:docPart w:val="2ACC179BD28F47189E7F08F862CCF06E"/>
            </w:placeholder>
            <w:showingPlcHdr/>
          </w:sdtPr>
          <w:sdtContent>
            <w:tc>
              <w:tcPr>
                <w:tcW w:w="6661" w:type="dxa"/>
              </w:tcPr>
              <w:p w14:paraId="3C4E9AC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913E972" w14:textId="77777777" w:rsidTr="00301354">
        <w:tc>
          <w:tcPr>
            <w:tcW w:w="2689" w:type="dxa"/>
          </w:tcPr>
          <w:p w14:paraId="6A9C09AF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477601986"/>
            <w:placeholder>
              <w:docPart w:val="EBE80A4C71A94429B7CD106FE55CBFFF"/>
            </w:placeholder>
            <w:showingPlcHdr/>
          </w:sdtPr>
          <w:sdtContent>
            <w:tc>
              <w:tcPr>
                <w:tcW w:w="6661" w:type="dxa"/>
              </w:tcPr>
              <w:p w14:paraId="7F2C7F1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61A116C" w14:textId="77777777" w:rsidTr="00301354">
        <w:tc>
          <w:tcPr>
            <w:tcW w:w="2689" w:type="dxa"/>
          </w:tcPr>
          <w:p w14:paraId="3BEFA9D5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058627685"/>
            <w:placeholder>
              <w:docPart w:val="779282A457474E50B6DFD55384AE51B2"/>
            </w:placeholder>
            <w:showingPlcHdr/>
          </w:sdtPr>
          <w:sdtContent>
            <w:tc>
              <w:tcPr>
                <w:tcW w:w="6661" w:type="dxa"/>
              </w:tcPr>
              <w:p w14:paraId="74532E09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7B16CF47" w14:textId="77777777" w:rsidTr="00301354">
        <w:tc>
          <w:tcPr>
            <w:tcW w:w="2689" w:type="dxa"/>
          </w:tcPr>
          <w:p w14:paraId="211B2358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927A8E8" w14:textId="77777777" w:rsidR="00F6472B" w:rsidRPr="00260F73" w:rsidRDefault="00F6472B" w:rsidP="00301354"/>
        </w:tc>
        <w:sdt>
          <w:sdtPr>
            <w:id w:val="1769885615"/>
            <w:placeholder>
              <w:docPart w:val="232C86A24A0B4F13A175D042698AE81A"/>
            </w:placeholder>
            <w:showingPlcHdr/>
          </w:sdtPr>
          <w:sdtContent>
            <w:tc>
              <w:tcPr>
                <w:tcW w:w="6661" w:type="dxa"/>
              </w:tcPr>
              <w:p w14:paraId="7187A02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6995CD23" w14:textId="77777777" w:rsidTr="00301354">
        <w:tc>
          <w:tcPr>
            <w:tcW w:w="2689" w:type="dxa"/>
          </w:tcPr>
          <w:p w14:paraId="351AC71D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F5561CD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136965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12503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F5BB249" w14:textId="77777777" w:rsidTr="00301354">
        <w:tc>
          <w:tcPr>
            <w:tcW w:w="2689" w:type="dxa"/>
          </w:tcPr>
          <w:p w14:paraId="32EBA57C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335839155"/>
            <w:placeholder>
              <w:docPart w:val="11EF346D4CFA4552BD3CA72ED3E5827F"/>
            </w:placeholder>
            <w:showingPlcHdr/>
          </w:sdtPr>
          <w:sdtContent>
            <w:tc>
              <w:tcPr>
                <w:tcW w:w="6661" w:type="dxa"/>
              </w:tcPr>
              <w:p w14:paraId="153863D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71B82A8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6BD3594F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6160DC8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-79530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01822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ABE077E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702812" w14:textId="6064BE62" w:rsidR="00F6472B" w:rsidRPr="00260F73" w:rsidRDefault="00F6472B" w:rsidP="00301354"/>
        </w:tc>
      </w:tr>
      <w:tr w:rsidR="00F6472B" w:rsidRPr="00260F73" w14:paraId="44E7F4DB" w14:textId="77777777" w:rsidTr="00301354">
        <w:tc>
          <w:tcPr>
            <w:tcW w:w="2689" w:type="dxa"/>
          </w:tcPr>
          <w:p w14:paraId="02E99FF8" w14:textId="2EC7959C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126002235"/>
            <w:placeholder>
              <w:docPart w:val="94A8E756A0074309B1C9E128B5F66D69"/>
            </w:placeholder>
            <w:showingPlcHdr/>
          </w:sdtPr>
          <w:sdtContent>
            <w:tc>
              <w:tcPr>
                <w:tcW w:w="6661" w:type="dxa"/>
              </w:tcPr>
              <w:p w14:paraId="57AA8CCA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D0F06E9" w14:textId="77777777" w:rsidTr="00301354">
        <w:tc>
          <w:tcPr>
            <w:tcW w:w="2689" w:type="dxa"/>
          </w:tcPr>
          <w:p w14:paraId="11A94D61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048133068"/>
            <w:placeholder>
              <w:docPart w:val="6CFF5A86E25249998CA62378B5D10943"/>
            </w:placeholder>
            <w:showingPlcHdr/>
          </w:sdtPr>
          <w:sdtContent>
            <w:tc>
              <w:tcPr>
                <w:tcW w:w="6661" w:type="dxa"/>
              </w:tcPr>
              <w:p w14:paraId="270A313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47F44FF6" w14:textId="77777777" w:rsidTr="00301354">
        <w:tc>
          <w:tcPr>
            <w:tcW w:w="2689" w:type="dxa"/>
          </w:tcPr>
          <w:p w14:paraId="5489031E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304431752"/>
            <w:placeholder>
              <w:docPart w:val="6EE22FB9BB994269867A1539A3F1CE75"/>
            </w:placeholder>
            <w:showingPlcHdr/>
          </w:sdtPr>
          <w:sdtContent>
            <w:tc>
              <w:tcPr>
                <w:tcW w:w="6661" w:type="dxa"/>
              </w:tcPr>
              <w:p w14:paraId="27497403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8A22FA6" w14:textId="77777777" w:rsidTr="00301354">
        <w:tc>
          <w:tcPr>
            <w:tcW w:w="2689" w:type="dxa"/>
          </w:tcPr>
          <w:p w14:paraId="02AC650A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AACEDDA" w14:textId="77777777" w:rsidR="00F6472B" w:rsidRPr="00260F73" w:rsidRDefault="00F6472B" w:rsidP="00301354"/>
        </w:tc>
        <w:sdt>
          <w:sdtPr>
            <w:id w:val="27450890"/>
            <w:placeholder>
              <w:docPart w:val="8F9E80714F1F4D5381798FD90AEAB4EE"/>
            </w:placeholder>
            <w:showingPlcHdr/>
          </w:sdtPr>
          <w:sdtContent>
            <w:tc>
              <w:tcPr>
                <w:tcW w:w="6661" w:type="dxa"/>
              </w:tcPr>
              <w:p w14:paraId="472D8709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3669DB04" w14:textId="77777777" w:rsidTr="00301354">
        <w:tc>
          <w:tcPr>
            <w:tcW w:w="2689" w:type="dxa"/>
          </w:tcPr>
          <w:p w14:paraId="410AC2CE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4E027F6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-173091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38961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5008FB2B" w14:textId="77777777" w:rsidTr="00301354">
        <w:tc>
          <w:tcPr>
            <w:tcW w:w="2689" w:type="dxa"/>
          </w:tcPr>
          <w:p w14:paraId="1603E958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173682104"/>
            <w:placeholder>
              <w:docPart w:val="11CBE468167C4E7EAE09D0C06C6BF290"/>
            </w:placeholder>
            <w:showingPlcHdr/>
          </w:sdtPr>
          <w:sdtContent>
            <w:tc>
              <w:tcPr>
                <w:tcW w:w="6661" w:type="dxa"/>
              </w:tcPr>
              <w:p w14:paraId="2F1B93F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DB62099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03988B8C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E2E350E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-129412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45984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6A15932A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D3E22" w14:textId="56E51E48" w:rsidR="00F6472B" w:rsidRPr="00260F73" w:rsidRDefault="00F6472B" w:rsidP="00301354"/>
        </w:tc>
      </w:tr>
      <w:tr w:rsidR="00F6472B" w:rsidRPr="00260F73" w14:paraId="55F76ED0" w14:textId="77777777" w:rsidTr="00301354">
        <w:tc>
          <w:tcPr>
            <w:tcW w:w="2689" w:type="dxa"/>
          </w:tcPr>
          <w:p w14:paraId="49433124" w14:textId="61B1DF8E" w:rsidR="00F6472B" w:rsidRPr="00260F73" w:rsidRDefault="00F6472B" w:rsidP="00301354">
            <w:r w:rsidRPr="00260F73">
              <w:rPr>
                <w:b/>
                <w:bCs/>
              </w:rPr>
              <w:t>Role</w:t>
            </w:r>
          </w:p>
        </w:tc>
        <w:sdt>
          <w:sdtPr>
            <w:id w:val="1730422327"/>
            <w:placeholder>
              <w:docPart w:val="7819BC6D77FE40259AE14F7CB33177E3"/>
            </w:placeholder>
            <w:showingPlcHdr/>
          </w:sdtPr>
          <w:sdtContent>
            <w:tc>
              <w:tcPr>
                <w:tcW w:w="6661" w:type="dxa"/>
              </w:tcPr>
              <w:p w14:paraId="31C10C08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269DFC2" w14:textId="77777777" w:rsidTr="00301354">
        <w:tc>
          <w:tcPr>
            <w:tcW w:w="2689" w:type="dxa"/>
          </w:tcPr>
          <w:p w14:paraId="10630E96" w14:textId="77777777" w:rsidR="00F6472B" w:rsidRPr="00260F73" w:rsidRDefault="00F6472B" w:rsidP="00301354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584807236"/>
            <w:placeholder>
              <w:docPart w:val="CEFF958A420E4104846BCE88A065D3AA"/>
            </w:placeholder>
            <w:showingPlcHdr/>
          </w:sdtPr>
          <w:sdtContent>
            <w:tc>
              <w:tcPr>
                <w:tcW w:w="6661" w:type="dxa"/>
              </w:tcPr>
              <w:p w14:paraId="43334EFC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6E33F69" w14:textId="77777777" w:rsidTr="00301354">
        <w:tc>
          <w:tcPr>
            <w:tcW w:w="2689" w:type="dxa"/>
          </w:tcPr>
          <w:p w14:paraId="52B9D085" w14:textId="77777777" w:rsidR="00F6472B" w:rsidRPr="00260F73" w:rsidRDefault="00F6472B" w:rsidP="00301354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170024400"/>
            <w:placeholder>
              <w:docPart w:val="E302B53ED7634F28958691F26CC8DB0F"/>
            </w:placeholder>
            <w:showingPlcHdr/>
          </w:sdtPr>
          <w:sdtContent>
            <w:tc>
              <w:tcPr>
                <w:tcW w:w="6661" w:type="dxa"/>
              </w:tcPr>
              <w:p w14:paraId="3D815D40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931B7C0" w14:textId="77777777" w:rsidTr="00301354">
        <w:tc>
          <w:tcPr>
            <w:tcW w:w="2689" w:type="dxa"/>
          </w:tcPr>
          <w:p w14:paraId="77046CD8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FD0822A" w14:textId="77777777" w:rsidR="00F6472B" w:rsidRPr="00260F73" w:rsidRDefault="00F6472B" w:rsidP="00301354"/>
        </w:tc>
        <w:sdt>
          <w:sdtPr>
            <w:id w:val="178789382"/>
            <w:placeholder>
              <w:docPart w:val="2F88A34E01094F428F667F11EFC73846"/>
            </w:placeholder>
            <w:showingPlcHdr/>
          </w:sdtPr>
          <w:sdtContent>
            <w:tc>
              <w:tcPr>
                <w:tcW w:w="6661" w:type="dxa"/>
              </w:tcPr>
              <w:p w14:paraId="7D1E9471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26ECB9EE" w14:textId="77777777" w:rsidTr="00301354">
        <w:tc>
          <w:tcPr>
            <w:tcW w:w="2689" w:type="dxa"/>
          </w:tcPr>
          <w:p w14:paraId="23630E9A" w14:textId="77777777" w:rsidR="00F6472B" w:rsidRPr="00260F73" w:rsidRDefault="00F6472B" w:rsidP="00301354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A33F939" w14:textId="77777777" w:rsidR="00F6472B" w:rsidRPr="00260F73" w:rsidRDefault="00F6472B" w:rsidP="00301354">
            <w:r w:rsidRPr="00260F73">
              <w:t xml:space="preserve">Complete  </w:t>
            </w:r>
            <w:sdt>
              <w:sdtPr>
                <w:id w:val="131575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60203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115AA5C5" w14:textId="77777777" w:rsidTr="00301354">
        <w:tc>
          <w:tcPr>
            <w:tcW w:w="2689" w:type="dxa"/>
          </w:tcPr>
          <w:p w14:paraId="62A5981B" w14:textId="77777777" w:rsidR="00F6472B" w:rsidRPr="00260F73" w:rsidRDefault="00F6472B" w:rsidP="00301354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096705798"/>
            <w:placeholder>
              <w:docPart w:val="4AF947C4B82B42C3B2B784FB7CEACD9E"/>
            </w:placeholder>
            <w:showingPlcHdr/>
          </w:sdtPr>
          <w:sdtContent>
            <w:tc>
              <w:tcPr>
                <w:tcW w:w="6661" w:type="dxa"/>
              </w:tcPr>
              <w:p w14:paraId="05C929F1" w14:textId="77777777" w:rsidR="00F6472B" w:rsidRPr="00260F73" w:rsidRDefault="00F6472B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6472B" w:rsidRPr="00260F73" w14:paraId="1B3D45BD" w14:textId="77777777" w:rsidTr="00301354">
        <w:tc>
          <w:tcPr>
            <w:tcW w:w="2689" w:type="dxa"/>
            <w:tcBorders>
              <w:bottom w:val="single" w:sz="4" w:space="0" w:color="auto"/>
            </w:tcBorders>
          </w:tcPr>
          <w:p w14:paraId="5D963847" w14:textId="77777777" w:rsidR="00F6472B" w:rsidRPr="00260F73" w:rsidRDefault="00F6472B" w:rsidP="00301354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6F9E118" w14:textId="77777777" w:rsidR="00F6472B" w:rsidRPr="00260F73" w:rsidRDefault="00F6472B" w:rsidP="00301354">
            <w:r w:rsidRPr="00260F73">
              <w:t xml:space="preserve">Yes </w:t>
            </w:r>
            <w:sdt>
              <w:sdtPr>
                <w:id w:val="43719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50470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6472B" w:rsidRPr="00260F73" w14:paraId="2D16E6CA" w14:textId="77777777" w:rsidTr="00301354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92C58" w14:textId="5F74E132" w:rsidR="00F6472B" w:rsidRPr="00260F73" w:rsidRDefault="00F6472B" w:rsidP="00301354"/>
        </w:tc>
      </w:tr>
    </w:tbl>
    <w:p w14:paraId="58BC4384" w14:textId="77777777" w:rsidR="003713D2" w:rsidRDefault="003713D2" w:rsidP="00E405FD">
      <w:pPr>
        <w:pStyle w:val="Heading1"/>
      </w:pPr>
    </w:p>
    <w:sectPr w:rsidR="003713D2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56D6" w14:textId="77777777" w:rsidR="00BA02EA" w:rsidRPr="00260F73" w:rsidRDefault="00BA02EA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64813037" w14:textId="77777777" w:rsidR="00BA02EA" w:rsidRPr="00260F73" w:rsidRDefault="00BA02EA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D548" w14:textId="77777777" w:rsidR="00BA02EA" w:rsidRPr="00260F73" w:rsidRDefault="00BA02EA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19303616" w14:textId="77777777" w:rsidR="00BA02EA" w:rsidRPr="00260F73" w:rsidRDefault="00BA02EA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194D083B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B52DBA">
      <w:t>Palliative Medicine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29B6FB8F" w:rsidR="001B2E81" w:rsidRPr="00260F73" w:rsidRDefault="00B52DB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80D4FD" wp14:editId="4FB59F01">
          <wp:simplePos x="0" y="0"/>
          <wp:positionH relativeFrom="column">
            <wp:posOffset>-524703</wp:posOffset>
          </wp:positionH>
          <wp:positionV relativeFrom="paragraph">
            <wp:posOffset>-105631</wp:posOffset>
          </wp:positionV>
          <wp:extent cx="2954655" cy="1043940"/>
          <wp:effectExtent l="0" t="0" r="0" b="3810"/>
          <wp:wrapTopAndBottom/>
          <wp:docPr id="17821945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194577" name="Picture 17821945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4655" cy="1043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CA5B77"/>
    <w:multiLevelType w:val="hybridMultilevel"/>
    <w:tmpl w:val="27F8A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2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1"/>
  </w:num>
  <w:num w:numId="12" w16cid:durableId="954025059">
    <w:abstractNumId w:val="13"/>
  </w:num>
  <w:num w:numId="13" w16cid:durableId="1694188166">
    <w:abstractNumId w:val="16"/>
  </w:num>
  <w:num w:numId="14" w16cid:durableId="889731661">
    <w:abstractNumId w:val="17"/>
  </w:num>
  <w:num w:numId="15" w16cid:durableId="323359985">
    <w:abstractNumId w:val="15"/>
  </w:num>
  <w:num w:numId="16" w16cid:durableId="1461606276">
    <w:abstractNumId w:val="9"/>
  </w:num>
  <w:num w:numId="17" w16cid:durableId="1219395086">
    <w:abstractNumId w:val="14"/>
  </w:num>
  <w:num w:numId="18" w16cid:durableId="87851835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60338"/>
    <w:rsid w:val="001739F7"/>
    <w:rsid w:val="001843B9"/>
    <w:rsid w:val="001B2E81"/>
    <w:rsid w:val="001C17E4"/>
    <w:rsid w:val="00214ECC"/>
    <w:rsid w:val="002319B9"/>
    <w:rsid w:val="00232F78"/>
    <w:rsid w:val="00260F73"/>
    <w:rsid w:val="002931FF"/>
    <w:rsid w:val="0029639D"/>
    <w:rsid w:val="002B0FE8"/>
    <w:rsid w:val="002D7D98"/>
    <w:rsid w:val="002E140B"/>
    <w:rsid w:val="003159B7"/>
    <w:rsid w:val="00326F90"/>
    <w:rsid w:val="00327061"/>
    <w:rsid w:val="003713D2"/>
    <w:rsid w:val="003729FB"/>
    <w:rsid w:val="003F7C09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21B93"/>
    <w:rsid w:val="008525FA"/>
    <w:rsid w:val="00911938"/>
    <w:rsid w:val="0092331B"/>
    <w:rsid w:val="00936F91"/>
    <w:rsid w:val="0096185C"/>
    <w:rsid w:val="00994095"/>
    <w:rsid w:val="009A7B67"/>
    <w:rsid w:val="009E4AEB"/>
    <w:rsid w:val="00A04D8D"/>
    <w:rsid w:val="00A0792E"/>
    <w:rsid w:val="00A36383"/>
    <w:rsid w:val="00A606A6"/>
    <w:rsid w:val="00AA1D8D"/>
    <w:rsid w:val="00B16633"/>
    <w:rsid w:val="00B47730"/>
    <w:rsid w:val="00B52DBA"/>
    <w:rsid w:val="00B8038E"/>
    <w:rsid w:val="00BA02EA"/>
    <w:rsid w:val="00BD4838"/>
    <w:rsid w:val="00C51E21"/>
    <w:rsid w:val="00C7253B"/>
    <w:rsid w:val="00C95D05"/>
    <w:rsid w:val="00CB0664"/>
    <w:rsid w:val="00CD745A"/>
    <w:rsid w:val="00D41E2C"/>
    <w:rsid w:val="00D92365"/>
    <w:rsid w:val="00DA296B"/>
    <w:rsid w:val="00E405FD"/>
    <w:rsid w:val="00E9708F"/>
    <w:rsid w:val="00F211F0"/>
    <w:rsid w:val="00F277ED"/>
    <w:rsid w:val="00F4085D"/>
    <w:rsid w:val="00F47F5C"/>
    <w:rsid w:val="00F54DC5"/>
    <w:rsid w:val="00F565A7"/>
    <w:rsid w:val="00F6472B"/>
    <w:rsid w:val="00F75C6A"/>
    <w:rsid w:val="00F85A62"/>
    <w:rsid w:val="00F94BC3"/>
    <w:rsid w:val="00F95107"/>
    <w:rsid w:val="00FC693F"/>
    <w:rsid w:val="00FD198E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BB531F" w:rsidP="00BB531F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BB531F" w:rsidP="00BB531F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BB531F" w:rsidP="00BB531F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BB531F" w:rsidP="00BB531F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889D99466A4E659F6112730D87D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B8B2A-19EE-4BAD-8F8B-CCB85784D9C9}"/>
      </w:docPartPr>
      <w:docPartBody>
        <w:p w:rsidR="00054E1A" w:rsidRDefault="00BB531F" w:rsidP="00BB531F">
          <w:pPr>
            <w:pStyle w:val="F0889D99466A4E659F6112730D87D2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A4DD7D2DB344F08172A6338CC20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10ECD-A1BE-48C7-A35A-FFA213BA0C75}"/>
      </w:docPartPr>
      <w:docPartBody>
        <w:p w:rsidR="00054E1A" w:rsidRDefault="00BB531F" w:rsidP="00BB531F">
          <w:pPr>
            <w:pStyle w:val="54A4DD7D2DB344F08172A6338CC20A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AF515FA7B4CA2A2B4EAE9FEC86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71969-CADF-47C5-A67D-6F1EB4525D58}"/>
      </w:docPartPr>
      <w:docPartBody>
        <w:p w:rsidR="00054E1A" w:rsidRDefault="00BB531F" w:rsidP="00BB531F">
          <w:pPr>
            <w:pStyle w:val="17DAF515FA7B4CA2A2B4EAE9FEC869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A7C121E8A454D91A7EE2B4FF325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928F1-86C5-4746-A4E1-B6374A8C9A50}"/>
      </w:docPartPr>
      <w:docPartBody>
        <w:p w:rsidR="00054E1A" w:rsidRDefault="00BB531F" w:rsidP="00BB531F">
          <w:pPr>
            <w:pStyle w:val="5B1A7C121E8A454D91A7EE2B4FF3252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868398F55D407188C4A6618C7B7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9B2E0-4F7A-464D-A8D5-A2EE0A353946}"/>
      </w:docPartPr>
      <w:docPartBody>
        <w:p w:rsidR="00054E1A" w:rsidRDefault="00BB531F" w:rsidP="00BB531F">
          <w:pPr>
            <w:pStyle w:val="D4868398F55D407188C4A6618C7B70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0E3AECCEB845A99F8E3E38266E5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56E3C2-B5C2-4A7F-8234-BB52472E1429}"/>
      </w:docPartPr>
      <w:docPartBody>
        <w:p w:rsidR="00054E1A" w:rsidRDefault="00BB531F" w:rsidP="00BB531F">
          <w:pPr>
            <w:pStyle w:val="6E0E3AECCEB845A99F8E3E38266E5E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CE999B15A0491AA715D70492D24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1F7DA-2057-4A41-953A-787A2AE66183}"/>
      </w:docPartPr>
      <w:docPartBody>
        <w:p w:rsidR="00054E1A" w:rsidRDefault="00BB531F" w:rsidP="00BB531F">
          <w:pPr>
            <w:pStyle w:val="46CE999B15A0491AA715D70492D2431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B970963E294AF6AD8DE1EFE41A6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634B5-4811-42CD-8FB2-69678DC3D41C}"/>
      </w:docPartPr>
      <w:docPartBody>
        <w:p w:rsidR="00054E1A" w:rsidRDefault="00BB531F" w:rsidP="00BB531F">
          <w:pPr>
            <w:pStyle w:val="27B970963E294AF6AD8DE1EFE41A698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3B13A6D77C4428B353239402C7D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C1C0F-4404-483B-890F-8CA18D6EB70F}"/>
      </w:docPartPr>
      <w:docPartBody>
        <w:p w:rsidR="00054E1A" w:rsidRDefault="00BB531F" w:rsidP="00BB531F">
          <w:pPr>
            <w:pStyle w:val="7C3B13A6D77C4428B353239402C7DB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09949D00CB4354BD464DF4FDE80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32E1D-3642-40C3-B57A-5A6BB6FDB176}"/>
      </w:docPartPr>
      <w:docPartBody>
        <w:p w:rsidR="00054E1A" w:rsidRDefault="00BB531F" w:rsidP="00BB531F">
          <w:pPr>
            <w:pStyle w:val="3B09949D00CB4354BD464DF4FDE806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2B6C27623A4F5583827827F8E7E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E56D3-5A04-4488-8963-944E5A3E94B6}"/>
      </w:docPartPr>
      <w:docPartBody>
        <w:p w:rsidR="00054E1A" w:rsidRDefault="00BB531F" w:rsidP="00BB531F">
          <w:pPr>
            <w:pStyle w:val="832B6C27623A4F5583827827F8E7E09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18FDB82FE2424B8E7A7F6710CCC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28244-55CD-416A-8F56-A7B9EE6C6C9B}"/>
      </w:docPartPr>
      <w:docPartBody>
        <w:p w:rsidR="00054E1A" w:rsidRDefault="00BB531F" w:rsidP="00BB531F">
          <w:pPr>
            <w:pStyle w:val="FF18FDB82FE2424B8E7A7F6710CCCC791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DFCD1B5520149E091781E150647E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3E012-69F5-4E11-8B84-8D7B8CDCAD73}"/>
      </w:docPartPr>
      <w:docPartBody>
        <w:p w:rsidR="00054E1A" w:rsidRDefault="00BB531F" w:rsidP="00BB531F">
          <w:pPr>
            <w:pStyle w:val="8DFCD1B5520149E091781E150647E7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29AE1DCE843BDA958915984B06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DFEDD-188F-4A4A-B394-34FA8EF69D50}"/>
      </w:docPartPr>
      <w:docPartBody>
        <w:p w:rsidR="00054E1A" w:rsidRDefault="00BB531F" w:rsidP="00BB531F">
          <w:pPr>
            <w:pStyle w:val="4C129AE1DCE843BDA958915984B0630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C48A84B435E49C79F568161E3BB0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CFE74-3839-48C5-894F-233007FEE5E6}"/>
      </w:docPartPr>
      <w:docPartBody>
        <w:p w:rsidR="00054E1A" w:rsidRDefault="00BB531F" w:rsidP="00BB531F">
          <w:pPr>
            <w:pStyle w:val="6C48A84B435E49C79F568161E3BB02A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34C4C9EA14B6FA85D62C41F5C6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9D980-40AC-4AA6-87DC-095FA7B86F54}"/>
      </w:docPartPr>
      <w:docPartBody>
        <w:p w:rsidR="00054E1A" w:rsidRDefault="00BB531F" w:rsidP="00BB531F">
          <w:pPr>
            <w:pStyle w:val="6EE34C4C9EA14B6FA85D62C41F5C6E1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F95DB3BB11447C8CDD6A45007F0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E7AE4-ECBF-4001-A9F6-5723BA4D7B53}"/>
      </w:docPartPr>
      <w:docPartBody>
        <w:p w:rsidR="00054E1A" w:rsidRDefault="00BB531F" w:rsidP="00BB531F">
          <w:pPr>
            <w:pStyle w:val="C1F95DB3BB11447C8CDD6A45007F0D2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C7BA3E4F244725AE8F9F8EBB16F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2085D-AAC1-4520-87CF-79BEC66BEF63}"/>
      </w:docPartPr>
      <w:docPartBody>
        <w:p w:rsidR="00054E1A" w:rsidRDefault="00BB531F" w:rsidP="00BB531F">
          <w:pPr>
            <w:pStyle w:val="09C7BA3E4F244725AE8F9F8EBB16FF4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8707B84354A8E8BBFB6B250AE15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5040F-77AC-434C-88A6-40D804012B59}"/>
      </w:docPartPr>
      <w:docPartBody>
        <w:p w:rsidR="00054E1A" w:rsidRDefault="00BB531F" w:rsidP="00BB531F">
          <w:pPr>
            <w:pStyle w:val="2D98707B84354A8E8BBFB6B250AE156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E1710A5AB2453F9D0E73ABB83A3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1F97A-78E3-4305-A42E-6515590699F9}"/>
      </w:docPartPr>
      <w:docPartBody>
        <w:p w:rsidR="00054E1A" w:rsidRDefault="00BB531F" w:rsidP="00BB531F">
          <w:pPr>
            <w:pStyle w:val="9EE1710A5AB2453F9D0E73ABB83A343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AF3F9C4E7F4DD78D8DDEE9C37F2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22C4C-F6D1-49D4-BF45-4D396F8997C1}"/>
      </w:docPartPr>
      <w:docPartBody>
        <w:p w:rsidR="00054E1A" w:rsidRDefault="00BB531F" w:rsidP="00BB531F">
          <w:pPr>
            <w:pStyle w:val="BEAF3F9C4E7F4DD78D8DDEE9C37F2AC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6B9C4B0AC41ED8D97C3D7FC9B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241E7-4C2E-444D-A2A5-851C113224CD}"/>
      </w:docPartPr>
      <w:docPartBody>
        <w:p w:rsidR="00054E1A" w:rsidRDefault="00BB531F" w:rsidP="00BB531F">
          <w:pPr>
            <w:pStyle w:val="B696B9C4B0AC41ED8D97C3D7FC9BEF9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E6D1C02C04D68A3F2ECAFAF173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CDDDD-8323-4FD1-A6D3-5676DD464203}"/>
      </w:docPartPr>
      <w:docPartBody>
        <w:p w:rsidR="00054E1A" w:rsidRDefault="00BB531F" w:rsidP="00BB531F">
          <w:pPr>
            <w:pStyle w:val="8DDE6D1C02C04D68A3F2ECAFAF17366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D8AB3734F2450BB019920D5A23D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1A13C-AAC4-40E8-BCCD-EBCB4309178C}"/>
      </w:docPartPr>
      <w:docPartBody>
        <w:p w:rsidR="00054E1A" w:rsidRDefault="00BB531F" w:rsidP="00BB531F">
          <w:pPr>
            <w:pStyle w:val="9ED8AB3734F2450BB019920D5A23D6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FBF31E07AE4E94AC9543D7942D0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AA04E-8CED-4060-883E-4D5CC6A0D063}"/>
      </w:docPartPr>
      <w:docPartBody>
        <w:p w:rsidR="00054E1A" w:rsidRDefault="00BB531F" w:rsidP="00BB531F">
          <w:pPr>
            <w:pStyle w:val="ACFBF31E07AE4E94AC9543D7942D02F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C47897048452E816EBA1C4F114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1C11F-5AB4-4D39-9980-7CBDACE83EB2}"/>
      </w:docPartPr>
      <w:docPartBody>
        <w:p w:rsidR="00054E1A" w:rsidRDefault="00BB531F" w:rsidP="00BB531F">
          <w:pPr>
            <w:pStyle w:val="E4DC47897048452E816EBA1C4F11496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5EA50651D47309E0CC5252B4A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6512A-0A86-4EC4-8411-421E80CBB092}"/>
      </w:docPartPr>
      <w:docPartBody>
        <w:p w:rsidR="00054E1A" w:rsidRDefault="00FF7699" w:rsidP="00FF7699">
          <w:pPr>
            <w:pStyle w:val="A355EA50651D47309E0CC5252B4A08AC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A9D5A0692D742D79FA8DDD60B854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ECE54-92B7-4143-9A33-A65552F56861}"/>
      </w:docPartPr>
      <w:docPartBody>
        <w:p w:rsidR="00054E1A" w:rsidRDefault="00BB531F" w:rsidP="00BB531F">
          <w:pPr>
            <w:pStyle w:val="8A9D5A0692D742D79FA8DDD60B854D4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B2C9A4A1B47D3964648660E171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80338-7A7B-4EC3-847C-C32C685E7D67}"/>
      </w:docPartPr>
      <w:docPartBody>
        <w:p w:rsidR="00054E1A" w:rsidRDefault="00BB531F" w:rsidP="00BB531F">
          <w:pPr>
            <w:pStyle w:val="A6BB2C9A4A1B47D3964648660E17177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68FAE1C54DAB9A2114E0623FD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23AC4-4511-4470-8E2D-1F1800FB6317}"/>
      </w:docPartPr>
      <w:docPartBody>
        <w:p w:rsidR="00054E1A" w:rsidRDefault="00BB531F" w:rsidP="00BB531F">
          <w:pPr>
            <w:pStyle w:val="BD9468FAE1C54DAB9A2114E0623FDDF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0AFBA4386544279A48B3EBF48E6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B538-7110-499F-8906-71F70CCE1AD5}"/>
      </w:docPartPr>
      <w:docPartBody>
        <w:p w:rsidR="00054E1A" w:rsidRDefault="00BB531F" w:rsidP="00BB531F">
          <w:pPr>
            <w:pStyle w:val="B60AFBA4386544279A48B3EBF48E638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02CB85518E4680AECE5F1DD79F5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9241-9056-4E37-A359-85037B967F1F}"/>
      </w:docPartPr>
      <w:docPartBody>
        <w:p w:rsidR="00054E1A" w:rsidRDefault="00FF7699" w:rsidP="00FF7699">
          <w:pPr>
            <w:pStyle w:val="C702CB85518E4680AECE5F1DD79F5F44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1237F68AB904F05B1FE9D8ACC51B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A217F-35C2-4EA1-B873-9CD8866CB32A}"/>
      </w:docPartPr>
      <w:docPartBody>
        <w:p w:rsidR="00054E1A" w:rsidRDefault="00BB531F" w:rsidP="00BB531F">
          <w:pPr>
            <w:pStyle w:val="F1237F68AB904F05B1FE9D8ACC51BC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0F465FC44241C9BC6C1BD3DA88D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B3FEE-29C4-47CC-B240-AE51D8937F77}"/>
      </w:docPartPr>
      <w:docPartBody>
        <w:p w:rsidR="00054E1A" w:rsidRDefault="00BB531F" w:rsidP="00BB531F">
          <w:pPr>
            <w:pStyle w:val="DB0F465FC44241C9BC6C1BD3DA88D0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66D2CE9D2B461DA7EA481070EA9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9C2BA-DFE4-4572-9C9B-0CE17C3FA6C5}"/>
      </w:docPartPr>
      <w:docPartBody>
        <w:p w:rsidR="00054E1A" w:rsidRDefault="00BB531F" w:rsidP="00BB531F">
          <w:pPr>
            <w:pStyle w:val="9166D2CE9D2B461DA7EA481070EA95B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D0B7BF679A4C25AC72AE26F27AC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F8FB4-FF4B-49FF-BD24-1CF103F64FC8}"/>
      </w:docPartPr>
      <w:docPartBody>
        <w:p w:rsidR="00054E1A" w:rsidRDefault="00BB531F" w:rsidP="00BB531F">
          <w:pPr>
            <w:pStyle w:val="79D0B7BF679A4C25AC72AE26F27ACF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E5772968CB4EE9B35E1A6F38BE1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2FDCD-D710-44C8-9189-B75587F54F12}"/>
      </w:docPartPr>
      <w:docPartBody>
        <w:p w:rsidR="00054E1A" w:rsidRDefault="00BB531F" w:rsidP="00BB531F">
          <w:pPr>
            <w:pStyle w:val="D7E5772968CB4EE9B35E1A6F38BE16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2186E31B54B8181F21DD980A8E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7FE61-0FC5-4689-B8B0-9294BD75D604}"/>
      </w:docPartPr>
      <w:docPartBody>
        <w:p w:rsidR="00054E1A" w:rsidRDefault="00BB531F" w:rsidP="00BB531F">
          <w:pPr>
            <w:pStyle w:val="6422186E31B54B8181F21DD980A8EB72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E1F11A6331B448D8AC6A630586B5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91F55C-EFE1-47C0-A4CC-412E96F6D83E}"/>
      </w:docPartPr>
      <w:docPartBody>
        <w:p w:rsidR="00054E1A" w:rsidRDefault="00BB531F" w:rsidP="00BB531F">
          <w:pPr>
            <w:pStyle w:val="1E1F11A6331B448D8AC6A630586B5ABC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683C3974A6D4F33A5932C6F292EF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28648-E66A-4191-8391-FD71E2B4ABAB}"/>
      </w:docPartPr>
      <w:docPartBody>
        <w:p w:rsidR="00054E1A" w:rsidRDefault="00BB531F" w:rsidP="00BB531F">
          <w:pPr>
            <w:pStyle w:val="C683C3974A6D4F33A5932C6F292EF5B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0B734ABACEE47E2B1E21325629D9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4FCF0-FBBA-4067-A2D4-1930DC82A52B}"/>
      </w:docPartPr>
      <w:docPartBody>
        <w:p w:rsidR="00BB531F" w:rsidRDefault="00BB531F" w:rsidP="00BB531F">
          <w:pPr>
            <w:pStyle w:val="50B734ABACEE47E2B1E21325629D95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D2C936D9454BA8B92D79A0DDF57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2B41E-9487-49F1-888F-E06183D2B4A8}"/>
      </w:docPartPr>
      <w:docPartBody>
        <w:p w:rsidR="00BB531F" w:rsidRDefault="00BB531F" w:rsidP="00BB531F">
          <w:pPr>
            <w:pStyle w:val="5FD2C936D9454BA8B92D79A0DDF577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E61F73C75F4557BBD9D0EAB37DA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94514-D61D-4F57-85E5-710DB50FA5B4}"/>
      </w:docPartPr>
      <w:docPartBody>
        <w:p w:rsidR="00BB531F" w:rsidRDefault="00BB531F" w:rsidP="00BB531F">
          <w:pPr>
            <w:pStyle w:val="BDE61F73C75F4557BBD9D0EAB37DAE26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67852D9363647609F8E70FB5B37C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1C232-22E3-4EB4-9273-1879965422B5}"/>
      </w:docPartPr>
      <w:docPartBody>
        <w:p w:rsidR="00BB531F" w:rsidRDefault="00BB531F" w:rsidP="00BB531F">
          <w:pPr>
            <w:pStyle w:val="E67852D9363647609F8E70FB5B37CB5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7EBDA33E2DC4F8681CEACBFD6642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C875C-119F-45E5-A25A-A4092B8D6397}"/>
      </w:docPartPr>
      <w:docPartBody>
        <w:p w:rsidR="00BB531F" w:rsidRDefault="00BB531F" w:rsidP="00BB531F">
          <w:pPr>
            <w:pStyle w:val="F7EBDA33E2DC4F8681CEACBFD6642C9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2FEA41DD23483398E784F214D9A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3B642-D917-4409-BA1F-742E1AA85510}"/>
      </w:docPartPr>
      <w:docPartBody>
        <w:p w:rsidR="00BB531F" w:rsidRDefault="00BB531F" w:rsidP="00BB531F">
          <w:pPr>
            <w:pStyle w:val="D82FEA41DD23483398E784F214D9A2C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20389ACBD64019ADEF2A3763070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B3429-B291-42B4-BCE1-CA027FA1FCFF}"/>
      </w:docPartPr>
      <w:docPartBody>
        <w:p w:rsidR="00BB531F" w:rsidRDefault="00BB531F" w:rsidP="00BB531F">
          <w:pPr>
            <w:pStyle w:val="6820389ACBD64019ADEF2A3763070DB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E9BDE05392433F8D7F6EC7F59EB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E652-B83F-48AD-BA15-D1C5F8892965}"/>
      </w:docPartPr>
      <w:docPartBody>
        <w:p w:rsidR="00BB531F" w:rsidRDefault="00BB531F" w:rsidP="00BB531F">
          <w:pPr>
            <w:pStyle w:val="8AE9BDE05392433F8D7F6EC7F59EB5A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0D15A4B25A4C0A919EC8FB38CF6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5AF3E-30F0-44C3-B2F9-FB33CCFF9F57}"/>
      </w:docPartPr>
      <w:docPartBody>
        <w:p w:rsidR="00BB531F" w:rsidRDefault="00BB531F" w:rsidP="00BB531F">
          <w:pPr>
            <w:pStyle w:val="A20D15A4B25A4C0A919EC8FB38CF6876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960D9F21BF04C96AF0580B53E189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E0898-B2DF-4D9E-B719-6CDF15BFADCB}"/>
      </w:docPartPr>
      <w:docPartBody>
        <w:p w:rsidR="00BB531F" w:rsidRDefault="00BB531F" w:rsidP="00BB531F">
          <w:pPr>
            <w:pStyle w:val="1960D9F21BF04C96AF0580B53E18932A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E4655BE37F24590A3382E3E75C8A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E82D1-150C-4512-B39D-1CF9C67F074F}"/>
      </w:docPartPr>
      <w:docPartBody>
        <w:p w:rsidR="00BB531F" w:rsidRDefault="00BB531F" w:rsidP="00BB531F">
          <w:pPr>
            <w:pStyle w:val="CE4655BE37F24590A3382E3E75C8AC84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3609F093A704C0489E39B91D0AA6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01E14-40C1-4090-8236-F91C45FD682D}"/>
      </w:docPartPr>
      <w:docPartBody>
        <w:p w:rsidR="00BB531F" w:rsidRDefault="00BB531F" w:rsidP="00BB531F">
          <w:pPr>
            <w:pStyle w:val="D3609F093A704C0489E39B91D0AA6D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0F4B1953CB42F19BC4FDE0A3BC7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30385-BD88-4BC3-A834-D7F37099E74D}"/>
      </w:docPartPr>
      <w:docPartBody>
        <w:p w:rsidR="00BB531F" w:rsidRDefault="00BB531F" w:rsidP="00BB531F">
          <w:pPr>
            <w:pStyle w:val="F50F4B1953CB42F19BC4FDE0A3BC78D5"/>
          </w:pPr>
          <w:r w:rsidRPr="00D9236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844B5AE2D44A6F8DE939E9812CF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5A8A0-B7DC-4E42-AA63-AC72D8AF0FD0}"/>
      </w:docPartPr>
      <w:docPartBody>
        <w:p w:rsidR="00BB531F" w:rsidRDefault="00BB531F" w:rsidP="00BB531F">
          <w:pPr>
            <w:pStyle w:val="E3844B5AE2D44A6F8DE939E9812CF08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67E69FD1DD49A7B346F93AD00BC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22E34-2965-4A02-915B-8948AEAA8A63}"/>
      </w:docPartPr>
      <w:docPartBody>
        <w:p w:rsidR="00BB531F" w:rsidRDefault="00BB531F" w:rsidP="00BB531F">
          <w:pPr>
            <w:pStyle w:val="7467E69FD1DD49A7B346F93AD00BC80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89DE763964E5BAAD99EE2F35B7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FD33C-6D9F-428D-B810-1B704447D93D}"/>
      </w:docPartPr>
      <w:docPartBody>
        <w:p w:rsidR="00BB531F" w:rsidRDefault="00BB531F" w:rsidP="00BB531F">
          <w:pPr>
            <w:pStyle w:val="A1B89DE763964E5BAAD99EE2F35B769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C245B393DE41CF84C52FCABA8E1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47D48-D9A9-4669-98A9-5427E04232E6}"/>
      </w:docPartPr>
      <w:docPartBody>
        <w:p w:rsidR="00BB531F" w:rsidRDefault="00BB531F" w:rsidP="00BB531F">
          <w:pPr>
            <w:pStyle w:val="E6C245B393DE41CF84C52FCABA8E1115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EB6BCD54E4205AE53748D79FB4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06332-E834-44D0-A2AE-D4C6A6FA7E7D}"/>
      </w:docPartPr>
      <w:docPartBody>
        <w:p w:rsidR="00BB531F" w:rsidRDefault="00BB531F" w:rsidP="00BB531F">
          <w:pPr>
            <w:pStyle w:val="A40EB6BCD54E4205AE53748D79FB4E8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4858E43D43434C8257F870BABA1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7C957-7836-4ED7-B970-2F4CF4D20288}"/>
      </w:docPartPr>
      <w:docPartBody>
        <w:p w:rsidR="00BB531F" w:rsidRDefault="00BB531F" w:rsidP="00BB531F">
          <w:pPr>
            <w:pStyle w:val="BD4858E43D43434C8257F870BABA19BE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DE9E2EB1504B0A9B4BAF0F35C28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5416-9A13-43C0-A1AE-E39F9EAA4134}"/>
      </w:docPartPr>
      <w:docPartBody>
        <w:p w:rsidR="00BB531F" w:rsidRDefault="00BB531F" w:rsidP="00BB531F">
          <w:pPr>
            <w:pStyle w:val="F3DE9E2EB1504B0A9B4BAF0F35C285EB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61A7A58DFA4487AA3060074DCB75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6C690-3572-4F59-9BE0-BB72A31626DE}"/>
      </w:docPartPr>
      <w:docPartBody>
        <w:p w:rsidR="00BB531F" w:rsidRDefault="00BB531F" w:rsidP="00BB531F">
          <w:pPr>
            <w:pStyle w:val="C61A7A58DFA4487AA3060074DCB75178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7A18F0AA8E4E3587B4428343490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467C2-D181-4A4A-BE35-AEB364327319}"/>
      </w:docPartPr>
      <w:docPartBody>
        <w:p w:rsidR="00BB531F" w:rsidRDefault="00BB531F" w:rsidP="00BB531F">
          <w:pPr>
            <w:pStyle w:val="A07A18F0AA8E4E3587B4428343490F6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6FD4F8AA94151A7ABE3634E578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66882-B820-43D5-AD02-0BF7B8162073}"/>
      </w:docPartPr>
      <w:docPartBody>
        <w:p w:rsidR="00BB531F" w:rsidRDefault="00BB531F" w:rsidP="00BB531F">
          <w:pPr>
            <w:pStyle w:val="78A6FD4F8AA94151A7ABE3634E5781EC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116B80A0B24275AD9BAD92175EE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6A201-2A57-4D32-AFA2-FFE124B52342}"/>
      </w:docPartPr>
      <w:docPartBody>
        <w:p w:rsidR="00BB531F" w:rsidRDefault="00BB531F" w:rsidP="00BB531F">
          <w:pPr>
            <w:pStyle w:val="BA116B80A0B24275AD9BAD92175EE45F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00F86178E540DEA48D4190812F6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671F8-5441-48FD-A1FC-40EA27523C8A}"/>
      </w:docPartPr>
      <w:docPartBody>
        <w:p w:rsidR="00BB531F" w:rsidRDefault="00BB531F" w:rsidP="00BB531F">
          <w:pPr>
            <w:pStyle w:val="BC00F86178E540DEA48D4190812F6EA7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6F11A59A13442B8A81D7B897CA0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E832C-7D35-4C61-BA20-902CE4E2650E}"/>
      </w:docPartPr>
      <w:docPartBody>
        <w:p w:rsidR="00BB531F" w:rsidRDefault="00BB531F" w:rsidP="00BB531F">
          <w:pPr>
            <w:pStyle w:val="536F11A59A13442B8A81D7B897CA00D8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96C523B6E64D779DA05BA7E133B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8A889-77DF-4FA9-AD1C-3CD87BDB2301}"/>
      </w:docPartPr>
      <w:docPartBody>
        <w:p w:rsidR="00BB531F" w:rsidRDefault="00BB531F" w:rsidP="00BB531F">
          <w:pPr>
            <w:pStyle w:val="7196C523B6E64D779DA05BA7E133B18E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C0E60391A1D4058BD5C1D2C1264E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0949A-CB10-4679-990F-D3A515A89E37}"/>
      </w:docPartPr>
      <w:docPartBody>
        <w:p w:rsidR="00BB531F" w:rsidRDefault="00BB531F" w:rsidP="00BB531F">
          <w:pPr>
            <w:pStyle w:val="CC0E60391A1D4058BD5C1D2C1264EC0D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5F01B9E56C44F19D76F46C3793E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87C79-2EC7-4F88-A0C6-80623F610F68}"/>
      </w:docPartPr>
      <w:docPartBody>
        <w:p w:rsidR="00BB531F" w:rsidRDefault="00BB531F" w:rsidP="00BB531F">
          <w:pPr>
            <w:pStyle w:val="105F01B9E56C44F19D76F46C3793E0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B41C53A5C43E4B07ABACF556C0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9268F-4F66-451A-9817-289550C98D27}"/>
      </w:docPartPr>
      <w:docPartBody>
        <w:p w:rsidR="00BB531F" w:rsidRDefault="00BB531F" w:rsidP="00BB531F">
          <w:pPr>
            <w:pStyle w:val="9A2B41C53A5C43E4B07ABACF556C08DA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C3362F51D345C9925C7DF1AFC68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5924A-E864-4E08-BA45-DF455ACBF9F2}"/>
      </w:docPartPr>
      <w:docPartBody>
        <w:p w:rsidR="00BB531F" w:rsidRDefault="00BB531F" w:rsidP="00BB531F">
          <w:pPr>
            <w:pStyle w:val="F0C3362F51D345C9925C7DF1AFC68ACB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49C60E0EFDC46199FFAD4A0120E4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AE377-8610-4D2F-A409-C6B848C4B447}"/>
      </w:docPartPr>
      <w:docPartBody>
        <w:p w:rsidR="00BB531F" w:rsidRDefault="00BB531F" w:rsidP="00BB531F">
          <w:pPr>
            <w:pStyle w:val="E49C60E0EFDC46199FFAD4A0120E4260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C1A7E56C709423785582B8E62D0D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45DC-FDA7-4EF8-8003-E655F253AC37}"/>
      </w:docPartPr>
      <w:docPartBody>
        <w:p w:rsidR="00BB531F" w:rsidRDefault="00BB531F" w:rsidP="00BB531F">
          <w:pPr>
            <w:pStyle w:val="BC1A7E56C709423785582B8E62D0D7BD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D36F05D62B44C68F8F43B4013C1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253B3-A965-4070-8031-0E58C52BE0F3}"/>
      </w:docPartPr>
      <w:docPartBody>
        <w:p w:rsidR="00BB531F" w:rsidRDefault="00BB531F" w:rsidP="00BB531F">
          <w:pPr>
            <w:pStyle w:val="FFD36F05D62B44C68F8F43B4013C11EE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13A42F7BA904FB6ACE0F548006BB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3C84B-7BB7-4E67-9201-4786003C179E}"/>
      </w:docPartPr>
      <w:docPartBody>
        <w:p w:rsidR="00BB531F" w:rsidRDefault="00BB531F" w:rsidP="00BB531F">
          <w:pPr>
            <w:pStyle w:val="613A42F7BA904FB6ACE0F548006BBD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5322A78ED54A44B1A63F23D81CB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A417D-C6B4-4BA8-BA07-4FB3022749D7}"/>
      </w:docPartPr>
      <w:docPartBody>
        <w:p w:rsidR="00BB531F" w:rsidRDefault="00BB531F" w:rsidP="00BB531F">
          <w:pPr>
            <w:pStyle w:val="CC5322A78ED54A44B1A63F23D81CB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35F89C6204F0EA9F69B45DAC3A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1FA4-B9F1-4983-BD58-3D04CEE41C63}"/>
      </w:docPartPr>
      <w:docPartBody>
        <w:p w:rsidR="00BB531F" w:rsidRDefault="00BB531F" w:rsidP="00BB531F">
          <w:pPr>
            <w:pStyle w:val="8F535F89C6204F0EA9F69B45DAC3A80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0DC0ECB01046B5BD1CE046421FC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31EFC-A158-4F48-B1FF-E14FB9E5ADA0}"/>
      </w:docPartPr>
      <w:docPartBody>
        <w:p w:rsidR="00BB531F" w:rsidRDefault="00BB531F" w:rsidP="00BB531F">
          <w:pPr>
            <w:pStyle w:val="FF0DC0ECB01046B5BD1CE046421FCCF2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46DA7B963894C2CA9F3BA9C4FD20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2655B-F968-49C9-BE70-0601C5DA7A21}"/>
      </w:docPartPr>
      <w:docPartBody>
        <w:p w:rsidR="00BB531F" w:rsidRDefault="00BB531F" w:rsidP="00BB531F">
          <w:pPr>
            <w:pStyle w:val="046DA7B963894C2CA9F3BA9C4FD20444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DB889B3238544A0A53715F083282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36390-4D6E-4F8E-9748-9FB7C3276623}"/>
      </w:docPartPr>
      <w:docPartBody>
        <w:p w:rsidR="00BB531F" w:rsidRDefault="00BB531F" w:rsidP="00BB531F">
          <w:pPr>
            <w:pStyle w:val="7DB889B3238544A0A53715F08328295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139A8472C4418BAD7176DEF66BB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A874B-9295-4969-8BE7-147468560738}"/>
      </w:docPartPr>
      <w:docPartBody>
        <w:p w:rsidR="00BB531F" w:rsidRDefault="00BB531F" w:rsidP="00BB531F">
          <w:pPr>
            <w:pStyle w:val="C3139A8472C4418BAD7176DEF66BB76A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6897A1017C84D3395F6DB7253814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3C751-27F1-4FCB-BA9D-6F653E4E9653}"/>
      </w:docPartPr>
      <w:docPartBody>
        <w:p w:rsidR="00BB531F" w:rsidRDefault="00BB531F" w:rsidP="00BB531F">
          <w:pPr>
            <w:pStyle w:val="96897A1017C84D3395F6DB7253814F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BDEEEA0854655923EC2FE244B1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931D4-54A3-420F-8F5C-F8E54503FD8C}"/>
      </w:docPartPr>
      <w:docPartBody>
        <w:p w:rsidR="00BB531F" w:rsidRDefault="00BB531F" w:rsidP="00BB531F">
          <w:pPr>
            <w:pStyle w:val="8ACBDEEEA0854655923EC2FE244B17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8D1C285BDB4CBB85A35919704A0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E4FB0-379C-453A-AA7F-8806E21F4594}"/>
      </w:docPartPr>
      <w:docPartBody>
        <w:p w:rsidR="00BB531F" w:rsidRDefault="00BB531F" w:rsidP="00BB531F">
          <w:pPr>
            <w:pStyle w:val="348D1C285BDB4CBB85A35919704A09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E34C3EC22B438E92EA5384EB01C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05AC9-3B4A-45E7-8BC5-A2733D25E3C3}"/>
      </w:docPartPr>
      <w:docPartBody>
        <w:p w:rsidR="00BB531F" w:rsidRDefault="00BB531F" w:rsidP="00BB531F">
          <w:pPr>
            <w:pStyle w:val="07E34C3EC22B438E92EA5384EB01CB72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F71F7A36D734BD9B24FE7A345D5C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FC805-DD5C-495E-BB57-B7CBA65D7979}"/>
      </w:docPartPr>
      <w:docPartBody>
        <w:p w:rsidR="00BB531F" w:rsidRDefault="00BB531F" w:rsidP="00BB531F">
          <w:pPr>
            <w:pStyle w:val="EF71F7A36D734BD9B24FE7A345D5C9E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584915E186F454EAFA6B6AC81569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27AA2-A002-436D-9778-4F647854DC17}"/>
      </w:docPartPr>
      <w:docPartBody>
        <w:p w:rsidR="00000000" w:rsidRDefault="00BB531F" w:rsidP="00BB531F">
          <w:pPr>
            <w:pStyle w:val="4584915E186F454EAFA6B6AC8156925A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BC39A6D9B014813ACB3420F2682B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ABB22-3B94-48DF-8AF8-79ABECDC524D}"/>
      </w:docPartPr>
      <w:docPartBody>
        <w:p w:rsidR="00000000" w:rsidRDefault="00BB531F" w:rsidP="00BB531F">
          <w:pPr>
            <w:pStyle w:val="CBC39A6D9B014813ACB3420F2682BDE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9D8751F3124C2FBED56B61ACFBF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D4A09-7E00-4861-B5D4-AEB0B825F202}"/>
      </w:docPartPr>
      <w:docPartBody>
        <w:p w:rsidR="00000000" w:rsidRDefault="00BB531F" w:rsidP="00BB531F">
          <w:pPr>
            <w:pStyle w:val="2D9D8751F3124C2FBED56B61ACFBF93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D0DD63AD6401DA835A0E826250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0525-769B-4E5B-991B-7BEF6C751CC7}"/>
      </w:docPartPr>
      <w:docPartBody>
        <w:p w:rsidR="00000000" w:rsidRDefault="00BB531F" w:rsidP="00BB531F">
          <w:pPr>
            <w:pStyle w:val="9FDD0DD63AD6401DA835A0E826250BE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8B61C99C94642B26D3E09CD2F8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5F7EA-C044-4489-A363-3E9A92120B12}"/>
      </w:docPartPr>
      <w:docPartBody>
        <w:p w:rsidR="00000000" w:rsidRDefault="00BB531F" w:rsidP="00BB531F">
          <w:pPr>
            <w:pStyle w:val="6CF8B61C99C94642B26D3E09CD2F84D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CA69B3476E449A6BC9388673963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0DD68-B519-4201-9279-58F6946171C2}"/>
      </w:docPartPr>
      <w:docPartBody>
        <w:p w:rsidR="00000000" w:rsidRDefault="00BB531F" w:rsidP="00BB531F">
          <w:pPr>
            <w:pStyle w:val="ECA69B3476E449A6BC938867396329A9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6A264AAE5324DFF8AA4C8F3C111F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64B2D-DD08-4138-BEDE-D4529E023F4C}"/>
      </w:docPartPr>
      <w:docPartBody>
        <w:p w:rsidR="00000000" w:rsidRDefault="00BB531F" w:rsidP="00BB531F">
          <w:pPr>
            <w:pStyle w:val="66A264AAE5324DFF8AA4C8F3C111F28F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41C61085A3940AE863567E4159DD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C699D-3579-4DF7-A625-F4F836A221ED}"/>
      </w:docPartPr>
      <w:docPartBody>
        <w:p w:rsidR="00000000" w:rsidRDefault="00BB531F" w:rsidP="00BB531F">
          <w:pPr>
            <w:pStyle w:val="D41C61085A3940AE863567E4159DDA9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E518C432D41149B55C949F20ED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7F9D4-C9BE-4D20-9CD4-1EDBD3D769D3}"/>
      </w:docPartPr>
      <w:docPartBody>
        <w:p w:rsidR="00000000" w:rsidRDefault="00BB531F" w:rsidP="00BB531F">
          <w:pPr>
            <w:pStyle w:val="A29E518C432D41149B55C949F20ED7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1C13F718074F999385E7BF1FA42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64D00-F505-476B-A2E4-4BD1AF8953DB}"/>
      </w:docPartPr>
      <w:docPartBody>
        <w:p w:rsidR="00000000" w:rsidRDefault="00BB531F" w:rsidP="00BB531F">
          <w:pPr>
            <w:pStyle w:val="961C13F718074F999385E7BF1FA421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253685BD3F4723B0746F07616E7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56913-C211-4B9E-AAA7-9D6888EBA04C}"/>
      </w:docPartPr>
      <w:docPartBody>
        <w:p w:rsidR="00000000" w:rsidRDefault="00BB531F" w:rsidP="00BB531F">
          <w:pPr>
            <w:pStyle w:val="A9253685BD3F4723B0746F07616E74E1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F0E94046FBB43AE9FD001C9D2C21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367C1-7EE1-4AD8-83A5-6949CC26B6BA}"/>
      </w:docPartPr>
      <w:docPartBody>
        <w:p w:rsidR="00000000" w:rsidRDefault="00BB531F" w:rsidP="00BB531F">
          <w:pPr>
            <w:pStyle w:val="7F0E94046FBB43AE9FD001C9D2C21A1F1"/>
          </w:pPr>
          <w:r w:rsidRPr="007176F1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BE04FE30AF42338EE85F0CC7AE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61DF96-1F33-4983-B5EE-09EFE8EE9F77}"/>
      </w:docPartPr>
      <w:docPartBody>
        <w:p w:rsidR="00000000" w:rsidRDefault="00BB531F" w:rsidP="00BB531F">
          <w:pPr>
            <w:pStyle w:val="CFBE04FE30AF42338EE85F0CC7AE352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96C00B251453DA8A8528EF6947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5EFD2-21B6-4D3E-818C-FA6DC93553B2}"/>
      </w:docPartPr>
      <w:docPartBody>
        <w:p w:rsidR="00000000" w:rsidRDefault="00BB531F" w:rsidP="00BB531F">
          <w:pPr>
            <w:pStyle w:val="97A96C00B251453DA8A8528EF6947C4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1B4A517F3D43FA876A4F3AF2613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DD9A2-7773-4FD6-AE98-C8C9AFC4A721}"/>
      </w:docPartPr>
      <w:docPartBody>
        <w:p w:rsidR="00000000" w:rsidRDefault="00BB531F" w:rsidP="00BB531F">
          <w:pPr>
            <w:pStyle w:val="161B4A517F3D43FA876A4F3AF2613F31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4711D6A2CBB4FDE9A40660390AFA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6E504-15A6-4E4F-86C4-F84DDCE6E133}"/>
      </w:docPartPr>
      <w:docPartBody>
        <w:p w:rsidR="00000000" w:rsidRDefault="00BB531F" w:rsidP="00BB531F">
          <w:pPr>
            <w:pStyle w:val="C4711D6A2CBB4FDE9A40660390AFA9E2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F8C6557D1474A3AAEFFE038C3A5D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E4D4E-51EA-421B-AFA9-EEDE3CDE6F39}"/>
      </w:docPartPr>
      <w:docPartBody>
        <w:p w:rsidR="00000000" w:rsidRDefault="00BB531F" w:rsidP="00BB531F">
          <w:pPr>
            <w:pStyle w:val="0F8C6557D1474A3AAEFFE038C3A5D49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1757636275D4E8597B71E9CDEB025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DBD9-D7A5-4D94-B45E-9812226415BA}"/>
      </w:docPartPr>
      <w:docPartBody>
        <w:p w:rsidR="00000000" w:rsidRDefault="00BB531F" w:rsidP="00BB531F">
          <w:pPr>
            <w:pStyle w:val="51757636275D4E8597B71E9CDEB025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206F85B29A4AE991CFBA61010E4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7E885-7A0A-4C77-96B8-253370A64CAD}"/>
      </w:docPartPr>
      <w:docPartBody>
        <w:p w:rsidR="00000000" w:rsidRDefault="00BB531F" w:rsidP="00BB531F">
          <w:pPr>
            <w:pStyle w:val="57206F85B29A4AE991CFBA61010E4E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C887726020444E9F27CB0F32335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959B6-4AA1-4866-899A-452AC0D8A30A}"/>
      </w:docPartPr>
      <w:docPartBody>
        <w:p w:rsidR="00000000" w:rsidRDefault="00BB531F" w:rsidP="00BB531F">
          <w:pPr>
            <w:pStyle w:val="B0C887726020444E9F27CB0F323356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38E7B3CDE4879A7079882D4762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BF4CE-FE92-4D71-BA57-BA1E8422B976}"/>
      </w:docPartPr>
      <w:docPartBody>
        <w:p w:rsidR="00000000" w:rsidRDefault="00BB531F" w:rsidP="00BB531F">
          <w:pPr>
            <w:pStyle w:val="8CB38E7B3CDE4879A7079882D476227B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188452C9E1A46F1AAFD3A922946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25D4-8946-43FD-994D-473C810978B5}"/>
      </w:docPartPr>
      <w:docPartBody>
        <w:p w:rsidR="00000000" w:rsidRDefault="00BB531F" w:rsidP="00BB531F">
          <w:pPr>
            <w:pStyle w:val="C188452C9E1A46F1AAFD3A9229465A9E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8CAE1E2C8EB46A2AEE9F95B9A20F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BB251-BE79-49FB-A238-8F0D586EFC79}"/>
      </w:docPartPr>
      <w:docPartBody>
        <w:p w:rsidR="00000000" w:rsidRDefault="00BB531F" w:rsidP="00BB531F">
          <w:pPr>
            <w:pStyle w:val="C8CAE1E2C8EB46A2AEE9F95B9A20F8F8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58C11D0A949D4CB7BC6A3B9C55908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71EE7-6C2F-480B-AE44-637EDC393863}"/>
      </w:docPartPr>
      <w:docPartBody>
        <w:p w:rsidR="00000000" w:rsidRDefault="00BB531F" w:rsidP="00BB531F">
          <w:pPr>
            <w:pStyle w:val="58C11D0A949D4CB7BC6A3B9C55908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A25384671499F82179FEC5F709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338BC-EA0E-4FF6-9330-65500321F3C0}"/>
      </w:docPartPr>
      <w:docPartBody>
        <w:p w:rsidR="00000000" w:rsidRDefault="00BB531F" w:rsidP="00BB531F">
          <w:pPr>
            <w:pStyle w:val="5B9A25384671499F82179FEC5F709E0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B4F10F9221460799F0A679E1F04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FCFDA-E823-4DD9-8E45-5E52223841C7}"/>
      </w:docPartPr>
      <w:docPartBody>
        <w:p w:rsidR="00000000" w:rsidRDefault="00BB531F" w:rsidP="00BB531F">
          <w:pPr>
            <w:pStyle w:val="39B4F10F9221460799F0A679E1F04B1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68B6286B049189E7323FB8EE3E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94055-B179-4993-9F52-B73D75B28F71}"/>
      </w:docPartPr>
      <w:docPartBody>
        <w:p w:rsidR="00000000" w:rsidRDefault="00BB531F" w:rsidP="00BB531F">
          <w:pPr>
            <w:pStyle w:val="4F368B6286B049189E7323FB8EE3E203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D8313E6438A4A809F4F8B01BFAB2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EAB0D-9B19-48C4-AC97-8D3ED4B62C86}"/>
      </w:docPartPr>
      <w:docPartBody>
        <w:p w:rsidR="00000000" w:rsidRDefault="00BB531F" w:rsidP="00BB531F">
          <w:pPr>
            <w:pStyle w:val="4D8313E6438A4A809F4F8B01BFAB29CA1"/>
          </w:pPr>
          <w:r w:rsidRPr="002A4EC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E6EF2FDF4884B7D9159FBB301B34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F54A1-B1F1-4980-88E3-C472E6CD4ED8}"/>
      </w:docPartPr>
      <w:docPartBody>
        <w:p w:rsidR="00000000" w:rsidRDefault="00BB531F" w:rsidP="00BB531F">
          <w:pPr>
            <w:pStyle w:val="2E6EF2FDF4884B7D9159FBB301B34EC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CE39FD9A4F44178B9EB12B30D95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77EA1-26CB-48C5-A0F7-66DC331165DA}"/>
      </w:docPartPr>
      <w:docPartBody>
        <w:p w:rsidR="00000000" w:rsidRDefault="00BB531F" w:rsidP="00BB531F">
          <w:pPr>
            <w:pStyle w:val="F5CE39FD9A4F44178B9EB12B30D95AA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D569D718164458B5C1AE9D252B5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0435-A981-4E09-9B3C-265B8CD62603}"/>
      </w:docPartPr>
      <w:docPartBody>
        <w:p w:rsidR="00000000" w:rsidRDefault="00BB531F" w:rsidP="00BB531F">
          <w:pPr>
            <w:pStyle w:val="7AD569D718164458B5C1AE9D252B54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9D66C372534C739E9965C70289B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41156-F40E-4546-A8D6-F9A8AD8A1149}"/>
      </w:docPartPr>
      <w:docPartBody>
        <w:p w:rsidR="00000000" w:rsidRDefault="00BB531F" w:rsidP="00BB531F">
          <w:pPr>
            <w:pStyle w:val="9A9D66C372534C739E9965C70289BE7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869C6F5D3147AC950C3101DC017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0C08C-70AA-46C9-815E-561AA781B134}"/>
      </w:docPartPr>
      <w:docPartBody>
        <w:p w:rsidR="00000000" w:rsidRDefault="00BB531F" w:rsidP="00BB531F">
          <w:pPr>
            <w:pStyle w:val="DF869C6F5D3147AC950C3101DC0177D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32370169CB4C5895159E67DEE2C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B1611-BE7B-4734-955B-3557EA360089}"/>
      </w:docPartPr>
      <w:docPartBody>
        <w:p w:rsidR="00000000" w:rsidRDefault="00BB531F" w:rsidP="00BB531F">
          <w:pPr>
            <w:pStyle w:val="2F32370169CB4C5895159E67DEE2C3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512FC2CD204CE585699EDD998AF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FDBC2-032E-473F-8CB7-FF279A123EED}"/>
      </w:docPartPr>
      <w:docPartBody>
        <w:p w:rsidR="00000000" w:rsidRDefault="00BB531F" w:rsidP="00BB531F">
          <w:pPr>
            <w:pStyle w:val="B7512FC2CD204CE585699EDD998AF55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9165B1CE794D60A778D3CC1210C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4660A-8B9B-4493-9C3B-72A3CB6A3547}"/>
      </w:docPartPr>
      <w:docPartBody>
        <w:p w:rsidR="00000000" w:rsidRDefault="00BB531F" w:rsidP="00BB531F">
          <w:pPr>
            <w:pStyle w:val="7A9165B1CE794D60A778D3CC1210C73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A74EE845C6490090D3A4A031F7D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E0C63-27DE-4489-B43B-6ABAEF243C7B}"/>
      </w:docPartPr>
      <w:docPartBody>
        <w:p w:rsidR="00000000" w:rsidRDefault="00BB531F" w:rsidP="00BB531F">
          <w:pPr>
            <w:pStyle w:val="03A74EE845C6490090D3A4A031F7DC5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17550BBEFF4CAA8BA9056457A8A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AA6A8-526F-4AF8-81D7-4353CCEC8482}"/>
      </w:docPartPr>
      <w:docPartBody>
        <w:p w:rsidR="00000000" w:rsidRDefault="00BB531F" w:rsidP="00BB531F">
          <w:pPr>
            <w:pStyle w:val="5617550BBEFF4CAA8BA9056457A8A1B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B0A8FE57DF4496B252D2F3FDDA5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34DEE-EF96-428A-AD98-411A1698A1EF}"/>
      </w:docPartPr>
      <w:docPartBody>
        <w:p w:rsidR="00000000" w:rsidRDefault="00BB531F" w:rsidP="00BB531F">
          <w:pPr>
            <w:pStyle w:val="EEB0A8FE57DF4496B252D2F3FDDA5D6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41247DA60840A2988B418F8C8BB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01234-C74F-446D-8F6F-E7E64319C5E5}"/>
      </w:docPartPr>
      <w:docPartBody>
        <w:p w:rsidR="00000000" w:rsidRDefault="00BB531F" w:rsidP="00BB531F">
          <w:pPr>
            <w:pStyle w:val="F141247DA60840A2988B418F8C8BBAE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65D4418BF849BCA670C2F56273E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534B1-1CE2-4BB2-9ACD-D2CCEE60D860}"/>
      </w:docPartPr>
      <w:docPartBody>
        <w:p w:rsidR="00000000" w:rsidRDefault="00BB531F" w:rsidP="00BB531F">
          <w:pPr>
            <w:pStyle w:val="C865D4418BF849BCA670C2F56273E1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5C676AB37241F996F700DCB838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AA21E-3F4B-4946-BBC0-CC31FCDE599F}"/>
      </w:docPartPr>
      <w:docPartBody>
        <w:p w:rsidR="00000000" w:rsidRDefault="00BB531F" w:rsidP="00BB531F">
          <w:pPr>
            <w:pStyle w:val="175C676AB37241F996F700DCB83828B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59A810009242869D3B613F6EF1F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A8DB-063A-4B88-A196-2DEB1C177BD1}"/>
      </w:docPartPr>
      <w:docPartBody>
        <w:p w:rsidR="00000000" w:rsidRDefault="00BB531F" w:rsidP="00BB531F">
          <w:pPr>
            <w:pStyle w:val="B859A810009242869D3B613F6EF1F3EC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9E8494F0994338BB13B91A37B72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81CE5-3CBC-41EB-9D06-EF0148AAE4A0}"/>
      </w:docPartPr>
      <w:docPartBody>
        <w:p w:rsidR="00000000" w:rsidRDefault="00BB531F" w:rsidP="00BB531F">
          <w:pPr>
            <w:pStyle w:val="7D9E8494F0994338BB13B91A37B728E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06F2FBB378E40009328D42EF74B0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45F3C-453B-414F-9866-F7C5CFFA4A55}"/>
      </w:docPartPr>
      <w:docPartBody>
        <w:p w:rsidR="00000000" w:rsidRDefault="00BB531F" w:rsidP="00BB531F">
          <w:pPr>
            <w:pStyle w:val="C06F2FBB378E40009328D42EF74B043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50F611CD740249501ED3F4C09A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2347-D012-4538-89D2-E138925C1623}"/>
      </w:docPartPr>
      <w:docPartBody>
        <w:p w:rsidR="00000000" w:rsidRDefault="00BB531F" w:rsidP="00BB531F">
          <w:pPr>
            <w:pStyle w:val="93050F611CD740249501ED3F4C09AAA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CF0E9452CD47EC93C07B2EB7409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6404F-4355-4E50-A7C8-BD131714D709}"/>
      </w:docPartPr>
      <w:docPartBody>
        <w:p w:rsidR="00000000" w:rsidRDefault="00BB531F" w:rsidP="00BB531F">
          <w:pPr>
            <w:pStyle w:val="D2CF0E9452CD47EC93C07B2EB740995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CC179BD28F47189E7F08F862CCF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D0D3E-C7F8-4F16-8BC7-394EBDA6DAE8}"/>
      </w:docPartPr>
      <w:docPartBody>
        <w:p w:rsidR="00000000" w:rsidRDefault="00BB531F" w:rsidP="00BB531F">
          <w:pPr>
            <w:pStyle w:val="2ACC179BD28F47189E7F08F862CCF0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E80A4C71A94429B7CD106FE55CB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597A4-700E-4A8A-8086-2E012AC95BFA}"/>
      </w:docPartPr>
      <w:docPartBody>
        <w:p w:rsidR="00000000" w:rsidRDefault="00BB531F" w:rsidP="00BB531F">
          <w:pPr>
            <w:pStyle w:val="EBE80A4C71A94429B7CD106FE55CBFF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282A457474E50B6DFD55384AE5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21EB9-E99D-4A4A-B7CD-9E72384FD3C6}"/>
      </w:docPartPr>
      <w:docPartBody>
        <w:p w:rsidR="00000000" w:rsidRDefault="00BB531F" w:rsidP="00BB531F">
          <w:pPr>
            <w:pStyle w:val="779282A457474E50B6DFD55384AE51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2C86A24A0B4F13A175D042698AE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0FE0F-F3C6-4E71-81D4-7242AEBE1147}"/>
      </w:docPartPr>
      <w:docPartBody>
        <w:p w:rsidR="00000000" w:rsidRDefault="00BB531F" w:rsidP="00BB531F">
          <w:pPr>
            <w:pStyle w:val="232C86A24A0B4F13A175D042698AE81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F346D4CFA4552BD3CA72ED3E58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86CA4-00B3-4582-9327-0F8B07E0B492}"/>
      </w:docPartPr>
      <w:docPartBody>
        <w:p w:rsidR="00000000" w:rsidRDefault="00BB531F" w:rsidP="00BB531F">
          <w:pPr>
            <w:pStyle w:val="11EF346D4CFA4552BD3CA72ED3E5827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8E756A0074309B1C9E128B5F66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C9157-1236-431E-A33C-260AB436306E}"/>
      </w:docPartPr>
      <w:docPartBody>
        <w:p w:rsidR="00000000" w:rsidRDefault="00BB531F" w:rsidP="00BB531F">
          <w:pPr>
            <w:pStyle w:val="94A8E756A0074309B1C9E128B5F66D6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FF5A86E25249998CA62378B5D10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3D036-B3B0-4036-89CF-408643E9B8D0}"/>
      </w:docPartPr>
      <w:docPartBody>
        <w:p w:rsidR="00000000" w:rsidRDefault="00BB531F" w:rsidP="00BB531F">
          <w:pPr>
            <w:pStyle w:val="6CFF5A86E25249998CA62378B5D1094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22FB9BB994269867A1539A3F1C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1CDD-FC5F-4B66-B3E8-869D9C40CD22}"/>
      </w:docPartPr>
      <w:docPartBody>
        <w:p w:rsidR="00000000" w:rsidRDefault="00BB531F" w:rsidP="00BB531F">
          <w:pPr>
            <w:pStyle w:val="6EE22FB9BB994269867A1539A3F1CE7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E80714F1F4D5381798FD90AEAB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A314C-2C03-4C18-BFF1-7AAD16B3EBAD}"/>
      </w:docPartPr>
      <w:docPartBody>
        <w:p w:rsidR="00000000" w:rsidRDefault="00BB531F" w:rsidP="00BB531F">
          <w:pPr>
            <w:pStyle w:val="8F9E80714F1F4D5381798FD90AEAB4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CBE468167C4E7EAE09D0C06C6BF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BC572-72EA-4005-B1FA-8F4E42D2BAF1}"/>
      </w:docPartPr>
      <w:docPartBody>
        <w:p w:rsidR="00000000" w:rsidRDefault="00BB531F" w:rsidP="00BB531F">
          <w:pPr>
            <w:pStyle w:val="11CBE468167C4E7EAE09D0C06C6BF29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9BC6D77FE40259AE14F7CB3317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15290-3437-41FA-AA26-5D0BA9160644}"/>
      </w:docPartPr>
      <w:docPartBody>
        <w:p w:rsidR="00000000" w:rsidRDefault="00BB531F" w:rsidP="00BB531F">
          <w:pPr>
            <w:pStyle w:val="7819BC6D77FE40259AE14F7CB33177E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FF958A420E4104846BCE88A065D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DA89A-6E1A-4BBB-8DB6-C1546C762D54}"/>
      </w:docPartPr>
      <w:docPartBody>
        <w:p w:rsidR="00000000" w:rsidRDefault="00BB531F" w:rsidP="00BB531F">
          <w:pPr>
            <w:pStyle w:val="CEFF958A420E4104846BCE88A065D3A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02B53ED7634F28958691F26CC8D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EF814-68FD-486E-957A-1A0743EF9358}"/>
      </w:docPartPr>
      <w:docPartBody>
        <w:p w:rsidR="00000000" w:rsidRDefault="00BB531F" w:rsidP="00BB531F">
          <w:pPr>
            <w:pStyle w:val="E302B53ED7634F28958691F26CC8DB0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8A34E01094F428F667F11EFC73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D8A8E-AEF4-4487-AAB6-5B9FDFDBE4AB}"/>
      </w:docPartPr>
      <w:docPartBody>
        <w:p w:rsidR="00000000" w:rsidRDefault="00BB531F" w:rsidP="00BB531F">
          <w:pPr>
            <w:pStyle w:val="2F88A34E01094F428F667F11EFC738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F947C4B82B42C3B2B784FB7CEAC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13A05-38E1-41AE-B048-87DC6910AD64}"/>
      </w:docPartPr>
      <w:docPartBody>
        <w:p w:rsidR="00000000" w:rsidRDefault="00BB531F" w:rsidP="00BB531F">
          <w:pPr>
            <w:pStyle w:val="4AF947C4B82B42C3B2B784FB7CEACD9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2B12D57AE048AAA2EF9CCFFAB76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5FF95-8361-431A-B4F1-38A36402A532}"/>
      </w:docPartPr>
      <w:docPartBody>
        <w:p w:rsidR="00000000" w:rsidRDefault="00BB531F" w:rsidP="00BB531F">
          <w:pPr>
            <w:pStyle w:val="8D2B12D57AE048AAA2EF9CCFFAB76CD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700A7646942F2BD63AF402BA14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5CEA9-34EE-4810-9D0A-FA4A4C8F8C91}"/>
      </w:docPartPr>
      <w:docPartBody>
        <w:p w:rsidR="00000000" w:rsidRDefault="00BB531F" w:rsidP="00BB531F">
          <w:pPr>
            <w:pStyle w:val="453700A7646942F2BD63AF402BA1448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9BDD1D154C4B5BAE6044A1A2234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C7C86-F6F7-460A-94C4-424B8A8F4096}"/>
      </w:docPartPr>
      <w:docPartBody>
        <w:p w:rsidR="00000000" w:rsidRDefault="00BB531F" w:rsidP="00BB531F">
          <w:pPr>
            <w:pStyle w:val="639BDD1D154C4B5BAE6044A1A2234FA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BB457D846CC4661990964369CB48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18F48-1025-4ED7-A447-ED8DA104B49C}"/>
      </w:docPartPr>
      <w:docPartBody>
        <w:p w:rsidR="00000000" w:rsidRDefault="00BB531F" w:rsidP="00BB531F">
          <w:pPr>
            <w:pStyle w:val="0BB457D846CC4661990964369CB488D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9B20B04DC404780AB461F5AB28E7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8A1E9-A48D-4297-938E-3BB5746E4265}"/>
      </w:docPartPr>
      <w:docPartBody>
        <w:p w:rsidR="00000000" w:rsidRDefault="00BB531F" w:rsidP="00BB531F">
          <w:pPr>
            <w:pStyle w:val="59B20B04DC404780AB461F5AB28E788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30DF4B14C4408A5C17EA4C619D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1EB46-3654-408C-8FB2-DE49AEA25EFE}"/>
      </w:docPartPr>
      <w:docPartBody>
        <w:p w:rsidR="00000000" w:rsidRDefault="00BB531F" w:rsidP="00BB531F">
          <w:pPr>
            <w:pStyle w:val="17330DF4B14C4408A5C17EA4C619DAD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3B486324F417D9E77C4E4B5534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D1A82-E8C4-4EE7-90EF-8C277F684782}"/>
      </w:docPartPr>
      <w:docPartBody>
        <w:p w:rsidR="00000000" w:rsidRDefault="00BB531F" w:rsidP="00BB531F">
          <w:pPr>
            <w:pStyle w:val="AD73B486324F417D9E77C4E4B5534FE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54E1A"/>
    <w:rsid w:val="000934D5"/>
    <w:rsid w:val="00160338"/>
    <w:rsid w:val="002630F8"/>
    <w:rsid w:val="004161F5"/>
    <w:rsid w:val="005A051B"/>
    <w:rsid w:val="006239E1"/>
    <w:rsid w:val="00667F4B"/>
    <w:rsid w:val="006B1382"/>
    <w:rsid w:val="006D0099"/>
    <w:rsid w:val="00720AD0"/>
    <w:rsid w:val="00917BE7"/>
    <w:rsid w:val="0092331B"/>
    <w:rsid w:val="00926343"/>
    <w:rsid w:val="009A5C93"/>
    <w:rsid w:val="00B302C0"/>
    <w:rsid w:val="00BB531F"/>
    <w:rsid w:val="00BD0B7C"/>
    <w:rsid w:val="00F015A1"/>
    <w:rsid w:val="00F277ED"/>
    <w:rsid w:val="00F75C6A"/>
    <w:rsid w:val="00FB32F8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531F"/>
    <w:rPr>
      <w:color w:val="666666"/>
    </w:rPr>
  </w:style>
  <w:style w:type="paragraph" w:customStyle="1" w:styleId="F9A4AF27E55E47CAB8489A9565BA4865">
    <w:name w:val="F9A4AF27E55E47CAB8489A9565BA4865"/>
    <w:rsid w:val="00BB531F"/>
  </w:style>
  <w:style w:type="paragraph" w:customStyle="1" w:styleId="4584915E186F454EAFA6B6AC8156925A">
    <w:name w:val="4584915E186F454EAFA6B6AC8156925A"/>
    <w:rsid w:val="00BB531F"/>
  </w:style>
  <w:style w:type="paragraph" w:customStyle="1" w:styleId="CBC39A6D9B014813ACB3420F2682BDE5">
    <w:name w:val="CBC39A6D9B014813ACB3420F2682BDE5"/>
    <w:rsid w:val="00BB531F"/>
  </w:style>
  <w:style w:type="paragraph" w:customStyle="1" w:styleId="2D9D8751F3124C2FBED56B61ACFBF936">
    <w:name w:val="2D9D8751F3124C2FBED56B61ACFBF936"/>
    <w:rsid w:val="00BB531F"/>
  </w:style>
  <w:style w:type="paragraph" w:customStyle="1" w:styleId="9FDD0DD63AD6401DA835A0E826250BE5">
    <w:name w:val="9FDD0DD63AD6401DA835A0E826250BE5"/>
    <w:rsid w:val="00BB531F"/>
  </w:style>
  <w:style w:type="paragraph" w:customStyle="1" w:styleId="6CF8B61C99C94642B26D3E09CD2F84D9">
    <w:name w:val="6CF8B61C99C94642B26D3E09CD2F84D9"/>
    <w:rsid w:val="00BB531F"/>
  </w:style>
  <w:style w:type="paragraph" w:customStyle="1" w:styleId="ECA69B3476E449A6BC938867396329A9">
    <w:name w:val="ECA69B3476E449A6BC938867396329A9"/>
    <w:rsid w:val="00BB531F"/>
  </w:style>
  <w:style w:type="paragraph" w:customStyle="1" w:styleId="570C3481846A4DA88BABDC83D6F7E9B6">
    <w:name w:val="570C3481846A4DA88BABDC83D6F7E9B6"/>
    <w:rsid w:val="00BB531F"/>
  </w:style>
  <w:style w:type="paragraph" w:customStyle="1" w:styleId="66A264AAE5324DFF8AA4C8F3C111F28F">
    <w:name w:val="66A264AAE5324DFF8AA4C8F3C111F28F"/>
    <w:rsid w:val="00BB531F"/>
  </w:style>
  <w:style w:type="paragraph" w:customStyle="1" w:styleId="D41C61085A3940AE863567E4159DDA9C">
    <w:name w:val="D41C61085A3940AE863567E4159DDA9C"/>
    <w:rsid w:val="00BB531F"/>
  </w:style>
  <w:style w:type="paragraph" w:customStyle="1" w:styleId="A29E518C432D41149B55C949F20ED708">
    <w:name w:val="A29E518C432D41149B55C949F20ED708"/>
    <w:rsid w:val="00BB531F"/>
  </w:style>
  <w:style w:type="paragraph" w:customStyle="1" w:styleId="9F2FEE26C7B04F51B102D549C579C78B">
    <w:name w:val="9F2FEE26C7B04F51B102D549C579C78B"/>
    <w:rsid w:val="00054E1A"/>
  </w:style>
  <w:style w:type="paragraph" w:customStyle="1" w:styleId="961C13F718074F999385E7BF1FA421D9">
    <w:name w:val="961C13F718074F999385E7BF1FA421D9"/>
    <w:rsid w:val="00BB531F"/>
  </w:style>
  <w:style w:type="paragraph" w:customStyle="1" w:styleId="A9253685BD3F4723B0746F07616E74E1">
    <w:name w:val="A9253685BD3F4723B0746F07616E74E1"/>
    <w:rsid w:val="00BB531F"/>
  </w:style>
  <w:style w:type="paragraph" w:customStyle="1" w:styleId="7F0E94046FBB43AE9FD001C9D2C21A1F">
    <w:name w:val="7F0E94046FBB43AE9FD001C9D2C21A1F"/>
    <w:rsid w:val="00BB531F"/>
  </w:style>
  <w:style w:type="paragraph" w:customStyle="1" w:styleId="31B5479A0CB9417CA8A0B7B8D8ED9466">
    <w:name w:val="31B5479A0CB9417CA8A0B7B8D8ED9466"/>
    <w:rsid w:val="00BB531F"/>
  </w:style>
  <w:style w:type="paragraph" w:customStyle="1" w:styleId="CFBE04FE30AF42338EE85F0CC7AE3529">
    <w:name w:val="CFBE04FE30AF42338EE85F0CC7AE3529"/>
    <w:rsid w:val="00BB531F"/>
  </w:style>
  <w:style w:type="paragraph" w:customStyle="1" w:styleId="97A96C00B251453DA8A8528EF6947C4E">
    <w:name w:val="97A96C00B251453DA8A8528EF6947C4E"/>
    <w:rsid w:val="00BB531F"/>
  </w:style>
  <w:style w:type="paragraph" w:customStyle="1" w:styleId="2419FEC529DD493481C24913AEF685C5">
    <w:name w:val="2419FEC529DD493481C24913AEF685C5"/>
    <w:rsid w:val="00054E1A"/>
  </w:style>
  <w:style w:type="paragraph" w:customStyle="1" w:styleId="161B4A517F3D43FA876A4F3AF2613F31">
    <w:name w:val="161B4A517F3D43FA876A4F3AF2613F31"/>
    <w:rsid w:val="00BB531F"/>
  </w:style>
  <w:style w:type="paragraph" w:customStyle="1" w:styleId="C4711D6A2CBB4FDE9A40660390AFA9E2">
    <w:name w:val="C4711D6A2CBB4FDE9A40660390AFA9E2"/>
    <w:rsid w:val="00BB531F"/>
  </w:style>
  <w:style w:type="paragraph" w:customStyle="1" w:styleId="0F8C6557D1474A3AAEFFE038C3A5D490">
    <w:name w:val="0F8C6557D1474A3AAEFFE038C3A5D490"/>
    <w:rsid w:val="00BB531F"/>
  </w:style>
  <w:style w:type="paragraph" w:customStyle="1" w:styleId="51757636275D4E8597B71E9CDEB02554">
    <w:name w:val="51757636275D4E8597B71E9CDEB02554"/>
    <w:rsid w:val="00BB531F"/>
  </w:style>
  <w:style w:type="paragraph" w:customStyle="1" w:styleId="AB14030D4E4E4A69BDBBE99B1D4AF16D">
    <w:name w:val="AB14030D4E4E4A69BDBBE99B1D4AF16D"/>
    <w:rsid w:val="00BB531F"/>
  </w:style>
  <w:style w:type="paragraph" w:customStyle="1" w:styleId="57206F85B29A4AE991CFBA61010E4E54">
    <w:name w:val="57206F85B29A4AE991CFBA61010E4E54"/>
    <w:rsid w:val="00BB531F"/>
  </w:style>
  <w:style w:type="paragraph" w:customStyle="1" w:styleId="B0C887726020444E9F27CB0F323356E0">
    <w:name w:val="B0C887726020444E9F27CB0F323356E0"/>
    <w:rsid w:val="00BB531F"/>
  </w:style>
  <w:style w:type="paragraph" w:customStyle="1" w:styleId="8CB38E7B3CDE4879A7079882D476227B">
    <w:name w:val="8CB38E7B3CDE4879A7079882D476227B"/>
    <w:rsid w:val="00BB531F"/>
  </w:style>
  <w:style w:type="paragraph" w:customStyle="1" w:styleId="C188452C9E1A46F1AAFD3A9229465A9E">
    <w:name w:val="C188452C9E1A46F1AAFD3A9229465A9E"/>
    <w:rsid w:val="00BB531F"/>
  </w:style>
  <w:style w:type="paragraph" w:customStyle="1" w:styleId="C8CAE1E2C8EB46A2AEE9F95B9A20F8F8">
    <w:name w:val="C8CAE1E2C8EB46A2AEE9F95B9A20F8F8"/>
    <w:rsid w:val="00BB531F"/>
  </w:style>
  <w:style w:type="paragraph" w:customStyle="1" w:styleId="58C11D0A949D4CB7BC6A3B9C559080AE">
    <w:name w:val="58C11D0A949D4CB7BC6A3B9C559080AE"/>
    <w:rsid w:val="00BB531F"/>
  </w:style>
  <w:style w:type="paragraph" w:customStyle="1" w:styleId="23FABADC482A41BAADCB6E0C0061BAE5">
    <w:name w:val="23FABADC482A41BAADCB6E0C0061BAE5"/>
    <w:rsid w:val="00BB531F"/>
  </w:style>
  <w:style w:type="paragraph" w:customStyle="1" w:styleId="5B9A25384671499F82179FEC5F709E03">
    <w:name w:val="5B9A25384671499F82179FEC5F709E03"/>
    <w:rsid w:val="00BB531F"/>
  </w:style>
  <w:style w:type="paragraph" w:customStyle="1" w:styleId="39B4F10F9221460799F0A679E1F04B1F">
    <w:name w:val="39B4F10F9221460799F0A679E1F04B1F"/>
    <w:rsid w:val="00BB531F"/>
  </w:style>
  <w:style w:type="paragraph" w:customStyle="1" w:styleId="4F368B6286B049189E7323FB8EE3E203">
    <w:name w:val="4F368B6286B049189E7323FB8EE3E203"/>
    <w:rsid w:val="00BB531F"/>
  </w:style>
  <w:style w:type="paragraph" w:customStyle="1" w:styleId="4D8313E6438A4A809F4F8B01BFAB29CA">
    <w:name w:val="4D8313E6438A4A809F4F8B01BFAB29CA"/>
    <w:rsid w:val="00BB531F"/>
  </w:style>
  <w:style w:type="paragraph" w:customStyle="1" w:styleId="2E6EF2FDF4884B7D9159FBB301B34EC0">
    <w:name w:val="2E6EF2FDF4884B7D9159FBB301B34EC0"/>
    <w:rsid w:val="00BB531F"/>
  </w:style>
  <w:style w:type="paragraph" w:customStyle="1" w:styleId="F5CE39FD9A4F44178B9EB12B30D95AAD">
    <w:name w:val="F5CE39FD9A4F44178B9EB12B30D95AAD"/>
    <w:rsid w:val="00BB531F"/>
  </w:style>
  <w:style w:type="paragraph" w:customStyle="1" w:styleId="2EF442D6300C49C99D2FD7357A105DF8">
    <w:name w:val="2EF442D6300C49C99D2FD7357A105DF8"/>
    <w:rsid w:val="00BB531F"/>
  </w:style>
  <w:style w:type="paragraph" w:customStyle="1" w:styleId="7AD569D718164458B5C1AE9D252B54C5">
    <w:name w:val="7AD569D718164458B5C1AE9D252B54C5"/>
    <w:rsid w:val="00BB531F"/>
  </w:style>
  <w:style w:type="paragraph" w:customStyle="1" w:styleId="D8DE6DC2FBF94BA2A8E8005925356266">
    <w:name w:val="D8DE6DC2FBF94BA2A8E8005925356266"/>
    <w:rsid w:val="00BB531F"/>
  </w:style>
  <w:style w:type="paragraph" w:customStyle="1" w:styleId="9A9D66C372534C739E9965C70289BE7B">
    <w:name w:val="9A9D66C372534C739E9965C70289BE7B"/>
    <w:rsid w:val="00BB531F"/>
  </w:style>
  <w:style w:type="paragraph" w:customStyle="1" w:styleId="0D3BA3F194EE44588002B89DFFD3A949">
    <w:name w:val="0D3BA3F194EE44588002B89DFFD3A949"/>
    <w:rsid w:val="00BB531F"/>
  </w:style>
  <w:style w:type="paragraph" w:customStyle="1" w:styleId="DF869C6F5D3147AC950C3101DC0177DE">
    <w:name w:val="DF869C6F5D3147AC950C3101DC0177DE"/>
    <w:rsid w:val="00BB531F"/>
  </w:style>
  <w:style w:type="paragraph" w:customStyle="1" w:styleId="08E2C31C2FE9493D877EDBAC7642AE23">
    <w:name w:val="08E2C31C2FE9493D877EDBAC7642AE23"/>
    <w:rsid w:val="00BB531F"/>
  </w:style>
  <w:style w:type="paragraph" w:customStyle="1" w:styleId="2F32370169CB4C5895159E67DEE2C387">
    <w:name w:val="2F32370169CB4C5895159E67DEE2C387"/>
    <w:rsid w:val="00BB531F"/>
  </w:style>
  <w:style w:type="paragraph" w:customStyle="1" w:styleId="B7512FC2CD204CE585699EDD998AF55D">
    <w:name w:val="B7512FC2CD204CE585699EDD998AF55D"/>
    <w:rsid w:val="00BB531F"/>
  </w:style>
  <w:style w:type="paragraph" w:customStyle="1" w:styleId="7A9165B1CE794D60A778D3CC1210C73A">
    <w:name w:val="7A9165B1CE794D60A778D3CC1210C73A"/>
    <w:rsid w:val="00BB531F"/>
  </w:style>
  <w:style w:type="paragraph" w:customStyle="1" w:styleId="03A74EE845C6490090D3A4A031F7DC59">
    <w:name w:val="03A74EE845C6490090D3A4A031F7DC59"/>
    <w:rsid w:val="00BB531F"/>
  </w:style>
  <w:style w:type="paragraph" w:customStyle="1" w:styleId="5617550BBEFF4CAA8BA9056457A8A1B0">
    <w:name w:val="5617550BBEFF4CAA8BA9056457A8A1B0"/>
    <w:rsid w:val="00BB531F"/>
  </w:style>
  <w:style w:type="paragraph" w:customStyle="1" w:styleId="EEB0A8FE57DF4496B252D2F3FDDA5D66">
    <w:name w:val="EEB0A8FE57DF4496B252D2F3FDDA5D66"/>
    <w:rsid w:val="00BB531F"/>
  </w:style>
  <w:style w:type="paragraph" w:customStyle="1" w:styleId="F141247DA60840A2988B418F8C8BBAE4">
    <w:name w:val="F141247DA60840A2988B418F8C8BBAE4"/>
    <w:rsid w:val="00BB531F"/>
  </w:style>
  <w:style w:type="paragraph" w:customStyle="1" w:styleId="13A50BC21DFD4C829FFDF87B54001A41">
    <w:name w:val="13A50BC21DFD4C829FFDF87B54001A41"/>
    <w:rsid w:val="00BB531F"/>
  </w:style>
  <w:style w:type="paragraph" w:customStyle="1" w:styleId="C865D4418BF849BCA670C2F56273E1DF">
    <w:name w:val="C865D4418BF849BCA670C2F56273E1DF"/>
    <w:rsid w:val="00BB531F"/>
  </w:style>
  <w:style w:type="paragraph" w:customStyle="1" w:styleId="175C676AB37241F996F700DCB83828B4">
    <w:name w:val="175C676AB37241F996F700DCB83828B4"/>
    <w:rsid w:val="00BB531F"/>
  </w:style>
  <w:style w:type="paragraph" w:customStyle="1" w:styleId="B859A810009242869D3B613F6EF1F3EC">
    <w:name w:val="B859A810009242869D3B613F6EF1F3EC"/>
    <w:rsid w:val="00BB531F"/>
  </w:style>
  <w:style w:type="paragraph" w:customStyle="1" w:styleId="7D9E8494F0994338BB13B91A37B728E4">
    <w:name w:val="7D9E8494F0994338BB13B91A37B728E4"/>
    <w:rsid w:val="00BB531F"/>
  </w:style>
  <w:style w:type="paragraph" w:customStyle="1" w:styleId="CE86473A3B80464494A2BDA62837CC9B">
    <w:name w:val="CE86473A3B80464494A2BDA62837CC9B"/>
    <w:rsid w:val="00054E1A"/>
  </w:style>
  <w:style w:type="paragraph" w:customStyle="1" w:styleId="C06F2FBB378E40009328D42EF74B0430">
    <w:name w:val="C06F2FBB378E40009328D42EF74B0430"/>
    <w:rsid w:val="00BB531F"/>
  </w:style>
  <w:style w:type="paragraph" w:customStyle="1" w:styleId="93050F611CD740249501ED3F4C09AAA7">
    <w:name w:val="93050F611CD740249501ED3F4C09AAA7"/>
    <w:rsid w:val="00BB531F"/>
  </w:style>
  <w:style w:type="paragraph" w:customStyle="1" w:styleId="D2CF0E9452CD47EC93C07B2EB7409954">
    <w:name w:val="D2CF0E9452CD47EC93C07B2EB7409954"/>
    <w:rsid w:val="00BB531F"/>
  </w:style>
  <w:style w:type="paragraph" w:customStyle="1" w:styleId="F85F6D7746E24CCE8B227054B0579E5D">
    <w:name w:val="F85F6D7746E24CCE8B227054B0579E5D"/>
    <w:rsid w:val="00BB531F"/>
  </w:style>
  <w:style w:type="paragraph" w:customStyle="1" w:styleId="DE0A38173CC64586B10FD2B18FAFC064">
    <w:name w:val="DE0A38173CC64586B10FD2B18FAFC064"/>
    <w:rsid w:val="00BB531F"/>
  </w:style>
  <w:style w:type="paragraph" w:customStyle="1" w:styleId="D62CC334378045B9A480EBCC22CDDC40">
    <w:name w:val="D62CC334378045B9A480EBCC22CDDC40"/>
    <w:rsid w:val="00BB531F"/>
  </w:style>
  <w:style w:type="paragraph" w:customStyle="1" w:styleId="BF696407ADF64941AF858040B5C35D2A">
    <w:name w:val="BF696407ADF64941AF858040B5C35D2A"/>
    <w:rsid w:val="00BB531F"/>
  </w:style>
  <w:style w:type="paragraph" w:customStyle="1" w:styleId="260E7D4D5E324587892BE437C9B83CE7">
    <w:name w:val="260E7D4D5E324587892BE437C9B83CE7"/>
    <w:rsid w:val="00054E1A"/>
  </w:style>
  <w:style w:type="paragraph" w:customStyle="1" w:styleId="D55B633046A2491F93CAFD5AB6CDDD35">
    <w:name w:val="D55B633046A2491F93CAFD5AB6CDDD35"/>
    <w:rsid w:val="00BB531F"/>
  </w:style>
  <w:style w:type="paragraph" w:customStyle="1" w:styleId="DD545108673A4232918391536B0DDD8E">
    <w:name w:val="DD545108673A4232918391536B0DDD8E"/>
    <w:rsid w:val="00BB531F"/>
  </w:style>
  <w:style w:type="paragraph" w:customStyle="1" w:styleId="6F89FA93A37C4092B53CF2F00044BC46">
    <w:name w:val="6F89FA93A37C4092B53CF2F00044BC46"/>
    <w:rsid w:val="00BB531F"/>
  </w:style>
  <w:style w:type="paragraph" w:customStyle="1" w:styleId="18A13205E2E04453A9EC7DF22E1E4315">
    <w:name w:val="18A13205E2E04453A9EC7DF22E1E4315"/>
    <w:rsid w:val="00BB531F"/>
  </w:style>
  <w:style w:type="paragraph" w:customStyle="1" w:styleId="4BCB6A91F940460A81DDDAEA846EA6D7">
    <w:name w:val="4BCB6A91F940460A81DDDAEA846EA6D7"/>
    <w:rsid w:val="00BB531F"/>
  </w:style>
  <w:style w:type="paragraph" w:customStyle="1" w:styleId="2ACC179BD28F47189E7F08F862CCF06E">
    <w:name w:val="2ACC179BD28F47189E7F08F862CCF06E"/>
    <w:rsid w:val="00BB531F"/>
  </w:style>
  <w:style w:type="paragraph" w:customStyle="1" w:styleId="EBE80A4C71A94429B7CD106FE55CBFFF">
    <w:name w:val="EBE80A4C71A94429B7CD106FE55CBFFF"/>
    <w:rsid w:val="00BB531F"/>
  </w:style>
  <w:style w:type="paragraph" w:customStyle="1" w:styleId="1734C0B0E50C4165979C1D1CD6EF5118">
    <w:name w:val="1734C0B0E50C4165979C1D1CD6EF5118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">
    <w:name w:val="96F24E541B0145AAA4C1F913603E646E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">
    <w:name w:val="2C3A3162D80445F78DDE0C5B1FC1D376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">
    <w:name w:val="3BB3224C02224BE9B27FBD8B4FA44C85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22186E31B54B8181F21DD980A8EB721">
    <w:name w:val="6422186E31B54B8181F21DD980A8EB72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1F11A6331B448D8AC6A630586B5ABC1">
    <w:name w:val="1E1F11A6331B448D8AC6A630586B5ABC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83C3974A6D4F33A5932C6F292EF5B11">
    <w:name w:val="C683C3974A6D4F33A5932C6F292EF5B1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48A84B435E49C79F568161E3BB02A4">
    <w:name w:val="6C48A84B435E49C79F568161E3BB02A4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34C4C9EA14B6FA85D62C41F5C6E12">
    <w:name w:val="6EE34C4C9EA14B6FA85D62C41F5C6E12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F95DB3BB11447C8CDD6A45007F0D2E">
    <w:name w:val="C1F95DB3BB11447C8CDD6A45007F0D2E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C7BA3E4F244725AE8F9F8EBB16FF40">
    <w:name w:val="09C7BA3E4F244725AE8F9F8EBB16FF40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98707B84354A8E8BBFB6B250AE1561">
    <w:name w:val="2D98707B84354A8E8BBFB6B250AE156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E1710A5AB2453F9D0E73ABB83A343F">
    <w:name w:val="9EE1710A5AB2453F9D0E73ABB83A343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AF3F9C4E7F4DD78D8DDEE9C37F2ACC">
    <w:name w:val="BEAF3F9C4E7F4DD78D8DDEE9C37F2ACC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96B9C4B0AC41ED8D97C3D7FC9BEF9F">
    <w:name w:val="B696B9C4B0AC41ED8D97C3D7FC9BEF9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DE6D1C02C04D68A3F2ECAFAF17366C">
    <w:name w:val="8DDE6D1C02C04D68A3F2ECAFAF17366C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D8AB3734F2450BB019920D5A23D6CA">
    <w:name w:val="9ED8AB3734F2450BB019920D5A23D6CA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FBF31E07AE4E94AC9543D7942D02F8">
    <w:name w:val="ACFBF31E07AE4E94AC9543D7942D02F8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DC47897048452E816EBA1C4F11496A">
    <w:name w:val="E4DC47897048452E816EBA1C4F11496A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9D5A0692D742D79FA8DDD60B854D4E">
    <w:name w:val="8A9D5A0692D742D79FA8DDD60B854D4E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B2C9A4A1B47D3964648660E17177B">
    <w:name w:val="A6BB2C9A4A1B47D3964648660E17177B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9468FAE1C54DAB9A2114E0623FDDFF">
    <w:name w:val="BD9468FAE1C54DAB9A2114E0623FDDF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0AFBA4386544279A48B3EBF48E6383">
    <w:name w:val="B60AFBA4386544279A48B3EBF48E6383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237F68AB904F05B1FE9D8ACC51BCD2">
    <w:name w:val="F1237F68AB904F05B1FE9D8ACC51BCD2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B0F465FC44241C9BC6C1BD3DA88D079">
    <w:name w:val="DB0F465FC44241C9BC6C1BD3DA88D079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66D2CE9D2B461DA7EA481070EA95B3">
    <w:name w:val="9166D2CE9D2B461DA7EA481070EA95B3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D0B7BF679A4C25AC72AE26F27ACFD2">
    <w:name w:val="79D0B7BF679A4C25AC72AE26F27ACFD2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3362F51D345C9925C7DF1AFC68ACB">
    <w:name w:val="F0C3362F51D345C9925C7DF1AFC68ACB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844B5AE2D44A6F8DE939E9812CF08E1">
    <w:name w:val="E3844B5AE2D44A6F8DE939E9812CF08E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67E69FD1DD49A7B346F93AD00BC80D1">
    <w:name w:val="7467E69FD1DD49A7B346F93AD00BC80D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B89DE763964E5BAAD99EE2F35B76961">
    <w:name w:val="A1B89DE763964E5BAAD99EE2F35B7696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9367DF416147C8930523419DCCF8E7">
    <w:name w:val="199367DF416147C8930523419DCCF8E7"/>
    <w:rsid w:val="00FF7699"/>
  </w:style>
  <w:style w:type="paragraph" w:customStyle="1" w:styleId="E49C60E0EFDC46199FFAD4A0120E4260">
    <w:name w:val="E49C60E0EFDC46199FFAD4A0120E4260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1A7E56C709423785582B8E62D0D7BD">
    <w:name w:val="BC1A7E56C709423785582B8E62D0D7BD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0F4B1953CB42F19BC4FDE0A3BC78D51">
    <w:name w:val="F50F4B1953CB42F19BC4FDE0A3BC78D5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2B6C27623A4F5583827827F8E7E09A">
    <w:name w:val="832B6C27623A4F5583827827F8E7E09A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18FDB82FE2424B8E7A7F6710CCCC79">
    <w:name w:val="FF18FDB82FE2424B8E7A7F6710CCCC79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CD1B5520149E091781E150647E787">
    <w:name w:val="8DFCD1B5520149E091781E150647E787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2480796BC9C4784A9715DF32CC89A94">
    <w:name w:val="22480796BC9C4784A9715DF32CC89A94"/>
    <w:rsid w:val="00FF7699"/>
  </w:style>
  <w:style w:type="paragraph" w:customStyle="1" w:styleId="4C129AE1DCE843BDA958915984B06304">
    <w:name w:val="4C129AE1DCE843BDA958915984B06304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B734ABACEE47E2B1E21325629D95F21">
    <w:name w:val="50B734ABACEE47E2B1E21325629D95F2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D2C936D9454BA8B92D79A0DDF5775A1">
    <w:name w:val="5FD2C936D9454BA8B92D79A0DDF5775A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E61F73C75F4557BBD9D0EAB37DAE261">
    <w:name w:val="BDE61F73C75F4557BBD9D0EAB37DAE26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7852D9363647609F8E70FB5B37CB511">
    <w:name w:val="E67852D9363647609F8E70FB5B37CB51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EBDA33E2DC4F8681CEACBFD6642C901">
    <w:name w:val="F7EBDA33E2DC4F8681CEACBFD6642C90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2FEA41DD23483398E784F214D9A2CB1">
    <w:name w:val="D82FEA41DD23483398E784F214D9A2CB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20389ACBD64019ADEF2A3763070DBB1">
    <w:name w:val="6820389ACBD64019ADEF2A3763070DBB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E9BDE05392433F8D7F6EC7F59EB5A51">
    <w:name w:val="8AE9BDE05392433F8D7F6EC7F59EB5A5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0D15A4B25A4C0A919EC8FB38CF68761">
    <w:name w:val="A20D15A4B25A4C0A919EC8FB38CF6876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60D9F21BF04C96AF0580B53E18932A1">
    <w:name w:val="1960D9F21BF04C96AF0580B53E18932A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4655BE37F24590A3382E3E75C8AC841">
    <w:name w:val="CE4655BE37F24590A3382E3E75C8AC84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609F093A704C0489E39B91D0AA6DEA1">
    <w:name w:val="D3609F093A704C0489E39B91D0AA6DEA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E5772968CB4EE9B35E1A6F38BE16DF">
    <w:name w:val="D7E5772968CB4EE9B35E1A6F38BE16D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C245B393DE41CF84C52FCABA8E11151">
    <w:name w:val="E6C245B393DE41CF84C52FCABA8E1115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0EB6BCD54E4205AE53748D79FB4E8F1">
    <w:name w:val="A40EB6BCD54E4205AE53748D79FB4E8F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4858E43D43434C8257F870BABA19BE1">
    <w:name w:val="BD4858E43D43434C8257F870BABA19BE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DE9E2EB1504B0A9B4BAF0F35C285EB1">
    <w:name w:val="F3DE9E2EB1504B0A9B4BAF0F35C285EB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1A7A58DFA4487AA3060074DCB751781">
    <w:name w:val="C61A7A58DFA4487AA3060074DCB75178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7A18F0AA8E4E3587B4428343490F6A1">
    <w:name w:val="A07A18F0AA8E4E3587B4428343490F6A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A6FD4F8AA94151A7ABE3634E5781EC1">
    <w:name w:val="78A6FD4F8AA94151A7ABE3634E5781EC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116B80A0B24275AD9BAD92175EE45F1">
    <w:name w:val="BA116B80A0B24275AD9BAD92175EE45F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00F86178E540DEA48D4190812F6EA71">
    <w:name w:val="BC00F86178E540DEA48D4190812F6EA7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36F11A59A13442B8A81D7B897CA00D81">
    <w:name w:val="536F11A59A13442B8A81D7B897CA00D8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96C523B6E64D779DA05BA7E133B18E1">
    <w:name w:val="7196C523B6E64D779DA05BA7E133B18E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0E60391A1D4058BD5C1D2C1264EC0D1">
    <w:name w:val="CC0E60391A1D4058BD5C1D2C1264EC0D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5F01B9E56C44F19D76F46C3793E0811">
    <w:name w:val="105F01B9E56C44F19D76F46C3793E081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A2B41C53A5C43E4B07ABACF556C08DA1">
    <w:name w:val="9A2B41C53A5C43E4B07ABACF556C08DA1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889D99466A4E659F6112730D87D289">
    <w:name w:val="F0889D99466A4E659F6112730D87D289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4A4DD7D2DB344F08172A6338CC20A7F">
    <w:name w:val="54A4DD7D2DB344F08172A6338CC20A7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DAF515FA7B4CA2A2B4EAE9FEC8696E">
    <w:name w:val="17DAF515FA7B4CA2A2B4EAE9FEC8696E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A7C121E8A454D91A7EE2B4FF3252B">
    <w:name w:val="5B1A7C121E8A454D91A7EE2B4FF3252B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868398F55D407188C4A6618C7B7084">
    <w:name w:val="D4868398F55D407188C4A6618C7B7084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0E3AECCEB845A99F8E3E38266E5E1B">
    <w:name w:val="6E0E3AECCEB845A99F8E3E38266E5E1B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CE999B15A0491AA715D70492D2431A">
    <w:name w:val="46CE999B15A0491AA715D70492D2431A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B970963E294AF6AD8DE1EFE41A6980">
    <w:name w:val="27B970963E294AF6AD8DE1EFE41A6980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3B13A6D77C4428B353239402C7DB1D">
    <w:name w:val="7C3B13A6D77C4428B353239402C7DB1D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09949D00CB4354BD464DF4FDE8064F">
    <w:name w:val="3B09949D00CB4354BD464DF4FDE8064F"/>
    <w:rsid w:val="00054E1A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8523DDF6C374B689B9DDE16CDE10C13">
    <w:name w:val="F8523DDF6C374B689B9DDE16CDE10C13"/>
    <w:rsid w:val="00054E1A"/>
  </w:style>
  <w:style w:type="paragraph" w:customStyle="1" w:styleId="FFD36F05D62B44C68F8F43B4013C11EE">
    <w:name w:val="FFD36F05D62B44C68F8F43B4013C11EE"/>
    <w:rsid w:val="00054E1A"/>
  </w:style>
  <w:style w:type="paragraph" w:customStyle="1" w:styleId="613A42F7BA904FB6ACE0F548006BBDE6">
    <w:name w:val="613A42F7BA904FB6ACE0F548006BBDE6"/>
    <w:rsid w:val="00054E1A"/>
  </w:style>
  <w:style w:type="paragraph" w:customStyle="1" w:styleId="CC5322A78ED54A44B1A63F23D81CB1CA">
    <w:name w:val="CC5322A78ED54A44B1A63F23D81CB1CA"/>
    <w:rsid w:val="00054E1A"/>
  </w:style>
  <w:style w:type="paragraph" w:customStyle="1" w:styleId="8F535F89C6204F0EA9F69B45DAC3A804">
    <w:name w:val="8F535F89C6204F0EA9F69B45DAC3A804"/>
    <w:rsid w:val="00054E1A"/>
  </w:style>
  <w:style w:type="paragraph" w:customStyle="1" w:styleId="FF0DC0ECB01046B5BD1CE046421FCCF2">
    <w:name w:val="FF0DC0ECB01046B5BD1CE046421FCCF2"/>
    <w:rsid w:val="00054E1A"/>
  </w:style>
  <w:style w:type="paragraph" w:customStyle="1" w:styleId="A355EA50651D47309E0CC5252B4A08AC">
    <w:name w:val="A355EA50651D47309E0CC5252B4A08AC"/>
    <w:rsid w:val="00FF7699"/>
  </w:style>
  <w:style w:type="paragraph" w:customStyle="1" w:styleId="046DA7B963894C2CA9F3BA9C4FD20444">
    <w:name w:val="046DA7B963894C2CA9F3BA9C4FD20444"/>
    <w:rsid w:val="00054E1A"/>
  </w:style>
  <w:style w:type="paragraph" w:customStyle="1" w:styleId="67E196CC5A66445B879DDBC02BA044CA">
    <w:name w:val="67E196CC5A66445B879DDBC02BA044CA"/>
    <w:rsid w:val="00054E1A"/>
  </w:style>
  <w:style w:type="paragraph" w:customStyle="1" w:styleId="7DB889B3238544A0A53715F083282950">
    <w:name w:val="7DB889B3238544A0A53715F083282950"/>
    <w:rsid w:val="00054E1A"/>
  </w:style>
  <w:style w:type="paragraph" w:customStyle="1" w:styleId="FA9871C56D524653A359296E20081650">
    <w:name w:val="FA9871C56D524653A359296E20081650"/>
    <w:rsid w:val="00054E1A"/>
  </w:style>
  <w:style w:type="paragraph" w:customStyle="1" w:styleId="C702CB85518E4680AECE5F1DD79F5F44">
    <w:name w:val="C702CB85518E4680AECE5F1DD79F5F44"/>
    <w:rsid w:val="00FF7699"/>
  </w:style>
  <w:style w:type="paragraph" w:customStyle="1" w:styleId="C3139A8472C4418BAD7176DEF66BB76A">
    <w:name w:val="C3139A8472C4418BAD7176DEF66BB76A"/>
    <w:rsid w:val="00054E1A"/>
  </w:style>
  <w:style w:type="paragraph" w:customStyle="1" w:styleId="96897A1017C84D3395F6DB7253814F8A">
    <w:name w:val="96897A1017C84D3395F6DB7253814F8A"/>
    <w:rsid w:val="00054E1A"/>
  </w:style>
  <w:style w:type="paragraph" w:customStyle="1" w:styleId="8ACBDEEEA0854655923EC2FE244B17C0">
    <w:name w:val="8ACBDEEEA0854655923EC2FE244B17C0"/>
    <w:rsid w:val="00054E1A"/>
  </w:style>
  <w:style w:type="paragraph" w:customStyle="1" w:styleId="348D1C285BDB4CBB85A35919704A09DA">
    <w:name w:val="348D1C285BDB4CBB85A35919704A09DA"/>
    <w:rsid w:val="00054E1A"/>
  </w:style>
  <w:style w:type="paragraph" w:customStyle="1" w:styleId="07E34C3EC22B438E92EA5384EB01CB72">
    <w:name w:val="07E34C3EC22B438E92EA5384EB01CB72"/>
    <w:rsid w:val="00054E1A"/>
  </w:style>
  <w:style w:type="paragraph" w:customStyle="1" w:styleId="EF71F7A36D734BD9B24FE7A345D5C9E9">
    <w:name w:val="EF71F7A36D734BD9B24FE7A345D5C9E9"/>
    <w:rsid w:val="00054E1A"/>
  </w:style>
  <w:style w:type="paragraph" w:customStyle="1" w:styleId="833EF57A1B064771B0111263F452626F">
    <w:name w:val="833EF57A1B064771B0111263F452626F"/>
    <w:rsid w:val="00FF7699"/>
  </w:style>
  <w:style w:type="paragraph" w:customStyle="1" w:styleId="779282A457474E50B6DFD55384AE51B2">
    <w:name w:val="779282A457474E50B6DFD55384AE51B2"/>
    <w:rsid w:val="00BB531F"/>
  </w:style>
  <w:style w:type="paragraph" w:customStyle="1" w:styleId="232C86A24A0B4F13A175D042698AE81A">
    <w:name w:val="232C86A24A0B4F13A175D042698AE81A"/>
    <w:rsid w:val="00BB531F"/>
  </w:style>
  <w:style w:type="paragraph" w:customStyle="1" w:styleId="11EF346D4CFA4552BD3CA72ED3E5827F">
    <w:name w:val="11EF346D4CFA4552BD3CA72ED3E5827F"/>
    <w:rsid w:val="00BB531F"/>
  </w:style>
  <w:style w:type="paragraph" w:customStyle="1" w:styleId="3D7FE66219904F62BFA0606CB9BDF41F">
    <w:name w:val="3D7FE66219904F62BFA0606CB9BDF41F"/>
    <w:rsid w:val="00BB531F"/>
  </w:style>
  <w:style w:type="paragraph" w:customStyle="1" w:styleId="94A8E756A0074309B1C9E128B5F66D69">
    <w:name w:val="94A8E756A0074309B1C9E128B5F66D69"/>
    <w:rsid w:val="00BB531F"/>
  </w:style>
  <w:style w:type="paragraph" w:customStyle="1" w:styleId="6CFF5A86E25249998CA62378B5D10943">
    <w:name w:val="6CFF5A86E25249998CA62378B5D10943"/>
    <w:rsid w:val="00BB531F"/>
  </w:style>
  <w:style w:type="paragraph" w:customStyle="1" w:styleId="6EE22FB9BB994269867A1539A3F1CE75">
    <w:name w:val="6EE22FB9BB994269867A1539A3F1CE75"/>
    <w:rsid w:val="00BB531F"/>
  </w:style>
  <w:style w:type="paragraph" w:customStyle="1" w:styleId="8F9E80714F1F4D5381798FD90AEAB4EE">
    <w:name w:val="8F9E80714F1F4D5381798FD90AEAB4EE"/>
    <w:rsid w:val="00BB531F"/>
  </w:style>
  <w:style w:type="paragraph" w:customStyle="1" w:styleId="11CBE468167C4E7EAE09D0C06C6BF290">
    <w:name w:val="11CBE468167C4E7EAE09D0C06C6BF290"/>
    <w:rsid w:val="00BB531F"/>
  </w:style>
  <w:style w:type="paragraph" w:customStyle="1" w:styleId="3FACA64FBB83417B8E064C69744540B1">
    <w:name w:val="3FACA64FBB83417B8E064C69744540B1"/>
    <w:rsid w:val="00BB531F"/>
  </w:style>
  <w:style w:type="paragraph" w:customStyle="1" w:styleId="7819BC6D77FE40259AE14F7CB33177E3">
    <w:name w:val="7819BC6D77FE40259AE14F7CB33177E3"/>
    <w:rsid w:val="00BB531F"/>
  </w:style>
  <w:style w:type="paragraph" w:customStyle="1" w:styleId="CEFF958A420E4104846BCE88A065D3AA">
    <w:name w:val="CEFF958A420E4104846BCE88A065D3AA"/>
    <w:rsid w:val="00BB531F"/>
  </w:style>
  <w:style w:type="paragraph" w:customStyle="1" w:styleId="E302B53ED7634F28958691F26CC8DB0F">
    <w:name w:val="E302B53ED7634F28958691F26CC8DB0F"/>
    <w:rsid w:val="00BB531F"/>
  </w:style>
  <w:style w:type="paragraph" w:customStyle="1" w:styleId="2F88A34E01094F428F667F11EFC73846">
    <w:name w:val="2F88A34E01094F428F667F11EFC73846"/>
    <w:rsid w:val="00BB531F"/>
  </w:style>
  <w:style w:type="paragraph" w:customStyle="1" w:styleId="4AF947C4B82B42C3B2B784FB7CEACD9E">
    <w:name w:val="4AF947C4B82B42C3B2B784FB7CEACD9E"/>
    <w:rsid w:val="00BB531F"/>
  </w:style>
  <w:style w:type="paragraph" w:customStyle="1" w:styleId="8D2B12D57AE048AAA2EF9CCFFAB76CD7">
    <w:name w:val="8D2B12D57AE048AAA2EF9CCFFAB76CD7"/>
    <w:rsid w:val="00BB531F"/>
  </w:style>
  <w:style w:type="paragraph" w:customStyle="1" w:styleId="453700A7646942F2BD63AF402BA14480">
    <w:name w:val="453700A7646942F2BD63AF402BA14480"/>
    <w:rsid w:val="00BB531F"/>
  </w:style>
  <w:style w:type="paragraph" w:customStyle="1" w:styleId="639BDD1D154C4B5BAE6044A1A2234FAD">
    <w:name w:val="639BDD1D154C4B5BAE6044A1A2234FAD"/>
    <w:rsid w:val="00BB531F"/>
  </w:style>
  <w:style w:type="paragraph" w:customStyle="1" w:styleId="0BB457D846CC4661990964369CB488DA">
    <w:name w:val="0BB457D846CC4661990964369CB488DA"/>
    <w:rsid w:val="00BB531F"/>
  </w:style>
  <w:style w:type="paragraph" w:customStyle="1" w:styleId="59B20B04DC404780AB461F5AB28E7887">
    <w:name w:val="59B20B04DC404780AB461F5AB28E7887"/>
    <w:rsid w:val="00BB531F"/>
  </w:style>
  <w:style w:type="paragraph" w:customStyle="1" w:styleId="17330DF4B14C4408A5C17EA4C619DADF">
    <w:name w:val="17330DF4B14C4408A5C17EA4C619DADF"/>
    <w:rsid w:val="00BB531F"/>
  </w:style>
  <w:style w:type="paragraph" w:customStyle="1" w:styleId="AD73B486324F417D9E77C4E4B5534FE1">
    <w:name w:val="AD73B486324F417D9E77C4E4B5534FE1"/>
    <w:rsid w:val="00BB531F"/>
  </w:style>
  <w:style w:type="paragraph" w:customStyle="1" w:styleId="1734C0B0E50C4165979C1D1CD6EF51181">
    <w:name w:val="1734C0B0E50C4165979C1D1CD6EF511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422186E31B54B8181F21DD980A8EB72">
    <w:name w:val="6422186E31B54B8181F21DD980A8EB72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1F11A6331B448D8AC6A630586B5ABC">
    <w:name w:val="1E1F11A6331B448D8AC6A630586B5ABC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83C3974A6D4F33A5932C6F292EF5B1">
    <w:name w:val="C683C3974A6D4F33A5932C6F292EF5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48A84B435E49C79F568161E3BB02A41">
    <w:name w:val="6C48A84B435E49C79F568161E3BB02A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34C4C9EA14B6FA85D62C41F5C6E121">
    <w:name w:val="6EE34C4C9EA14B6FA85D62C41F5C6E1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F95DB3BB11447C8CDD6A45007F0D2E1">
    <w:name w:val="C1F95DB3BB11447C8CDD6A45007F0D2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C7BA3E4F244725AE8F9F8EBB16FF401">
    <w:name w:val="09C7BA3E4F244725AE8F9F8EBB16FF4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98707B84354A8E8BBFB6B250AE15611">
    <w:name w:val="2D98707B84354A8E8BBFB6B250AE156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E1710A5AB2453F9D0E73ABB83A343F1">
    <w:name w:val="9EE1710A5AB2453F9D0E73ABB83A343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AF3F9C4E7F4DD78D8DDEE9C37F2ACC1">
    <w:name w:val="BEAF3F9C4E7F4DD78D8DDEE9C37F2AC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96B9C4B0AC41ED8D97C3D7FC9BEF9F1">
    <w:name w:val="B696B9C4B0AC41ED8D97C3D7FC9BEF9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DE6D1C02C04D68A3F2ECAFAF17366C1">
    <w:name w:val="8DDE6D1C02C04D68A3F2ECAFAF17366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D8AB3734F2450BB019920D5A23D6CA1">
    <w:name w:val="9ED8AB3734F2450BB019920D5A23D6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FBF31E07AE4E94AC9543D7942D02F81">
    <w:name w:val="ACFBF31E07AE4E94AC9543D7942D02F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DC47897048452E816EBA1C4F11496A1">
    <w:name w:val="E4DC47897048452E816EBA1C4F11496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9D5A0692D742D79FA8DDD60B854D4E1">
    <w:name w:val="8A9D5A0692D742D79FA8DDD60B854D4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B2C9A4A1B47D3964648660E17177B1">
    <w:name w:val="A6BB2C9A4A1B47D3964648660E1717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9468FAE1C54DAB9A2114E0623FDDFF1">
    <w:name w:val="BD9468FAE1C54DAB9A2114E0623FDDF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0AFBA4386544279A48B3EBF48E63831">
    <w:name w:val="B60AFBA4386544279A48B3EBF48E638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237F68AB904F05B1FE9D8ACC51BCD21">
    <w:name w:val="F1237F68AB904F05B1FE9D8ACC51BCD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B0F465FC44241C9BC6C1BD3DA88D0791">
    <w:name w:val="DB0F465FC44241C9BC6C1BD3DA88D07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66D2CE9D2B461DA7EA481070EA95B31">
    <w:name w:val="9166D2CE9D2B461DA7EA481070EA95B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D0B7BF679A4C25AC72AE26F27ACFD21">
    <w:name w:val="79D0B7BF679A4C25AC72AE26F27ACFD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3362F51D345C9925C7DF1AFC68ACB1">
    <w:name w:val="F0C3362F51D345C9925C7DF1AFC68AC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844B5AE2D44A6F8DE939E9812CF08E">
    <w:name w:val="E3844B5AE2D44A6F8DE939E9812CF08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67E69FD1DD49A7B346F93AD00BC80D">
    <w:name w:val="7467E69FD1DD49A7B346F93AD00BC80D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1B89DE763964E5BAAD99EE2F35B7696">
    <w:name w:val="A1B89DE763964E5BAAD99EE2F35B769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49C60E0EFDC46199FFAD4A0120E42601">
    <w:name w:val="E49C60E0EFDC46199FFAD4A0120E426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1A7E56C709423785582B8E62D0D7BD1">
    <w:name w:val="BC1A7E56C709423785582B8E62D0D7B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36F05D62B44C68F8F43B4013C11EE1">
    <w:name w:val="FFD36F05D62B44C68F8F43B4013C11E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3A42F7BA904FB6ACE0F548006BBDE61">
    <w:name w:val="613A42F7BA904FB6ACE0F548006BBDE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5322A78ED54A44B1A63F23D81CB1CA1">
    <w:name w:val="CC5322A78ED54A44B1A63F23D81CB1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535F89C6204F0EA9F69B45DAC3A8041">
    <w:name w:val="8F535F89C6204F0EA9F69B45DAC3A80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0DC0ECB01046B5BD1CE046421FCCF21">
    <w:name w:val="FF0DC0ECB01046B5BD1CE046421FCCF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6DA7B963894C2CA9F3BA9C4FD204441">
    <w:name w:val="046DA7B963894C2CA9F3BA9C4FD2044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3139A8472C4418BAD7176DEF66BB76A1">
    <w:name w:val="C3139A8472C4418BAD7176DEF66BB76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897A1017C84D3395F6DB7253814F8A1">
    <w:name w:val="96897A1017C84D3395F6DB7253814F8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CBDEEEA0854655923EC2FE244B17C01">
    <w:name w:val="8ACBDEEEA0854655923EC2FE244B17C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48D1C285BDB4CBB85A35919704A09DA1">
    <w:name w:val="348D1C285BDB4CBB85A35919704A09D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34C3EC22B438E92EA5384EB01CB721">
    <w:name w:val="07E34C3EC22B438E92EA5384EB01CB7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F71F7A36D734BD9B24FE7A345D5C9E91">
    <w:name w:val="EF71F7A36D734BD9B24FE7A345D5C9E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84915E186F454EAFA6B6AC8156925A1">
    <w:name w:val="4584915E186F454EAFA6B6AC8156925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BC39A6D9B014813ACB3420F2682BDE51">
    <w:name w:val="CBC39A6D9B014813ACB3420F2682BDE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9D8751F3124C2FBED56B61ACFBF9361">
    <w:name w:val="2D9D8751F3124C2FBED56B61ACFBF93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DD0DD63AD6401DA835A0E826250BE51">
    <w:name w:val="9FDD0DD63AD6401DA835A0E826250BE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8B61C99C94642B26D3E09CD2F84D91">
    <w:name w:val="6CF8B61C99C94642B26D3E09CD2F84D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A69B3476E449A6BC938867396329A91">
    <w:name w:val="ECA69B3476E449A6BC938867396329A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A264AAE5324DFF8AA4C8F3C111F28F1">
    <w:name w:val="66A264AAE5324DFF8AA4C8F3C111F28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1C61085A3940AE863567E4159DDA9C1">
    <w:name w:val="D41C61085A3940AE863567E4159DDA9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9E518C432D41149B55C949F20ED7081">
    <w:name w:val="A29E518C432D41149B55C949F20ED70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1C13F718074F999385E7BF1FA421D91">
    <w:name w:val="961C13F718074F999385E7BF1FA421D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253685BD3F4723B0746F07616E74E11">
    <w:name w:val="A9253685BD3F4723B0746F07616E74E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F0E94046FBB43AE9FD001C9D2C21A1F1">
    <w:name w:val="7F0E94046FBB43AE9FD001C9D2C21A1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0F4B1953CB42F19BC4FDE0A3BC78D5">
    <w:name w:val="F50F4B1953CB42F19BC4FDE0A3BC78D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2B6C27623A4F5583827827F8E7E09A1">
    <w:name w:val="832B6C27623A4F5583827827F8E7E09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18FDB82FE2424B8E7A7F6710CCCC791">
    <w:name w:val="FF18FDB82FE2424B8E7A7F6710CCCC7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CD1B5520149E091781E150647E7871">
    <w:name w:val="8DFCD1B5520149E091781E150647E7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129AE1DCE843BDA958915984B063041">
    <w:name w:val="4C129AE1DCE843BDA958915984B0630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B734ABACEE47E2B1E21325629D95F2">
    <w:name w:val="50B734ABACEE47E2B1E21325629D95F2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D2C936D9454BA8B92D79A0DDF5775A">
    <w:name w:val="5FD2C936D9454BA8B92D79A0DDF5775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E61F73C75F4557BBD9D0EAB37DAE26">
    <w:name w:val="BDE61F73C75F4557BBD9D0EAB37DAE2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7852D9363647609F8E70FB5B37CB51">
    <w:name w:val="E67852D9363647609F8E70FB5B37CB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7EBDA33E2DC4F8681CEACBFD6642C90">
    <w:name w:val="F7EBDA33E2DC4F8681CEACBFD6642C90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2FEA41DD23483398E784F214D9A2CB">
    <w:name w:val="D82FEA41DD23483398E784F214D9A2C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820389ACBD64019ADEF2A3763070DBB">
    <w:name w:val="6820389ACBD64019ADEF2A3763070DB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E9BDE05392433F8D7F6EC7F59EB5A5">
    <w:name w:val="8AE9BDE05392433F8D7F6EC7F59EB5A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20D15A4B25A4C0A919EC8FB38CF6876">
    <w:name w:val="A20D15A4B25A4C0A919EC8FB38CF6876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60D9F21BF04C96AF0580B53E18932A">
    <w:name w:val="1960D9F21BF04C96AF0580B53E18932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4655BE37F24590A3382E3E75C8AC84">
    <w:name w:val="CE4655BE37F24590A3382E3E75C8AC84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609F093A704C0489E39B91D0AA6DEA">
    <w:name w:val="D3609F093A704C0489E39B91D0AA6DE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FBE04FE30AF42338EE85F0CC7AE35291">
    <w:name w:val="CFBE04FE30AF42338EE85F0CC7AE352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7A96C00B251453DA8A8528EF6947C4E1">
    <w:name w:val="97A96C00B251453DA8A8528EF6947C4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1B4A517F3D43FA876A4F3AF2613F311">
    <w:name w:val="161B4A517F3D43FA876A4F3AF2613F3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4711D6A2CBB4FDE9A40660390AFA9E21">
    <w:name w:val="C4711D6A2CBB4FDE9A40660390AFA9E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8C6557D1474A3AAEFFE038C3A5D4901">
    <w:name w:val="0F8C6557D1474A3AAEFFE038C3A5D49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757636275D4E8597B71E9CDEB025541">
    <w:name w:val="51757636275D4E8597B71E9CDEB025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206F85B29A4AE991CFBA61010E4E541">
    <w:name w:val="57206F85B29A4AE991CFBA61010E4E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C887726020444E9F27CB0F323356E01">
    <w:name w:val="B0C887726020444E9F27CB0F323356E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CB38E7B3CDE4879A7079882D476227B1">
    <w:name w:val="8CB38E7B3CDE4879A7079882D47622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188452C9E1A46F1AAFD3A9229465A9E1">
    <w:name w:val="C188452C9E1A46F1AAFD3A9229465A9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CAE1E2C8EB46A2AEE9F95B9A20F8F81">
    <w:name w:val="C8CAE1E2C8EB46A2AEE9F95B9A20F8F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C11D0A949D4CB7BC6A3B9C559080AE1">
    <w:name w:val="58C11D0A949D4CB7BC6A3B9C559080A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9A25384671499F82179FEC5F709E031">
    <w:name w:val="5B9A25384671499F82179FEC5F709E0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B4F10F9221460799F0A679E1F04B1F1">
    <w:name w:val="39B4F10F9221460799F0A679E1F04B1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368B6286B049189E7323FB8EE3E2031">
    <w:name w:val="4F368B6286B049189E7323FB8EE3E20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8313E6438A4A809F4F8B01BFAB29CA1">
    <w:name w:val="4D8313E6438A4A809F4F8B01BFAB29C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6EF2FDF4884B7D9159FBB301B34EC01">
    <w:name w:val="2E6EF2FDF4884B7D9159FBB301B34EC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CE39FD9A4F44178B9EB12B30D95AAD1">
    <w:name w:val="F5CE39FD9A4F44178B9EB12B30D95AA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E5772968CB4EE9B35E1A6F38BE16DF1">
    <w:name w:val="D7E5772968CB4EE9B35E1A6F38BE16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B889B3238544A0A53715F0832829501">
    <w:name w:val="7DB889B3238544A0A53715F08328295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AD569D718164458B5C1AE9D252B54C51">
    <w:name w:val="7AD569D718164458B5C1AE9D252B54C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A9D66C372534C739E9965C70289BE7B1">
    <w:name w:val="9A9D66C372534C739E9965C70289BE7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F869C6F5D3147AC950C3101DC0177DE1">
    <w:name w:val="DF869C6F5D3147AC950C3101DC0177D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C245B393DE41CF84C52FCABA8E1115">
    <w:name w:val="E6C245B393DE41CF84C52FCABA8E1115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0EB6BCD54E4205AE53748D79FB4E8F">
    <w:name w:val="A40EB6BCD54E4205AE53748D79FB4E8F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4858E43D43434C8257F870BABA19BE">
    <w:name w:val="BD4858E43D43434C8257F870BABA19B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DE9E2EB1504B0A9B4BAF0F35C285EB">
    <w:name w:val="F3DE9E2EB1504B0A9B4BAF0F35C285EB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1A7A58DFA4487AA3060074DCB75178">
    <w:name w:val="C61A7A58DFA4487AA3060074DCB75178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07A18F0AA8E4E3587B4428343490F6A">
    <w:name w:val="A07A18F0AA8E4E3587B4428343490F6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A6FD4F8AA94151A7ABE3634E5781EC">
    <w:name w:val="78A6FD4F8AA94151A7ABE3634E5781EC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116B80A0B24275AD9BAD92175EE45F">
    <w:name w:val="BA116B80A0B24275AD9BAD92175EE45F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C00F86178E540DEA48D4190812F6EA7">
    <w:name w:val="BC00F86178E540DEA48D4190812F6EA7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36F11A59A13442B8A81D7B897CA00D8">
    <w:name w:val="536F11A59A13442B8A81D7B897CA00D8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196C523B6E64D779DA05BA7E133B18E">
    <w:name w:val="7196C523B6E64D779DA05BA7E133B18E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C0E60391A1D4058BD5C1D2C1264EC0D">
    <w:name w:val="CC0E60391A1D4058BD5C1D2C1264EC0D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05F01B9E56C44F19D76F46C3793E081">
    <w:name w:val="105F01B9E56C44F19D76F46C3793E08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A2B41C53A5C43E4B07ABACF556C08DA">
    <w:name w:val="9A2B41C53A5C43E4B07ABACF556C08DA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32370169CB4C5895159E67DEE2C3871">
    <w:name w:val="2F32370169CB4C5895159E67DEE2C3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7512FC2CD204CE585699EDD998AF55D1">
    <w:name w:val="B7512FC2CD204CE585699EDD998AF55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A9165B1CE794D60A778D3CC1210C73A1">
    <w:name w:val="7A9165B1CE794D60A778D3CC1210C73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3A74EE845C6490090D3A4A031F7DC591">
    <w:name w:val="03A74EE845C6490090D3A4A031F7DC5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617550BBEFF4CAA8BA9056457A8A1B01">
    <w:name w:val="5617550BBEFF4CAA8BA9056457A8A1B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B0A8FE57DF4496B252D2F3FDDA5D661">
    <w:name w:val="EEB0A8FE57DF4496B252D2F3FDDA5D6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141247DA60840A2988B418F8C8BBAE41">
    <w:name w:val="F141247DA60840A2988B418F8C8BBAE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65D4418BF849BCA670C2F56273E1DF1">
    <w:name w:val="C865D4418BF849BCA670C2F56273E1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5C676AB37241F996F700DCB83828B41">
    <w:name w:val="175C676AB37241F996F700DCB83828B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59A810009242869D3B613F6EF1F3EC1">
    <w:name w:val="B859A810009242869D3B613F6EF1F3EC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9E8494F0994338BB13B91A37B728E41">
    <w:name w:val="7D9E8494F0994338BB13B91A37B728E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6F2FBB378E40009328D42EF74B04301">
    <w:name w:val="C06F2FBB378E40009328D42EF74B043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050F611CD740249501ED3F4C09AAA71">
    <w:name w:val="93050F611CD740249501ED3F4C09AAA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CF0E9452CD47EC93C07B2EB74099541">
    <w:name w:val="D2CF0E9452CD47EC93C07B2EB740995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2B12D57AE048AAA2EF9CCFFAB76CD71">
    <w:name w:val="8D2B12D57AE048AAA2EF9CCFFAB76CD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3700A7646942F2BD63AF402BA144801">
    <w:name w:val="453700A7646942F2BD63AF402BA1448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9BDD1D154C4B5BAE6044A1A2234FAD1">
    <w:name w:val="639BDD1D154C4B5BAE6044A1A2234FA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BB457D846CC4661990964369CB488DA1">
    <w:name w:val="0BB457D846CC4661990964369CB488D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9B20B04DC404780AB461F5AB28E78871">
    <w:name w:val="59B20B04DC404780AB461F5AB28E7887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330DF4B14C4408A5C17EA4C619DADF1">
    <w:name w:val="17330DF4B14C4408A5C17EA4C619DAD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D73B486324F417D9E77C4E4B5534FE11">
    <w:name w:val="AD73B486324F417D9E77C4E4B5534FE1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889D99466A4E659F6112730D87D2891">
    <w:name w:val="F0889D99466A4E659F6112730D87D28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4A4DD7D2DB344F08172A6338CC20A7F1">
    <w:name w:val="54A4DD7D2DB344F08172A6338CC20A7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DAF515FA7B4CA2A2B4EAE9FEC8696E1">
    <w:name w:val="17DAF515FA7B4CA2A2B4EAE9FEC8696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A7C121E8A454D91A7EE2B4FF3252B1">
    <w:name w:val="5B1A7C121E8A454D91A7EE2B4FF3252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4868398F55D407188C4A6618C7B70841">
    <w:name w:val="D4868398F55D407188C4A6618C7B7084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0E3AECCEB845A99F8E3E38266E5E1B1">
    <w:name w:val="6E0E3AECCEB845A99F8E3E38266E5E1B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CE999B15A0491AA715D70492D2431A1">
    <w:name w:val="46CE999B15A0491AA715D70492D2431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7B970963E294AF6AD8DE1EFE41A69801">
    <w:name w:val="27B970963E294AF6AD8DE1EFE41A698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C3B13A6D77C4428B353239402C7DB1D1">
    <w:name w:val="7C3B13A6D77C4428B353239402C7DB1D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09949D00CB4354BD464DF4FDE8064F1">
    <w:name w:val="3B09949D00CB4354BD464DF4FDE8064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CC179BD28F47189E7F08F862CCF06E1">
    <w:name w:val="2ACC179BD28F47189E7F08F862CCF06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BE80A4C71A94429B7CD106FE55CBFFF1">
    <w:name w:val="EBE80A4C71A94429B7CD106FE55CBFF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282A457474E50B6DFD55384AE51B21">
    <w:name w:val="779282A457474E50B6DFD55384AE51B2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2C86A24A0B4F13A175D042698AE81A1">
    <w:name w:val="232C86A24A0B4F13A175D042698AE81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EF346D4CFA4552BD3CA72ED3E5827F1">
    <w:name w:val="11EF346D4CFA4552BD3CA72ED3E5827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A8E756A0074309B1C9E128B5F66D691">
    <w:name w:val="94A8E756A0074309B1C9E128B5F66D69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CFF5A86E25249998CA62378B5D109431">
    <w:name w:val="6CFF5A86E25249998CA62378B5D1094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22FB9BB994269867A1539A3F1CE751">
    <w:name w:val="6EE22FB9BB994269867A1539A3F1CE75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F9E80714F1F4D5381798FD90AEAB4EE1">
    <w:name w:val="8F9E80714F1F4D5381798FD90AEAB4E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CBE468167C4E7EAE09D0C06C6BF2901">
    <w:name w:val="11CBE468167C4E7EAE09D0C06C6BF290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19BC6D77FE40259AE14F7CB33177E31">
    <w:name w:val="7819BC6D77FE40259AE14F7CB33177E3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EFF958A420E4104846BCE88A065D3AA1">
    <w:name w:val="CEFF958A420E4104846BCE88A065D3AA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02B53ED7634F28958691F26CC8DB0F1">
    <w:name w:val="E302B53ED7634F28958691F26CC8DB0F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F88A34E01094F428F667F11EFC738461">
    <w:name w:val="2F88A34E01094F428F667F11EFC73846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F947C4B82B42C3B2B784FB7CEACD9E1">
    <w:name w:val="4AF947C4B82B42C3B2B784FB7CEACD9E1"/>
    <w:rsid w:val="00BB531F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44920E-4BDB-4536-AACC-0CB9BACED0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13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8</cp:revision>
  <dcterms:created xsi:type="dcterms:W3CDTF">2026-08-21T10:21:00Z</dcterms:created>
  <dcterms:modified xsi:type="dcterms:W3CDTF">2026-09-10T11:53:00Z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