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7B8CE8BA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6B5192">
        <w:rPr>
          <w:b/>
          <w:bCs/>
          <w:sz w:val="40"/>
          <w:szCs w:val="40"/>
        </w:rPr>
        <w:t>Public Health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4F4A91B">
                <wp:simplePos x="0" y="0"/>
                <wp:positionH relativeFrom="margin">
                  <wp:align>right</wp:align>
                </wp:positionH>
                <wp:positionV relativeFrom="paragraph">
                  <wp:posOffset>1961709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07EB8EDB" w:rsidR="002931FF" w:rsidRPr="008D56D1" w:rsidRDefault="008D56D1" w:rsidP="008D56D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54.4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8rOJp&#10;3QAAAAgBAAAPAAAAAAAAAAAAAAAAAGgEAABkcnMvZG93bnJldi54bWxQSwUGAAAAAAQABADzAAAA&#10;cgUAAAAA&#10;">
                <v:textbox style="mso-fit-shape-to-text:t">
                  <w:txbxContent>
                    <w:p w14:paraId="0B7A552B" w14:textId="07EB8EDB" w:rsidR="002931FF" w:rsidRPr="008D56D1" w:rsidRDefault="008D56D1" w:rsidP="008D56D1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12DC4EFC167B4854AE1CBB8751E4F524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F7F9282526514BDFABF82D64F56A8CD4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0917DD221BA442C9A389A2359DB359DD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6F66857D" w14:textId="77777777" w:rsidR="008D56D1" w:rsidRDefault="008D56D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1908530B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25A71483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6491351B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2B4FCC5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76EE721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28CAACFC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4765A8A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2B51B5F6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3CDAEAA5" w:rsidR="00B16633" w:rsidRDefault="00AB3D0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47C3AAEA" w:rsidR="00B16633" w:rsidRDefault="00AB3D0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5714480B" w:rsidR="00B16633" w:rsidRDefault="00AB3D0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1B00126D" w:rsidR="00B16633" w:rsidRDefault="00AB3D0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579F22A5" w:rsidR="00B16633" w:rsidRDefault="00AB3D0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5280CDB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13E6FC35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78EA01A3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8E0F37E" w:rsidR="002E140B" w:rsidRDefault="002E140B" w:rsidP="002E140B"/>
        </w:tc>
      </w:tr>
      <w:tr w:rsidR="008D56D1" w14:paraId="0E99FEE1" w14:textId="77777777" w:rsidTr="00E70F08">
        <w:tc>
          <w:tcPr>
            <w:tcW w:w="9350" w:type="dxa"/>
            <w:gridSpan w:val="2"/>
          </w:tcPr>
          <w:p w14:paraId="7E75F737" w14:textId="68BAD359" w:rsidR="008D56D1" w:rsidRDefault="008D56D1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517765486"/>
                <w:placeholder>
                  <w:docPart w:val="A6AEFBB1ECA747B9A9DF6468845E38B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68870AD1" w14:textId="77777777" w:rsidTr="002E140B">
        <w:tc>
          <w:tcPr>
            <w:tcW w:w="2547" w:type="dxa"/>
          </w:tcPr>
          <w:p w14:paraId="44D3C7FE" w14:textId="77777777" w:rsidR="008D56D1" w:rsidRDefault="008D56D1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652130965"/>
            <w:placeholder>
              <w:docPart w:val="7EE454A9393343F9802547BFF670474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BAC3557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6F4CDC7A" w14:textId="77777777" w:rsidTr="002E140B">
        <w:tc>
          <w:tcPr>
            <w:tcW w:w="2547" w:type="dxa"/>
          </w:tcPr>
          <w:p w14:paraId="1FB6E751" w14:textId="77777777" w:rsidR="008D56D1" w:rsidRDefault="008D56D1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41240984"/>
            <w:placeholder>
              <w:docPart w:val="54D0B442ECD845049279F8DBDD7F2D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6D4DDC6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08266281" w14:textId="77777777" w:rsidTr="002E140B">
        <w:tc>
          <w:tcPr>
            <w:tcW w:w="2547" w:type="dxa"/>
          </w:tcPr>
          <w:p w14:paraId="72B33592" w14:textId="77777777" w:rsidR="008D56D1" w:rsidRDefault="008D56D1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449902018"/>
            <w:placeholder>
              <w:docPart w:val="03EA2BACE5F74B8A9375396FFADFE46B"/>
            </w:placeholder>
            <w:showingPlcHdr/>
          </w:sdtPr>
          <w:sdtContent>
            <w:tc>
              <w:tcPr>
                <w:tcW w:w="6803" w:type="dxa"/>
              </w:tcPr>
              <w:p w14:paraId="601B089D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606ECD52" w14:textId="77777777" w:rsidTr="002E140B">
        <w:tc>
          <w:tcPr>
            <w:tcW w:w="2547" w:type="dxa"/>
          </w:tcPr>
          <w:p w14:paraId="439D9ED1" w14:textId="77777777" w:rsidR="008D56D1" w:rsidRDefault="008D56D1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919667081"/>
            <w:placeholder>
              <w:docPart w:val="9428FEA814B546A0B350BEFF5CC83994"/>
            </w:placeholder>
            <w:showingPlcHdr/>
          </w:sdtPr>
          <w:sdtContent>
            <w:tc>
              <w:tcPr>
                <w:tcW w:w="6803" w:type="dxa"/>
              </w:tcPr>
              <w:p w14:paraId="10E29B5C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CDEDAF2" w14:textId="77777777" w:rsidTr="002E140B">
        <w:tc>
          <w:tcPr>
            <w:tcW w:w="2547" w:type="dxa"/>
            <w:vAlign w:val="center"/>
          </w:tcPr>
          <w:p w14:paraId="15C7A5C6" w14:textId="77777777" w:rsidR="008D56D1" w:rsidRDefault="008D56D1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144043390"/>
            <w:placeholder>
              <w:docPart w:val="AB4D755790B1473B8AE067D36CFCB442"/>
            </w:placeholder>
            <w:showingPlcHdr/>
          </w:sdtPr>
          <w:sdtContent>
            <w:tc>
              <w:tcPr>
                <w:tcW w:w="6803" w:type="dxa"/>
              </w:tcPr>
              <w:p w14:paraId="272F4E62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55814B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C824B7B" w14:textId="77777777" w:rsidR="008D56D1" w:rsidRDefault="008D56D1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82388297"/>
            <w:placeholder>
              <w:docPart w:val="686F26BBA76F421791BE34729054670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D969828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9E4882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F96AF" w14:textId="1EC0E26B" w:rsidR="008D56D1" w:rsidRDefault="008D56D1" w:rsidP="002E140B"/>
        </w:tc>
      </w:tr>
      <w:tr w:rsidR="008D56D1" w14:paraId="48C599BD" w14:textId="77777777" w:rsidTr="00E70F08">
        <w:tc>
          <w:tcPr>
            <w:tcW w:w="9350" w:type="dxa"/>
            <w:gridSpan w:val="2"/>
          </w:tcPr>
          <w:p w14:paraId="3DC85083" w14:textId="0D7F96ED" w:rsidR="008D56D1" w:rsidRDefault="008D56D1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737316882"/>
                <w:placeholder>
                  <w:docPart w:val="EEDAF03D42294284A7966803EE51D7C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2090BB7B" w14:textId="77777777" w:rsidTr="002E140B">
        <w:tc>
          <w:tcPr>
            <w:tcW w:w="2547" w:type="dxa"/>
          </w:tcPr>
          <w:p w14:paraId="5FA7D3EE" w14:textId="77777777" w:rsidR="008D56D1" w:rsidRDefault="008D56D1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719164630"/>
            <w:placeholder>
              <w:docPart w:val="5CE22561BB244A4A8852AEB80625E25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47A3D5C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35086391" w14:textId="77777777" w:rsidTr="002E140B">
        <w:tc>
          <w:tcPr>
            <w:tcW w:w="2547" w:type="dxa"/>
          </w:tcPr>
          <w:p w14:paraId="6B7514FA" w14:textId="77777777" w:rsidR="008D56D1" w:rsidRDefault="008D56D1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2031405358"/>
            <w:placeholder>
              <w:docPart w:val="0BF9B841E3FD4EF48FBC9E406B3C2AA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5B2BCFA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53E09864" w14:textId="77777777" w:rsidTr="002E140B">
        <w:tc>
          <w:tcPr>
            <w:tcW w:w="2547" w:type="dxa"/>
          </w:tcPr>
          <w:p w14:paraId="1DE0739D" w14:textId="77777777" w:rsidR="008D56D1" w:rsidRDefault="008D56D1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494911950"/>
            <w:placeholder>
              <w:docPart w:val="60632EEDD5944272B4CEEF338DD5AEEC"/>
            </w:placeholder>
            <w:showingPlcHdr/>
          </w:sdtPr>
          <w:sdtContent>
            <w:tc>
              <w:tcPr>
                <w:tcW w:w="6803" w:type="dxa"/>
              </w:tcPr>
              <w:p w14:paraId="46C021E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CFCAF0E" w14:textId="77777777" w:rsidTr="002E140B">
        <w:tc>
          <w:tcPr>
            <w:tcW w:w="2547" w:type="dxa"/>
          </w:tcPr>
          <w:p w14:paraId="6A43247E" w14:textId="77777777" w:rsidR="008D56D1" w:rsidRDefault="008D56D1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20087581"/>
            <w:placeholder>
              <w:docPart w:val="E53911ECC506426EBD17135C57767DDF"/>
            </w:placeholder>
            <w:showingPlcHdr/>
          </w:sdtPr>
          <w:sdtContent>
            <w:tc>
              <w:tcPr>
                <w:tcW w:w="6803" w:type="dxa"/>
              </w:tcPr>
              <w:p w14:paraId="2CDBF2C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4F1B88EF" w14:textId="77777777" w:rsidTr="002E140B">
        <w:tc>
          <w:tcPr>
            <w:tcW w:w="2547" w:type="dxa"/>
            <w:vAlign w:val="center"/>
          </w:tcPr>
          <w:p w14:paraId="54D476DD" w14:textId="77777777" w:rsidR="008D56D1" w:rsidRDefault="008D56D1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34191563"/>
            <w:placeholder>
              <w:docPart w:val="0D7C5DFDE36848A9A99368F6192B7414"/>
            </w:placeholder>
            <w:showingPlcHdr/>
          </w:sdtPr>
          <w:sdtContent>
            <w:tc>
              <w:tcPr>
                <w:tcW w:w="6803" w:type="dxa"/>
              </w:tcPr>
              <w:p w14:paraId="75E0E0C3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441755F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E610878" w14:textId="77777777" w:rsidR="008D56D1" w:rsidRDefault="008D56D1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916868518"/>
            <w:placeholder>
              <w:docPart w:val="CD1A3BE292F44582AD400F49832FBFF6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B8EE705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3D715B1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08D15" w14:textId="6E855E4D" w:rsidR="008D56D1" w:rsidRDefault="008D56D1" w:rsidP="002E140B"/>
        </w:tc>
      </w:tr>
      <w:tr w:rsidR="008D56D1" w14:paraId="483D5EBC" w14:textId="77777777" w:rsidTr="00E70F08">
        <w:tc>
          <w:tcPr>
            <w:tcW w:w="9350" w:type="dxa"/>
            <w:gridSpan w:val="2"/>
          </w:tcPr>
          <w:p w14:paraId="3DE2FE2A" w14:textId="0DF18D9E" w:rsidR="008D56D1" w:rsidRDefault="008D56D1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701204267"/>
                <w:placeholder>
                  <w:docPart w:val="D797C463F656417F98AFE38C3C9E0DF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0C7729A3" w14:textId="77777777" w:rsidTr="002E140B">
        <w:tc>
          <w:tcPr>
            <w:tcW w:w="2547" w:type="dxa"/>
          </w:tcPr>
          <w:p w14:paraId="75682517" w14:textId="77777777" w:rsidR="008D56D1" w:rsidRDefault="008D56D1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831025089"/>
            <w:placeholder>
              <w:docPart w:val="9DA4A49876694758A8B5D5BC7A06E6D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763D88B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5C73F433" w14:textId="77777777" w:rsidTr="002E140B">
        <w:tc>
          <w:tcPr>
            <w:tcW w:w="2547" w:type="dxa"/>
          </w:tcPr>
          <w:p w14:paraId="5284FD39" w14:textId="77777777" w:rsidR="008D56D1" w:rsidRDefault="008D56D1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2003952158"/>
            <w:placeholder>
              <w:docPart w:val="21A83FF787274D27960EAA9602F390F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2F35796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4CDAAD71" w14:textId="77777777" w:rsidTr="002E140B">
        <w:tc>
          <w:tcPr>
            <w:tcW w:w="2547" w:type="dxa"/>
          </w:tcPr>
          <w:p w14:paraId="676C3924" w14:textId="77777777" w:rsidR="008D56D1" w:rsidRDefault="008D56D1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146196124"/>
            <w:placeholder>
              <w:docPart w:val="45273C8E711445F4999F72E069588EDE"/>
            </w:placeholder>
            <w:showingPlcHdr/>
          </w:sdtPr>
          <w:sdtContent>
            <w:tc>
              <w:tcPr>
                <w:tcW w:w="6803" w:type="dxa"/>
              </w:tcPr>
              <w:p w14:paraId="3DD91A8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390841A9" w14:textId="77777777" w:rsidTr="002E140B">
        <w:tc>
          <w:tcPr>
            <w:tcW w:w="2547" w:type="dxa"/>
          </w:tcPr>
          <w:p w14:paraId="7C3C9513" w14:textId="77777777" w:rsidR="008D56D1" w:rsidRDefault="008D56D1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713876782"/>
            <w:placeholder>
              <w:docPart w:val="87B0124E522541949BB0D4F773CF70CA"/>
            </w:placeholder>
            <w:showingPlcHdr/>
          </w:sdtPr>
          <w:sdtContent>
            <w:tc>
              <w:tcPr>
                <w:tcW w:w="6803" w:type="dxa"/>
              </w:tcPr>
              <w:p w14:paraId="3B2FEF9E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C56E448" w14:textId="77777777" w:rsidTr="002E140B">
        <w:tc>
          <w:tcPr>
            <w:tcW w:w="2547" w:type="dxa"/>
            <w:vAlign w:val="center"/>
          </w:tcPr>
          <w:p w14:paraId="0CCBD241" w14:textId="77777777" w:rsidR="008D56D1" w:rsidRDefault="008D56D1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516234796"/>
            <w:placeholder>
              <w:docPart w:val="35B65A8DF3044ADFA73F23DFF1A58EE0"/>
            </w:placeholder>
            <w:showingPlcHdr/>
          </w:sdtPr>
          <w:sdtContent>
            <w:tc>
              <w:tcPr>
                <w:tcW w:w="6803" w:type="dxa"/>
              </w:tcPr>
              <w:p w14:paraId="024DC3A3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582ADD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C809479" w14:textId="77777777" w:rsidR="008D56D1" w:rsidRDefault="008D56D1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546065884"/>
            <w:placeholder>
              <w:docPart w:val="C50AE0EA577C44A4B8215F863A529D8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BCCA92B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821BD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3D512" w14:textId="54581740" w:rsidR="008D56D1" w:rsidRDefault="008D56D1" w:rsidP="002E140B"/>
        </w:tc>
      </w:tr>
    </w:tbl>
    <w:p w14:paraId="3688E3DC" w14:textId="77777777" w:rsidR="008D56D1" w:rsidRDefault="008D56D1">
      <w:pPr>
        <w:pStyle w:val="Heading1"/>
      </w:pPr>
    </w:p>
    <w:p w14:paraId="06CC282B" w14:textId="77777777" w:rsidR="008D56D1" w:rsidRDefault="008D56D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C9A4EC1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0ABFDDEA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0F7A001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6B1CE58A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27405C2D" w:rsidR="002931FF" w:rsidRDefault="002931FF" w:rsidP="002D7D98"/>
        </w:tc>
      </w:tr>
      <w:tr w:rsidR="008D56D1" w14:paraId="6153D889" w14:textId="77777777" w:rsidTr="0019370D">
        <w:tc>
          <w:tcPr>
            <w:tcW w:w="9350" w:type="dxa"/>
            <w:gridSpan w:val="2"/>
          </w:tcPr>
          <w:p w14:paraId="0974CFC8" w14:textId="01BD86E6" w:rsidR="008D56D1" w:rsidRDefault="008D56D1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72693285"/>
                <w:placeholder>
                  <w:docPart w:val="3DDE15C52DB140E5B6C2A3F9080BBC0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21ED956C" w14:textId="77777777" w:rsidTr="00A0792E">
        <w:tc>
          <w:tcPr>
            <w:tcW w:w="2830" w:type="dxa"/>
            <w:vAlign w:val="center"/>
          </w:tcPr>
          <w:p w14:paraId="68A6F867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782097560"/>
            <w:placeholder>
              <w:docPart w:val="D4C6669F990343DFA56DE28176C5A7B1"/>
            </w:placeholder>
            <w:showingPlcHdr/>
          </w:sdtPr>
          <w:sdtContent>
            <w:tc>
              <w:tcPr>
                <w:tcW w:w="6520" w:type="dxa"/>
              </w:tcPr>
              <w:p w14:paraId="68947230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7D764FA" w14:textId="77777777" w:rsidTr="00A0792E">
        <w:tc>
          <w:tcPr>
            <w:tcW w:w="2830" w:type="dxa"/>
            <w:vAlign w:val="center"/>
          </w:tcPr>
          <w:p w14:paraId="328A1EFC" w14:textId="77777777" w:rsidR="008D56D1" w:rsidRDefault="008D56D1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7D37FB6" w14:textId="77777777" w:rsidR="008D56D1" w:rsidRDefault="008D56D1" w:rsidP="002D7D98">
            <w:r>
              <w:t xml:space="preserve">Yes </w:t>
            </w:r>
            <w:sdt>
              <w:sdtPr>
                <w:id w:val="109089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69611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8261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1D3C9856" w14:textId="77777777" w:rsidTr="00A0792E">
        <w:tc>
          <w:tcPr>
            <w:tcW w:w="2830" w:type="dxa"/>
            <w:vAlign w:val="center"/>
          </w:tcPr>
          <w:p w14:paraId="6D498809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473328096"/>
            <w:placeholder>
              <w:docPart w:val="EA2F1469CC8743C780A7298233A6AD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8F4AA78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6ABBAB33" w14:textId="77777777" w:rsidTr="00A0792E">
        <w:tc>
          <w:tcPr>
            <w:tcW w:w="2830" w:type="dxa"/>
            <w:vAlign w:val="center"/>
          </w:tcPr>
          <w:p w14:paraId="38ACCD72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528300003"/>
            <w:placeholder>
              <w:docPart w:val="53536185EAA843D69C6B8AD1D3A9CC9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8525CB7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75DFF5A9" w14:textId="77777777" w:rsidTr="00A0792E">
        <w:tc>
          <w:tcPr>
            <w:tcW w:w="2830" w:type="dxa"/>
            <w:vAlign w:val="center"/>
          </w:tcPr>
          <w:p w14:paraId="3CA3B1BF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EE6CDA4" w14:textId="77777777" w:rsidR="008D56D1" w:rsidRDefault="008D56D1" w:rsidP="00CD745A"/>
        </w:tc>
        <w:sdt>
          <w:sdtPr>
            <w:id w:val="-1502339706"/>
            <w:placeholder>
              <w:docPart w:val="EFFEA2731A9642968D354F7852317D00"/>
            </w:placeholder>
            <w:showingPlcHdr/>
          </w:sdtPr>
          <w:sdtContent>
            <w:tc>
              <w:tcPr>
                <w:tcW w:w="6520" w:type="dxa"/>
              </w:tcPr>
              <w:p w14:paraId="276C03F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534AA92" w14:textId="77777777" w:rsidTr="00A0792E">
        <w:tc>
          <w:tcPr>
            <w:tcW w:w="2830" w:type="dxa"/>
            <w:vAlign w:val="center"/>
          </w:tcPr>
          <w:p w14:paraId="2BE04EAE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57372D78" w14:textId="77777777" w:rsidR="008D56D1" w:rsidRDefault="008D56D1" w:rsidP="00CD745A"/>
        </w:tc>
        <w:sdt>
          <w:sdtPr>
            <w:id w:val="-600028165"/>
            <w:placeholder>
              <w:docPart w:val="0847F1A25ECC418B9D132AEF13C02A78"/>
            </w:placeholder>
            <w:showingPlcHdr/>
          </w:sdtPr>
          <w:sdtContent>
            <w:tc>
              <w:tcPr>
                <w:tcW w:w="6520" w:type="dxa"/>
              </w:tcPr>
              <w:p w14:paraId="7AD840A3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BD3B8E1" w14:textId="77777777" w:rsidTr="00A0792E">
        <w:tc>
          <w:tcPr>
            <w:tcW w:w="2830" w:type="dxa"/>
            <w:vAlign w:val="center"/>
          </w:tcPr>
          <w:p w14:paraId="60807888" w14:textId="77777777" w:rsidR="008D56D1" w:rsidRDefault="008D56D1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749863540"/>
            <w:placeholder>
              <w:docPart w:val="D237190C1B2540BF930456A78A604861"/>
            </w:placeholder>
            <w:showingPlcHdr/>
          </w:sdtPr>
          <w:sdtContent>
            <w:tc>
              <w:tcPr>
                <w:tcW w:w="6520" w:type="dxa"/>
              </w:tcPr>
              <w:p w14:paraId="3B9CDCE9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2AC7A4BC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468483C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FA7FDFD" w14:textId="77777777" w:rsidR="008D56D1" w:rsidRDefault="008D56D1" w:rsidP="002D7D98">
            <w:r>
              <w:t xml:space="preserve">Yes </w:t>
            </w:r>
            <w:sdt>
              <w:sdtPr>
                <w:id w:val="148650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2185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62F6AD52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78142" w14:textId="0633868D" w:rsidR="008D56D1" w:rsidRDefault="008D56D1" w:rsidP="002D7D98"/>
        </w:tc>
      </w:tr>
      <w:tr w:rsidR="008D56D1" w14:paraId="5A0EA035" w14:textId="77777777" w:rsidTr="0019370D">
        <w:tc>
          <w:tcPr>
            <w:tcW w:w="9350" w:type="dxa"/>
            <w:gridSpan w:val="2"/>
          </w:tcPr>
          <w:p w14:paraId="71AECD80" w14:textId="4BAAF113" w:rsidR="008D56D1" w:rsidRDefault="008D56D1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821231419"/>
                <w:placeholder>
                  <w:docPart w:val="F3321B86771349FEB4739E501F44886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594E37E1" w14:textId="77777777" w:rsidTr="00A0792E">
        <w:tc>
          <w:tcPr>
            <w:tcW w:w="2830" w:type="dxa"/>
            <w:vAlign w:val="center"/>
          </w:tcPr>
          <w:p w14:paraId="7E250311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001312468"/>
            <w:placeholder>
              <w:docPart w:val="9D66F522DDB54AA7B02DD79B1F0C3D29"/>
            </w:placeholder>
            <w:showingPlcHdr/>
          </w:sdtPr>
          <w:sdtContent>
            <w:tc>
              <w:tcPr>
                <w:tcW w:w="6520" w:type="dxa"/>
              </w:tcPr>
              <w:p w14:paraId="6CF3A00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1931E695" w14:textId="77777777" w:rsidTr="00A0792E">
        <w:tc>
          <w:tcPr>
            <w:tcW w:w="2830" w:type="dxa"/>
            <w:vAlign w:val="center"/>
          </w:tcPr>
          <w:p w14:paraId="28C293C6" w14:textId="77777777" w:rsidR="008D56D1" w:rsidRDefault="008D56D1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BABCF06" w14:textId="77777777" w:rsidR="008D56D1" w:rsidRDefault="008D56D1" w:rsidP="002D7D98">
            <w:r>
              <w:t xml:space="preserve">Yes </w:t>
            </w:r>
            <w:sdt>
              <w:sdtPr>
                <w:id w:val="-101877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7413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0393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3FA5E10A" w14:textId="77777777" w:rsidTr="00A0792E">
        <w:tc>
          <w:tcPr>
            <w:tcW w:w="2830" w:type="dxa"/>
            <w:vAlign w:val="center"/>
          </w:tcPr>
          <w:p w14:paraId="2A67ADF5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406500233"/>
            <w:placeholder>
              <w:docPart w:val="6FB4EAAD918C433F87FB9A244AFD2A3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68962F3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254C3A19" w14:textId="77777777" w:rsidTr="00A0792E">
        <w:tc>
          <w:tcPr>
            <w:tcW w:w="2830" w:type="dxa"/>
            <w:vAlign w:val="center"/>
          </w:tcPr>
          <w:p w14:paraId="59B71186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37527344"/>
            <w:placeholder>
              <w:docPart w:val="921F161D6D6A4C2BBE5F5FF209B8952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F283A2A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0E7CDFBE" w14:textId="77777777" w:rsidTr="00A0792E">
        <w:tc>
          <w:tcPr>
            <w:tcW w:w="2830" w:type="dxa"/>
            <w:vAlign w:val="center"/>
          </w:tcPr>
          <w:p w14:paraId="785D8694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700D021" w14:textId="77777777" w:rsidR="008D56D1" w:rsidRDefault="008D56D1" w:rsidP="00CD745A"/>
        </w:tc>
        <w:sdt>
          <w:sdtPr>
            <w:id w:val="2107771089"/>
            <w:placeholder>
              <w:docPart w:val="8D8E9749892641C7B0CCB40247276334"/>
            </w:placeholder>
            <w:showingPlcHdr/>
          </w:sdtPr>
          <w:sdtContent>
            <w:tc>
              <w:tcPr>
                <w:tcW w:w="6520" w:type="dxa"/>
              </w:tcPr>
              <w:p w14:paraId="353D5F46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711ADF7" w14:textId="77777777" w:rsidTr="00A0792E">
        <w:tc>
          <w:tcPr>
            <w:tcW w:w="2830" w:type="dxa"/>
            <w:vAlign w:val="center"/>
          </w:tcPr>
          <w:p w14:paraId="67A0314C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07901012" w14:textId="77777777" w:rsidR="008D56D1" w:rsidRDefault="008D56D1" w:rsidP="00CD745A"/>
        </w:tc>
        <w:sdt>
          <w:sdtPr>
            <w:id w:val="-2135321504"/>
            <w:placeholder>
              <w:docPart w:val="6A0EE05DAE8749CC94C7D316BBE9077C"/>
            </w:placeholder>
            <w:showingPlcHdr/>
          </w:sdtPr>
          <w:sdtContent>
            <w:tc>
              <w:tcPr>
                <w:tcW w:w="6520" w:type="dxa"/>
              </w:tcPr>
              <w:p w14:paraId="3CC545C0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28848F66" w14:textId="77777777" w:rsidTr="00A0792E">
        <w:tc>
          <w:tcPr>
            <w:tcW w:w="2830" w:type="dxa"/>
            <w:vAlign w:val="center"/>
          </w:tcPr>
          <w:p w14:paraId="7C4BC70D" w14:textId="77777777" w:rsidR="008D56D1" w:rsidRDefault="008D56D1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2141687205"/>
            <w:placeholder>
              <w:docPart w:val="0719420679704B3FAE424C520291988B"/>
            </w:placeholder>
            <w:showingPlcHdr/>
          </w:sdtPr>
          <w:sdtContent>
            <w:tc>
              <w:tcPr>
                <w:tcW w:w="6520" w:type="dxa"/>
              </w:tcPr>
              <w:p w14:paraId="02203457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804517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07E12D4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FA5002A" w14:textId="77777777" w:rsidR="008D56D1" w:rsidRDefault="008D56D1" w:rsidP="002D7D98">
            <w:r>
              <w:t xml:space="preserve">Yes </w:t>
            </w:r>
            <w:sdt>
              <w:sdtPr>
                <w:id w:val="149383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3081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4FB28DC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B5C0CE" w14:textId="54293389" w:rsidR="008D56D1" w:rsidRDefault="008D56D1" w:rsidP="002D7D98"/>
        </w:tc>
      </w:tr>
      <w:tr w:rsidR="008D56D1" w14:paraId="004A33D5" w14:textId="77777777" w:rsidTr="0019370D">
        <w:tc>
          <w:tcPr>
            <w:tcW w:w="9350" w:type="dxa"/>
            <w:gridSpan w:val="2"/>
          </w:tcPr>
          <w:p w14:paraId="4A642E1F" w14:textId="626923B7" w:rsidR="008D56D1" w:rsidRDefault="008D56D1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24945125"/>
                <w:placeholder>
                  <w:docPart w:val="C9E7D9CCF7F04F8FA5844017197F593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1579500D" w14:textId="77777777" w:rsidTr="00A0792E">
        <w:tc>
          <w:tcPr>
            <w:tcW w:w="2830" w:type="dxa"/>
            <w:vAlign w:val="center"/>
          </w:tcPr>
          <w:p w14:paraId="39B31A51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038194283"/>
            <w:placeholder>
              <w:docPart w:val="C7D9EF6159644A42A7BFC31BEC5E6D4B"/>
            </w:placeholder>
            <w:showingPlcHdr/>
          </w:sdtPr>
          <w:sdtContent>
            <w:tc>
              <w:tcPr>
                <w:tcW w:w="6520" w:type="dxa"/>
              </w:tcPr>
              <w:p w14:paraId="27056826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1994BC18" w14:textId="77777777" w:rsidTr="00A0792E">
        <w:tc>
          <w:tcPr>
            <w:tcW w:w="2830" w:type="dxa"/>
            <w:vAlign w:val="center"/>
          </w:tcPr>
          <w:p w14:paraId="6A00B8D2" w14:textId="77777777" w:rsidR="008D56D1" w:rsidRDefault="008D56D1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8BF2FAC" w14:textId="77777777" w:rsidR="008D56D1" w:rsidRDefault="008D56D1" w:rsidP="002D7D98">
            <w:r>
              <w:t xml:space="preserve">Yes </w:t>
            </w:r>
            <w:sdt>
              <w:sdtPr>
                <w:id w:val="-79228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0537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94691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35773C19" w14:textId="77777777" w:rsidTr="00A0792E">
        <w:tc>
          <w:tcPr>
            <w:tcW w:w="2830" w:type="dxa"/>
            <w:vAlign w:val="center"/>
          </w:tcPr>
          <w:p w14:paraId="7A0099B1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857502956"/>
            <w:placeholder>
              <w:docPart w:val="7585F96CD76E4567954841B9C82C3F9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4150541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123F6DD5" w14:textId="77777777" w:rsidTr="00A0792E">
        <w:tc>
          <w:tcPr>
            <w:tcW w:w="2830" w:type="dxa"/>
            <w:vAlign w:val="center"/>
          </w:tcPr>
          <w:p w14:paraId="3A494860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33901533"/>
            <w:placeholder>
              <w:docPart w:val="ABD52BDEDF61419C93B067F6971CB5C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86A54AE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4FB7A872" w14:textId="77777777" w:rsidTr="00A0792E">
        <w:tc>
          <w:tcPr>
            <w:tcW w:w="2830" w:type="dxa"/>
            <w:vAlign w:val="center"/>
          </w:tcPr>
          <w:p w14:paraId="266536F5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13FA1FC9" w14:textId="77777777" w:rsidR="008D56D1" w:rsidRDefault="008D56D1" w:rsidP="00CD745A"/>
        </w:tc>
        <w:sdt>
          <w:sdtPr>
            <w:id w:val="-275640238"/>
            <w:placeholder>
              <w:docPart w:val="DF0C9D592F894FA98333F75437A2E0B0"/>
            </w:placeholder>
            <w:showingPlcHdr/>
          </w:sdtPr>
          <w:sdtContent>
            <w:tc>
              <w:tcPr>
                <w:tcW w:w="6520" w:type="dxa"/>
              </w:tcPr>
              <w:p w14:paraId="7DA22022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383E3C5F" w14:textId="77777777" w:rsidTr="00A0792E">
        <w:tc>
          <w:tcPr>
            <w:tcW w:w="2830" w:type="dxa"/>
            <w:vAlign w:val="center"/>
          </w:tcPr>
          <w:p w14:paraId="53C5ED10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6B245BDF" w14:textId="77777777" w:rsidR="008D56D1" w:rsidRDefault="008D56D1" w:rsidP="00CD745A"/>
        </w:tc>
        <w:sdt>
          <w:sdtPr>
            <w:id w:val="1882748501"/>
            <w:placeholder>
              <w:docPart w:val="21746F1DC503438C956FAD9FD4E34302"/>
            </w:placeholder>
            <w:showingPlcHdr/>
          </w:sdtPr>
          <w:sdtContent>
            <w:tc>
              <w:tcPr>
                <w:tcW w:w="6520" w:type="dxa"/>
              </w:tcPr>
              <w:p w14:paraId="6CE56AC7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25EA2AF" w14:textId="77777777" w:rsidTr="00A0792E">
        <w:tc>
          <w:tcPr>
            <w:tcW w:w="2830" w:type="dxa"/>
            <w:vAlign w:val="center"/>
          </w:tcPr>
          <w:p w14:paraId="469EC787" w14:textId="77777777" w:rsidR="008D56D1" w:rsidRDefault="008D56D1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200710448"/>
            <w:placeholder>
              <w:docPart w:val="53D91CE917C846498FA17F99F73118C2"/>
            </w:placeholder>
            <w:showingPlcHdr/>
          </w:sdtPr>
          <w:sdtContent>
            <w:tc>
              <w:tcPr>
                <w:tcW w:w="6520" w:type="dxa"/>
              </w:tcPr>
              <w:p w14:paraId="545956AA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60D820D0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393CEC6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8702213" w14:textId="77777777" w:rsidR="008D56D1" w:rsidRDefault="008D56D1" w:rsidP="002D7D98">
            <w:r>
              <w:t xml:space="preserve">Yes </w:t>
            </w:r>
            <w:sdt>
              <w:sdtPr>
                <w:id w:val="-156609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346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7C8DCD8F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FA806" w14:textId="6B49D6BC" w:rsidR="008D56D1" w:rsidRDefault="008D56D1" w:rsidP="002D7D98"/>
        </w:tc>
      </w:tr>
    </w:tbl>
    <w:p w14:paraId="1B0AA136" w14:textId="77777777" w:rsidR="008D56D1" w:rsidRDefault="008D56D1">
      <w:pPr>
        <w:pStyle w:val="Heading1"/>
      </w:pPr>
    </w:p>
    <w:p w14:paraId="3F849DE2" w14:textId="77777777" w:rsidR="008D56D1" w:rsidRDefault="008D56D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01D76685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38104C93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3098633D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0A6C1858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72AA4D80" w:rsidR="00CD745A" w:rsidRDefault="00CD745A" w:rsidP="00CD745A"/>
        </w:tc>
      </w:tr>
      <w:tr w:rsidR="008D56D1" w14:paraId="1FA3542F" w14:textId="77777777" w:rsidTr="00695860">
        <w:tc>
          <w:tcPr>
            <w:tcW w:w="9350" w:type="dxa"/>
            <w:gridSpan w:val="2"/>
          </w:tcPr>
          <w:p w14:paraId="0262B416" w14:textId="68AD0800" w:rsidR="008D56D1" w:rsidRDefault="008D56D1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38715759"/>
                <w:placeholder>
                  <w:docPart w:val="28C242C9C1D14E2089B8D884897E755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189E7BE1" w14:textId="77777777" w:rsidTr="00CD745A">
        <w:tc>
          <w:tcPr>
            <w:tcW w:w="2723" w:type="dxa"/>
            <w:vAlign w:val="center"/>
          </w:tcPr>
          <w:p w14:paraId="57E15EA6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149283413"/>
            <w:placeholder>
              <w:docPart w:val="DFB410BDF3334268B87BD35349EAB10A"/>
            </w:placeholder>
            <w:showingPlcHdr/>
          </w:sdtPr>
          <w:sdtContent>
            <w:tc>
              <w:tcPr>
                <w:tcW w:w="6627" w:type="dxa"/>
              </w:tcPr>
              <w:p w14:paraId="7BF8F366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1D90CFA1" w14:textId="77777777" w:rsidTr="00CD745A">
        <w:tc>
          <w:tcPr>
            <w:tcW w:w="2723" w:type="dxa"/>
            <w:vAlign w:val="center"/>
          </w:tcPr>
          <w:p w14:paraId="130328E7" w14:textId="77777777" w:rsidR="008D56D1" w:rsidRDefault="008D56D1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417058468"/>
            <w:placeholder>
              <w:docPart w:val="BFBC3558E7544248ADFC6A51F4E0C952"/>
            </w:placeholder>
            <w:showingPlcHdr/>
          </w:sdtPr>
          <w:sdtContent>
            <w:tc>
              <w:tcPr>
                <w:tcW w:w="6627" w:type="dxa"/>
              </w:tcPr>
              <w:p w14:paraId="7B44E84D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3E2FB619" w14:textId="77777777" w:rsidTr="00CD745A">
        <w:tc>
          <w:tcPr>
            <w:tcW w:w="2723" w:type="dxa"/>
            <w:vAlign w:val="center"/>
          </w:tcPr>
          <w:p w14:paraId="577A1E7E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2F09ACC" w14:textId="77777777" w:rsidR="008D56D1" w:rsidRDefault="008D56D1" w:rsidP="00CD745A"/>
        </w:tc>
        <w:sdt>
          <w:sdtPr>
            <w:id w:val="-1061951555"/>
            <w:placeholder>
              <w:docPart w:val="A908CFD9731143E4A32F08C7BC2E78DE"/>
            </w:placeholder>
            <w:showingPlcHdr/>
          </w:sdtPr>
          <w:sdtContent>
            <w:tc>
              <w:tcPr>
                <w:tcW w:w="6627" w:type="dxa"/>
              </w:tcPr>
              <w:p w14:paraId="636F4179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49E134E" w14:textId="77777777" w:rsidTr="00CD745A">
        <w:tc>
          <w:tcPr>
            <w:tcW w:w="2723" w:type="dxa"/>
            <w:vAlign w:val="center"/>
          </w:tcPr>
          <w:p w14:paraId="4769A038" w14:textId="77777777" w:rsidR="008D56D1" w:rsidRDefault="008D56D1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381007084"/>
            <w:placeholder>
              <w:docPart w:val="7C1E9E0D53194A78945938EFFBA5F17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A345498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2BEE6CD7" w14:textId="77777777" w:rsidTr="00CD745A">
        <w:tc>
          <w:tcPr>
            <w:tcW w:w="2723" w:type="dxa"/>
            <w:vAlign w:val="center"/>
          </w:tcPr>
          <w:p w14:paraId="3F5740C6" w14:textId="77777777" w:rsidR="008D56D1" w:rsidRDefault="008D56D1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15CB091" w14:textId="77777777" w:rsidR="008D56D1" w:rsidRDefault="008D56D1" w:rsidP="00CD745A">
            <w:r>
              <w:t xml:space="preserve">Complete  </w:t>
            </w:r>
            <w:sdt>
              <w:sdtPr>
                <w:id w:val="71370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8807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5FF5F22D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4D2367D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F815711" w14:textId="77777777" w:rsidR="008D56D1" w:rsidRDefault="008D56D1" w:rsidP="00CD745A">
            <w:r>
              <w:t xml:space="preserve">Yes </w:t>
            </w:r>
            <w:sdt>
              <w:sdtPr>
                <w:id w:val="-13608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28833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600C589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58A1BA" w14:textId="77777777" w:rsidR="008D56D1" w:rsidRPr="00F4085D" w:rsidRDefault="008D56D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166A9" w14:textId="6A91711B" w:rsidR="008D56D1" w:rsidRDefault="008D56D1" w:rsidP="00CD745A"/>
        </w:tc>
      </w:tr>
      <w:tr w:rsidR="008D56D1" w14:paraId="6A696271" w14:textId="77777777" w:rsidTr="00695860">
        <w:tc>
          <w:tcPr>
            <w:tcW w:w="9350" w:type="dxa"/>
            <w:gridSpan w:val="2"/>
          </w:tcPr>
          <w:p w14:paraId="40647F03" w14:textId="0A160B20" w:rsidR="008D56D1" w:rsidRDefault="008D56D1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48383242"/>
                <w:placeholder>
                  <w:docPart w:val="1AD5383F7CF64EBC9008E32CD2F222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612FF6C0" w14:textId="77777777" w:rsidTr="00CD745A">
        <w:tc>
          <w:tcPr>
            <w:tcW w:w="2723" w:type="dxa"/>
            <w:vAlign w:val="center"/>
          </w:tcPr>
          <w:p w14:paraId="67F26669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2026892567"/>
            <w:placeholder>
              <w:docPart w:val="5B3827F2351F404D9718DFB314AA75ED"/>
            </w:placeholder>
            <w:showingPlcHdr/>
          </w:sdtPr>
          <w:sdtContent>
            <w:tc>
              <w:tcPr>
                <w:tcW w:w="6627" w:type="dxa"/>
              </w:tcPr>
              <w:p w14:paraId="594FB06C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F1F3AAF" w14:textId="77777777" w:rsidTr="00CD745A">
        <w:tc>
          <w:tcPr>
            <w:tcW w:w="2723" w:type="dxa"/>
            <w:vAlign w:val="center"/>
          </w:tcPr>
          <w:p w14:paraId="081A0396" w14:textId="77777777" w:rsidR="008D56D1" w:rsidRDefault="008D56D1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69528904"/>
            <w:placeholder>
              <w:docPart w:val="8246E4E921034A488391D40063F556A9"/>
            </w:placeholder>
            <w:showingPlcHdr/>
          </w:sdtPr>
          <w:sdtContent>
            <w:tc>
              <w:tcPr>
                <w:tcW w:w="6627" w:type="dxa"/>
              </w:tcPr>
              <w:p w14:paraId="6908512E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1E59684C" w14:textId="77777777" w:rsidTr="00CD745A">
        <w:tc>
          <w:tcPr>
            <w:tcW w:w="2723" w:type="dxa"/>
            <w:vAlign w:val="center"/>
          </w:tcPr>
          <w:p w14:paraId="6C1B37C5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B37657E" w14:textId="77777777" w:rsidR="008D56D1" w:rsidRDefault="008D56D1" w:rsidP="00CD745A"/>
        </w:tc>
        <w:sdt>
          <w:sdtPr>
            <w:id w:val="-128940586"/>
            <w:placeholder>
              <w:docPart w:val="A877CFA9B8984AF2A9EEBE4EF7D07624"/>
            </w:placeholder>
            <w:showingPlcHdr/>
          </w:sdtPr>
          <w:sdtContent>
            <w:tc>
              <w:tcPr>
                <w:tcW w:w="6627" w:type="dxa"/>
              </w:tcPr>
              <w:p w14:paraId="473D8663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5BADD04" w14:textId="77777777" w:rsidTr="00CD745A">
        <w:tc>
          <w:tcPr>
            <w:tcW w:w="2723" w:type="dxa"/>
            <w:vAlign w:val="center"/>
          </w:tcPr>
          <w:p w14:paraId="6702E766" w14:textId="77777777" w:rsidR="008D56D1" w:rsidRDefault="008D56D1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338846390"/>
            <w:placeholder>
              <w:docPart w:val="251FFBEC247B4824880E349327A30A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574324E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7223A722" w14:textId="77777777" w:rsidTr="00CD745A">
        <w:tc>
          <w:tcPr>
            <w:tcW w:w="2723" w:type="dxa"/>
            <w:vAlign w:val="center"/>
          </w:tcPr>
          <w:p w14:paraId="6CBD8D89" w14:textId="77777777" w:rsidR="008D56D1" w:rsidRDefault="008D56D1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EEBAB9E" w14:textId="77777777" w:rsidR="008D56D1" w:rsidRDefault="008D56D1" w:rsidP="00CD745A">
            <w:r>
              <w:t xml:space="preserve">Complete  </w:t>
            </w:r>
            <w:sdt>
              <w:sdtPr>
                <w:id w:val="83457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1953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729FA4F7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CCFC247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95D129C" w14:textId="77777777" w:rsidR="008D56D1" w:rsidRDefault="008D56D1" w:rsidP="00CD745A">
            <w:r>
              <w:t xml:space="preserve">Yes </w:t>
            </w:r>
            <w:sdt>
              <w:sdtPr>
                <w:id w:val="-143180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94962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144E64BE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887DB5" w14:textId="77777777" w:rsidR="008D56D1" w:rsidRPr="00F4085D" w:rsidRDefault="008D56D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B6AD6" w14:textId="1F3D348F" w:rsidR="008D56D1" w:rsidRDefault="008D56D1" w:rsidP="00CD745A"/>
        </w:tc>
      </w:tr>
      <w:tr w:rsidR="008D56D1" w14:paraId="234695B1" w14:textId="77777777" w:rsidTr="00695860">
        <w:tc>
          <w:tcPr>
            <w:tcW w:w="9350" w:type="dxa"/>
            <w:gridSpan w:val="2"/>
          </w:tcPr>
          <w:p w14:paraId="752B902A" w14:textId="67AD695C" w:rsidR="008D56D1" w:rsidRDefault="008D56D1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19786830"/>
                <w:placeholder>
                  <w:docPart w:val="1E38145F723A4C4AB03BA29BF231E0B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D56D1" w14:paraId="38DD2913" w14:textId="77777777" w:rsidTr="00CD745A">
        <w:tc>
          <w:tcPr>
            <w:tcW w:w="2723" w:type="dxa"/>
            <w:vAlign w:val="center"/>
          </w:tcPr>
          <w:p w14:paraId="65E979A5" w14:textId="77777777" w:rsidR="008D56D1" w:rsidRDefault="008D56D1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249492744"/>
            <w:placeholder>
              <w:docPart w:val="C8FC659C33594223B1A46DB06649512B"/>
            </w:placeholder>
            <w:showingPlcHdr/>
          </w:sdtPr>
          <w:sdtContent>
            <w:tc>
              <w:tcPr>
                <w:tcW w:w="6627" w:type="dxa"/>
              </w:tcPr>
              <w:p w14:paraId="48ECA0AF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3E4D0B0" w14:textId="77777777" w:rsidTr="00CD745A">
        <w:tc>
          <w:tcPr>
            <w:tcW w:w="2723" w:type="dxa"/>
            <w:vAlign w:val="center"/>
          </w:tcPr>
          <w:p w14:paraId="177D8D08" w14:textId="77777777" w:rsidR="008D56D1" w:rsidRDefault="008D56D1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901520663"/>
            <w:placeholder>
              <w:docPart w:val="8C0AEDA8BBF04E3097859548CCB5ED6F"/>
            </w:placeholder>
            <w:showingPlcHdr/>
          </w:sdtPr>
          <w:sdtContent>
            <w:tc>
              <w:tcPr>
                <w:tcW w:w="6627" w:type="dxa"/>
              </w:tcPr>
              <w:p w14:paraId="46981830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7F7FE3B6" w14:textId="77777777" w:rsidTr="00CD745A">
        <w:tc>
          <w:tcPr>
            <w:tcW w:w="2723" w:type="dxa"/>
            <w:vAlign w:val="center"/>
          </w:tcPr>
          <w:p w14:paraId="0C26D552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8D2550C" w14:textId="77777777" w:rsidR="008D56D1" w:rsidRDefault="008D56D1" w:rsidP="00CD745A"/>
        </w:tc>
        <w:sdt>
          <w:sdtPr>
            <w:id w:val="-2130689383"/>
            <w:placeholder>
              <w:docPart w:val="46C29FBB300C487889673D22631D8B73"/>
            </w:placeholder>
            <w:showingPlcHdr/>
          </w:sdtPr>
          <w:sdtContent>
            <w:tc>
              <w:tcPr>
                <w:tcW w:w="6627" w:type="dxa"/>
              </w:tcPr>
              <w:p w14:paraId="48159848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26FE456" w14:textId="77777777" w:rsidTr="00CD745A">
        <w:tc>
          <w:tcPr>
            <w:tcW w:w="2723" w:type="dxa"/>
            <w:vAlign w:val="center"/>
          </w:tcPr>
          <w:p w14:paraId="684FA9FC" w14:textId="77777777" w:rsidR="008D56D1" w:rsidRDefault="008D56D1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700283267"/>
            <w:placeholder>
              <w:docPart w:val="CF067ED5EA904CDC90AD3439FE9E17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33925E7" w14:textId="77777777" w:rsidR="008D56D1" w:rsidRDefault="008D56D1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D56D1" w14:paraId="0D83DB6E" w14:textId="77777777" w:rsidTr="00CD745A">
        <w:tc>
          <w:tcPr>
            <w:tcW w:w="2723" w:type="dxa"/>
            <w:vAlign w:val="center"/>
          </w:tcPr>
          <w:p w14:paraId="299793C8" w14:textId="77777777" w:rsidR="008D56D1" w:rsidRDefault="008D56D1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70D1FA5" w14:textId="77777777" w:rsidR="008D56D1" w:rsidRDefault="008D56D1" w:rsidP="00CD745A">
            <w:r>
              <w:t xml:space="preserve">Complete  </w:t>
            </w:r>
            <w:sdt>
              <w:sdtPr>
                <w:id w:val="-52263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90468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4CE01A14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685C050" w14:textId="77777777" w:rsidR="008D56D1" w:rsidRPr="00F4085D" w:rsidRDefault="008D56D1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42F7D21" w14:textId="77777777" w:rsidR="008D56D1" w:rsidRDefault="008D56D1" w:rsidP="00CD745A">
            <w:r>
              <w:t xml:space="preserve">Yes </w:t>
            </w:r>
            <w:sdt>
              <w:sdtPr>
                <w:id w:val="-197243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7091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61240B5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548DB" w14:textId="77777777" w:rsidR="008D56D1" w:rsidRPr="00F4085D" w:rsidRDefault="008D56D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8E05B" w14:textId="17C6935E" w:rsidR="008D56D1" w:rsidRDefault="008D56D1" w:rsidP="00CD745A"/>
        </w:tc>
      </w:tr>
    </w:tbl>
    <w:p w14:paraId="1C15430E" w14:textId="77777777" w:rsidR="008D56D1" w:rsidRDefault="008D56D1">
      <w:pPr>
        <w:pStyle w:val="Heading1"/>
      </w:pPr>
    </w:p>
    <w:p w14:paraId="5FE7467B" w14:textId="77777777" w:rsidR="008D56D1" w:rsidRDefault="008D56D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76BA3099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A1CFC3D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766B6D0A" w:rsidR="00E9708F" w:rsidRDefault="00E9708F"/>
        </w:tc>
      </w:tr>
      <w:tr w:rsidR="008D56D1" w14:paraId="0D9D6EBF" w14:textId="77777777" w:rsidTr="00A0792E">
        <w:tc>
          <w:tcPr>
            <w:tcW w:w="2689" w:type="dxa"/>
          </w:tcPr>
          <w:p w14:paraId="2A9A67AF" w14:textId="1C818990" w:rsidR="008D56D1" w:rsidRDefault="008D56D1">
            <w:r w:rsidRPr="00F4085D">
              <w:rPr>
                <w:b/>
                <w:bCs/>
              </w:rPr>
              <w:t>Role</w:t>
            </w:r>
          </w:p>
        </w:tc>
        <w:sdt>
          <w:sdtPr>
            <w:id w:val="1999146288"/>
            <w:placeholder>
              <w:docPart w:val="AA896D743B7548CE976AE9B987C9CD6B"/>
            </w:placeholder>
            <w:showingPlcHdr/>
          </w:sdtPr>
          <w:sdtContent>
            <w:tc>
              <w:tcPr>
                <w:tcW w:w="6661" w:type="dxa"/>
              </w:tcPr>
              <w:p w14:paraId="0088728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0B3A1D4" w14:textId="77777777" w:rsidTr="00A0792E">
        <w:tc>
          <w:tcPr>
            <w:tcW w:w="2689" w:type="dxa"/>
          </w:tcPr>
          <w:p w14:paraId="6BAE4B7C" w14:textId="77777777" w:rsidR="008D56D1" w:rsidRDefault="008D56D1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98699518"/>
            <w:placeholder>
              <w:docPart w:val="C00658D4211A42F69D720E5067BEEE6A"/>
            </w:placeholder>
            <w:showingPlcHdr/>
          </w:sdtPr>
          <w:sdtContent>
            <w:tc>
              <w:tcPr>
                <w:tcW w:w="6661" w:type="dxa"/>
              </w:tcPr>
              <w:p w14:paraId="1892BEEF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2CC76C6" w14:textId="77777777" w:rsidTr="00A0792E">
        <w:tc>
          <w:tcPr>
            <w:tcW w:w="2689" w:type="dxa"/>
          </w:tcPr>
          <w:p w14:paraId="1654150A" w14:textId="77777777" w:rsidR="008D56D1" w:rsidRDefault="008D56D1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48435409"/>
            <w:placeholder>
              <w:docPart w:val="D57307A5EE124B119F85B18591D99835"/>
            </w:placeholder>
            <w:showingPlcHdr/>
          </w:sdtPr>
          <w:sdtContent>
            <w:tc>
              <w:tcPr>
                <w:tcW w:w="6661" w:type="dxa"/>
              </w:tcPr>
              <w:p w14:paraId="32B7DE00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6D126293" w14:textId="77777777" w:rsidTr="00A0792E">
        <w:tc>
          <w:tcPr>
            <w:tcW w:w="2689" w:type="dxa"/>
          </w:tcPr>
          <w:p w14:paraId="08F55C6E" w14:textId="77777777" w:rsidR="008D56D1" w:rsidRPr="00F4085D" w:rsidRDefault="008D56D1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7E79AE9" w14:textId="77777777" w:rsidR="008D56D1" w:rsidRDefault="008D56D1"/>
        </w:tc>
        <w:sdt>
          <w:sdtPr>
            <w:id w:val="1803884698"/>
            <w:placeholder>
              <w:docPart w:val="098543C5CF674F7E844DB4FEEE98CD76"/>
            </w:placeholder>
            <w:showingPlcHdr/>
          </w:sdtPr>
          <w:sdtContent>
            <w:tc>
              <w:tcPr>
                <w:tcW w:w="6661" w:type="dxa"/>
              </w:tcPr>
              <w:p w14:paraId="1B2ECA44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2044274B" w14:textId="77777777" w:rsidTr="00A0792E">
        <w:tc>
          <w:tcPr>
            <w:tcW w:w="2689" w:type="dxa"/>
          </w:tcPr>
          <w:p w14:paraId="755C935E" w14:textId="77777777" w:rsidR="008D56D1" w:rsidRDefault="008D56D1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B8E61A0" w14:textId="77777777" w:rsidR="008D56D1" w:rsidRDefault="008D56D1">
            <w:r>
              <w:t xml:space="preserve">Complete  </w:t>
            </w:r>
            <w:sdt>
              <w:sdtPr>
                <w:id w:val="22034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7559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79734EBC" w14:textId="77777777" w:rsidTr="00A0792E">
        <w:tc>
          <w:tcPr>
            <w:tcW w:w="2689" w:type="dxa"/>
          </w:tcPr>
          <w:p w14:paraId="71A43EEF" w14:textId="77777777" w:rsidR="008D56D1" w:rsidRDefault="008D56D1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6656173"/>
            <w:placeholder>
              <w:docPart w:val="4757FDFDDA284D8DAE00E613CB1D13D7"/>
            </w:placeholder>
            <w:showingPlcHdr/>
          </w:sdtPr>
          <w:sdtContent>
            <w:tc>
              <w:tcPr>
                <w:tcW w:w="6661" w:type="dxa"/>
              </w:tcPr>
              <w:p w14:paraId="450F5D19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328110B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57A08D83" w14:textId="77777777" w:rsidR="008D56D1" w:rsidRPr="00F4085D" w:rsidRDefault="008D56D1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561C750" w14:textId="77777777" w:rsidR="008D56D1" w:rsidRDefault="008D56D1">
            <w:r>
              <w:t xml:space="preserve">Yes </w:t>
            </w:r>
            <w:sdt>
              <w:sdtPr>
                <w:id w:val="-49241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6894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23D4A4D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2A9B0" w14:textId="7AE41EE1" w:rsidR="008D56D1" w:rsidRDefault="008D56D1"/>
        </w:tc>
      </w:tr>
      <w:tr w:rsidR="008D56D1" w14:paraId="4DC32A8B" w14:textId="77777777" w:rsidTr="00A0792E">
        <w:tc>
          <w:tcPr>
            <w:tcW w:w="2689" w:type="dxa"/>
          </w:tcPr>
          <w:p w14:paraId="4B717FA4" w14:textId="65B6C319" w:rsidR="008D56D1" w:rsidRDefault="008D56D1">
            <w:r w:rsidRPr="00F4085D">
              <w:rPr>
                <w:b/>
                <w:bCs/>
              </w:rPr>
              <w:t>Role</w:t>
            </w:r>
          </w:p>
        </w:tc>
        <w:sdt>
          <w:sdtPr>
            <w:id w:val="709235771"/>
            <w:placeholder>
              <w:docPart w:val="A57BDC3291C940EF9D1CBE3CA4DC5F3C"/>
            </w:placeholder>
            <w:showingPlcHdr/>
          </w:sdtPr>
          <w:sdtContent>
            <w:tc>
              <w:tcPr>
                <w:tcW w:w="6661" w:type="dxa"/>
              </w:tcPr>
              <w:p w14:paraId="5C3A906A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471F430E" w14:textId="77777777" w:rsidTr="00A0792E">
        <w:tc>
          <w:tcPr>
            <w:tcW w:w="2689" w:type="dxa"/>
          </w:tcPr>
          <w:p w14:paraId="5343EFE2" w14:textId="77777777" w:rsidR="008D56D1" w:rsidRDefault="008D56D1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668754290"/>
            <w:placeholder>
              <w:docPart w:val="3CA71DA4698D4298985F51600083D503"/>
            </w:placeholder>
            <w:showingPlcHdr/>
          </w:sdtPr>
          <w:sdtContent>
            <w:tc>
              <w:tcPr>
                <w:tcW w:w="6661" w:type="dxa"/>
              </w:tcPr>
              <w:p w14:paraId="7056A5B0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44157513" w14:textId="77777777" w:rsidTr="00A0792E">
        <w:tc>
          <w:tcPr>
            <w:tcW w:w="2689" w:type="dxa"/>
          </w:tcPr>
          <w:p w14:paraId="155C3C24" w14:textId="77777777" w:rsidR="008D56D1" w:rsidRDefault="008D56D1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739859"/>
            <w:placeholder>
              <w:docPart w:val="1C34B26BAE1343D1A431FBD20664B294"/>
            </w:placeholder>
            <w:showingPlcHdr/>
          </w:sdtPr>
          <w:sdtContent>
            <w:tc>
              <w:tcPr>
                <w:tcW w:w="6661" w:type="dxa"/>
              </w:tcPr>
              <w:p w14:paraId="0E7BF292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B1DB3F9" w14:textId="77777777" w:rsidTr="00A0792E">
        <w:tc>
          <w:tcPr>
            <w:tcW w:w="2689" w:type="dxa"/>
          </w:tcPr>
          <w:p w14:paraId="06392FED" w14:textId="77777777" w:rsidR="008D56D1" w:rsidRPr="00F4085D" w:rsidRDefault="008D56D1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AF0384A" w14:textId="77777777" w:rsidR="008D56D1" w:rsidRDefault="008D56D1"/>
        </w:tc>
        <w:sdt>
          <w:sdtPr>
            <w:id w:val="-14919911"/>
            <w:placeholder>
              <w:docPart w:val="0E9DEAB19CA94558A5A01DF2517C4D3C"/>
            </w:placeholder>
            <w:showingPlcHdr/>
          </w:sdtPr>
          <w:sdtContent>
            <w:tc>
              <w:tcPr>
                <w:tcW w:w="6661" w:type="dxa"/>
              </w:tcPr>
              <w:p w14:paraId="4CAC5AA1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06072DED" w14:textId="77777777" w:rsidTr="00A0792E">
        <w:tc>
          <w:tcPr>
            <w:tcW w:w="2689" w:type="dxa"/>
          </w:tcPr>
          <w:p w14:paraId="0D8E1700" w14:textId="77777777" w:rsidR="008D56D1" w:rsidRDefault="008D56D1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F150FAD" w14:textId="77777777" w:rsidR="008D56D1" w:rsidRDefault="008D56D1">
            <w:r>
              <w:t xml:space="preserve">Complete  </w:t>
            </w:r>
            <w:sdt>
              <w:sdtPr>
                <w:id w:val="-116956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27739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5FA5AC34" w14:textId="77777777" w:rsidTr="00A0792E">
        <w:tc>
          <w:tcPr>
            <w:tcW w:w="2689" w:type="dxa"/>
          </w:tcPr>
          <w:p w14:paraId="5C799AE9" w14:textId="77777777" w:rsidR="008D56D1" w:rsidRDefault="008D56D1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01523112"/>
            <w:placeholder>
              <w:docPart w:val="58299DD78BEF40D8B7A7E2C6EE3FCA7F"/>
            </w:placeholder>
            <w:showingPlcHdr/>
          </w:sdtPr>
          <w:sdtContent>
            <w:tc>
              <w:tcPr>
                <w:tcW w:w="6661" w:type="dxa"/>
              </w:tcPr>
              <w:p w14:paraId="4038D73A" w14:textId="77777777" w:rsidR="008D56D1" w:rsidRDefault="008D56D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56D1" w14:paraId="5E1CD242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71CC2273" w14:textId="77777777" w:rsidR="008D56D1" w:rsidRPr="00F4085D" w:rsidRDefault="008D56D1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F5294A2" w14:textId="77777777" w:rsidR="008D56D1" w:rsidRDefault="008D56D1">
            <w:r>
              <w:t xml:space="preserve">Yes </w:t>
            </w:r>
            <w:sdt>
              <w:sdtPr>
                <w:id w:val="-74625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50886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3D05" w14:paraId="15E0A959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1D3A1" w14:textId="77777777" w:rsidR="00AB3D05" w:rsidRDefault="00AB3D05" w:rsidP="000B319E"/>
        </w:tc>
      </w:tr>
      <w:tr w:rsidR="00AB3D05" w14:paraId="0ABB87F1" w14:textId="77777777" w:rsidTr="000B319E">
        <w:tc>
          <w:tcPr>
            <w:tcW w:w="2689" w:type="dxa"/>
          </w:tcPr>
          <w:p w14:paraId="66CD7759" w14:textId="77777777" w:rsidR="00AB3D05" w:rsidRDefault="00AB3D05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317394007"/>
            <w:placeholder>
              <w:docPart w:val="7FF9DF9DD91D40F6A684EEAF716FCDCB"/>
            </w:placeholder>
            <w:showingPlcHdr/>
          </w:sdtPr>
          <w:sdtContent>
            <w:tc>
              <w:tcPr>
                <w:tcW w:w="6661" w:type="dxa"/>
              </w:tcPr>
              <w:p w14:paraId="73687E20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726DC3DD" w14:textId="77777777" w:rsidTr="000B319E">
        <w:tc>
          <w:tcPr>
            <w:tcW w:w="2689" w:type="dxa"/>
          </w:tcPr>
          <w:p w14:paraId="575AD4D5" w14:textId="77777777" w:rsidR="00AB3D05" w:rsidRDefault="00AB3D05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624993739"/>
            <w:placeholder>
              <w:docPart w:val="8B7D126E63EF4900A6B2AB7E9334CD7A"/>
            </w:placeholder>
            <w:showingPlcHdr/>
          </w:sdtPr>
          <w:sdtContent>
            <w:tc>
              <w:tcPr>
                <w:tcW w:w="6661" w:type="dxa"/>
              </w:tcPr>
              <w:p w14:paraId="52A3D6A1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2377B48B" w14:textId="77777777" w:rsidTr="000B319E">
        <w:tc>
          <w:tcPr>
            <w:tcW w:w="2689" w:type="dxa"/>
          </w:tcPr>
          <w:p w14:paraId="77FFEC45" w14:textId="77777777" w:rsidR="00AB3D05" w:rsidRDefault="00AB3D05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922473630"/>
            <w:placeholder>
              <w:docPart w:val="7C0DD2DBF121458893E3AA48D34436D0"/>
            </w:placeholder>
            <w:showingPlcHdr/>
          </w:sdtPr>
          <w:sdtContent>
            <w:tc>
              <w:tcPr>
                <w:tcW w:w="6661" w:type="dxa"/>
              </w:tcPr>
              <w:p w14:paraId="3017FDFE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64E115D2" w14:textId="77777777" w:rsidTr="000B319E">
        <w:tc>
          <w:tcPr>
            <w:tcW w:w="2689" w:type="dxa"/>
          </w:tcPr>
          <w:p w14:paraId="425605F9" w14:textId="77777777" w:rsidR="00AB3D05" w:rsidRPr="00F4085D" w:rsidRDefault="00AB3D0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92FF440" w14:textId="77777777" w:rsidR="00AB3D05" w:rsidRDefault="00AB3D05" w:rsidP="000B319E"/>
        </w:tc>
        <w:sdt>
          <w:sdtPr>
            <w:id w:val="1271193641"/>
            <w:placeholder>
              <w:docPart w:val="E0707DD88F5D415F8588068F672E1BAA"/>
            </w:placeholder>
            <w:showingPlcHdr/>
          </w:sdtPr>
          <w:sdtContent>
            <w:tc>
              <w:tcPr>
                <w:tcW w:w="6661" w:type="dxa"/>
              </w:tcPr>
              <w:p w14:paraId="3FBA3070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4F6ED928" w14:textId="77777777" w:rsidTr="000B319E">
        <w:tc>
          <w:tcPr>
            <w:tcW w:w="2689" w:type="dxa"/>
          </w:tcPr>
          <w:p w14:paraId="2A0F1107" w14:textId="77777777" w:rsidR="00AB3D05" w:rsidRDefault="00AB3D05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F0CF710" w14:textId="77777777" w:rsidR="00AB3D05" w:rsidRDefault="00AB3D05" w:rsidP="000B319E">
            <w:r>
              <w:t xml:space="preserve">Complete  </w:t>
            </w:r>
            <w:sdt>
              <w:sdtPr>
                <w:id w:val="-1253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1595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3D05" w14:paraId="408F8E3A" w14:textId="77777777" w:rsidTr="000B319E">
        <w:tc>
          <w:tcPr>
            <w:tcW w:w="2689" w:type="dxa"/>
          </w:tcPr>
          <w:p w14:paraId="6A8DC425" w14:textId="77777777" w:rsidR="00AB3D05" w:rsidRDefault="00AB3D05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623692152"/>
            <w:placeholder>
              <w:docPart w:val="2C35A78FD8894AC5A987D6E9F16E5285"/>
            </w:placeholder>
            <w:showingPlcHdr/>
          </w:sdtPr>
          <w:sdtContent>
            <w:tc>
              <w:tcPr>
                <w:tcW w:w="6661" w:type="dxa"/>
              </w:tcPr>
              <w:p w14:paraId="5BAABFDE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7CD8AD82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5E501418" w14:textId="77777777" w:rsidR="00AB3D05" w:rsidRPr="00F4085D" w:rsidRDefault="00AB3D0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11FD26E" w14:textId="77777777" w:rsidR="00AB3D05" w:rsidRDefault="00AB3D05" w:rsidP="000B319E">
            <w:r>
              <w:t xml:space="preserve">Yes </w:t>
            </w:r>
            <w:sdt>
              <w:sdtPr>
                <w:id w:val="128808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719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3D05" w14:paraId="335D13D3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DED15" w14:textId="77777777" w:rsidR="00AB3D05" w:rsidRDefault="00AB3D05" w:rsidP="000B319E"/>
        </w:tc>
      </w:tr>
      <w:tr w:rsidR="00AB3D05" w14:paraId="10890960" w14:textId="77777777" w:rsidTr="000B319E">
        <w:tc>
          <w:tcPr>
            <w:tcW w:w="2689" w:type="dxa"/>
          </w:tcPr>
          <w:p w14:paraId="14CE4D49" w14:textId="77777777" w:rsidR="00AB3D05" w:rsidRDefault="00AB3D05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277147324"/>
            <w:placeholder>
              <w:docPart w:val="10AF72130BE0493A891AA07A585DFF13"/>
            </w:placeholder>
            <w:showingPlcHdr/>
          </w:sdtPr>
          <w:sdtContent>
            <w:tc>
              <w:tcPr>
                <w:tcW w:w="6661" w:type="dxa"/>
              </w:tcPr>
              <w:p w14:paraId="4977B5DF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5B1D6263" w14:textId="77777777" w:rsidTr="000B319E">
        <w:tc>
          <w:tcPr>
            <w:tcW w:w="2689" w:type="dxa"/>
          </w:tcPr>
          <w:p w14:paraId="743967C9" w14:textId="77777777" w:rsidR="00AB3D05" w:rsidRDefault="00AB3D05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55366153"/>
            <w:placeholder>
              <w:docPart w:val="E4F7645AD791467A9EDB3260B5631FC9"/>
            </w:placeholder>
            <w:showingPlcHdr/>
          </w:sdtPr>
          <w:sdtContent>
            <w:tc>
              <w:tcPr>
                <w:tcW w:w="6661" w:type="dxa"/>
              </w:tcPr>
              <w:p w14:paraId="594F87E6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790701CA" w14:textId="77777777" w:rsidTr="000B319E">
        <w:tc>
          <w:tcPr>
            <w:tcW w:w="2689" w:type="dxa"/>
          </w:tcPr>
          <w:p w14:paraId="11545605" w14:textId="77777777" w:rsidR="00AB3D05" w:rsidRDefault="00AB3D05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18410102"/>
            <w:placeholder>
              <w:docPart w:val="7765A05F207C4D1C999AEEC4BBE9986B"/>
            </w:placeholder>
            <w:showingPlcHdr/>
          </w:sdtPr>
          <w:sdtContent>
            <w:tc>
              <w:tcPr>
                <w:tcW w:w="6661" w:type="dxa"/>
              </w:tcPr>
              <w:p w14:paraId="6B74C06D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2588606F" w14:textId="77777777" w:rsidTr="000B319E">
        <w:tc>
          <w:tcPr>
            <w:tcW w:w="2689" w:type="dxa"/>
          </w:tcPr>
          <w:p w14:paraId="1CDCADAD" w14:textId="77777777" w:rsidR="00AB3D05" w:rsidRPr="00F4085D" w:rsidRDefault="00AB3D0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8FF9319" w14:textId="77777777" w:rsidR="00AB3D05" w:rsidRDefault="00AB3D05" w:rsidP="000B319E"/>
        </w:tc>
        <w:sdt>
          <w:sdtPr>
            <w:id w:val="-1982226908"/>
            <w:placeholder>
              <w:docPart w:val="C65285A56B5D4360B20EE577015211A9"/>
            </w:placeholder>
            <w:showingPlcHdr/>
          </w:sdtPr>
          <w:sdtContent>
            <w:tc>
              <w:tcPr>
                <w:tcW w:w="6661" w:type="dxa"/>
              </w:tcPr>
              <w:p w14:paraId="5FBB0A56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31CC22BC" w14:textId="77777777" w:rsidTr="000B319E">
        <w:tc>
          <w:tcPr>
            <w:tcW w:w="2689" w:type="dxa"/>
          </w:tcPr>
          <w:p w14:paraId="7BE837F8" w14:textId="77777777" w:rsidR="00AB3D05" w:rsidRDefault="00AB3D05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6B82766" w14:textId="77777777" w:rsidR="00AB3D05" w:rsidRDefault="00AB3D05" w:rsidP="000B319E">
            <w:r>
              <w:t xml:space="preserve">Complete  </w:t>
            </w:r>
            <w:sdt>
              <w:sdtPr>
                <w:id w:val="87289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72498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3D05" w14:paraId="7010345A" w14:textId="77777777" w:rsidTr="000B319E">
        <w:tc>
          <w:tcPr>
            <w:tcW w:w="2689" w:type="dxa"/>
          </w:tcPr>
          <w:p w14:paraId="7F5D665A" w14:textId="77777777" w:rsidR="00AB3D05" w:rsidRDefault="00AB3D05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544090204"/>
            <w:placeholder>
              <w:docPart w:val="C3783A917A094D109082EEA2592ED243"/>
            </w:placeholder>
            <w:showingPlcHdr/>
          </w:sdtPr>
          <w:sdtContent>
            <w:tc>
              <w:tcPr>
                <w:tcW w:w="6661" w:type="dxa"/>
              </w:tcPr>
              <w:p w14:paraId="3D2C85A7" w14:textId="77777777" w:rsidR="00AB3D05" w:rsidRDefault="00AB3D0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3D05" w14:paraId="10A5AAD9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38B554FC" w14:textId="77777777" w:rsidR="00AB3D05" w:rsidRPr="00F4085D" w:rsidRDefault="00AB3D0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8A1DCB" w14:textId="77777777" w:rsidR="00AB3D05" w:rsidRDefault="00AB3D05" w:rsidP="000B319E">
            <w:r>
              <w:t xml:space="preserve">Yes </w:t>
            </w:r>
            <w:sdt>
              <w:sdtPr>
                <w:id w:val="67338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1038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D56D1" w14:paraId="2CC007BF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B0BCA" w14:textId="1DB28C22" w:rsidR="008D56D1" w:rsidRDefault="008D56D1"/>
        </w:tc>
      </w:tr>
    </w:tbl>
    <w:p w14:paraId="7A882F9A" w14:textId="77777777" w:rsidR="00E9708F" w:rsidRDefault="00E9708F"/>
    <w:sectPr w:rsidR="00E9708F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1EED2" w14:textId="77777777" w:rsidR="001F7C16" w:rsidRDefault="001F7C16" w:rsidP="001B2E81">
      <w:pPr>
        <w:spacing w:after="0" w:line="240" w:lineRule="auto"/>
      </w:pPr>
      <w:r>
        <w:separator/>
      </w:r>
    </w:p>
  </w:endnote>
  <w:endnote w:type="continuationSeparator" w:id="0">
    <w:p w14:paraId="6C8A4B96" w14:textId="77777777" w:rsidR="001F7C16" w:rsidRDefault="001F7C16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C319" w14:textId="77777777" w:rsidR="001F7C16" w:rsidRDefault="001F7C16" w:rsidP="001B2E81">
      <w:pPr>
        <w:spacing w:after="0" w:line="240" w:lineRule="auto"/>
      </w:pPr>
      <w:r>
        <w:separator/>
      </w:r>
    </w:p>
  </w:footnote>
  <w:footnote w:type="continuationSeparator" w:id="0">
    <w:p w14:paraId="5F3A1483" w14:textId="77777777" w:rsidR="001F7C16" w:rsidRDefault="001F7C16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4BE14A69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6B5192">
      <w:t>Public Health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5CE66036" w:rsidR="001B2E81" w:rsidRDefault="006B519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10957A" wp14:editId="20966398">
          <wp:simplePos x="0" y="0"/>
          <wp:positionH relativeFrom="column">
            <wp:posOffset>-631190</wp:posOffset>
          </wp:positionH>
          <wp:positionV relativeFrom="paragraph">
            <wp:posOffset>-154305</wp:posOffset>
          </wp:positionV>
          <wp:extent cx="2846070" cy="1186180"/>
          <wp:effectExtent l="0" t="0" r="0" b="0"/>
          <wp:wrapTopAndBottom/>
          <wp:docPr id="16286323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32385" name="Picture 16286323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6070" cy="1186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08749C"/>
    <w:rsid w:val="0015074B"/>
    <w:rsid w:val="001B2E81"/>
    <w:rsid w:val="001C17E4"/>
    <w:rsid w:val="001F7C16"/>
    <w:rsid w:val="00214ECC"/>
    <w:rsid w:val="002319B9"/>
    <w:rsid w:val="002931FF"/>
    <w:rsid w:val="0029639D"/>
    <w:rsid w:val="002D7D98"/>
    <w:rsid w:val="002E140B"/>
    <w:rsid w:val="00326F90"/>
    <w:rsid w:val="003506C0"/>
    <w:rsid w:val="003729FB"/>
    <w:rsid w:val="004A41F5"/>
    <w:rsid w:val="004D6768"/>
    <w:rsid w:val="00547911"/>
    <w:rsid w:val="00597958"/>
    <w:rsid w:val="005A051B"/>
    <w:rsid w:val="006B5192"/>
    <w:rsid w:val="006D0099"/>
    <w:rsid w:val="0075109E"/>
    <w:rsid w:val="007C0991"/>
    <w:rsid w:val="007C3707"/>
    <w:rsid w:val="00821B93"/>
    <w:rsid w:val="00846BF0"/>
    <w:rsid w:val="008525FA"/>
    <w:rsid w:val="008D56D1"/>
    <w:rsid w:val="009A7B67"/>
    <w:rsid w:val="009E4AEB"/>
    <w:rsid w:val="00A0792E"/>
    <w:rsid w:val="00A333A9"/>
    <w:rsid w:val="00A36383"/>
    <w:rsid w:val="00AA1D8D"/>
    <w:rsid w:val="00AB3D05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D745A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B14D45" w:rsidP="00B14D45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B14D45" w:rsidP="00B14D45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B14D45" w:rsidP="00B14D45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B14D45" w:rsidP="00B14D45">
          <w:pPr>
            <w:pStyle w:val="767E5F504CE04A3283DBB5C362BF53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B14D45" w:rsidP="00B14D45">
          <w:pPr>
            <w:pStyle w:val="15FA136DFCC9400EA3643631FD9D49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B14D45" w:rsidP="00B14D45">
          <w:pPr>
            <w:pStyle w:val="758EF154077D4EC492E0AA02749775E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B14D45" w:rsidP="00B14D45">
          <w:pPr>
            <w:pStyle w:val="60444590C5F4414E83C6454885D5753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B14D45" w:rsidP="00B14D45">
          <w:pPr>
            <w:pStyle w:val="096DC268CB3744C7AF90E558EFABE7F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B14D45" w:rsidP="00B14D45">
          <w:pPr>
            <w:pStyle w:val="16EE3227410F4460A6706019F08584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B14D45" w:rsidP="00B14D45">
          <w:pPr>
            <w:pStyle w:val="35C6ADD19D0A4F7F9AA8A8D4CCB1374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B14D45" w:rsidP="00B14D45">
          <w:pPr>
            <w:pStyle w:val="0AD4EFDEB46F4DD3B07D7D864B6EA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B14D45" w:rsidP="00B14D45">
          <w:pPr>
            <w:pStyle w:val="C969D259CE28476AA1EB44B74A93B0D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B14D45" w:rsidP="00B14D45">
          <w:pPr>
            <w:pStyle w:val="4163D3241B974CB9999FF0EC5B4E2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B14D45" w:rsidP="00B14D45">
          <w:pPr>
            <w:pStyle w:val="89495584885745569DDCF4FEC1482D0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B14D45" w:rsidP="00B14D45">
          <w:pPr>
            <w:pStyle w:val="66C6F6902A3B4D4CA7D745FDDA70B68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B14D45" w:rsidP="00B14D45">
          <w:pPr>
            <w:pStyle w:val="4CD965A9EE694FECADF2476D720E7B6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B14D45" w:rsidP="00B14D45">
          <w:pPr>
            <w:pStyle w:val="09E232A6ADC042DB884957F020A929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B14D45" w:rsidP="00B14D45">
          <w:pPr>
            <w:pStyle w:val="3DF7FD3C5E5C4C0992D419903A5ACDD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B14D45" w:rsidP="00B14D45">
          <w:pPr>
            <w:pStyle w:val="657F90F891404138BEF4C8B0986FE70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B14D45" w:rsidP="00B14D45">
          <w:pPr>
            <w:pStyle w:val="C9113B8A854441D682CE5AC80AFB086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B14D45" w:rsidP="00B14D45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B14D45" w:rsidP="00B14D45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B14D45" w:rsidP="00B14D45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B14D45" w:rsidP="00B14D45">
          <w:pPr>
            <w:pStyle w:val="CADFFF9D18954E1993F5C0789B03E17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B14D45" w:rsidP="00B14D45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B14D45" w:rsidP="00B14D45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B14D45" w:rsidP="00B14D45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B14D45" w:rsidP="00B14D45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B14D45" w:rsidP="00B14D45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B14D45" w:rsidP="00B14D45">
          <w:pPr>
            <w:pStyle w:val="AB27C8C8D90949D99B80C3BCC40C6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B14D45" w:rsidP="00B14D45">
          <w:pPr>
            <w:pStyle w:val="BE6BAA36B4CE46CCBA1107A2CA863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B14D45" w:rsidP="00B14D45">
          <w:pPr>
            <w:pStyle w:val="98F3A9EE91754E259AFD2F141BD88EC3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B14D45" w:rsidP="00B14D45">
          <w:pPr>
            <w:pStyle w:val="A562792367E244C2B52C13434E400D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B14D45" w:rsidP="00B14D45">
          <w:pPr>
            <w:pStyle w:val="7E217E49FF2B4BCCB4F3ACCCBA86205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B14D45" w:rsidP="00B14D45">
          <w:pPr>
            <w:pStyle w:val="A6B6B6169038418C8F137F03A3BAC3E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B14D45" w:rsidP="00B14D45">
          <w:pPr>
            <w:pStyle w:val="BA84038C5BAB4BC98BCFD7720888F4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B14D45" w:rsidP="00B14D45">
          <w:pPr>
            <w:pStyle w:val="2A85F1BB5E59479D91B2E845B7410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B14D45" w:rsidP="00B14D45">
          <w:pPr>
            <w:pStyle w:val="734A0FEE22AB4D08A85FAFBB84445CB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B14D45" w:rsidP="00B14D45">
          <w:pPr>
            <w:pStyle w:val="3AE69983638E496B87E186B118E83D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B14D45" w:rsidP="00B14D45">
          <w:pPr>
            <w:pStyle w:val="4E1B8BE8E635423EB269141E9E2912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B14D45" w:rsidP="00B14D45">
          <w:pPr>
            <w:pStyle w:val="522C19E6AA2346A4966003129C441C2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B14D45" w:rsidP="00B14D45">
          <w:pPr>
            <w:pStyle w:val="DC6DBC8E8B3947CB8F9195F36B67D85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B14D45" w:rsidP="00B14D45">
          <w:pPr>
            <w:pStyle w:val="49487EF4E50B45EF8F8DF0A58099CB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B14D45" w:rsidP="00B14D45">
          <w:pPr>
            <w:pStyle w:val="C6C5AA04D5744E5397F5B4C02E599F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B14D45" w:rsidP="00B14D45">
          <w:pPr>
            <w:pStyle w:val="657845195F10471BB191FDF6254F45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B14D45" w:rsidP="00B14D45">
          <w:pPr>
            <w:pStyle w:val="4261ABEBA6024587BD9BFFA89B86CBA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B14D45" w:rsidP="00B14D45">
          <w:pPr>
            <w:pStyle w:val="ECE4C47E07C843CCA2D7255597D077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B14D45" w:rsidP="00B14D45">
          <w:pPr>
            <w:pStyle w:val="9444CF760006459A89EF2B7CE3AF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B14D45" w:rsidP="00B14D45">
          <w:pPr>
            <w:pStyle w:val="A451D5A1F2414B9AB219F05CFB3EC45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B14D45" w:rsidP="00B14D45">
          <w:pPr>
            <w:pStyle w:val="E58E1C4CC73644419B96786849CD04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B14D45" w:rsidP="00B14D45">
          <w:pPr>
            <w:pStyle w:val="CA4E4ABAE5DA465E97A6237A7809538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B14D45" w:rsidP="00B14D45">
          <w:pPr>
            <w:pStyle w:val="156AE4FD73954CA688AAE317B32139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B14D45" w:rsidP="00B14D45">
          <w:pPr>
            <w:pStyle w:val="6D5A277E4DAE4119840AF2E2D970FC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B14D45" w:rsidP="00B14D45">
          <w:pPr>
            <w:pStyle w:val="586FFECF142C4598987272C037E4807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B14D45" w:rsidP="00B14D45">
          <w:pPr>
            <w:pStyle w:val="0FB6E5FECABF45829BB384A56029A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B14D45" w:rsidP="00B14D45">
          <w:pPr>
            <w:pStyle w:val="26164AFE8C004731B39F8D42AA79484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B14D45" w:rsidP="00B14D45">
          <w:pPr>
            <w:pStyle w:val="143E6DFAA3A744858DA27EA69CF186A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B14D45" w:rsidP="00B14D45">
          <w:pPr>
            <w:pStyle w:val="FB7E9068020A4D09974EA1EB0D07EB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B14D45" w:rsidP="00B14D45">
          <w:pPr>
            <w:pStyle w:val="B9DD229517514DD3BA3088064240514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B14D45" w:rsidP="00B14D45">
          <w:pPr>
            <w:pStyle w:val="4B4DB9EE858049CCB9AFBB15E50951B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B14D45" w:rsidP="00B14D45">
          <w:pPr>
            <w:pStyle w:val="7041F98D97294F33B27DB409BE8E3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B14D45" w:rsidP="00B14D45">
          <w:pPr>
            <w:pStyle w:val="73AB6D1D873F4738BF61AE697637871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B14D45" w:rsidP="00B14D45">
          <w:pPr>
            <w:pStyle w:val="520891A0A4C04E9D9F8A8F3644975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B14D45" w:rsidP="00B14D45">
          <w:pPr>
            <w:pStyle w:val="C582574595EA444189787F4DFB8EE3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B14D45" w:rsidP="00B14D45">
          <w:pPr>
            <w:pStyle w:val="55670920D67C4481B676B57D42BEF39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B14D45" w:rsidP="00B14D45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B14D45" w:rsidP="00B14D45">
          <w:pPr>
            <w:pStyle w:val="982533AA1A67444FAB6AD764FF1EF8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B14D45" w:rsidP="00B14D45">
          <w:pPr>
            <w:pStyle w:val="A8251704D7154EB4AAFD40739CBF32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B14D45" w:rsidP="00B14D45">
          <w:pPr>
            <w:pStyle w:val="092F71A98DCB432994A49CF6A2418B1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B14D45" w:rsidP="00B14D45">
          <w:pPr>
            <w:pStyle w:val="FF714C39671F4059B6173089394CD3E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B14D45" w:rsidP="00B14D45">
          <w:pPr>
            <w:pStyle w:val="28589E92AA8443098EDE0E709D3F98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B14D45" w:rsidP="00B14D45">
          <w:pPr>
            <w:pStyle w:val="7B8873B5DDFA49E29AD3D86C96355B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B14D45" w:rsidP="00B14D45">
          <w:pPr>
            <w:pStyle w:val="7D53A91E55554B1E87906AAB7E66728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B14D45" w:rsidP="00B14D45">
          <w:pPr>
            <w:pStyle w:val="A98CC7936C024C2988776FBA2CC670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B14D45" w:rsidP="00B14D45">
          <w:pPr>
            <w:pStyle w:val="2E9B36F7201C45DF99CA9FA9C42900A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B14D45" w:rsidP="00B14D45">
          <w:pPr>
            <w:pStyle w:val="09814CF1CD7A47D3BB560F37A96F9D5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B14D45" w:rsidP="00B14D45">
          <w:pPr>
            <w:pStyle w:val="7793DEAF92564508A217818A964BBBC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DC4EFC167B4854AE1CBB8751E4F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F2298-C1B6-466F-A483-7EB4E651A343}"/>
      </w:docPartPr>
      <w:docPartBody>
        <w:p w:rsidR="00B14D45" w:rsidRDefault="00B14D45" w:rsidP="00B14D45">
          <w:pPr>
            <w:pStyle w:val="12DC4EFC167B4854AE1CBB8751E4F524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F9282526514BDFABF82D64F56A8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4B7D1-3FD9-471C-825E-30207D75AAE9}"/>
      </w:docPartPr>
      <w:docPartBody>
        <w:p w:rsidR="00B14D45" w:rsidRDefault="00B14D45" w:rsidP="00B14D45">
          <w:pPr>
            <w:pStyle w:val="F7F9282526514BDFABF82D64F56A8CD4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7DD221BA442C9A389A2359DB35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5F118-7F1C-4634-8132-4A08A035C29C}"/>
      </w:docPartPr>
      <w:docPartBody>
        <w:p w:rsidR="00B14D45" w:rsidRDefault="00B14D45" w:rsidP="00B14D45">
          <w:pPr>
            <w:pStyle w:val="0917DD221BA442C9A389A2359DB359DD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AEFBB1ECA747B9A9DF6468845E3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041EF-3760-46AE-8B81-AFE6EEDDD94B}"/>
      </w:docPartPr>
      <w:docPartBody>
        <w:p w:rsidR="00000000" w:rsidRDefault="00B14D45" w:rsidP="00B14D45">
          <w:pPr>
            <w:pStyle w:val="A6AEFBB1ECA747B9A9DF6468845E38B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E454A9393343F9802547BFF6704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C81F3-4DF8-49BC-BA45-6138709EFE84}"/>
      </w:docPartPr>
      <w:docPartBody>
        <w:p w:rsidR="00000000" w:rsidRDefault="00B14D45" w:rsidP="00B14D45">
          <w:pPr>
            <w:pStyle w:val="7EE454A9393343F9802547BFF670474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D0B442ECD845049279F8DBDD7F2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E9263-4B5D-4D5A-8382-24E2FD6F5FF1}"/>
      </w:docPartPr>
      <w:docPartBody>
        <w:p w:rsidR="00000000" w:rsidRDefault="00B14D45" w:rsidP="00B14D45">
          <w:pPr>
            <w:pStyle w:val="54D0B442ECD845049279F8DBDD7F2DB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EA2BACE5F74B8A9375396FFADFE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DE534-4907-43F8-9BCA-94247CC285A5}"/>
      </w:docPartPr>
      <w:docPartBody>
        <w:p w:rsidR="00000000" w:rsidRDefault="00B14D45" w:rsidP="00B14D45">
          <w:pPr>
            <w:pStyle w:val="03EA2BACE5F74B8A9375396FFADFE4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28FEA814B546A0B350BEFF5CC83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53D4-45F9-4270-9D2A-1A2929435D8B}"/>
      </w:docPartPr>
      <w:docPartBody>
        <w:p w:rsidR="00000000" w:rsidRDefault="00B14D45" w:rsidP="00B14D45">
          <w:pPr>
            <w:pStyle w:val="9428FEA814B546A0B350BEFF5CC8399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4D755790B1473B8AE067D36CFCB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16274-B7B0-44BD-A5F9-771A0150C706}"/>
      </w:docPartPr>
      <w:docPartBody>
        <w:p w:rsidR="00000000" w:rsidRDefault="00B14D45" w:rsidP="00B14D45">
          <w:pPr>
            <w:pStyle w:val="AB4D755790B1473B8AE067D36CFCB44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6F26BBA76F421791BE347290546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4865D-BA24-411D-80DB-5A14D916F8EF}"/>
      </w:docPartPr>
      <w:docPartBody>
        <w:p w:rsidR="00000000" w:rsidRDefault="00B14D45" w:rsidP="00B14D45">
          <w:pPr>
            <w:pStyle w:val="686F26BBA76F421791BE3472905467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DAF03D42294284A7966803EE51D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05A76-41D2-41CC-B85C-48BCB450589E}"/>
      </w:docPartPr>
      <w:docPartBody>
        <w:p w:rsidR="00000000" w:rsidRDefault="00B14D45" w:rsidP="00B14D45">
          <w:pPr>
            <w:pStyle w:val="EEDAF03D42294284A7966803EE51D7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E22561BB244A4A8852AEB80625E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A2089-0085-4D62-99EE-820E99DA7888}"/>
      </w:docPartPr>
      <w:docPartBody>
        <w:p w:rsidR="00000000" w:rsidRDefault="00B14D45" w:rsidP="00B14D45">
          <w:pPr>
            <w:pStyle w:val="5CE22561BB244A4A8852AEB80625E252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F9B841E3FD4EF48FBC9E406B3C2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38887-4C2A-4C7E-9C10-8F1D6B5977A1}"/>
      </w:docPartPr>
      <w:docPartBody>
        <w:p w:rsidR="00000000" w:rsidRDefault="00B14D45" w:rsidP="00B14D45">
          <w:pPr>
            <w:pStyle w:val="0BF9B841E3FD4EF48FBC9E406B3C2AA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0632EEDD5944272B4CEEF338DD5A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563D5-21EA-437E-BBBB-D79399A7BF53}"/>
      </w:docPartPr>
      <w:docPartBody>
        <w:p w:rsidR="00000000" w:rsidRDefault="00B14D45" w:rsidP="00B14D45">
          <w:pPr>
            <w:pStyle w:val="60632EEDD5944272B4CEEF338DD5AE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3911ECC506426EBD17135C57767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C39B5-8DF4-4C5C-8883-3E0F73490E1C}"/>
      </w:docPartPr>
      <w:docPartBody>
        <w:p w:rsidR="00000000" w:rsidRDefault="00B14D45" w:rsidP="00B14D45">
          <w:pPr>
            <w:pStyle w:val="E53911ECC506426EBD17135C57767D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7C5DFDE36848A9A99368F6192B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2C7DD-6C87-405B-80D3-9AEF6A087F3A}"/>
      </w:docPartPr>
      <w:docPartBody>
        <w:p w:rsidR="00000000" w:rsidRDefault="00B14D45" w:rsidP="00B14D45">
          <w:pPr>
            <w:pStyle w:val="0D7C5DFDE36848A9A99368F6192B741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1A3BE292F44582AD400F49832FB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0F5F1-E133-4B32-B3D6-512AE3A8D047}"/>
      </w:docPartPr>
      <w:docPartBody>
        <w:p w:rsidR="00000000" w:rsidRDefault="00B14D45" w:rsidP="00B14D45">
          <w:pPr>
            <w:pStyle w:val="CD1A3BE292F44582AD400F49832FBF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97C463F656417F98AFE38C3C9E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63F3A-A41D-4B7D-9201-CF21A54B7D9A}"/>
      </w:docPartPr>
      <w:docPartBody>
        <w:p w:rsidR="00000000" w:rsidRDefault="00B14D45" w:rsidP="00B14D45">
          <w:pPr>
            <w:pStyle w:val="D797C463F656417F98AFE38C3C9E0DF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A4A49876694758A8B5D5BC7A06E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75B96-F373-48AD-990B-E368C91E3CFD}"/>
      </w:docPartPr>
      <w:docPartBody>
        <w:p w:rsidR="00000000" w:rsidRDefault="00B14D45" w:rsidP="00B14D45">
          <w:pPr>
            <w:pStyle w:val="9DA4A49876694758A8B5D5BC7A06E6D3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1A83FF787274D27960EAA9602F39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B53F9-FD8F-4B1E-8CF3-1BD8064D3357}"/>
      </w:docPartPr>
      <w:docPartBody>
        <w:p w:rsidR="00000000" w:rsidRDefault="00B14D45" w:rsidP="00B14D45">
          <w:pPr>
            <w:pStyle w:val="21A83FF787274D27960EAA9602F390F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273C8E711445F4999F72E069588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BA848-6C9B-4D9F-9EEA-13312BE807BA}"/>
      </w:docPartPr>
      <w:docPartBody>
        <w:p w:rsidR="00000000" w:rsidRDefault="00B14D45" w:rsidP="00B14D45">
          <w:pPr>
            <w:pStyle w:val="45273C8E711445F4999F72E069588E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0124E522541949BB0D4F773CF7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59BDC-3A1E-41AB-A2B9-A62C1C96DA3C}"/>
      </w:docPartPr>
      <w:docPartBody>
        <w:p w:rsidR="00000000" w:rsidRDefault="00B14D45" w:rsidP="00B14D45">
          <w:pPr>
            <w:pStyle w:val="87B0124E522541949BB0D4F773CF70C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65A8DF3044ADFA73F23DFF1A58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C22D3-0A7C-4488-9F60-85C2A7BD9BF7}"/>
      </w:docPartPr>
      <w:docPartBody>
        <w:p w:rsidR="00000000" w:rsidRDefault="00B14D45" w:rsidP="00B14D45">
          <w:pPr>
            <w:pStyle w:val="35B65A8DF3044ADFA73F23DFF1A58EE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0AE0EA577C44A4B8215F863A529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9A4DB-5900-4E1A-AF83-F7FAE4FC0181}"/>
      </w:docPartPr>
      <w:docPartBody>
        <w:p w:rsidR="00000000" w:rsidRDefault="00B14D45" w:rsidP="00B14D45">
          <w:pPr>
            <w:pStyle w:val="C50AE0EA577C44A4B8215F863A529D8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E15C52DB140E5B6C2A3F9080BB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80724-590B-41BB-A28E-12541EA8A41A}"/>
      </w:docPartPr>
      <w:docPartBody>
        <w:p w:rsidR="00000000" w:rsidRDefault="00B14D45" w:rsidP="00B14D45">
          <w:pPr>
            <w:pStyle w:val="3DDE15C52DB140E5B6C2A3F9080BBC0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C6669F990343DFA56DE28176C5A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24A2F-FDE7-4064-8668-688C68FBE0A3}"/>
      </w:docPartPr>
      <w:docPartBody>
        <w:p w:rsidR="00000000" w:rsidRDefault="00B14D45" w:rsidP="00B14D45">
          <w:pPr>
            <w:pStyle w:val="D4C6669F990343DFA56DE28176C5A7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2F1469CC8743C780A7298233A6A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692DC-4664-4912-AE28-EC5339995091}"/>
      </w:docPartPr>
      <w:docPartBody>
        <w:p w:rsidR="00000000" w:rsidRDefault="00B14D45" w:rsidP="00B14D45">
          <w:pPr>
            <w:pStyle w:val="EA2F1469CC8743C780A7298233A6AD1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3536185EAA843D69C6B8AD1D3A9C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5F433-CD6B-4F1D-9D76-2D76708A8DB4}"/>
      </w:docPartPr>
      <w:docPartBody>
        <w:p w:rsidR="00000000" w:rsidRDefault="00B14D45" w:rsidP="00B14D45">
          <w:pPr>
            <w:pStyle w:val="53536185EAA843D69C6B8AD1D3A9CC9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FEA2731A9642968D354F785231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5E9AF-6EA8-47CA-999F-8465E76DB511}"/>
      </w:docPartPr>
      <w:docPartBody>
        <w:p w:rsidR="00000000" w:rsidRDefault="00B14D45" w:rsidP="00B14D45">
          <w:pPr>
            <w:pStyle w:val="EFFEA2731A9642968D354F7852317D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7F1A25ECC418B9D132AEF13C02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74DA5-0F93-467F-A52A-003F7BB7177D}"/>
      </w:docPartPr>
      <w:docPartBody>
        <w:p w:rsidR="00000000" w:rsidRDefault="00B14D45" w:rsidP="00B14D45">
          <w:pPr>
            <w:pStyle w:val="0847F1A25ECC418B9D132AEF13C02A7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37190C1B2540BF930456A78A604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1C53F-AEDB-4AD2-9EA1-BDBAA1990345}"/>
      </w:docPartPr>
      <w:docPartBody>
        <w:p w:rsidR="00000000" w:rsidRDefault="00B14D45" w:rsidP="00B14D45">
          <w:pPr>
            <w:pStyle w:val="D237190C1B2540BF930456A78A60486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321B86771349FEB4739E501F448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F9EB-C598-4140-BEB0-2305E192A5AE}"/>
      </w:docPartPr>
      <w:docPartBody>
        <w:p w:rsidR="00000000" w:rsidRDefault="00B14D45" w:rsidP="00B14D45">
          <w:pPr>
            <w:pStyle w:val="F3321B86771349FEB4739E501F4488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6F522DDB54AA7B02DD79B1F0C3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133A5-EC0B-4A4F-B631-8E6B5EFBA09F}"/>
      </w:docPartPr>
      <w:docPartBody>
        <w:p w:rsidR="00000000" w:rsidRDefault="00B14D45" w:rsidP="00B14D45">
          <w:pPr>
            <w:pStyle w:val="9D66F522DDB54AA7B02DD79B1F0C3D2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B4EAAD918C433F87FB9A244AFD2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C8D04-A4BF-463B-8025-AECD23506D80}"/>
      </w:docPartPr>
      <w:docPartBody>
        <w:p w:rsidR="00000000" w:rsidRDefault="00B14D45" w:rsidP="00B14D45">
          <w:pPr>
            <w:pStyle w:val="6FB4EAAD918C433F87FB9A244AFD2A3F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1F161D6D6A4C2BBE5F5FF209B8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65618-9598-43BD-A51C-D3D0064F8C85}"/>
      </w:docPartPr>
      <w:docPartBody>
        <w:p w:rsidR="00000000" w:rsidRDefault="00B14D45" w:rsidP="00B14D45">
          <w:pPr>
            <w:pStyle w:val="921F161D6D6A4C2BBE5F5FF209B89522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8E9749892641C7B0CCB40247276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694F4-6291-4A58-AEA9-3EAB36CD7A49}"/>
      </w:docPartPr>
      <w:docPartBody>
        <w:p w:rsidR="00000000" w:rsidRDefault="00B14D45" w:rsidP="00B14D45">
          <w:pPr>
            <w:pStyle w:val="8D8E9749892641C7B0CCB4024727633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EE05DAE8749CC94C7D316BBE90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2F0B3-9C3C-48BB-8241-BAFC1A8A2A3C}"/>
      </w:docPartPr>
      <w:docPartBody>
        <w:p w:rsidR="00000000" w:rsidRDefault="00B14D45" w:rsidP="00B14D45">
          <w:pPr>
            <w:pStyle w:val="6A0EE05DAE8749CC94C7D316BBE907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9420679704B3FAE424C5202919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62B9A-4529-48DC-8910-665D931749B9}"/>
      </w:docPartPr>
      <w:docPartBody>
        <w:p w:rsidR="00000000" w:rsidRDefault="00B14D45" w:rsidP="00B14D45">
          <w:pPr>
            <w:pStyle w:val="0719420679704B3FAE424C520291988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E7D9CCF7F04F8FA5844017197F5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E4677-BE96-4F66-8BF5-8C97FA0DE8EE}"/>
      </w:docPartPr>
      <w:docPartBody>
        <w:p w:rsidR="00000000" w:rsidRDefault="00B14D45" w:rsidP="00B14D45">
          <w:pPr>
            <w:pStyle w:val="C9E7D9CCF7F04F8FA5844017197F593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9EF6159644A42A7BFC31BEC5E6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13875-0B24-4913-B700-900385821B9B}"/>
      </w:docPartPr>
      <w:docPartBody>
        <w:p w:rsidR="00000000" w:rsidRDefault="00B14D45" w:rsidP="00B14D45">
          <w:pPr>
            <w:pStyle w:val="C7D9EF6159644A42A7BFC31BEC5E6D4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5F96CD76E4567954841B9C82C3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26129-903A-4410-8762-4AA3F807AA41}"/>
      </w:docPartPr>
      <w:docPartBody>
        <w:p w:rsidR="00000000" w:rsidRDefault="00B14D45" w:rsidP="00B14D45">
          <w:pPr>
            <w:pStyle w:val="7585F96CD76E4567954841B9C82C3F9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D52BDEDF61419C93B067F6971CB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23716-63CE-4322-BEB0-C7D37D7EF325}"/>
      </w:docPartPr>
      <w:docPartBody>
        <w:p w:rsidR="00000000" w:rsidRDefault="00B14D45" w:rsidP="00B14D45">
          <w:pPr>
            <w:pStyle w:val="ABD52BDEDF61419C93B067F6971CB5C8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0C9D592F894FA98333F75437A2E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A2951-634A-409B-A345-A6558D2542AC}"/>
      </w:docPartPr>
      <w:docPartBody>
        <w:p w:rsidR="00000000" w:rsidRDefault="00B14D45" w:rsidP="00B14D45">
          <w:pPr>
            <w:pStyle w:val="DF0C9D592F894FA98333F75437A2E0B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746F1DC503438C956FAD9FD4E34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31676-8B72-4833-9B10-55BB419E8A74}"/>
      </w:docPartPr>
      <w:docPartBody>
        <w:p w:rsidR="00000000" w:rsidRDefault="00B14D45" w:rsidP="00B14D45">
          <w:pPr>
            <w:pStyle w:val="21746F1DC503438C956FAD9FD4E343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91CE917C846498FA17F99F7311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11BD7-342F-4E53-9398-36FFFAB4F3C7}"/>
      </w:docPartPr>
      <w:docPartBody>
        <w:p w:rsidR="00000000" w:rsidRDefault="00B14D45" w:rsidP="00B14D45">
          <w:pPr>
            <w:pStyle w:val="53D91CE917C846498FA17F99F73118C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242C9C1D14E2089B8D884897E7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4457F-F139-497A-B417-57AA6CAE8BA5}"/>
      </w:docPartPr>
      <w:docPartBody>
        <w:p w:rsidR="00000000" w:rsidRDefault="00B14D45" w:rsidP="00B14D45">
          <w:pPr>
            <w:pStyle w:val="28C242C9C1D14E2089B8D884897E755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B410BDF3334268B87BD35349EA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77942-B878-4006-A9E9-B83528CC1AC5}"/>
      </w:docPartPr>
      <w:docPartBody>
        <w:p w:rsidR="00000000" w:rsidRDefault="00B14D45" w:rsidP="00B14D45">
          <w:pPr>
            <w:pStyle w:val="DFB410BDF3334268B87BD35349EAB10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BC3558E7544248ADFC6A51F4E0C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B769A-4E53-4F7E-B6F6-BAC594DFBD52}"/>
      </w:docPartPr>
      <w:docPartBody>
        <w:p w:rsidR="00000000" w:rsidRDefault="00B14D45" w:rsidP="00B14D45">
          <w:pPr>
            <w:pStyle w:val="BFBC3558E7544248ADFC6A51F4E0C95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08CFD9731143E4A32F08C7BC2E7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CF4D9-4634-40D8-A655-AD3580173EB3}"/>
      </w:docPartPr>
      <w:docPartBody>
        <w:p w:rsidR="00000000" w:rsidRDefault="00B14D45" w:rsidP="00B14D45">
          <w:pPr>
            <w:pStyle w:val="A908CFD9731143E4A32F08C7BC2E78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E9E0D53194A78945938EFFBA5F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293A6-167E-4EBD-9091-9F69C2F56DD4}"/>
      </w:docPartPr>
      <w:docPartBody>
        <w:p w:rsidR="00000000" w:rsidRDefault="00B14D45" w:rsidP="00B14D45">
          <w:pPr>
            <w:pStyle w:val="7C1E9E0D53194A78945938EFFBA5F17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AD5383F7CF64EBC9008E32CD2F22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913F5-C9E4-4842-9BE2-E73FFE558C4C}"/>
      </w:docPartPr>
      <w:docPartBody>
        <w:p w:rsidR="00000000" w:rsidRDefault="00B14D45" w:rsidP="00B14D45">
          <w:pPr>
            <w:pStyle w:val="1AD5383F7CF64EBC9008E32CD2F222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3827F2351F404D9718DFB314AA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45CEF-79AC-46AD-9131-9E48A91A737F}"/>
      </w:docPartPr>
      <w:docPartBody>
        <w:p w:rsidR="00000000" w:rsidRDefault="00B14D45" w:rsidP="00B14D45">
          <w:pPr>
            <w:pStyle w:val="5B3827F2351F404D9718DFB314AA75E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6E4E921034A488391D40063F55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65A48-3199-4B66-A7AE-021779BEABE3}"/>
      </w:docPartPr>
      <w:docPartBody>
        <w:p w:rsidR="00000000" w:rsidRDefault="00B14D45" w:rsidP="00B14D45">
          <w:pPr>
            <w:pStyle w:val="8246E4E921034A488391D40063F556A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77CFA9B8984AF2A9EEBE4EF7D07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F8608-DF62-4376-BEDF-75DF2FAC80D0}"/>
      </w:docPartPr>
      <w:docPartBody>
        <w:p w:rsidR="00000000" w:rsidRDefault="00B14D45" w:rsidP="00B14D45">
          <w:pPr>
            <w:pStyle w:val="A877CFA9B8984AF2A9EEBE4EF7D0762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FFBEC247B4824880E349327A3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FA5F5-59F2-45FA-8E72-0C8FBE3A29D3}"/>
      </w:docPartPr>
      <w:docPartBody>
        <w:p w:rsidR="00000000" w:rsidRDefault="00B14D45" w:rsidP="00B14D45">
          <w:pPr>
            <w:pStyle w:val="251FFBEC247B4824880E349327A30AC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38145F723A4C4AB03BA29BF231E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873A4-49F8-43FC-BEBB-54C8FB855DF4}"/>
      </w:docPartPr>
      <w:docPartBody>
        <w:p w:rsidR="00000000" w:rsidRDefault="00B14D45" w:rsidP="00B14D45">
          <w:pPr>
            <w:pStyle w:val="1E38145F723A4C4AB03BA29BF231E0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FC659C33594223B1A46DB066495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60896-389F-4E19-BD57-D07BE271AEE9}"/>
      </w:docPartPr>
      <w:docPartBody>
        <w:p w:rsidR="00000000" w:rsidRDefault="00B14D45" w:rsidP="00B14D45">
          <w:pPr>
            <w:pStyle w:val="C8FC659C33594223B1A46DB06649512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0AEDA8BBF04E3097859548CCB5E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335DB-188C-4677-8133-663C8330B0C4}"/>
      </w:docPartPr>
      <w:docPartBody>
        <w:p w:rsidR="00000000" w:rsidRDefault="00B14D45" w:rsidP="00B14D45">
          <w:pPr>
            <w:pStyle w:val="8C0AEDA8BBF04E3097859548CCB5ED6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C29FBB300C487889673D22631D8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0A950-11EA-4BBF-8D68-50C7B4A0766C}"/>
      </w:docPartPr>
      <w:docPartBody>
        <w:p w:rsidR="00000000" w:rsidRDefault="00B14D45" w:rsidP="00B14D45">
          <w:pPr>
            <w:pStyle w:val="46C29FBB300C487889673D22631D8B7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067ED5EA904CDC90AD3439FE9E1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B3BBF-B510-4DFC-959C-F400A1EEA127}"/>
      </w:docPartPr>
      <w:docPartBody>
        <w:p w:rsidR="00000000" w:rsidRDefault="00B14D45" w:rsidP="00B14D45">
          <w:pPr>
            <w:pStyle w:val="CF067ED5EA904CDC90AD3439FE9E171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896D743B7548CE976AE9B987C9C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A89B1-6F01-42DE-9B7D-6C1D47534B33}"/>
      </w:docPartPr>
      <w:docPartBody>
        <w:p w:rsidR="00000000" w:rsidRDefault="00B14D45" w:rsidP="00B14D45">
          <w:pPr>
            <w:pStyle w:val="AA896D743B7548CE976AE9B987C9CD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0658D4211A42F69D720E5067BEE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A33A7-60C3-41D5-AFF6-BEC0C88453F3}"/>
      </w:docPartPr>
      <w:docPartBody>
        <w:p w:rsidR="00000000" w:rsidRDefault="00B14D45" w:rsidP="00B14D45">
          <w:pPr>
            <w:pStyle w:val="C00658D4211A42F69D720E5067BEEE6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7307A5EE124B119F85B18591D99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507D9-9A6E-4DB3-87EF-EB49AB5E1273}"/>
      </w:docPartPr>
      <w:docPartBody>
        <w:p w:rsidR="00000000" w:rsidRDefault="00B14D45" w:rsidP="00B14D45">
          <w:pPr>
            <w:pStyle w:val="D57307A5EE124B119F85B18591D998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543C5CF674F7E844DB4FEEE98C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6CFC2-D493-402D-8C4A-E4C7A29BA738}"/>
      </w:docPartPr>
      <w:docPartBody>
        <w:p w:rsidR="00000000" w:rsidRDefault="00B14D45" w:rsidP="00B14D45">
          <w:pPr>
            <w:pStyle w:val="098543C5CF674F7E844DB4FEEE98CD7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57FDFDDA284D8DAE00E613CB1D1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D3F55-1A70-4ADA-8A1D-60647B2B628C}"/>
      </w:docPartPr>
      <w:docPartBody>
        <w:p w:rsidR="00000000" w:rsidRDefault="00B14D45" w:rsidP="00B14D45">
          <w:pPr>
            <w:pStyle w:val="4757FDFDDA284D8DAE00E613CB1D13D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7BDC3291C940EF9D1CBE3CA4DC5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B134F-743A-45A0-8F52-340A483AA2CB}"/>
      </w:docPartPr>
      <w:docPartBody>
        <w:p w:rsidR="00000000" w:rsidRDefault="00B14D45" w:rsidP="00B14D45">
          <w:pPr>
            <w:pStyle w:val="A57BDC3291C940EF9D1CBE3CA4DC5F3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A71DA4698D4298985F51600083D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7A365-2551-4AA8-8453-9BFB6730DA56}"/>
      </w:docPartPr>
      <w:docPartBody>
        <w:p w:rsidR="00000000" w:rsidRDefault="00B14D45" w:rsidP="00B14D45">
          <w:pPr>
            <w:pStyle w:val="3CA71DA4698D4298985F51600083D50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34B26BAE1343D1A431FBD20664B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D1EB2-2679-4474-B978-0AD49B80B75F}"/>
      </w:docPartPr>
      <w:docPartBody>
        <w:p w:rsidR="00000000" w:rsidRDefault="00B14D45" w:rsidP="00B14D45">
          <w:pPr>
            <w:pStyle w:val="1C34B26BAE1343D1A431FBD20664B29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9DEAB19CA94558A5A01DF2517C4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E0305-E910-4F1C-9A56-198A133EECE0}"/>
      </w:docPartPr>
      <w:docPartBody>
        <w:p w:rsidR="00000000" w:rsidRDefault="00B14D45" w:rsidP="00B14D45">
          <w:pPr>
            <w:pStyle w:val="0E9DEAB19CA94558A5A01DF2517C4D3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299DD78BEF40D8B7A7E2C6EE3FC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DAB8B-1964-4019-BD03-B3AB6C2EF56B}"/>
      </w:docPartPr>
      <w:docPartBody>
        <w:p w:rsidR="00000000" w:rsidRDefault="00B14D45" w:rsidP="00B14D45">
          <w:pPr>
            <w:pStyle w:val="58299DD78BEF40D8B7A7E2C6EE3FCA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F9DF9DD91D40F6A684EEAF716FC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D8A4E-AA06-4872-AEAF-D15B508518A8}"/>
      </w:docPartPr>
      <w:docPartBody>
        <w:p w:rsidR="00000000" w:rsidRDefault="00B14D45" w:rsidP="00B14D45">
          <w:pPr>
            <w:pStyle w:val="7FF9DF9DD91D40F6A684EEAF716FCD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D126E63EF4900A6B2AB7E9334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D2C1F-E975-40B1-9D8E-3B44F6CD8B19}"/>
      </w:docPartPr>
      <w:docPartBody>
        <w:p w:rsidR="00000000" w:rsidRDefault="00B14D45" w:rsidP="00B14D45">
          <w:pPr>
            <w:pStyle w:val="8B7D126E63EF4900A6B2AB7E9334CD7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0DD2DBF121458893E3AA48D3443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A64BB-C4F7-4A2C-9541-49D6D4D550AA}"/>
      </w:docPartPr>
      <w:docPartBody>
        <w:p w:rsidR="00000000" w:rsidRDefault="00B14D45" w:rsidP="00B14D45">
          <w:pPr>
            <w:pStyle w:val="7C0DD2DBF121458893E3AA48D34436D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707DD88F5D415F8588068F672E1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BDFEE-E19C-49A2-8B71-76FB04683661}"/>
      </w:docPartPr>
      <w:docPartBody>
        <w:p w:rsidR="00000000" w:rsidRDefault="00B14D45" w:rsidP="00B14D45">
          <w:pPr>
            <w:pStyle w:val="E0707DD88F5D415F8588068F672E1BA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35A78FD8894AC5A987D6E9F16E5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DA640-3C63-4BA3-A132-BF3B0A7058A1}"/>
      </w:docPartPr>
      <w:docPartBody>
        <w:p w:rsidR="00000000" w:rsidRDefault="00B14D45" w:rsidP="00B14D45">
          <w:pPr>
            <w:pStyle w:val="2C35A78FD8894AC5A987D6E9F16E528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AF72130BE0493A891AA07A585DF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6ABED-75DC-42BC-B204-792BCBEDADC0}"/>
      </w:docPartPr>
      <w:docPartBody>
        <w:p w:rsidR="00000000" w:rsidRDefault="00B14D45" w:rsidP="00B14D45">
          <w:pPr>
            <w:pStyle w:val="10AF72130BE0493A891AA07A585DFF1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F7645AD791467A9EDB3260B5631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48280-F8C1-4B82-9919-07BC42D25EA0}"/>
      </w:docPartPr>
      <w:docPartBody>
        <w:p w:rsidR="00000000" w:rsidRDefault="00B14D45" w:rsidP="00B14D45">
          <w:pPr>
            <w:pStyle w:val="E4F7645AD791467A9EDB3260B5631FC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5A05F207C4D1C999AEEC4BBE99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ED96D-250E-4B02-BA40-03F04C42997C}"/>
      </w:docPartPr>
      <w:docPartBody>
        <w:p w:rsidR="00000000" w:rsidRDefault="00B14D45" w:rsidP="00B14D45">
          <w:pPr>
            <w:pStyle w:val="7765A05F207C4D1C999AEEC4BBE998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285A56B5D4360B20EE57701521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417E7-E192-4972-8D6A-CB59C7BFE37E}"/>
      </w:docPartPr>
      <w:docPartBody>
        <w:p w:rsidR="00000000" w:rsidRDefault="00B14D45" w:rsidP="00B14D45">
          <w:pPr>
            <w:pStyle w:val="C65285A56B5D4360B20EE577015211A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783A917A094D109082EEA2592ED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CFE13-2BC6-49A8-890E-A457E4D713DC}"/>
      </w:docPartPr>
      <w:docPartBody>
        <w:p w:rsidR="00000000" w:rsidRDefault="00B14D45" w:rsidP="00B14D45">
          <w:pPr>
            <w:pStyle w:val="C3783A917A094D109082EEA2592ED24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184219"/>
    <w:rsid w:val="004161F5"/>
    <w:rsid w:val="004801B2"/>
    <w:rsid w:val="004D5658"/>
    <w:rsid w:val="005A051B"/>
    <w:rsid w:val="00600B52"/>
    <w:rsid w:val="006239E1"/>
    <w:rsid w:val="00667F4B"/>
    <w:rsid w:val="006D0099"/>
    <w:rsid w:val="009A5C93"/>
    <w:rsid w:val="00B14D45"/>
    <w:rsid w:val="00B302C0"/>
    <w:rsid w:val="00BC3393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4D45"/>
    <w:rPr>
      <w:color w:val="666666"/>
    </w:rPr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1734C0B0E50C4165979C1D1CD6EF51181">
    <w:name w:val="1734C0B0E50C4165979C1D1CD6EF5118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1">
    <w:name w:val="96F24E541B0145AAA4C1F913603E646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1">
    <w:name w:val="2C3A3162D80445F78DDE0C5B1FC1D37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1">
    <w:name w:val="3BB3224C02224BE9B27FBD8B4FA44C85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DC4EFC167B4854AE1CBB8751E4F524">
    <w:name w:val="12DC4EFC167B4854AE1CBB8751E4F524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F9282526514BDFABF82D64F56A8CD4">
    <w:name w:val="F7F9282526514BDFABF82D64F56A8CD4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17DD221BA442C9A389A2359DB359DD">
    <w:name w:val="0917DD221BA442C9A389A2359DB359DD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203120048449BDB0721A10CC4E3214">
    <w:name w:val="73203120048449BDB0721A10CC4E3214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D1693C9DEA4E42B1CF850608C63FD6">
    <w:name w:val="C4D1693C9DEA4E42B1CF850608C63FD6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B368F0E9CD4776AFA6F703C6F091F0">
    <w:name w:val="10B368F0E9CD4776AFA6F703C6F091F0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D42165E38F4A5E960830B58F8C77BC">
    <w:name w:val="E0D42165E38F4A5E960830B58F8C77BC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CAE932302948C7810FBD521274FE77">
    <w:name w:val="47CAE932302948C7810FBD521274FE77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E7D3618144BA29E2CE03086621DC2">
    <w:name w:val="D2CE7D3618144BA29E2CE03086621DC2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872BED50FC4C4E8CB6A757DCD4F218">
    <w:name w:val="B6872BED50FC4C4E8CB6A757DCD4F218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7B5FC242CD4AC6913CEAC6891E14E9">
    <w:name w:val="967B5FC242CD4AC6913CEAC6891E14E9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5D2FC0AFC74EAF9E4008D3321B2697">
    <w:name w:val="515D2FC0AFC74EAF9E4008D3321B2697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860F894411439EAF73AD07C5BA5E02">
    <w:name w:val="CF860F894411439EAF73AD07C5BA5E02"/>
    <w:rsid w:val="0018421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07C0F11F044260B2ADDC5C40875E68">
    <w:name w:val="1907C0F11F044260B2ADDC5C40875E68"/>
    <w:rsid w:val="00B14D45"/>
  </w:style>
  <w:style w:type="paragraph" w:customStyle="1" w:styleId="A6AEFBB1ECA747B9A9DF6468845E38B8">
    <w:name w:val="A6AEFBB1ECA747B9A9DF6468845E38B8"/>
    <w:rsid w:val="00B14D45"/>
  </w:style>
  <w:style w:type="paragraph" w:customStyle="1" w:styleId="7EE454A9393343F9802547BFF670474B">
    <w:name w:val="7EE454A9393343F9802547BFF670474B"/>
    <w:rsid w:val="00B14D45"/>
  </w:style>
  <w:style w:type="paragraph" w:customStyle="1" w:styleId="54D0B442ECD845049279F8DBDD7F2DBE">
    <w:name w:val="54D0B442ECD845049279F8DBDD7F2DBE"/>
    <w:rsid w:val="00B14D45"/>
  </w:style>
  <w:style w:type="paragraph" w:customStyle="1" w:styleId="03EA2BACE5F74B8A9375396FFADFE46B">
    <w:name w:val="03EA2BACE5F74B8A9375396FFADFE46B"/>
    <w:rsid w:val="00B14D45"/>
  </w:style>
  <w:style w:type="paragraph" w:customStyle="1" w:styleId="9428FEA814B546A0B350BEFF5CC83994">
    <w:name w:val="9428FEA814B546A0B350BEFF5CC83994"/>
    <w:rsid w:val="00B14D45"/>
  </w:style>
  <w:style w:type="paragraph" w:customStyle="1" w:styleId="AB4D755790B1473B8AE067D36CFCB442">
    <w:name w:val="AB4D755790B1473B8AE067D36CFCB442"/>
    <w:rsid w:val="00B14D45"/>
  </w:style>
  <w:style w:type="paragraph" w:customStyle="1" w:styleId="686F26BBA76F421791BE347290546700">
    <w:name w:val="686F26BBA76F421791BE347290546700"/>
    <w:rsid w:val="00B14D45"/>
  </w:style>
  <w:style w:type="paragraph" w:customStyle="1" w:styleId="E9DEAD74F54B4B36A73A50680533A76A">
    <w:name w:val="E9DEAD74F54B4B36A73A50680533A76A"/>
    <w:rsid w:val="00B14D45"/>
  </w:style>
  <w:style w:type="paragraph" w:customStyle="1" w:styleId="EEDAF03D42294284A7966803EE51D7C5">
    <w:name w:val="EEDAF03D42294284A7966803EE51D7C5"/>
    <w:rsid w:val="00B14D45"/>
  </w:style>
  <w:style w:type="paragraph" w:customStyle="1" w:styleId="5CE22561BB244A4A8852AEB80625E252">
    <w:name w:val="5CE22561BB244A4A8852AEB80625E252"/>
    <w:rsid w:val="00B14D45"/>
  </w:style>
  <w:style w:type="paragraph" w:customStyle="1" w:styleId="0BF9B841E3FD4EF48FBC9E406B3C2AA0">
    <w:name w:val="0BF9B841E3FD4EF48FBC9E406B3C2AA0"/>
    <w:rsid w:val="00B14D45"/>
  </w:style>
  <w:style w:type="paragraph" w:customStyle="1" w:styleId="60632EEDD5944272B4CEEF338DD5AEEC">
    <w:name w:val="60632EEDD5944272B4CEEF338DD5AEEC"/>
    <w:rsid w:val="00B14D45"/>
  </w:style>
  <w:style w:type="paragraph" w:customStyle="1" w:styleId="E53911ECC506426EBD17135C57767DDF">
    <w:name w:val="E53911ECC506426EBD17135C57767DDF"/>
    <w:rsid w:val="00B14D45"/>
  </w:style>
  <w:style w:type="paragraph" w:customStyle="1" w:styleId="0D7C5DFDE36848A9A99368F6192B7414">
    <w:name w:val="0D7C5DFDE36848A9A99368F6192B7414"/>
    <w:rsid w:val="00B14D45"/>
  </w:style>
  <w:style w:type="paragraph" w:customStyle="1" w:styleId="CD1A3BE292F44582AD400F49832FBFF6">
    <w:name w:val="CD1A3BE292F44582AD400F49832FBFF6"/>
    <w:rsid w:val="00B14D45"/>
  </w:style>
  <w:style w:type="paragraph" w:customStyle="1" w:styleId="727043A739E644149152D010D171C31F">
    <w:name w:val="727043A739E644149152D010D171C31F"/>
    <w:rsid w:val="00B14D45"/>
  </w:style>
  <w:style w:type="paragraph" w:customStyle="1" w:styleId="D797C463F656417F98AFE38C3C9E0DF8">
    <w:name w:val="D797C463F656417F98AFE38C3C9E0DF8"/>
    <w:rsid w:val="00B14D45"/>
  </w:style>
  <w:style w:type="paragraph" w:customStyle="1" w:styleId="9DA4A49876694758A8B5D5BC7A06E6D3">
    <w:name w:val="9DA4A49876694758A8B5D5BC7A06E6D3"/>
    <w:rsid w:val="00B14D45"/>
  </w:style>
  <w:style w:type="paragraph" w:customStyle="1" w:styleId="21A83FF787274D27960EAA9602F390F5">
    <w:name w:val="21A83FF787274D27960EAA9602F390F5"/>
    <w:rsid w:val="00B14D45"/>
  </w:style>
  <w:style w:type="paragraph" w:customStyle="1" w:styleId="45273C8E711445F4999F72E069588EDE">
    <w:name w:val="45273C8E711445F4999F72E069588EDE"/>
    <w:rsid w:val="00B14D45"/>
  </w:style>
  <w:style w:type="paragraph" w:customStyle="1" w:styleId="87B0124E522541949BB0D4F773CF70CA">
    <w:name w:val="87B0124E522541949BB0D4F773CF70CA"/>
    <w:rsid w:val="00B14D45"/>
  </w:style>
  <w:style w:type="paragraph" w:customStyle="1" w:styleId="35B65A8DF3044ADFA73F23DFF1A58EE0">
    <w:name w:val="35B65A8DF3044ADFA73F23DFF1A58EE0"/>
    <w:rsid w:val="00B14D45"/>
  </w:style>
  <w:style w:type="paragraph" w:customStyle="1" w:styleId="C50AE0EA577C44A4B8215F863A529D8A">
    <w:name w:val="C50AE0EA577C44A4B8215F863A529D8A"/>
    <w:rsid w:val="00B14D45"/>
  </w:style>
  <w:style w:type="paragraph" w:customStyle="1" w:styleId="EB096F381E5045DCA37919FA64525668">
    <w:name w:val="EB096F381E5045DCA37919FA64525668"/>
    <w:rsid w:val="00B14D45"/>
  </w:style>
  <w:style w:type="paragraph" w:customStyle="1" w:styleId="3DDE15C52DB140E5B6C2A3F9080BBC0D">
    <w:name w:val="3DDE15C52DB140E5B6C2A3F9080BBC0D"/>
    <w:rsid w:val="00B14D45"/>
  </w:style>
  <w:style w:type="paragraph" w:customStyle="1" w:styleId="D4C6669F990343DFA56DE28176C5A7B1">
    <w:name w:val="D4C6669F990343DFA56DE28176C5A7B1"/>
    <w:rsid w:val="00B14D45"/>
  </w:style>
  <w:style w:type="paragraph" w:customStyle="1" w:styleId="EA2F1469CC8743C780A7298233A6AD14">
    <w:name w:val="EA2F1469CC8743C780A7298233A6AD14"/>
    <w:rsid w:val="00B14D45"/>
  </w:style>
  <w:style w:type="paragraph" w:customStyle="1" w:styleId="53536185EAA843D69C6B8AD1D3A9CC9E">
    <w:name w:val="53536185EAA843D69C6B8AD1D3A9CC9E"/>
    <w:rsid w:val="00B14D45"/>
  </w:style>
  <w:style w:type="paragraph" w:customStyle="1" w:styleId="EFFEA2731A9642968D354F7852317D00">
    <w:name w:val="EFFEA2731A9642968D354F7852317D00"/>
    <w:rsid w:val="00B14D45"/>
  </w:style>
  <w:style w:type="paragraph" w:customStyle="1" w:styleId="0847F1A25ECC418B9D132AEF13C02A78">
    <w:name w:val="0847F1A25ECC418B9D132AEF13C02A78"/>
    <w:rsid w:val="00B14D45"/>
  </w:style>
  <w:style w:type="paragraph" w:customStyle="1" w:styleId="D237190C1B2540BF930456A78A604861">
    <w:name w:val="D237190C1B2540BF930456A78A604861"/>
    <w:rsid w:val="00B14D45"/>
  </w:style>
  <w:style w:type="paragraph" w:customStyle="1" w:styleId="FC8FA005230840BCB655B97DCC1477DE">
    <w:name w:val="FC8FA005230840BCB655B97DCC1477DE"/>
    <w:rsid w:val="00B14D45"/>
  </w:style>
  <w:style w:type="paragraph" w:customStyle="1" w:styleId="F3321B86771349FEB4739E501F448864">
    <w:name w:val="F3321B86771349FEB4739E501F448864"/>
    <w:rsid w:val="00B14D45"/>
  </w:style>
  <w:style w:type="paragraph" w:customStyle="1" w:styleId="9D66F522DDB54AA7B02DD79B1F0C3D29">
    <w:name w:val="9D66F522DDB54AA7B02DD79B1F0C3D29"/>
    <w:rsid w:val="00B14D45"/>
  </w:style>
  <w:style w:type="paragraph" w:customStyle="1" w:styleId="6FB4EAAD918C433F87FB9A244AFD2A3F">
    <w:name w:val="6FB4EAAD918C433F87FB9A244AFD2A3F"/>
    <w:rsid w:val="00B14D45"/>
  </w:style>
  <w:style w:type="paragraph" w:customStyle="1" w:styleId="921F161D6D6A4C2BBE5F5FF209B89522">
    <w:name w:val="921F161D6D6A4C2BBE5F5FF209B89522"/>
    <w:rsid w:val="00B14D45"/>
  </w:style>
  <w:style w:type="paragraph" w:customStyle="1" w:styleId="8D8E9749892641C7B0CCB40247276334">
    <w:name w:val="8D8E9749892641C7B0CCB40247276334"/>
    <w:rsid w:val="00B14D45"/>
  </w:style>
  <w:style w:type="paragraph" w:customStyle="1" w:styleId="6A0EE05DAE8749CC94C7D316BBE9077C">
    <w:name w:val="6A0EE05DAE8749CC94C7D316BBE9077C"/>
    <w:rsid w:val="00B14D45"/>
  </w:style>
  <w:style w:type="paragraph" w:customStyle="1" w:styleId="0719420679704B3FAE424C520291988B">
    <w:name w:val="0719420679704B3FAE424C520291988B"/>
    <w:rsid w:val="00B14D45"/>
  </w:style>
  <w:style w:type="paragraph" w:customStyle="1" w:styleId="795F84D20FB040E6B8E5202833C056A4">
    <w:name w:val="795F84D20FB040E6B8E5202833C056A4"/>
    <w:rsid w:val="00B14D45"/>
  </w:style>
  <w:style w:type="paragraph" w:customStyle="1" w:styleId="C9E7D9CCF7F04F8FA5844017197F5936">
    <w:name w:val="C9E7D9CCF7F04F8FA5844017197F5936"/>
    <w:rsid w:val="00B14D45"/>
  </w:style>
  <w:style w:type="paragraph" w:customStyle="1" w:styleId="C7D9EF6159644A42A7BFC31BEC5E6D4B">
    <w:name w:val="C7D9EF6159644A42A7BFC31BEC5E6D4B"/>
    <w:rsid w:val="00B14D45"/>
  </w:style>
  <w:style w:type="paragraph" w:customStyle="1" w:styleId="7585F96CD76E4567954841B9C82C3F9D">
    <w:name w:val="7585F96CD76E4567954841B9C82C3F9D"/>
    <w:rsid w:val="00B14D45"/>
  </w:style>
  <w:style w:type="paragraph" w:customStyle="1" w:styleId="ABD52BDEDF61419C93B067F6971CB5C8">
    <w:name w:val="ABD52BDEDF61419C93B067F6971CB5C8"/>
    <w:rsid w:val="00B14D45"/>
  </w:style>
  <w:style w:type="paragraph" w:customStyle="1" w:styleId="DF0C9D592F894FA98333F75437A2E0B0">
    <w:name w:val="DF0C9D592F894FA98333F75437A2E0B0"/>
    <w:rsid w:val="00B14D45"/>
  </w:style>
  <w:style w:type="paragraph" w:customStyle="1" w:styleId="21746F1DC503438C956FAD9FD4E34302">
    <w:name w:val="21746F1DC503438C956FAD9FD4E34302"/>
    <w:rsid w:val="00B14D45"/>
  </w:style>
  <w:style w:type="paragraph" w:customStyle="1" w:styleId="53D91CE917C846498FA17F99F73118C2">
    <w:name w:val="53D91CE917C846498FA17F99F73118C2"/>
    <w:rsid w:val="00B14D45"/>
  </w:style>
  <w:style w:type="paragraph" w:customStyle="1" w:styleId="AC3D92704E234F5AAF7D179290E19FE6">
    <w:name w:val="AC3D92704E234F5AAF7D179290E19FE6"/>
    <w:rsid w:val="00B14D45"/>
  </w:style>
  <w:style w:type="paragraph" w:customStyle="1" w:styleId="28C242C9C1D14E2089B8D884897E7551">
    <w:name w:val="28C242C9C1D14E2089B8D884897E7551"/>
    <w:rsid w:val="00B14D45"/>
  </w:style>
  <w:style w:type="paragraph" w:customStyle="1" w:styleId="DFB410BDF3334268B87BD35349EAB10A">
    <w:name w:val="DFB410BDF3334268B87BD35349EAB10A"/>
    <w:rsid w:val="00B14D45"/>
  </w:style>
  <w:style w:type="paragraph" w:customStyle="1" w:styleId="BFBC3558E7544248ADFC6A51F4E0C952">
    <w:name w:val="BFBC3558E7544248ADFC6A51F4E0C952"/>
    <w:rsid w:val="00B14D45"/>
  </w:style>
  <w:style w:type="paragraph" w:customStyle="1" w:styleId="A908CFD9731143E4A32F08C7BC2E78DE">
    <w:name w:val="A908CFD9731143E4A32F08C7BC2E78DE"/>
    <w:rsid w:val="00B14D45"/>
  </w:style>
  <w:style w:type="paragraph" w:customStyle="1" w:styleId="7C1E9E0D53194A78945938EFFBA5F177">
    <w:name w:val="7C1E9E0D53194A78945938EFFBA5F177"/>
    <w:rsid w:val="00B14D45"/>
  </w:style>
  <w:style w:type="paragraph" w:customStyle="1" w:styleId="A10E0E655B3F4CA18FB88936279E8D7B">
    <w:name w:val="A10E0E655B3F4CA18FB88936279E8D7B"/>
    <w:rsid w:val="00B14D45"/>
  </w:style>
  <w:style w:type="paragraph" w:customStyle="1" w:styleId="1AD5383F7CF64EBC9008E32CD2F222B1">
    <w:name w:val="1AD5383F7CF64EBC9008E32CD2F222B1"/>
    <w:rsid w:val="00B14D45"/>
  </w:style>
  <w:style w:type="paragraph" w:customStyle="1" w:styleId="5B3827F2351F404D9718DFB314AA75ED">
    <w:name w:val="5B3827F2351F404D9718DFB314AA75ED"/>
    <w:rsid w:val="00B14D45"/>
  </w:style>
  <w:style w:type="paragraph" w:customStyle="1" w:styleId="8246E4E921034A488391D40063F556A9">
    <w:name w:val="8246E4E921034A488391D40063F556A9"/>
    <w:rsid w:val="00B14D45"/>
  </w:style>
  <w:style w:type="paragraph" w:customStyle="1" w:styleId="A877CFA9B8984AF2A9EEBE4EF7D07624">
    <w:name w:val="A877CFA9B8984AF2A9EEBE4EF7D07624"/>
    <w:rsid w:val="00B14D45"/>
  </w:style>
  <w:style w:type="paragraph" w:customStyle="1" w:styleId="251FFBEC247B4824880E349327A30ACA">
    <w:name w:val="251FFBEC247B4824880E349327A30ACA"/>
    <w:rsid w:val="00B14D45"/>
  </w:style>
  <w:style w:type="paragraph" w:customStyle="1" w:styleId="8FD47A076DE04838B843C54EB59E6E60">
    <w:name w:val="8FD47A076DE04838B843C54EB59E6E60"/>
    <w:rsid w:val="00B14D45"/>
  </w:style>
  <w:style w:type="paragraph" w:customStyle="1" w:styleId="1E38145F723A4C4AB03BA29BF231E0B4">
    <w:name w:val="1E38145F723A4C4AB03BA29BF231E0B4"/>
    <w:rsid w:val="00B14D45"/>
  </w:style>
  <w:style w:type="paragraph" w:customStyle="1" w:styleId="C8FC659C33594223B1A46DB06649512B">
    <w:name w:val="C8FC659C33594223B1A46DB06649512B"/>
    <w:rsid w:val="00B14D45"/>
  </w:style>
  <w:style w:type="paragraph" w:customStyle="1" w:styleId="8C0AEDA8BBF04E3097859548CCB5ED6F">
    <w:name w:val="8C0AEDA8BBF04E3097859548CCB5ED6F"/>
    <w:rsid w:val="00B14D45"/>
  </w:style>
  <w:style w:type="paragraph" w:customStyle="1" w:styleId="46C29FBB300C487889673D22631D8B73">
    <w:name w:val="46C29FBB300C487889673D22631D8B73"/>
    <w:rsid w:val="00B14D45"/>
  </w:style>
  <w:style w:type="paragraph" w:customStyle="1" w:styleId="CF067ED5EA904CDC90AD3439FE9E1719">
    <w:name w:val="CF067ED5EA904CDC90AD3439FE9E1719"/>
    <w:rsid w:val="00B14D45"/>
  </w:style>
  <w:style w:type="paragraph" w:customStyle="1" w:styleId="086307BC5D0B4FCA80C6C7ABFB9E9EEB">
    <w:name w:val="086307BC5D0B4FCA80C6C7ABFB9E9EEB"/>
    <w:rsid w:val="00B14D45"/>
  </w:style>
  <w:style w:type="paragraph" w:customStyle="1" w:styleId="AA896D743B7548CE976AE9B987C9CD6B">
    <w:name w:val="AA896D743B7548CE976AE9B987C9CD6B"/>
    <w:rsid w:val="00B14D45"/>
  </w:style>
  <w:style w:type="paragraph" w:customStyle="1" w:styleId="C00658D4211A42F69D720E5067BEEE6A">
    <w:name w:val="C00658D4211A42F69D720E5067BEEE6A"/>
    <w:rsid w:val="00B14D45"/>
  </w:style>
  <w:style w:type="paragraph" w:customStyle="1" w:styleId="D57307A5EE124B119F85B18591D99835">
    <w:name w:val="D57307A5EE124B119F85B18591D99835"/>
    <w:rsid w:val="00B14D45"/>
  </w:style>
  <w:style w:type="paragraph" w:customStyle="1" w:styleId="098543C5CF674F7E844DB4FEEE98CD76">
    <w:name w:val="098543C5CF674F7E844DB4FEEE98CD76"/>
    <w:rsid w:val="00B14D45"/>
  </w:style>
  <w:style w:type="paragraph" w:customStyle="1" w:styleId="4757FDFDDA284D8DAE00E613CB1D13D7">
    <w:name w:val="4757FDFDDA284D8DAE00E613CB1D13D7"/>
    <w:rsid w:val="00B14D45"/>
  </w:style>
  <w:style w:type="paragraph" w:customStyle="1" w:styleId="F989FAF303D54D628DA66868832B9351">
    <w:name w:val="F989FAF303D54D628DA66868832B9351"/>
    <w:rsid w:val="00B14D45"/>
  </w:style>
  <w:style w:type="paragraph" w:customStyle="1" w:styleId="A57BDC3291C940EF9D1CBE3CA4DC5F3C">
    <w:name w:val="A57BDC3291C940EF9D1CBE3CA4DC5F3C"/>
    <w:rsid w:val="00B14D45"/>
  </w:style>
  <w:style w:type="paragraph" w:customStyle="1" w:styleId="3CA71DA4698D4298985F51600083D503">
    <w:name w:val="3CA71DA4698D4298985F51600083D503"/>
    <w:rsid w:val="00B14D45"/>
  </w:style>
  <w:style w:type="paragraph" w:customStyle="1" w:styleId="1C34B26BAE1343D1A431FBD20664B294">
    <w:name w:val="1C34B26BAE1343D1A431FBD20664B294"/>
    <w:rsid w:val="00B14D45"/>
  </w:style>
  <w:style w:type="paragraph" w:customStyle="1" w:styleId="0E9DEAB19CA94558A5A01DF2517C4D3C">
    <w:name w:val="0E9DEAB19CA94558A5A01DF2517C4D3C"/>
    <w:rsid w:val="00B14D45"/>
  </w:style>
  <w:style w:type="paragraph" w:customStyle="1" w:styleId="58299DD78BEF40D8B7A7E2C6EE3FCA7F">
    <w:name w:val="58299DD78BEF40D8B7A7E2C6EE3FCA7F"/>
    <w:rsid w:val="00B14D45"/>
  </w:style>
  <w:style w:type="paragraph" w:customStyle="1" w:styleId="013D1E527B4E419A9482BCBEC00504B9">
    <w:name w:val="013D1E527B4E419A9482BCBEC00504B9"/>
    <w:rsid w:val="00B14D45"/>
  </w:style>
  <w:style w:type="paragraph" w:customStyle="1" w:styleId="B223D11872E74B5D906120433FBC16FE">
    <w:name w:val="B223D11872E74B5D906120433FBC16FE"/>
    <w:rsid w:val="00B14D45"/>
  </w:style>
  <w:style w:type="paragraph" w:customStyle="1" w:styleId="87011CFB05DD40F8AEF0BED0782A02EF">
    <w:name w:val="87011CFB05DD40F8AEF0BED0782A02EF"/>
    <w:rsid w:val="00B14D45"/>
  </w:style>
  <w:style w:type="paragraph" w:customStyle="1" w:styleId="005C30A538B5497992A9DD54B35FA86C">
    <w:name w:val="005C30A538B5497992A9DD54B35FA86C"/>
    <w:rsid w:val="00B14D45"/>
  </w:style>
  <w:style w:type="paragraph" w:customStyle="1" w:styleId="A10AC2F2D6C142BFA6882F9B26A71450">
    <w:name w:val="A10AC2F2D6C142BFA6882F9B26A71450"/>
    <w:rsid w:val="00B14D45"/>
  </w:style>
  <w:style w:type="paragraph" w:customStyle="1" w:styleId="8855DC3071DA410C9B6148877C2B6C7B">
    <w:name w:val="8855DC3071DA410C9B6148877C2B6C7B"/>
    <w:rsid w:val="00B14D45"/>
  </w:style>
  <w:style w:type="paragraph" w:customStyle="1" w:styleId="FA239DEE5F834581B7770703B1BCC8A6">
    <w:name w:val="FA239DEE5F834581B7770703B1BCC8A6"/>
    <w:rsid w:val="00B14D45"/>
  </w:style>
  <w:style w:type="paragraph" w:customStyle="1" w:styleId="96CE5E1A02844FE9932C3ADE5367F2AA">
    <w:name w:val="96CE5E1A02844FE9932C3ADE5367F2AA"/>
    <w:rsid w:val="00B14D45"/>
  </w:style>
  <w:style w:type="paragraph" w:customStyle="1" w:styleId="BDE15ECBBA044C58AAF9933F2F990B98">
    <w:name w:val="BDE15ECBBA044C58AAF9933F2F990B98"/>
    <w:rsid w:val="00B14D45"/>
  </w:style>
  <w:style w:type="paragraph" w:customStyle="1" w:styleId="B3907B12F8CB48CCA14FC08B9DADDFCB">
    <w:name w:val="B3907B12F8CB48CCA14FC08B9DADDFCB"/>
    <w:rsid w:val="00B14D45"/>
  </w:style>
  <w:style w:type="paragraph" w:customStyle="1" w:styleId="B17349A8C82846DA9280974C30597D25">
    <w:name w:val="B17349A8C82846DA9280974C30597D25"/>
    <w:rsid w:val="00B14D45"/>
  </w:style>
  <w:style w:type="paragraph" w:customStyle="1" w:styleId="1FBB640988C9422CB27F1F4E5428CA6C">
    <w:name w:val="1FBB640988C9422CB27F1F4E5428CA6C"/>
    <w:rsid w:val="00B14D45"/>
  </w:style>
  <w:style w:type="paragraph" w:customStyle="1" w:styleId="7FF9DF9DD91D40F6A684EEAF716FCDCB">
    <w:name w:val="7FF9DF9DD91D40F6A684EEAF716FCDCB"/>
    <w:rsid w:val="00B14D45"/>
  </w:style>
  <w:style w:type="paragraph" w:customStyle="1" w:styleId="8B7D126E63EF4900A6B2AB7E9334CD7A">
    <w:name w:val="8B7D126E63EF4900A6B2AB7E9334CD7A"/>
    <w:rsid w:val="00B14D45"/>
  </w:style>
  <w:style w:type="paragraph" w:customStyle="1" w:styleId="7C0DD2DBF121458893E3AA48D34436D0">
    <w:name w:val="7C0DD2DBF121458893E3AA48D34436D0"/>
    <w:rsid w:val="00B14D45"/>
  </w:style>
  <w:style w:type="paragraph" w:customStyle="1" w:styleId="E0707DD88F5D415F8588068F672E1BAA">
    <w:name w:val="E0707DD88F5D415F8588068F672E1BAA"/>
    <w:rsid w:val="00B14D45"/>
  </w:style>
  <w:style w:type="paragraph" w:customStyle="1" w:styleId="2C35A78FD8894AC5A987D6E9F16E5285">
    <w:name w:val="2C35A78FD8894AC5A987D6E9F16E5285"/>
    <w:rsid w:val="00B14D45"/>
  </w:style>
  <w:style w:type="paragraph" w:customStyle="1" w:styleId="10AF72130BE0493A891AA07A585DFF13">
    <w:name w:val="10AF72130BE0493A891AA07A585DFF13"/>
    <w:rsid w:val="00B14D45"/>
  </w:style>
  <w:style w:type="paragraph" w:customStyle="1" w:styleId="E4F7645AD791467A9EDB3260B5631FC9">
    <w:name w:val="E4F7645AD791467A9EDB3260B5631FC9"/>
    <w:rsid w:val="00B14D45"/>
  </w:style>
  <w:style w:type="paragraph" w:customStyle="1" w:styleId="7765A05F207C4D1C999AEEC4BBE9986B">
    <w:name w:val="7765A05F207C4D1C999AEEC4BBE9986B"/>
    <w:rsid w:val="00B14D45"/>
  </w:style>
  <w:style w:type="paragraph" w:customStyle="1" w:styleId="C65285A56B5D4360B20EE577015211A9">
    <w:name w:val="C65285A56B5D4360B20EE577015211A9"/>
    <w:rsid w:val="00B14D45"/>
  </w:style>
  <w:style w:type="paragraph" w:customStyle="1" w:styleId="C3783A917A094D109082EEA2592ED243">
    <w:name w:val="C3783A917A094D109082EEA2592ED243"/>
    <w:rsid w:val="00B14D45"/>
  </w:style>
  <w:style w:type="paragraph" w:customStyle="1" w:styleId="1734C0B0E50C4165979C1D1CD6EF5118">
    <w:name w:val="1734C0B0E50C4165979C1D1CD6EF5118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DC4EFC167B4854AE1CBB8751E4F5241">
    <w:name w:val="12DC4EFC167B4854AE1CBB8751E4F52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F9282526514BDFABF82D64F56A8CD41">
    <w:name w:val="F7F9282526514BDFABF82D64F56A8CD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17DD221BA442C9A389A2359DB359DD1">
    <w:name w:val="0917DD221BA442C9A389A2359DB359DD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AEFBB1ECA747B9A9DF6468845E38B81">
    <w:name w:val="A6AEFBB1ECA747B9A9DF6468845E38B8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E454A9393343F9802547BFF670474B1">
    <w:name w:val="7EE454A9393343F9802547BFF670474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D0B442ECD845049279F8DBDD7F2DBE1">
    <w:name w:val="54D0B442ECD845049279F8DBDD7F2DBE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EA2BACE5F74B8A9375396FFADFE46B1">
    <w:name w:val="03EA2BACE5F74B8A9375396FFADFE46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28FEA814B546A0B350BEFF5CC839941">
    <w:name w:val="9428FEA814B546A0B350BEFF5CC8399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4D755790B1473B8AE067D36CFCB4421">
    <w:name w:val="AB4D755790B1473B8AE067D36CFCB44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6F26BBA76F421791BE3472905467001">
    <w:name w:val="686F26BBA76F421791BE34729054670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DAF03D42294284A7966803EE51D7C51">
    <w:name w:val="EEDAF03D42294284A7966803EE51D7C5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E22561BB244A4A8852AEB80625E2521">
    <w:name w:val="5CE22561BB244A4A8852AEB80625E25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F9B841E3FD4EF48FBC9E406B3C2AA01">
    <w:name w:val="0BF9B841E3FD4EF48FBC9E406B3C2AA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632EEDD5944272B4CEEF338DD5AEEC1">
    <w:name w:val="60632EEDD5944272B4CEEF338DD5AEEC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3911ECC506426EBD17135C57767DDF1">
    <w:name w:val="E53911ECC506426EBD17135C57767DDF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7C5DFDE36848A9A99368F6192B74141">
    <w:name w:val="0D7C5DFDE36848A9A99368F6192B741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1A3BE292F44582AD400F49832FBFF61">
    <w:name w:val="CD1A3BE292F44582AD400F49832FBFF6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97C463F656417F98AFE38C3C9E0DF81">
    <w:name w:val="D797C463F656417F98AFE38C3C9E0DF8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A4A49876694758A8B5D5BC7A06E6D31">
    <w:name w:val="9DA4A49876694758A8B5D5BC7A06E6D3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A83FF787274D27960EAA9602F390F51">
    <w:name w:val="21A83FF787274D27960EAA9602F390F5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273C8E711445F4999F72E069588EDE1">
    <w:name w:val="45273C8E711445F4999F72E069588EDE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B0124E522541949BB0D4F773CF70CA1">
    <w:name w:val="87B0124E522541949BB0D4F773CF70C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B65A8DF3044ADFA73F23DFF1A58EE01">
    <w:name w:val="35B65A8DF3044ADFA73F23DFF1A58EE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0AE0EA577C44A4B8215F863A529D8A1">
    <w:name w:val="C50AE0EA577C44A4B8215F863A529D8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DE15C52DB140E5B6C2A3F9080BBC0D1">
    <w:name w:val="3DDE15C52DB140E5B6C2A3F9080BBC0D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C6669F990343DFA56DE28176C5A7B11">
    <w:name w:val="D4C6669F990343DFA56DE28176C5A7B1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2F1469CC8743C780A7298233A6AD141">
    <w:name w:val="EA2F1469CC8743C780A7298233A6AD1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536185EAA843D69C6B8AD1D3A9CC9E1">
    <w:name w:val="53536185EAA843D69C6B8AD1D3A9CC9E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FEA2731A9642968D354F7852317D001">
    <w:name w:val="EFFEA2731A9642968D354F7852317D0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47F1A25ECC418B9D132AEF13C02A781">
    <w:name w:val="0847F1A25ECC418B9D132AEF13C02A78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37190C1B2540BF930456A78A6048611">
    <w:name w:val="D237190C1B2540BF930456A78A604861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321B86771349FEB4739E501F4488641">
    <w:name w:val="F3321B86771349FEB4739E501F44886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66F522DDB54AA7B02DD79B1F0C3D291">
    <w:name w:val="9D66F522DDB54AA7B02DD79B1F0C3D29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4EAAD918C433F87FB9A244AFD2A3F1">
    <w:name w:val="6FB4EAAD918C433F87FB9A244AFD2A3F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1F161D6D6A4C2BBE5F5FF209B895221">
    <w:name w:val="921F161D6D6A4C2BBE5F5FF209B8952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8E9749892641C7B0CCB402472763341">
    <w:name w:val="8D8E9749892641C7B0CCB4024727633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0EE05DAE8749CC94C7D316BBE9077C1">
    <w:name w:val="6A0EE05DAE8749CC94C7D316BBE9077C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19420679704B3FAE424C520291988B1">
    <w:name w:val="0719420679704B3FAE424C520291988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E7D9CCF7F04F8FA5844017197F59361">
    <w:name w:val="C9E7D9CCF7F04F8FA5844017197F5936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D9EF6159644A42A7BFC31BEC5E6D4B1">
    <w:name w:val="C7D9EF6159644A42A7BFC31BEC5E6D4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5F96CD76E4567954841B9C82C3F9D1">
    <w:name w:val="7585F96CD76E4567954841B9C82C3F9D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D52BDEDF61419C93B067F6971CB5C81">
    <w:name w:val="ABD52BDEDF61419C93B067F6971CB5C8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0C9D592F894FA98333F75437A2E0B01">
    <w:name w:val="DF0C9D592F894FA98333F75437A2E0B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746F1DC503438C956FAD9FD4E343021">
    <w:name w:val="21746F1DC503438C956FAD9FD4E3430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91CE917C846498FA17F99F73118C21">
    <w:name w:val="53D91CE917C846498FA17F99F73118C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242C9C1D14E2089B8D884897E75511">
    <w:name w:val="28C242C9C1D14E2089B8D884897E7551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B410BDF3334268B87BD35349EAB10A1">
    <w:name w:val="DFB410BDF3334268B87BD35349EAB10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FBC3558E7544248ADFC6A51F4E0C9521">
    <w:name w:val="BFBC3558E7544248ADFC6A51F4E0C952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08CFD9731143E4A32F08C7BC2E78DE1">
    <w:name w:val="A908CFD9731143E4A32F08C7BC2E78DE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1E9E0D53194A78945938EFFBA5F1771">
    <w:name w:val="7C1E9E0D53194A78945938EFFBA5F177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D5383F7CF64EBC9008E32CD2F222B11">
    <w:name w:val="1AD5383F7CF64EBC9008E32CD2F222B1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3827F2351F404D9718DFB314AA75ED1">
    <w:name w:val="5B3827F2351F404D9718DFB314AA75ED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46E4E921034A488391D40063F556A91">
    <w:name w:val="8246E4E921034A488391D40063F556A9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77CFA9B8984AF2A9EEBE4EF7D076241">
    <w:name w:val="A877CFA9B8984AF2A9EEBE4EF7D0762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1FFBEC247B4824880E349327A30ACA1">
    <w:name w:val="251FFBEC247B4824880E349327A30AC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38145F723A4C4AB03BA29BF231E0B41">
    <w:name w:val="1E38145F723A4C4AB03BA29BF231E0B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FC659C33594223B1A46DB06649512B1">
    <w:name w:val="C8FC659C33594223B1A46DB06649512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0AEDA8BBF04E3097859548CCB5ED6F1">
    <w:name w:val="8C0AEDA8BBF04E3097859548CCB5ED6F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C29FBB300C487889673D22631D8B731">
    <w:name w:val="46C29FBB300C487889673D22631D8B73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067ED5EA904CDC90AD3439FE9E17191">
    <w:name w:val="CF067ED5EA904CDC90AD3439FE9E1719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896D743B7548CE976AE9B987C9CD6B1">
    <w:name w:val="AA896D743B7548CE976AE9B987C9CD6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0658D4211A42F69D720E5067BEEE6A1">
    <w:name w:val="C00658D4211A42F69D720E5067BEEE6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7307A5EE124B119F85B18591D998351">
    <w:name w:val="D57307A5EE124B119F85B18591D99835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543C5CF674F7E844DB4FEEE98CD761">
    <w:name w:val="098543C5CF674F7E844DB4FEEE98CD76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57FDFDDA284D8DAE00E613CB1D13D71">
    <w:name w:val="4757FDFDDA284D8DAE00E613CB1D13D7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7BDC3291C940EF9D1CBE3CA4DC5F3C1">
    <w:name w:val="A57BDC3291C940EF9D1CBE3CA4DC5F3C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A71DA4698D4298985F51600083D5031">
    <w:name w:val="3CA71DA4698D4298985F51600083D503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34B26BAE1343D1A431FBD20664B2941">
    <w:name w:val="1C34B26BAE1343D1A431FBD20664B294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9DEAB19CA94558A5A01DF2517C4D3C1">
    <w:name w:val="0E9DEAB19CA94558A5A01DF2517C4D3C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299DD78BEF40D8B7A7E2C6EE3FCA7F1">
    <w:name w:val="58299DD78BEF40D8B7A7E2C6EE3FCA7F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F9DF9DD91D40F6A684EEAF716FCDCB1">
    <w:name w:val="7FF9DF9DD91D40F6A684EEAF716FCDC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7D126E63EF4900A6B2AB7E9334CD7A1">
    <w:name w:val="8B7D126E63EF4900A6B2AB7E9334CD7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0DD2DBF121458893E3AA48D34436D01">
    <w:name w:val="7C0DD2DBF121458893E3AA48D34436D0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707DD88F5D415F8588068F672E1BAA1">
    <w:name w:val="E0707DD88F5D415F8588068F672E1BAA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5A78FD8894AC5A987D6E9F16E52851">
    <w:name w:val="2C35A78FD8894AC5A987D6E9F16E5285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AF72130BE0493A891AA07A585DFF131">
    <w:name w:val="10AF72130BE0493A891AA07A585DFF13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F7645AD791467A9EDB3260B5631FC91">
    <w:name w:val="E4F7645AD791467A9EDB3260B5631FC9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5A05F207C4D1C999AEEC4BBE9986B1">
    <w:name w:val="7765A05F207C4D1C999AEEC4BBE9986B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5285A56B5D4360B20EE577015211A91">
    <w:name w:val="C65285A56B5D4360B20EE577015211A9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783A917A094D109082EEA2592ED2431">
    <w:name w:val="C3783A917A094D109082EEA2592ED2431"/>
    <w:rsid w:val="00B14D45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D4B50-25B0-4856-8617-9782F9696994}"/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2026-08-25T11:03:00Z</dcterms:created>
  <dcterms:modified xsi:type="dcterms:W3CDTF">2026-09-10T11:11:00Z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