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3669" w14:textId="77777777" w:rsidR="001C17E4" w:rsidRDefault="001C17E4" w:rsidP="00F4085D">
      <w:pPr>
        <w:pStyle w:val="Title"/>
        <w:rPr>
          <w:b/>
          <w:bCs/>
          <w:sz w:val="40"/>
          <w:szCs w:val="40"/>
        </w:rPr>
      </w:pPr>
    </w:p>
    <w:p w14:paraId="1A13F9FF" w14:textId="3E0D96EC" w:rsidR="00F4085D" w:rsidRPr="00597958" w:rsidRDefault="003729FB" w:rsidP="00B8038E">
      <w:pPr>
        <w:pStyle w:val="Title"/>
        <w:jc w:val="center"/>
        <w:rPr>
          <w:b/>
          <w:bCs/>
          <w:sz w:val="40"/>
          <w:szCs w:val="40"/>
        </w:rPr>
      </w:pPr>
      <w:r w:rsidRPr="00597958">
        <w:rPr>
          <w:b/>
          <w:bCs/>
          <w:sz w:val="40"/>
          <w:szCs w:val="40"/>
        </w:rPr>
        <w:t xml:space="preserve">RCPI </w:t>
      </w:r>
      <w:r w:rsidR="007C0991" w:rsidRPr="00597958">
        <w:rPr>
          <w:b/>
          <w:bCs/>
          <w:sz w:val="40"/>
          <w:szCs w:val="40"/>
        </w:rPr>
        <w:t xml:space="preserve">Higher Specialist </w:t>
      </w:r>
      <w:r w:rsidR="002D7D98" w:rsidRPr="00597958">
        <w:rPr>
          <w:b/>
          <w:bCs/>
          <w:sz w:val="40"/>
          <w:szCs w:val="40"/>
        </w:rPr>
        <w:t>Training</w:t>
      </w:r>
      <w:r w:rsidR="007C0991" w:rsidRPr="00597958">
        <w:rPr>
          <w:b/>
          <w:bCs/>
          <w:sz w:val="40"/>
          <w:szCs w:val="40"/>
        </w:rPr>
        <w:t>:</w:t>
      </w:r>
      <w:r w:rsidR="00F4085D" w:rsidRPr="00597958">
        <w:rPr>
          <w:b/>
          <w:bCs/>
          <w:sz w:val="40"/>
          <w:szCs w:val="40"/>
        </w:rPr>
        <w:t xml:space="preserve"> </w:t>
      </w:r>
      <w:r w:rsidR="00F06C8D">
        <w:rPr>
          <w:b/>
          <w:bCs/>
          <w:sz w:val="40"/>
          <w:szCs w:val="40"/>
        </w:rPr>
        <w:t>Rehabilitation Medicine</w:t>
      </w:r>
    </w:p>
    <w:p w14:paraId="609CAFC3" w14:textId="0E8919FD" w:rsidR="007C0991" w:rsidRPr="00597958" w:rsidRDefault="00F54DC5" w:rsidP="00F4085D">
      <w:pPr>
        <w:pStyle w:val="Title"/>
        <w:jc w:val="center"/>
        <w:rPr>
          <w:b/>
          <w:bCs/>
          <w:sz w:val="48"/>
          <w:szCs w:val="48"/>
        </w:rPr>
      </w:pPr>
      <w:r w:rsidRPr="00597958">
        <w:rPr>
          <w:b/>
          <w:bCs/>
          <w:sz w:val="48"/>
          <w:szCs w:val="48"/>
        </w:rPr>
        <w:t>Curriculum Vitae</w:t>
      </w:r>
    </w:p>
    <w:p w14:paraId="4C95BCCC" w14:textId="77777777" w:rsidR="007C0991" w:rsidRDefault="007C0991" w:rsidP="007C0991"/>
    <w:p w14:paraId="2D9F8DF7" w14:textId="77777777" w:rsidR="003061C2" w:rsidRPr="007C0991" w:rsidRDefault="003061C2" w:rsidP="007C0991"/>
    <w:p w14:paraId="6E5B97C0" w14:textId="59A16C94" w:rsidR="00214ECC" w:rsidRPr="00F4085D" w:rsidRDefault="003729FB" w:rsidP="001C17E4">
      <w:pPr>
        <w:pStyle w:val="Heading1"/>
      </w:pPr>
      <w:r w:rsidRPr="00F4085D">
        <w:t>Personal Details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7"/>
        <w:gridCol w:w="5823"/>
      </w:tblGrid>
      <w:tr w:rsidR="009E4AEB" w14:paraId="091518D3" w14:textId="77777777" w:rsidTr="001C17E4">
        <w:tc>
          <w:tcPr>
            <w:tcW w:w="1886" w:type="pct"/>
          </w:tcPr>
          <w:p w14:paraId="389B5775" w14:textId="2AE87A00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Full Name:</w:t>
            </w:r>
            <w:r w:rsidR="004D6768" w:rsidRPr="00597958">
              <w:rPr>
                <w:b/>
                <w:bCs/>
              </w:rPr>
              <w:t xml:space="preserve"> </w:t>
            </w:r>
          </w:p>
          <w:p w14:paraId="46EE3531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id w:val="1723323665"/>
            <w:placeholder>
              <w:docPart w:val="D7F033EABA054731B904FE9570810D27"/>
            </w:placeholder>
            <w:showingPlcHdr/>
          </w:sdtPr>
          <w:sdtContent>
            <w:tc>
              <w:tcPr>
                <w:tcW w:w="3114" w:type="pct"/>
              </w:tcPr>
              <w:p w14:paraId="3B7B6D19" w14:textId="2999C300" w:rsidR="009E4AEB" w:rsidRDefault="00892608" w:rsidP="3FE541D5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14:paraId="773EA148" w14:textId="77777777" w:rsidTr="001C17E4">
        <w:tc>
          <w:tcPr>
            <w:tcW w:w="1886" w:type="pct"/>
          </w:tcPr>
          <w:p w14:paraId="1A696EB3" w14:textId="77777777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Medical Council (IMC) Registration Number:</w:t>
            </w:r>
          </w:p>
          <w:p w14:paraId="096607BC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id w:val="-1709798590"/>
            <w:placeholder>
              <w:docPart w:val="E7CB3C954B954CECAEE360699449829E"/>
            </w:placeholder>
            <w:showingPlcHdr/>
            <w:text/>
          </w:sdtPr>
          <w:sdtContent>
            <w:tc>
              <w:tcPr>
                <w:tcW w:w="3114" w:type="pct"/>
              </w:tcPr>
              <w:p w14:paraId="2A4369CD" w14:textId="6864889C" w:rsidR="009E4AEB" w:rsidRDefault="00892608" w:rsidP="3FE541D5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14:paraId="36E9348D" w14:textId="77777777" w:rsidTr="001C17E4">
        <w:tc>
          <w:tcPr>
            <w:tcW w:w="1886" w:type="pct"/>
          </w:tcPr>
          <w:p w14:paraId="66F58537" w14:textId="77777777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Please list any prior medical registrations i.e. (GMC):</w:t>
            </w:r>
          </w:p>
          <w:p w14:paraId="38BE2FC2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tc>
          <w:tcPr>
            <w:tcW w:w="3114" w:type="pct"/>
          </w:tcPr>
          <w:sdt>
            <w:sdtPr>
              <w:id w:val="-1313326934"/>
              <w:placeholder>
                <w:docPart w:val="D7875D5E0D334D6CBB49C36923DE5503"/>
              </w:placeholder>
              <w:showingPlcHdr/>
            </w:sdtPr>
            <w:sdtContent>
              <w:p w14:paraId="26432B61" w14:textId="11FC084B" w:rsidR="009E4AEB" w:rsidRDefault="00892608" w:rsidP="3FE541D5">
                <w:r w:rsidRPr="00CA2CEB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33AEED4" w14:textId="07A4BC3E" w:rsidR="004D6768" w:rsidRPr="004D6768" w:rsidRDefault="004D6768" w:rsidP="004D6768">
            <w:pPr>
              <w:tabs>
                <w:tab w:val="left" w:pos="1640"/>
              </w:tabs>
            </w:pPr>
          </w:p>
        </w:tc>
      </w:tr>
      <w:tr w:rsidR="009E4AEB" w14:paraId="452C156E" w14:textId="77777777" w:rsidTr="001C17E4">
        <w:tc>
          <w:tcPr>
            <w:tcW w:w="1886" w:type="pct"/>
          </w:tcPr>
          <w:p w14:paraId="65480A4E" w14:textId="24C98232" w:rsidR="009E4AEB" w:rsidRPr="00597958" w:rsidRDefault="00846BF0" w:rsidP="009E4AE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Current </w:t>
            </w:r>
            <w:r w:rsidR="009E4AEB" w:rsidRPr="00597958">
              <w:rPr>
                <w:b/>
                <w:bCs/>
              </w:rPr>
              <w:t>Post:</w:t>
            </w:r>
          </w:p>
          <w:p w14:paraId="2B91D0AD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id w:val="-562566124"/>
            <w:placeholder>
              <w:docPart w:val="73713C3E49D242B5BA48030AFFA6DA33"/>
            </w:placeholder>
            <w:showingPlcHdr/>
          </w:sdtPr>
          <w:sdtContent>
            <w:tc>
              <w:tcPr>
                <w:tcW w:w="3114" w:type="pct"/>
              </w:tcPr>
              <w:p w14:paraId="13FF5351" w14:textId="0D05B3A1" w:rsidR="009E4AEB" w:rsidRDefault="00892608" w:rsidP="3FE541D5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0627E4A" w14:textId="277579A8" w:rsidR="00597958" w:rsidRDefault="002931F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7D4E05" wp14:editId="4A1D625E">
                <wp:simplePos x="0" y="0"/>
                <wp:positionH relativeFrom="margin">
                  <wp:align>right</wp:align>
                </wp:positionH>
                <wp:positionV relativeFrom="paragraph">
                  <wp:posOffset>1961542</wp:posOffset>
                </wp:positionV>
                <wp:extent cx="5925820" cy="1404620"/>
                <wp:effectExtent l="0" t="0" r="1778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A552B" w14:textId="12E55332" w:rsidR="002931FF" w:rsidRPr="003061C2" w:rsidRDefault="003061C2" w:rsidP="003061C2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  <w:r w:rsidRPr="009E1E94"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  <w:t xml:space="preserve">Please adhere to the word limit guidelines where provided. Any word count exceeding the limit will be disregarded.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7D4E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5.4pt;margin-top:154.45pt;width:466.6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">
                <v:textbox style="mso-fit-shape-to-text:t">
                  <w:txbxContent>
                    <w:p w14:paraId="0B7A552B" w14:textId="12E55332" w:rsidR="002931FF" w:rsidRPr="003061C2" w:rsidRDefault="003061C2" w:rsidP="003061C2">
                      <w:pPr>
                        <w:jc w:val="center"/>
                        <w:rPr>
                          <w:b/>
                          <w:bCs/>
                          <w:sz w:val="28"/>
                          <w:szCs w:val="24"/>
                        </w:rPr>
                      </w:pPr>
                      <w:r w:rsidRPr="009E1E94">
                        <w:rPr>
                          <w:b/>
                          <w:bCs/>
                          <w:sz w:val="28"/>
                          <w:szCs w:val="24"/>
                        </w:rPr>
                        <w:t xml:space="preserve">Please adhere to the word limit guidelines where provided. Any word count exceeding the limit will be disregarded.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7958">
        <w:br w:type="page"/>
      </w:r>
    </w:p>
    <w:p w14:paraId="63F6142D" w14:textId="77777777" w:rsidR="00846BF0" w:rsidRPr="00846BF0" w:rsidRDefault="00846BF0" w:rsidP="00846BF0">
      <w:pPr>
        <w:pStyle w:val="Heading1"/>
      </w:pPr>
      <w:r w:rsidRPr="00846BF0">
        <w:lastRenderedPageBreak/>
        <w:t>Career Objective / Personal Statement</w:t>
      </w:r>
    </w:p>
    <w:p w14:paraId="7270FBE1" w14:textId="6307D1F0" w:rsidR="00846BF0" w:rsidRDefault="00846BF0" w:rsidP="00846BF0">
      <w:pPr>
        <w:rPr>
          <w:b/>
          <w:bCs/>
        </w:rPr>
      </w:pPr>
      <w:r w:rsidRPr="00846BF0">
        <w:rPr>
          <w:b/>
          <w:bCs/>
        </w:rPr>
        <w:t xml:space="preserve">Brief statement (250 words) outlining your motivation for a career in </w:t>
      </w:r>
      <w:r w:rsidR="00F06C8D">
        <w:rPr>
          <w:b/>
          <w:bCs/>
        </w:rPr>
        <w:t xml:space="preserve">rehabilitation </w:t>
      </w:r>
      <w:r w:rsidRPr="00846BF0">
        <w:rPr>
          <w:b/>
          <w:bCs/>
        </w:rPr>
        <w:t>medicine, and career goals within the HSE.</w:t>
      </w:r>
    </w:p>
    <w:sdt>
      <w:sdtPr>
        <w:id w:val="-1964877413"/>
        <w:placeholder>
          <w:docPart w:val="9B947DAC46834569A3C244F22E079A81"/>
        </w:placeholder>
        <w:showingPlcHdr/>
      </w:sdtPr>
      <w:sdtContent>
        <w:p w14:paraId="18146BAE" w14:textId="6DF54244" w:rsidR="00846BF0" w:rsidRDefault="003061C2" w:rsidP="00846BF0">
          <w:r w:rsidRPr="00CA2CEB">
            <w:rPr>
              <w:rStyle w:val="PlaceholderText"/>
            </w:rPr>
            <w:t>Click or tap here to enter text.</w:t>
          </w:r>
        </w:p>
      </w:sdtContent>
    </w:sdt>
    <w:p w14:paraId="708F7676" w14:textId="77777777" w:rsidR="00670E59" w:rsidRDefault="00670E59" w:rsidP="00846BF0"/>
    <w:p w14:paraId="73ED809F" w14:textId="619479E0" w:rsidR="00214ECC" w:rsidRDefault="003729FB" w:rsidP="001C17E4">
      <w:pPr>
        <w:pStyle w:val="Heading1"/>
      </w:pPr>
      <w:r>
        <w:t>Commitment to Specialty &amp; Career Motivation</w:t>
      </w:r>
    </w:p>
    <w:p w14:paraId="3808862C" w14:textId="77777777" w:rsidR="00597958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597958">
        <w:rPr>
          <w:b/>
          <w:bCs/>
        </w:rPr>
        <w:t>Why are you interested in this specialty?</w:t>
      </w:r>
      <w:r w:rsidR="002D7D98" w:rsidRPr="00597958">
        <w:rPr>
          <w:b/>
          <w:bCs/>
        </w:rPr>
        <w:t xml:space="preserve"> (200 words)</w:t>
      </w:r>
    </w:p>
    <w:sdt>
      <w:sdtPr>
        <w:rPr>
          <w:b/>
          <w:bCs/>
        </w:rPr>
        <w:id w:val="-1181040784"/>
        <w:placeholder>
          <w:docPart w:val="54C1B4916C8543D4911CC78BBE39700C"/>
        </w:placeholder>
        <w:showingPlcHdr/>
      </w:sdtPr>
      <w:sdtContent>
        <w:p w14:paraId="2ED16D2D" w14:textId="4E4F02DB" w:rsidR="003061C2" w:rsidRPr="003061C2" w:rsidRDefault="003061C2" w:rsidP="003061C2">
          <w:pPr>
            <w:rPr>
              <w:b/>
              <w:bCs/>
            </w:rPr>
          </w:pPr>
          <w:r w:rsidRPr="00CA2CEB">
            <w:rPr>
              <w:rStyle w:val="PlaceholderText"/>
            </w:rPr>
            <w:t>Click or tap here to enter text.</w:t>
          </w:r>
        </w:p>
      </w:sdtContent>
    </w:sdt>
    <w:p w14:paraId="4B9FB558" w14:textId="19796F8E" w:rsidR="003061C2" w:rsidRDefault="00846BF0" w:rsidP="003061C2">
      <w:pPr>
        <w:pStyle w:val="ListParagraph"/>
        <w:numPr>
          <w:ilvl w:val="0"/>
          <w:numId w:val="14"/>
        </w:numPr>
        <w:rPr>
          <w:b/>
          <w:bCs/>
        </w:rPr>
      </w:pPr>
      <w:r w:rsidRPr="003061C2">
        <w:rPr>
          <w:b/>
          <w:bCs/>
        </w:rPr>
        <w:t>What experiences have influenced your decision to pursue this area? (200 words)</w:t>
      </w:r>
    </w:p>
    <w:sdt>
      <w:sdtPr>
        <w:rPr>
          <w:b/>
          <w:bCs/>
        </w:rPr>
        <w:id w:val="957143995"/>
        <w:placeholder>
          <w:docPart w:val="DB9CD563A76C4593AA0BAA2955558D01"/>
        </w:placeholder>
        <w:showingPlcHdr/>
      </w:sdtPr>
      <w:sdtContent>
        <w:p w14:paraId="79311646" w14:textId="04C00645" w:rsidR="003061C2" w:rsidRPr="003061C2" w:rsidRDefault="003061C2" w:rsidP="003061C2">
          <w:pPr>
            <w:rPr>
              <w:b/>
              <w:bCs/>
            </w:rPr>
          </w:pPr>
          <w:r w:rsidRPr="00CA2CEB">
            <w:rPr>
              <w:rStyle w:val="PlaceholderText"/>
            </w:rPr>
            <w:t>Click or tap here to enter text.</w:t>
          </w:r>
        </w:p>
      </w:sdtContent>
    </w:sdt>
    <w:p w14:paraId="2CA4975C" w14:textId="31F76081" w:rsidR="003061C2" w:rsidRDefault="003729FB" w:rsidP="003061C2">
      <w:pPr>
        <w:pStyle w:val="ListParagraph"/>
        <w:numPr>
          <w:ilvl w:val="0"/>
          <w:numId w:val="14"/>
        </w:numPr>
        <w:rPr>
          <w:b/>
          <w:bCs/>
        </w:rPr>
      </w:pPr>
      <w:r w:rsidRPr="00597958">
        <w:rPr>
          <w:b/>
          <w:bCs/>
        </w:rPr>
        <w:t>What steps have you taken to build your career in this specialty? (e.g., rotations</w:t>
      </w:r>
      <w:r w:rsidR="00F06C8D">
        <w:rPr>
          <w:b/>
          <w:bCs/>
        </w:rPr>
        <w:t xml:space="preserve"> </w:t>
      </w:r>
      <w:r w:rsidR="00F06C8D" w:rsidRPr="00F06C8D">
        <w:rPr>
          <w:b/>
          <w:bCs/>
        </w:rPr>
        <w:t>– stroke medicine, neurology, rheumatology, rehabilitation, pain management</w:t>
      </w:r>
      <w:r w:rsidRPr="00597958">
        <w:rPr>
          <w:b/>
          <w:bCs/>
        </w:rPr>
        <w:t>, audits,</w:t>
      </w:r>
      <w:r>
        <w:t xml:space="preserve"> </w:t>
      </w:r>
      <w:r w:rsidRPr="00597958">
        <w:rPr>
          <w:b/>
          <w:bCs/>
        </w:rPr>
        <w:t>courses, research)</w:t>
      </w:r>
      <w:r w:rsidR="002D7D98" w:rsidRPr="00597958">
        <w:rPr>
          <w:b/>
          <w:bCs/>
        </w:rPr>
        <w:t xml:space="preserve"> (200 words</w:t>
      </w:r>
      <w:r w:rsidR="00F06C8D">
        <w:rPr>
          <w:b/>
          <w:bCs/>
        </w:rPr>
        <w:t>)</w:t>
      </w:r>
    </w:p>
    <w:sdt>
      <w:sdtPr>
        <w:rPr>
          <w:b/>
          <w:bCs/>
        </w:rPr>
        <w:id w:val="186183564"/>
        <w:placeholder>
          <w:docPart w:val="9B73494AF62B4716B0AF45150F6AAFAD"/>
        </w:placeholder>
        <w:showingPlcHdr/>
      </w:sdtPr>
      <w:sdtContent>
        <w:p w14:paraId="3562F3A1" w14:textId="1DB6DE4E" w:rsidR="003061C2" w:rsidRPr="003061C2" w:rsidRDefault="003061C2" w:rsidP="003061C2">
          <w:pPr>
            <w:rPr>
              <w:b/>
              <w:bCs/>
            </w:rPr>
          </w:pPr>
          <w:r w:rsidRPr="00CA2CEB">
            <w:rPr>
              <w:rStyle w:val="PlaceholderText"/>
            </w:rPr>
            <w:t>Click or tap here to enter text.</w:t>
          </w:r>
        </w:p>
      </w:sdtContent>
    </w:sdt>
    <w:p w14:paraId="07B6A9CA" w14:textId="2706FFE2" w:rsidR="00F06C8D" w:rsidRPr="003061C2" w:rsidRDefault="00F06C8D" w:rsidP="00F06C8D">
      <w:pPr>
        <w:pStyle w:val="ListParagraph"/>
        <w:numPr>
          <w:ilvl w:val="0"/>
          <w:numId w:val="14"/>
        </w:numPr>
        <w:rPr>
          <w:rFonts w:asciiTheme="minorHAnsi" w:hAnsiTheme="minorHAnsi"/>
          <w:b/>
          <w:bCs/>
          <w:sz w:val="22"/>
        </w:rPr>
      </w:pPr>
      <w:r w:rsidRPr="00F06C8D">
        <w:rPr>
          <w:b/>
          <w:bCs/>
        </w:rPr>
        <w:t xml:space="preserve">Have you </w:t>
      </w:r>
      <w:proofErr w:type="gramStart"/>
      <w:r w:rsidRPr="00F06C8D">
        <w:rPr>
          <w:b/>
          <w:bCs/>
        </w:rPr>
        <w:t>experience of</w:t>
      </w:r>
      <w:proofErr w:type="gramEnd"/>
      <w:r w:rsidRPr="00F06C8D">
        <w:rPr>
          <w:b/>
          <w:bCs/>
        </w:rPr>
        <w:t xml:space="preserve"> rotations that involved attending interdisciplinary meetings, goal setting meetings? (name rotations and describe one case when patient centered goals were set) (200 words)</w:t>
      </w:r>
    </w:p>
    <w:sdt>
      <w:sdtPr>
        <w:rPr>
          <w:rFonts w:asciiTheme="minorHAnsi" w:hAnsiTheme="minorHAnsi"/>
          <w:b/>
          <w:bCs/>
          <w:sz w:val="22"/>
        </w:rPr>
        <w:id w:val="1449281243"/>
        <w:placeholder>
          <w:docPart w:val="BDADE95D4EDB4771845A99A0BD34B7C8"/>
        </w:placeholder>
        <w:showingPlcHdr/>
      </w:sdtPr>
      <w:sdtContent>
        <w:p w14:paraId="64F167B8" w14:textId="4E621E05" w:rsidR="003061C2" w:rsidRPr="003061C2" w:rsidRDefault="003061C2" w:rsidP="003061C2">
          <w:pPr>
            <w:rPr>
              <w:rFonts w:asciiTheme="minorHAnsi" w:hAnsiTheme="minorHAnsi"/>
              <w:b/>
              <w:bCs/>
              <w:sz w:val="22"/>
            </w:rPr>
          </w:pPr>
          <w:r w:rsidRPr="00CA2CEB">
            <w:rPr>
              <w:rStyle w:val="PlaceholderText"/>
            </w:rPr>
            <w:t>Click or tap here to enter text.</w:t>
          </w:r>
        </w:p>
      </w:sdtContent>
    </w:sdt>
    <w:p w14:paraId="6D446B95" w14:textId="156007D2" w:rsidR="007C3707" w:rsidRDefault="00846BF0" w:rsidP="00846BF0">
      <w:pPr>
        <w:pStyle w:val="ListParagraph"/>
        <w:numPr>
          <w:ilvl w:val="0"/>
          <w:numId w:val="14"/>
        </w:numPr>
        <w:rPr>
          <w:b/>
          <w:bCs/>
        </w:rPr>
      </w:pPr>
      <w:r w:rsidRPr="00846BF0">
        <w:rPr>
          <w:b/>
          <w:bCs/>
        </w:rPr>
        <w:t>What are your short- and long-term career goals in this field? (200 words)</w:t>
      </w:r>
    </w:p>
    <w:sdt>
      <w:sdtPr>
        <w:rPr>
          <w:b/>
          <w:bCs/>
        </w:rPr>
        <w:id w:val="1631051481"/>
        <w:placeholder>
          <w:docPart w:val="83016230BF5F411884A80DD6D1BC3034"/>
        </w:placeholder>
        <w:showingPlcHdr/>
      </w:sdtPr>
      <w:sdtContent>
        <w:p w14:paraId="2A46C981" w14:textId="4645405A" w:rsidR="003061C2" w:rsidRPr="003061C2" w:rsidRDefault="003061C2" w:rsidP="003061C2">
          <w:pPr>
            <w:rPr>
              <w:b/>
              <w:bCs/>
            </w:rPr>
          </w:pPr>
          <w:r w:rsidRPr="00CA2CEB">
            <w:rPr>
              <w:rStyle w:val="PlaceholderText"/>
            </w:rPr>
            <w:t>Click or tap here to enter text.</w:t>
          </w:r>
        </w:p>
      </w:sdtContent>
    </w:sdt>
    <w:p w14:paraId="76F51D25" w14:textId="77777777" w:rsidR="003061C2" w:rsidRDefault="003061C2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4C6806A8" w14:textId="64539E84" w:rsidR="002D7D98" w:rsidRDefault="003729FB" w:rsidP="001C17E4">
      <w:pPr>
        <w:pStyle w:val="Heading1"/>
      </w:pPr>
      <w:r>
        <w:lastRenderedPageBreak/>
        <w:t>Medical Education &amp; Qualifications</w:t>
      </w:r>
      <w:r w:rsidR="002D7D98">
        <w:t xml:space="preserve"> – Including Memberships</w:t>
      </w:r>
      <w:r w:rsidR="00C7253B">
        <w:t xml:space="preserve"> and Courses</w:t>
      </w:r>
    </w:p>
    <w:p w14:paraId="71241A66" w14:textId="68A2E640" w:rsidR="00214ECC" w:rsidRDefault="003729FB">
      <w:r>
        <w:t>(Reverse chronological order)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06"/>
        <w:gridCol w:w="1793"/>
        <w:gridCol w:w="1833"/>
        <w:gridCol w:w="1825"/>
        <w:gridCol w:w="2093"/>
      </w:tblGrid>
      <w:tr w:rsidR="002D7D98" w:rsidRPr="00F4085D" w14:paraId="35B37414" w14:textId="77777777" w:rsidTr="00597958">
        <w:tc>
          <w:tcPr>
            <w:tcW w:w="966" w:type="pct"/>
            <w:vAlign w:val="center"/>
          </w:tcPr>
          <w:p w14:paraId="4C671E88" w14:textId="3B9550AC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Award</w:t>
            </w:r>
          </w:p>
        </w:tc>
        <w:tc>
          <w:tcPr>
            <w:tcW w:w="959" w:type="pct"/>
            <w:vAlign w:val="center"/>
          </w:tcPr>
          <w:p w14:paraId="2B0B3421" w14:textId="19A96826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Year</w:t>
            </w:r>
          </w:p>
        </w:tc>
        <w:tc>
          <w:tcPr>
            <w:tcW w:w="980" w:type="pct"/>
            <w:vAlign w:val="center"/>
          </w:tcPr>
          <w:p w14:paraId="67DBAA6E" w14:textId="3B3C11AA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Institution</w:t>
            </w:r>
          </w:p>
        </w:tc>
        <w:tc>
          <w:tcPr>
            <w:tcW w:w="976" w:type="pct"/>
            <w:vAlign w:val="center"/>
          </w:tcPr>
          <w:p w14:paraId="712632FF" w14:textId="7C6786CB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Result (where relevant)</w:t>
            </w:r>
          </w:p>
        </w:tc>
        <w:tc>
          <w:tcPr>
            <w:tcW w:w="1119" w:type="pct"/>
            <w:vAlign w:val="center"/>
          </w:tcPr>
          <w:p w14:paraId="617F5633" w14:textId="6987EB8D" w:rsidR="002D7D98" w:rsidRPr="00F4085D" w:rsidRDefault="002D7D98" w:rsidP="00597958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</w:t>
            </w:r>
            <w:r w:rsidR="00B16633" w:rsidRPr="00F4085D">
              <w:rPr>
                <w:b/>
                <w:bCs/>
              </w:rPr>
              <w:t xml:space="preserve"> </w:t>
            </w:r>
            <w:r w:rsidR="00F4085D" w:rsidRPr="00F4085D">
              <w:rPr>
                <w:b/>
                <w:bCs/>
              </w:rPr>
              <w:t>A</w:t>
            </w:r>
            <w:r w:rsidR="00B16633" w:rsidRPr="00F4085D">
              <w:rPr>
                <w:b/>
                <w:bCs/>
              </w:rPr>
              <w:t>ttached</w:t>
            </w:r>
          </w:p>
        </w:tc>
      </w:tr>
      <w:tr w:rsidR="002D7D98" w14:paraId="3A517A0A" w14:textId="77777777" w:rsidTr="00597958">
        <w:sdt>
          <w:sdtPr>
            <w:id w:val="696895021"/>
            <w:placeholder>
              <w:docPart w:val="1E37012969B74FBF81E9738932375C0B"/>
            </w:placeholder>
            <w:showingPlcHdr/>
          </w:sdtPr>
          <w:sdtContent>
            <w:tc>
              <w:tcPr>
                <w:tcW w:w="966" w:type="pct"/>
              </w:tcPr>
              <w:p w14:paraId="407904E6" w14:textId="031E88F6" w:rsidR="002D7D98" w:rsidRDefault="003061C2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418315455"/>
            <w:placeholder>
              <w:docPart w:val="D8A27D2A87A54E5A9664046EA5DED435"/>
            </w:placeholder>
            <w:showingPlcHdr/>
          </w:sdtPr>
          <w:sdtContent>
            <w:tc>
              <w:tcPr>
                <w:tcW w:w="959" w:type="pct"/>
              </w:tcPr>
              <w:p w14:paraId="7DBDB907" w14:textId="655E524E" w:rsidR="002D7D98" w:rsidRDefault="003061C2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522906991"/>
            <w:placeholder>
              <w:docPart w:val="E5178C6BCB254291A688581779880196"/>
            </w:placeholder>
            <w:showingPlcHdr/>
          </w:sdtPr>
          <w:sdtContent>
            <w:tc>
              <w:tcPr>
                <w:tcW w:w="980" w:type="pct"/>
              </w:tcPr>
              <w:p w14:paraId="72703AB3" w14:textId="1598A4A0" w:rsidR="002D7D98" w:rsidRDefault="003061C2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110471543"/>
            <w:placeholder>
              <w:docPart w:val="B8392601828E476BBE569F2C87B10F22"/>
            </w:placeholder>
            <w:showingPlcHdr/>
          </w:sdtPr>
          <w:sdtContent>
            <w:tc>
              <w:tcPr>
                <w:tcW w:w="976" w:type="pct"/>
              </w:tcPr>
              <w:p w14:paraId="5688DA4A" w14:textId="7CFF4CA7" w:rsidR="002D7D98" w:rsidRDefault="003061C2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65CA4B16" w14:textId="7872BA1D" w:rsidR="00B8038E" w:rsidRDefault="00B8038E" w:rsidP="00B8038E">
            <w:pPr>
              <w:jc w:val="center"/>
            </w:pPr>
            <w:r>
              <w:t xml:space="preserve">Yes </w:t>
            </w:r>
            <w:sdt>
              <w:sdtPr>
                <w:id w:val="1822699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61C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B2B2D10" w14:textId="3BD16C5E" w:rsidR="002D7D98" w:rsidRDefault="00B8038E" w:rsidP="00B8038E">
            <w:pPr>
              <w:jc w:val="center"/>
            </w:pPr>
            <w:r>
              <w:t>No</w:t>
            </w:r>
            <w:r w:rsidR="003061C2">
              <w:t xml:space="preserve"> </w:t>
            </w:r>
            <w:sdt>
              <w:sdtPr>
                <w:id w:val="1227033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61C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</w:p>
        </w:tc>
      </w:tr>
      <w:tr w:rsidR="002D7D98" w14:paraId="5D011A5B" w14:textId="77777777" w:rsidTr="00597958">
        <w:sdt>
          <w:sdtPr>
            <w:id w:val="-736321756"/>
            <w:placeholder>
              <w:docPart w:val="E02861AB04074E7FAD07467930763059"/>
            </w:placeholder>
            <w:showingPlcHdr/>
          </w:sdtPr>
          <w:sdtContent>
            <w:tc>
              <w:tcPr>
                <w:tcW w:w="966" w:type="pct"/>
              </w:tcPr>
              <w:p w14:paraId="62C3AD32" w14:textId="44019763" w:rsidR="002D7D98" w:rsidRDefault="003061C2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985510633"/>
            <w:placeholder>
              <w:docPart w:val="9C5828C829A644EDAAB86A44FB8D1435"/>
            </w:placeholder>
            <w:showingPlcHdr/>
          </w:sdtPr>
          <w:sdtContent>
            <w:tc>
              <w:tcPr>
                <w:tcW w:w="959" w:type="pct"/>
              </w:tcPr>
              <w:p w14:paraId="07D82FA8" w14:textId="01D08824" w:rsidR="002D7D98" w:rsidRDefault="003061C2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354344692"/>
            <w:placeholder>
              <w:docPart w:val="B194AB142FF14B63AC8E8EEED97DF388"/>
            </w:placeholder>
            <w:showingPlcHdr/>
          </w:sdtPr>
          <w:sdtContent>
            <w:tc>
              <w:tcPr>
                <w:tcW w:w="980" w:type="pct"/>
              </w:tcPr>
              <w:p w14:paraId="0BA9075E" w14:textId="119C40A9" w:rsidR="002D7D98" w:rsidRDefault="003061C2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189905191"/>
            <w:placeholder>
              <w:docPart w:val="0B119E0C54CE4E30925536422B47A7D4"/>
            </w:placeholder>
            <w:showingPlcHdr/>
          </w:sdtPr>
          <w:sdtContent>
            <w:tc>
              <w:tcPr>
                <w:tcW w:w="976" w:type="pct"/>
              </w:tcPr>
              <w:p w14:paraId="6E8C51A0" w14:textId="7079AF8B" w:rsidR="002D7D98" w:rsidRDefault="003061C2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0429ED4E" w14:textId="77777777" w:rsidR="003061C2" w:rsidRDefault="003061C2" w:rsidP="003061C2">
            <w:pPr>
              <w:jc w:val="center"/>
            </w:pPr>
            <w:r>
              <w:t xml:space="preserve">Yes </w:t>
            </w:r>
            <w:sdt>
              <w:sdtPr>
                <w:id w:val="-1545517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82454F9" w14:textId="57816ECD" w:rsidR="002D7D98" w:rsidRDefault="003061C2" w:rsidP="003061C2">
            <w:pPr>
              <w:jc w:val="center"/>
            </w:pPr>
            <w:r>
              <w:t xml:space="preserve">No </w:t>
            </w:r>
            <w:sdt>
              <w:sdtPr>
                <w:id w:val="-479612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14:paraId="183CA3AF" w14:textId="77777777" w:rsidTr="00597958">
        <w:sdt>
          <w:sdtPr>
            <w:id w:val="1246774125"/>
            <w:placeholder>
              <w:docPart w:val="3D265260081748E8B8711B8CC69BE8E1"/>
            </w:placeholder>
            <w:showingPlcHdr/>
          </w:sdtPr>
          <w:sdtContent>
            <w:tc>
              <w:tcPr>
                <w:tcW w:w="966" w:type="pct"/>
              </w:tcPr>
              <w:p w14:paraId="0E5CF259" w14:textId="07B3C042" w:rsidR="002D7D98" w:rsidRDefault="003061C2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99587076"/>
            <w:placeholder>
              <w:docPart w:val="EA8CA83F471C42C0B3C4C4AF0F282C31"/>
            </w:placeholder>
            <w:showingPlcHdr/>
          </w:sdtPr>
          <w:sdtContent>
            <w:tc>
              <w:tcPr>
                <w:tcW w:w="959" w:type="pct"/>
              </w:tcPr>
              <w:p w14:paraId="1EC9F948" w14:textId="04C084B1" w:rsidR="002D7D98" w:rsidRDefault="003061C2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85538638"/>
            <w:placeholder>
              <w:docPart w:val="1FFFD3BA996B47DC8C13A4FB2F72EF3C"/>
            </w:placeholder>
            <w:showingPlcHdr/>
          </w:sdtPr>
          <w:sdtContent>
            <w:tc>
              <w:tcPr>
                <w:tcW w:w="980" w:type="pct"/>
              </w:tcPr>
              <w:p w14:paraId="456CF46E" w14:textId="442227A2" w:rsidR="002D7D98" w:rsidRDefault="003061C2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240907267"/>
            <w:placeholder>
              <w:docPart w:val="141EF5691D2D4B46ABEB0AC5E48E36B7"/>
            </w:placeholder>
            <w:showingPlcHdr/>
          </w:sdtPr>
          <w:sdtContent>
            <w:tc>
              <w:tcPr>
                <w:tcW w:w="976" w:type="pct"/>
              </w:tcPr>
              <w:p w14:paraId="7FE9FF6A" w14:textId="3FCA62E3" w:rsidR="002D7D98" w:rsidRDefault="003061C2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1CC8DBAD" w14:textId="77777777" w:rsidR="003061C2" w:rsidRDefault="003061C2" w:rsidP="003061C2">
            <w:pPr>
              <w:jc w:val="center"/>
            </w:pPr>
            <w:r>
              <w:t xml:space="preserve">Yes </w:t>
            </w:r>
            <w:sdt>
              <w:sdtPr>
                <w:id w:val="-1966417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EF89572" w14:textId="60A049D9" w:rsidR="002D7D98" w:rsidRDefault="003061C2" w:rsidP="003061C2">
            <w:pPr>
              <w:jc w:val="center"/>
            </w:pPr>
            <w:r>
              <w:t xml:space="preserve">No </w:t>
            </w:r>
            <w:sdt>
              <w:sdtPr>
                <w:id w:val="-1450543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-1691979175"/>
          <w15:repeatingSection/>
        </w:sdtPr>
        <w:sdtContent>
          <w:sdt>
            <w:sdtPr>
              <w:id w:val="-512529551"/>
              <w:placeholder>
                <w:docPart w:val="DefaultPlaceholder_-1854013435"/>
              </w:placeholder>
              <w15:repeatingSectionItem/>
            </w:sdtPr>
            <w:sdtContent>
              <w:tr w:rsidR="002D7D98" w14:paraId="5CD8502D" w14:textId="77777777" w:rsidTr="00597958">
                <w:sdt>
                  <w:sdtPr>
                    <w:id w:val="-1298220852"/>
                    <w:placeholder>
                      <w:docPart w:val="901932FB09EF491089540EC3F2A3984B"/>
                    </w:placeholder>
                    <w:showingPlcHdr/>
                  </w:sdtPr>
                  <w:sdtContent>
                    <w:tc>
                      <w:tcPr>
                        <w:tcW w:w="966" w:type="pct"/>
                      </w:tcPr>
                      <w:p w14:paraId="69603CA0" w14:textId="4A30CF76" w:rsidR="002D7D98" w:rsidRDefault="003061C2">
                        <w:r w:rsidRPr="00CA2CEB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86600200"/>
                    <w:placeholder>
                      <w:docPart w:val="A5B9F14EB6F24501BA6D0DBA4A33EB4A"/>
                    </w:placeholder>
                    <w:showingPlcHdr/>
                  </w:sdtPr>
                  <w:sdtContent>
                    <w:tc>
                      <w:tcPr>
                        <w:tcW w:w="959" w:type="pct"/>
                      </w:tcPr>
                      <w:p w14:paraId="2C02ADFA" w14:textId="475FC87B" w:rsidR="002D7D98" w:rsidRDefault="003061C2">
                        <w:r w:rsidRPr="00CA2CEB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925265209"/>
                    <w:placeholder>
                      <w:docPart w:val="E8EA27107B6841828C7B54524A9816DE"/>
                    </w:placeholder>
                    <w:showingPlcHdr/>
                  </w:sdtPr>
                  <w:sdtContent>
                    <w:tc>
                      <w:tcPr>
                        <w:tcW w:w="980" w:type="pct"/>
                      </w:tcPr>
                      <w:p w14:paraId="7DD92037" w14:textId="1E602A2E" w:rsidR="002D7D98" w:rsidRDefault="003061C2">
                        <w:r w:rsidRPr="00CA2CEB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373341751"/>
                    <w:placeholder>
                      <w:docPart w:val="A43EDA1D0D7F496C82FEFFBA5ECE309F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0DB5DA5D" w14:textId="09F190F8" w:rsidR="002D7D98" w:rsidRDefault="003061C2">
                        <w:r w:rsidRPr="00CA2CEB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638B3909" w14:textId="77777777" w:rsidR="003061C2" w:rsidRDefault="003061C2" w:rsidP="003061C2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-1012226451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486E958" w14:textId="6F17F1EC" w:rsidR="002D7D98" w:rsidRDefault="003061C2" w:rsidP="003061C2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119692603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  <w:tr w:rsidR="00C95D05" w14:paraId="6FDD2C08" w14:textId="77777777" w:rsidTr="00597958">
                <w:sdt>
                  <w:sdtPr>
                    <w:id w:val="-86000113"/>
                    <w:placeholder>
                      <w:docPart w:val="4BBEEADD81AE42808D46EE37AB3E0632"/>
                    </w:placeholder>
                    <w:showingPlcHdr/>
                  </w:sdtPr>
                  <w:sdtContent>
                    <w:tc>
                      <w:tcPr>
                        <w:tcW w:w="966" w:type="pct"/>
                      </w:tcPr>
                      <w:p w14:paraId="0395932B" w14:textId="57C0B8AD" w:rsidR="00C95D05" w:rsidRDefault="003061C2" w:rsidP="00CA379F">
                        <w:r w:rsidRPr="00CA2CEB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527064763"/>
                    <w:placeholder>
                      <w:docPart w:val="22F1456CA8D3464796D146C693E0F3EC"/>
                    </w:placeholder>
                    <w:showingPlcHdr/>
                  </w:sdtPr>
                  <w:sdtContent>
                    <w:tc>
                      <w:tcPr>
                        <w:tcW w:w="959" w:type="pct"/>
                      </w:tcPr>
                      <w:p w14:paraId="1C3B9025" w14:textId="69DCCC24" w:rsidR="00C95D05" w:rsidRDefault="003061C2" w:rsidP="00CA379F">
                        <w:r w:rsidRPr="00CA2CEB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501740570"/>
                    <w:placeholder>
                      <w:docPart w:val="9A6E85BF147543DFA0EB15880A57FDE5"/>
                    </w:placeholder>
                    <w:showingPlcHdr/>
                  </w:sdtPr>
                  <w:sdtContent>
                    <w:tc>
                      <w:tcPr>
                        <w:tcW w:w="980" w:type="pct"/>
                      </w:tcPr>
                      <w:p w14:paraId="3415A5C5" w14:textId="67BE9C53" w:rsidR="00C95D05" w:rsidRDefault="003061C2" w:rsidP="00CA379F">
                        <w:r w:rsidRPr="00CA2CEB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481364113"/>
                    <w:placeholder>
                      <w:docPart w:val="278FE731A1F34ACB80E166BE36432663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3D855799" w14:textId="768FDB84" w:rsidR="00C95D05" w:rsidRDefault="003061C2" w:rsidP="00CA379F">
                        <w:r w:rsidRPr="00CA2CEB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5A8D7E87" w14:textId="77777777" w:rsidR="003061C2" w:rsidRDefault="003061C2" w:rsidP="003061C2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-117827270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3F7E6B0A" w14:textId="10528E7B" w:rsidR="00C95D05" w:rsidRDefault="003061C2" w:rsidP="003061C2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358586571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2DCA766C" w14:textId="77777777" w:rsidR="00846BF0" w:rsidRDefault="00846BF0" w:rsidP="00846BF0"/>
    <w:p w14:paraId="45EC413B" w14:textId="77777777" w:rsidR="00846BF0" w:rsidRDefault="00846BF0" w:rsidP="00846BF0"/>
    <w:p w14:paraId="75B4FEB0" w14:textId="541B1391" w:rsidR="3FE541D5" w:rsidRDefault="002D7D98" w:rsidP="001C17E4">
      <w:pPr>
        <w:pStyle w:val="Heading1"/>
      </w:pPr>
      <w:r>
        <w:t>Current Professional Registrations</w:t>
      </w:r>
      <w:r w:rsidR="00F4085D">
        <w:t xml:space="preserve"> </w:t>
      </w:r>
      <w:r w:rsidR="2D96377B">
        <w:t xml:space="preserve">(IMC, GMC, </w:t>
      </w:r>
      <w:proofErr w:type="spellStart"/>
      <w:r w:rsidR="2D96377B">
        <w:t>etc</w:t>
      </w:r>
      <w:proofErr w:type="spellEnd"/>
      <w:r w:rsidR="2D96377B">
        <w:t>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00"/>
        <w:gridCol w:w="1350"/>
        <w:gridCol w:w="1530"/>
        <w:gridCol w:w="1825"/>
        <w:gridCol w:w="1472"/>
        <w:gridCol w:w="1773"/>
      </w:tblGrid>
      <w:tr w:rsidR="002D7D98" w:rsidRPr="00F4085D" w14:paraId="1972A308" w14:textId="77777777" w:rsidTr="002E140B">
        <w:tc>
          <w:tcPr>
            <w:tcW w:w="749" w:type="pct"/>
            <w:vAlign w:val="center"/>
          </w:tcPr>
          <w:p w14:paraId="2D6CA276" w14:textId="7777777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Award</w:t>
            </w:r>
          </w:p>
        </w:tc>
        <w:tc>
          <w:tcPr>
            <w:tcW w:w="722" w:type="pct"/>
            <w:vAlign w:val="center"/>
          </w:tcPr>
          <w:p w14:paraId="3BA16062" w14:textId="7777777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Year</w:t>
            </w:r>
          </w:p>
        </w:tc>
        <w:tc>
          <w:tcPr>
            <w:tcW w:w="818" w:type="pct"/>
            <w:vAlign w:val="center"/>
          </w:tcPr>
          <w:p w14:paraId="48D6EE85" w14:textId="52C3B1E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Registration or Membership number</w:t>
            </w:r>
          </w:p>
        </w:tc>
        <w:tc>
          <w:tcPr>
            <w:tcW w:w="976" w:type="pct"/>
            <w:vAlign w:val="center"/>
          </w:tcPr>
          <w:p w14:paraId="38FB6F70" w14:textId="64C19A9D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Professional Body/Regulator</w:t>
            </w:r>
          </w:p>
        </w:tc>
        <w:tc>
          <w:tcPr>
            <w:tcW w:w="787" w:type="pct"/>
            <w:vAlign w:val="center"/>
          </w:tcPr>
          <w:p w14:paraId="6CAB59A6" w14:textId="7027AE7D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Good Standing Status</w:t>
            </w:r>
          </w:p>
        </w:tc>
        <w:tc>
          <w:tcPr>
            <w:tcW w:w="948" w:type="pct"/>
            <w:vAlign w:val="center"/>
          </w:tcPr>
          <w:p w14:paraId="0662DADA" w14:textId="182D7738" w:rsidR="002D7D98" w:rsidRPr="00F4085D" w:rsidRDefault="002D7D98" w:rsidP="00597958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</w:t>
            </w:r>
            <w:r w:rsidR="00F4085D" w:rsidRPr="00F4085D">
              <w:rPr>
                <w:b/>
                <w:bCs/>
              </w:rPr>
              <w:t xml:space="preserve"> Attached</w:t>
            </w:r>
          </w:p>
        </w:tc>
      </w:tr>
      <w:tr w:rsidR="002D7D98" w14:paraId="41C6CEE2" w14:textId="77777777" w:rsidTr="002E140B">
        <w:sdt>
          <w:sdtPr>
            <w:id w:val="483131998"/>
            <w:placeholder>
              <w:docPart w:val="872FF4CA11794B8A841DB2220DF10EA6"/>
            </w:placeholder>
            <w:showingPlcHdr/>
          </w:sdtPr>
          <w:sdtContent>
            <w:tc>
              <w:tcPr>
                <w:tcW w:w="749" w:type="pct"/>
              </w:tcPr>
              <w:p w14:paraId="5DE52878" w14:textId="705B3DA5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22032356"/>
            <w:placeholder>
              <w:docPart w:val="4E97BD512F134974B65EC5CE1A1FFA5C"/>
            </w:placeholder>
            <w:showingPlcHdr/>
          </w:sdtPr>
          <w:sdtContent>
            <w:tc>
              <w:tcPr>
                <w:tcW w:w="722" w:type="pct"/>
              </w:tcPr>
              <w:p w14:paraId="3B4E7722" w14:textId="48736194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041407279"/>
            <w:placeholder>
              <w:docPart w:val="43C24FC1DD4E4C25906C3761C0E444F2"/>
            </w:placeholder>
            <w:showingPlcHdr/>
          </w:sdtPr>
          <w:sdtContent>
            <w:tc>
              <w:tcPr>
                <w:tcW w:w="818" w:type="pct"/>
              </w:tcPr>
              <w:p w14:paraId="4433956D" w14:textId="37C027FA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3204762"/>
            <w:placeholder>
              <w:docPart w:val="6E5B51F8A20C49259CB13015EB121389"/>
            </w:placeholder>
            <w:showingPlcHdr/>
          </w:sdtPr>
          <w:sdtContent>
            <w:tc>
              <w:tcPr>
                <w:tcW w:w="976" w:type="pct"/>
              </w:tcPr>
              <w:p w14:paraId="4C3D30A3" w14:textId="7A36AFB5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89550416"/>
            <w:placeholder>
              <w:docPart w:val="ACA81B7FEB124004A04A95F11ADBD7A7"/>
            </w:placeholder>
            <w:showingPlcHdr/>
          </w:sdtPr>
          <w:sdtContent>
            <w:tc>
              <w:tcPr>
                <w:tcW w:w="787" w:type="pct"/>
              </w:tcPr>
              <w:p w14:paraId="4E8C2E90" w14:textId="2B1B9F91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019818F" w14:textId="77777777" w:rsidR="001B2E81" w:rsidRDefault="001B2E81" w:rsidP="00597958">
            <w:pPr>
              <w:jc w:val="center"/>
            </w:pPr>
            <w:r>
              <w:t xml:space="preserve">Yes </w:t>
            </w:r>
            <w:sdt>
              <w:sdtPr>
                <w:id w:val="-1966805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9703C51" w14:textId="668C266B" w:rsidR="002D7D98" w:rsidRDefault="001B2E81" w:rsidP="00597958">
            <w:pPr>
              <w:jc w:val="center"/>
            </w:pPr>
            <w:r>
              <w:t xml:space="preserve">No </w:t>
            </w:r>
            <w:sdt>
              <w:sdtPr>
                <w:id w:val="-1393879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</w:p>
        </w:tc>
      </w:tr>
      <w:tr w:rsidR="00B16633" w14:paraId="5CF6427D" w14:textId="77777777" w:rsidTr="002E140B">
        <w:sdt>
          <w:sdtPr>
            <w:id w:val="1117254231"/>
            <w:placeholder>
              <w:docPart w:val="E3F5175B57004446843F4F317C13BE7C"/>
            </w:placeholder>
            <w:showingPlcHdr/>
          </w:sdtPr>
          <w:sdtContent>
            <w:tc>
              <w:tcPr>
                <w:tcW w:w="749" w:type="pct"/>
              </w:tcPr>
              <w:p w14:paraId="1F6A3CE1" w14:textId="0D7E4A4E" w:rsidR="00B16633" w:rsidRDefault="00B16633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481267477"/>
            <w:placeholder>
              <w:docPart w:val="E3F5175B57004446843F4F317C13BE7C"/>
            </w:placeholder>
            <w:showingPlcHdr/>
          </w:sdtPr>
          <w:sdtContent>
            <w:tc>
              <w:tcPr>
                <w:tcW w:w="722" w:type="pct"/>
              </w:tcPr>
              <w:p w14:paraId="49AE3929" w14:textId="3E7124B2" w:rsidR="00B16633" w:rsidRDefault="00892608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797141339"/>
            <w:placeholder>
              <w:docPart w:val="E3F5175B57004446843F4F317C13BE7C"/>
            </w:placeholder>
            <w:showingPlcHdr/>
          </w:sdtPr>
          <w:sdtContent>
            <w:tc>
              <w:tcPr>
                <w:tcW w:w="818" w:type="pct"/>
              </w:tcPr>
              <w:p w14:paraId="3BD3C74A" w14:textId="4F03551E" w:rsidR="00B16633" w:rsidRDefault="00892608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87439813"/>
            <w:placeholder>
              <w:docPart w:val="E3F5175B57004446843F4F317C13BE7C"/>
            </w:placeholder>
            <w:showingPlcHdr/>
          </w:sdtPr>
          <w:sdtContent>
            <w:tc>
              <w:tcPr>
                <w:tcW w:w="976" w:type="pct"/>
              </w:tcPr>
              <w:p w14:paraId="46914337" w14:textId="77655560" w:rsidR="00B16633" w:rsidRDefault="00892608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75810897"/>
            <w:placeholder>
              <w:docPart w:val="E3F5175B57004446843F4F317C13BE7C"/>
            </w:placeholder>
            <w:showingPlcHdr/>
          </w:sdtPr>
          <w:sdtContent>
            <w:tc>
              <w:tcPr>
                <w:tcW w:w="787" w:type="pct"/>
              </w:tcPr>
              <w:p w14:paraId="4DCC6CF2" w14:textId="0DBA11E9" w:rsidR="00B16633" w:rsidRDefault="00892608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8A6E352" w14:textId="77777777" w:rsidR="001B2E81" w:rsidRDefault="001B2E81" w:rsidP="001B2E81">
            <w:pPr>
              <w:jc w:val="center"/>
            </w:pPr>
            <w:r>
              <w:t xml:space="preserve">Yes </w:t>
            </w:r>
            <w:sdt>
              <w:sdtPr>
                <w:id w:val="704525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67C6332" w14:textId="556B6FB1" w:rsidR="00B16633" w:rsidRDefault="001B2E81" w:rsidP="001B2E81">
            <w:pPr>
              <w:jc w:val="center"/>
            </w:pPr>
            <w:r>
              <w:t xml:space="preserve">No </w:t>
            </w:r>
            <w:sdt>
              <w:sdtPr>
                <w:id w:val="-63849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16633" w14:paraId="4F6A290C" w14:textId="77777777" w:rsidTr="002E140B">
        <w:sdt>
          <w:sdtPr>
            <w:id w:val="1476033184"/>
            <w:placeholder>
              <w:docPart w:val="6E2E25C8BD59485F83A4E1A3EB66C1CA"/>
            </w:placeholder>
            <w:showingPlcHdr/>
          </w:sdtPr>
          <w:sdtContent>
            <w:tc>
              <w:tcPr>
                <w:tcW w:w="749" w:type="pct"/>
              </w:tcPr>
              <w:p w14:paraId="15160684" w14:textId="3068EB49" w:rsidR="00B16633" w:rsidRDefault="00B16633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9758554"/>
            <w:placeholder>
              <w:docPart w:val="6E2E25C8BD59485F83A4E1A3EB66C1CA"/>
            </w:placeholder>
            <w:showingPlcHdr/>
          </w:sdtPr>
          <w:sdtContent>
            <w:tc>
              <w:tcPr>
                <w:tcW w:w="722" w:type="pct"/>
              </w:tcPr>
              <w:p w14:paraId="0904B07A" w14:textId="6FFA1144" w:rsidR="00B16633" w:rsidRDefault="00892608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896020294"/>
            <w:placeholder>
              <w:docPart w:val="6E2E25C8BD59485F83A4E1A3EB66C1CA"/>
            </w:placeholder>
            <w:showingPlcHdr/>
          </w:sdtPr>
          <w:sdtContent>
            <w:tc>
              <w:tcPr>
                <w:tcW w:w="818" w:type="pct"/>
              </w:tcPr>
              <w:p w14:paraId="13F2E67B" w14:textId="4FEE2773" w:rsidR="00B16633" w:rsidRDefault="00892608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99177780"/>
            <w:placeholder>
              <w:docPart w:val="6E2E25C8BD59485F83A4E1A3EB66C1CA"/>
            </w:placeholder>
            <w:showingPlcHdr/>
          </w:sdtPr>
          <w:sdtContent>
            <w:tc>
              <w:tcPr>
                <w:tcW w:w="976" w:type="pct"/>
              </w:tcPr>
              <w:p w14:paraId="6880ABF6" w14:textId="7F7F09C1" w:rsidR="00B16633" w:rsidRDefault="00892608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00342745"/>
            <w:placeholder>
              <w:docPart w:val="6E2E25C8BD59485F83A4E1A3EB66C1CA"/>
            </w:placeholder>
            <w:showingPlcHdr/>
          </w:sdtPr>
          <w:sdtContent>
            <w:tc>
              <w:tcPr>
                <w:tcW w:w="787" w:type="pct"/>
              </w:tcPr>
              <w:p w14:paraId="2B51EDCF" w14:textId="0A78B3EC" w:rsidR="00B16633" w:rsidRDefault="00892608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651296AA" w14:textId="77777777" w:rsidR="001B2E81" w:rsidRDefault="001B2E81" w:rsidP="001B2E81">
            <w:pPr>
              <w:jc w:val="center"/>
            </w:pPr>
            <w:r>
              <w:t xml:space="preserve">Yes </w:t>
            </w:r>
            <w:sdt>
              <w:sdtPr>
                <w:id w:val="72673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11CF831" w14:textId="152AD978" w:rsidR="00B16633" w:rsidRDefault="001B2E81" w:rsidP="001B2E81">
            <w:pPr>
              <w:jc w:val="center"/>
            </w:pPr>
            <w:r>
              <w:t xml:space="preserve">No </w:t>
            </w:r>
            <w:sdt>
              <w:sdtPr>
                <w:id w:val="157601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874125203"/>
          <w15:repeatingSection/>
        </w:sdtPr>
        <w:sdtContent>
          <w:sdt>
            <w:sdtPr>
              <w:id w:val="-709956330"/>
              <w:placeholder>
                <w:docPart w:val="DefaultPlaceholder_-1854013435"/>
              </w:placeholder>
              <w15:repeatingSectionItem/>
            </w:sdtPr>
            <w:sdtContent>
              <w:tr w:rsidR="00B16633" w14:paraId="788C3D77" w14:textId="77777777" w:rsidTr="002E140B">
                <w:sdt>
                  <w:sdtPr>
                    <w:id w:val="1184713080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49" w:type="pct"/>
                      </w:tcPr>
                      <w:p w14:paraId="220FAB30" w14:textId="7FD7EF89" w:rsidR="00B16633" w:rsidRDefault="00B16633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783115795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22" w:type="pct"/>
                      </w:tcPr>
                      <w:p w14:paraId="4E270E41" w14:textId="7663DBF3" w:rsidR="00B16633" w:rsidRDefault="00892608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958856168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818" w:type="pct"/>
                      </w:tcPr>
                      <w:p w14:paraId="4B5AA7D5" w14:textId="1C611264" w:rsidR="00B16633" w:rsidRDefault="00892608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5542618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6FE57682" w14:textId="24587158" w:rsidR="00B16633" w:rsidRDefault="00892608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2081815259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87" w:type="pct"/>
                      </w:tcPr>
                      <w:p w14:paraId="51005B27" w14:textId="45CC2635" w:rsidR="00B16633" w:rsidRDefault="00892608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948" w:type="pct"/>
                    <w:vAlign w:val="center"/>
                  </w:tcPr>
                  <w:p w14:paraId="68DBCCD3" w14:textId="77777777" w:rsidR="001B2E81" w:rsidRDefault="001B2E81" w:rsidP="001B2E81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133865995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5B5BFD0" w14:textId="718469B3" w:rsidR="00B16633" w:rsidRDefault="001B2E81" w:rsidP="001B2E81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16224142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59946775" w14:textId="77777777" w:rsidR="003061C2" w:rsidRDefault="003061C2" w:rsidP="001C17E4">
      <w:pPr>
        <w:pStyle w:val="Heading1"/>
      </w:pPr>
    </w:p>
    <w:p w14:paraId="36C3B4B1" w14:textId="77777777" w:rsidR="003061C2" w:rsidRDefault="003061C2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14AD253B" w14:textId="2D51D0CB" w:rsidR="00214ECC" w:rsidRDefault="003729FB" w:rsidP="001C17E4">
      <w:pPr>
        <w:pStyle w:val="Heading1"/>
      </w:pPr>
      <w:r>
        <w:lastRenderedPageBreak/>
        <w:t>Clinical Employment History</w:t>
      </w:r>
    </w:p>
    <w:p w14:paraId="5179FB9C" w14:textId="77777777" w:rsidR="00214ECC" w:rsidRDefault="003729FB">
      <w:r>
        <w:t>(Reverse chronological order)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2E140B" w14:paraId="2D16504D" w14:textId="77777777" w:rsidTr="00E70F08">
        <w:tc>
          <w:tcPr>
            <w:tcW w:w="9350" w:type="dxa"/>
            <w:gridSpan w:val="2"/>
          </w:tcPr>
          <w:p w14:paraId="57CB4B58" w14:textId="48DAB51F" w:rsidR="002E140B" w:rsidRPr="003061C2" w:rsidRDefault="002E140B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r w:rsidR="003061C2">
              <w:rPr>
                <w:b/>
                <w:bCs/>
              </w:rPr>
              <w:t xml:space="preserve"> </w:t>
            </w:r>
            <w:sdt>
              <w:sdtPr>
                <w:id w:val="-1749032096"/>
                <w:placeholder>
                  <w:docPart w:val="87935A77361C49E8BE3D0CEB8289FF30"/>
                </w:placeholder>
                <w:showingPlcHdr/>
              </w:sdtPr>
              <w:sdtContent>
                <w:r w:rsidR="003061C2" w:rsidRPr="003061C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97958" w14:paraId="20EAB3EC" w14:textId="77777777" w:rsidTr="002E140B">
        <w:tc>
          <w:tcPr>
            <w:tcW w:w="2547" w:type="dxa"/>
          </w:tcPr>
          <w:p w14:paraId="4C1371F0" w14:textId="773A0F9E" w:rsidR="00597958" w:rsidRDefault="002E140B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1770504904"/>
            <w:placeholder>
              <w:docPart w:val="F677F8DD6DBC419B927DEF1A4CD0D117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2106E778" w14:textId="68483E42" w:rsidR="00597958" w:rsidRDefault="003061C2">
                <w:r w:rsidRPr="00CA2CE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14:paraId="09CE63E9" w14:textId="77777777" w:rsidTr="002E140B">
        <w:tc>
          <w:tcPr>
            <w:tcW w:w="2547" w:type="dxa"/>
          </w:tcPr>
          <w:p w14:paraId="67052997" w14:textId="449E67BD" w:rsidR="00597958" w:rsidRDefault="002E140B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-166943126"/>
            <w:placeholder>
              <w:docPart w:val="911596F2DB214405AA793CB9B18B724F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C198349" w14:textId="40606201" w:rsidR="00597958" w:rsidRDefault="003061C2">
                <w:r w:rsidRPr="00CA2CE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14:paraId="423BA94B" w14:textId="77777777" w:rsidTr="002E140B">
        <w:tc>
          <w:tcPr>
            <w:tcW w:w="2547" w:type="dxa"/>
          </w:tcPr>
          <w:p w14:paraId="4DDB93B2" w14:textId="7F833D2D" w:rsidR="00597958" w:rsidRDefault="002E140B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-572356743"/>
            <w:placeholder>
              <w:docPart w:val="975572FA3D8D489392B98FA96A2B0755"/>
            </w:placeholder>
            <w:showingPlcHdr/>
          </w:sdtPr>
          <w:sdtContent>
            <w:tc>
              <w:tcPr>
                <w:tcW w:w="6803" w:type="dxa"/>
              </w:tcPr>
              <w:p w14:paraId="7BBDFA63" w14:textId="4385CE57" w:rsidR="00597958" w:rsidRDefault="003061C2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958" w14:paraId="6A2FA343" w14:textId="77777777" w:rsidTr="002E140B">
        <w:tc>
          <w:tcPr>
            <w:tcW w:w="2547" w:type="dxa"/>
          </w:tcPr>
          <w:p w14:paraId="05DA6982" w14:textId="689D0E30" w:rsidR="00597958" w:rsidRDefault="002E140B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1116100730"/>
            <w:placeholder>
              <w:docPart w:val="B251ED30FF874C08B5EB809DBED3FE10"/>
            </w:placeholder>
            <w:showingPlcHdr/>
          </w:sdtPr>
          <w:sdtContent>
            <w:tc>
              <w:tcPr>
                <w:tcW w:w="6803" w:type="dxa"/>
              </w:tcPr>
              <w:p w14:paraId="270E49BD" w14:textId="53CAC5D5" w:rsidR="00597958" w:rsidRDefault="003061C2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3B6D8532" w14:textId="77777777" w:rsidTr="002E140B">
        <w:tc>
          <w:tcPr>
            <w:tcW w:w="2547" w:type="dxa"/>
            <w:vAlign w:val="center"/>
          </w:tcPr>
          <w:p w14:paraId="1A6FF483" w14:textId="5F5E73E1" w:rsidR="002E140B" w:rsidRDefault="002E140B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1042944352"/>
            <w:placeholder>
              <w:docPart w:val="021BAA38AAFA4DF78B54CB546EFCEF1F"/>
            </w:placeholder>
            <w:showingPlcHdr/>
          </w:sdtPr>
          <w:sdtContent>
            <w:tc>
              <w:tcPr>
                <w:tcW w:w="6803" w:type="dxa"/>
              </w:tcPr>
              <w:p w14:paraId="54041384" w14:textId="6ED87A7B" w:rsidR="002E140B" w:rsidRDefault="003061C2" w:rsidP="002E140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3223303B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60818E58" w14:textId="4F1E665E" w:rsidR="002E140B" w:rsidRDefault="002E140B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-638566390"/>
            <w:placeholder>
              <w:docPart w:val="4A403EA876EC42B5B7ADED72B08FE5ED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53EB7EF" w14:textId="0EA29508" w:rsidR="002E140B" w:rsidRDefault="003061C2" w:rsidP="002E140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75158259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7BB683" w14:textId="514EB06E" w:rsidR="002E140B" w:rsidRDefault="002E140B" w:rsidP="002E140B"/>
        </w:tc>
      </w:tr>
      <w:tr w:rsidR="00892608" w14:paraId="03F6D05D" w14:textId="77777777" w:rsidTr="00E70F08">
        <w:tc>
          <w:tcPr>
            <w:tcW w:w="9350" w:type="dxa"/>
            <w:gridSpan w:val="2"/>
          </w:tcPr>
          <w:p w14:paraId="5D4039D0" w14:textId="01B1F7BE" w:rsidR="00892608" w:rsidRPr="003061C2" w:rsidRDefault="00892608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 </w:t>
            </w:r>
            <w:sdt>
              <w:sdtPr>
                <w:id w:val="-814101447"/>
                <w:placeholder>
                  <w:docPart w:val="6E3F166200D240A387CCAFB462AAEFFE"/>
                </w:placeholder>
                <w:showingPlcHdr/>
              </w:sdtPr>
              <w:sdtContent>
                <w:r w:rsidRPr="003061C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92608" w14:paraId="274D1F75" w14:textId="77777777" w:rsidTr="002E140B">
        <w:tc>
          <w:tcPr>
            <w:tcW w:w="2547" w:type="dxa"/>
          </w:tcPr>
          <w:p w14:paraId="2EA42434" w14:textId="77777777" w:rsidR="00892608" w:rsidRDefault="00892608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118730229"/>
            <w:placeholder>
              <w:docPart w:val="A2992BC207B047BB96A0330CCFB77192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6A0D9D01" w14:textId="77777777" w:rsidR="00892608" w:rsidRDefault="00892608" w:rsidP="00CA2CEB">
                <w:r w:rsidRPr="00CA2CE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92608" w14:paraId="234415D7" w14:textId="77777777" w:rsidTr="002E140B">
        <w:tc>
          <w:tcPr>
            <w:tcW w:w="2547" w:type="dxa"/>
          </w:tcPr>
          <w:p w14:paraId="54BC9B27" w14:textId="77777777" w:rsidR="00892608" w:rsidRDefault="00892608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31776901"/>
            <w:placeholder>
              <w:docPart w:val="C4BAD722167A40A3B4F4FA0C3C48CBA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6299043A" w14:textId="77777777" w:rsidR="00892608" w:rsidRDefault="00892608" w:rsidP="00CA2CEB">
                <w:r w:rsidRPr="00CA2CE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92608" w14:paraId="1CEA1C33" w14:textId="77777777" w:rsidTr="002E140B">
        <w:tc>
          <w:tcPr>
            <w:tcW w:w="2547" w:type="dxa"/>
          </w:tcPr>
          <w:p w14:paraId="06069ABF" w14:textId="77777777" w:rsidR="00892608" w:rsidRDefault="00892608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-1229607338"/>
            <w:placeholder>
              <w:docPart w:val="3AC91ED6211049F08FC3FC297023A08F"/>
            </w:placeholder>
            <w:showingPlcHdr/>
          </w:sdtPr>
          <w:sdtContent>
            <w:tc>
              <w:tcPr>
                <w:tcW w:w="6803" w:type="dxa"/>
              </w:tcPr>
              <w:p w14:paraId="466B495C" w14:textId="77777777" w:rsidR="00892608" w:rsidRDefault="00892608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92608" w14:paraId="166EEC44" w14:textId="77777777" w:rsidTr="002E140B">
        <w:tc>
          <w:tcPr>
            <w:tcW w:w="2547" w:type="dxa"/>
          </w:tcPr>
          <w:p w14:paraId="5C4898D5" w14:textId="77777777" w:rsidR="00892608" w:rsidRDefault="00892608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1795564966"/>
            <w:placeholder>
              <w:docPart w:val="3BB3768259F443A7BB1A5BCAF2AACC74"/>
            </w:placeholder>
            <w:showingPlcHdr/>
          </w:sdtPr>
          <w:sdtContent>
            <w:tc>
              <w:tcPr>
                <w:tcW w:w="6803" w:type="dxa"/>
              </w:tcPr>
              <w:p w14:paraId="681C0815" w14:textId="77777777" w:rsidR="00892608" w:rsidRDefault="00892608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92608" w14:paraId="26298DEC" w14:textId="77777777" w:rsidTr="002E140B">
        <w:tc>
          <w:tcPr>
            <w:tcW w:w="2547" w:type="dxa"/>
            <w:vAlign w:val="center"/>
          </w:tcPr>
          <w:p w14:paraId="386AAFFD" w14:textId="77777777" w:rsidR="00892608" w:rsidRDefault="00892608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-1915922135"/>
            <w:placeholder>
              <w:docPart w:val="76075EE477B74C4E8AD7E9DCF581188D"/>
            </w:placeholder>
            <w:showingPlcHdr/>
          </w:sdtPr>
          <w:sdtContent>
            <w:tc>
              <w:tcPr>
                <w:tcW w:w="6803" w:type="dxa"/>
              </w:tcPr>
              <w:p w14:paraId="6FEE5B18" w14:textId="77777777" w:rsidR="00892608" w:rsidRDefault="00892608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92608" w14:paraId="1F412CDA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23366749" w14:textId="77777777" w:rsidR="00892608" w:rsidRDefault="00892608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-511835276"/>
            <w:placeholder>
              <w:docPart w:val="83DDB9D4D2264E90885CD422AF25736C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7925191C" w14:textId="77777777" w:rsidR="00892608" w:rsidRDefault="00892608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92608" w14:paraId="350BE9D3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626D68" w14:textId="4764D0FB" w:rsidR="00892608" w:rsidRDefault="00892608" w:rsidP="002E140B"/>
        </w:tc>
      </w:tr>
      <w:tr w:rsidR="00892608" w14:paraId="33BAB740" w14:textId="77777777" w:rsidTr="00E70F08">
        <w:tc>
          <w:tcPr>
            <w:tcW w:w="9350" w:type="dxa"/>
            <w:gridSpan w:val="2"/>
          </w:tcPr>
          <w:p w14:paraId="4734129C" w14:textId="0D852F9C" w:rsidR="00892608" w:rsidRPr="003061C2" w:rsidRDefault="00892608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 </w:t>
            </w:r>
            <w:sdt>
              <w:sdtPr>
                <w:id w:val="1336348581"/>
                <w:placeholder>
                  <w:docPart w:val="66550C26F5A340B6830F1C9E73CF2198"/>
                </w:placeholder>
                <w:showingPlcHdr/>
              </w:sdtPr>
              <w:sdtContent>
                <w:r w:rsidRPr="003061C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92608" w14:paraId="168EF646" w14:textId="77777777" w:rsidTr="002E140B">
        <w:tc>
          <w:tcPr>
            <w:tcW w:w="2547" w:type="dxa"/>
          </w:tcPr>
          <w:p w14:paraId="1D14DE28" w14:textId="77777777" w:rsidR="00892608" w:rsidRDefault="00892608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1858068898"/>
            <w:placeholder>
              <w:docPart w:val="B4DB0A54FAD042769704BE3A4D974422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49B5815" w14:textId="77777777" w:rsidR="00892608" w:rsidRDefault="00892608" w:rsidP="00CA2CEB">
                <w:r w:rsidRPr="00CA2CE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92608" w14:paraId="5B70CDB3" w14:textId="77777777" w:rsidTr="002E140B">
        <w:tc>
          <w:tcPr>
            <w:tcW w:w="2547" w:type="dxa"/>
          </w:tcPr>
          <w:p w14:paraId="058A8A57" w14:textId="77777777" w:rsidR="00892608" w:rsidRDefault="00892608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1871636861"/>
            <w:placeholder>
              <w:docPart w:val="EF6F0383F2664C4A930E9C08F887EB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2EE9D3D8" w14:textId="77777777" w:rsidR="00892608" w:rsidRDefault="00892608" w:rsidP="00CA2CEB">
                <w:r w:rsidRPr="00CA2CE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92608" w14:paraId="08E6B07F" w14:textId="77777777" w:rsidTr="002E140B">
        <w:tc>
          <w:tcPr>
            <w:tcW w:w="2547" w:type="dxa"/>
          </w:tcPr>
          <w:p w14:paraId="119029C4" w14:textId="77777777" w:rsidR="00892608" w:rsidRDefault="00892608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-642203944"/>
            <w:placeholder>
              <w:docPart w:val="B5531F7ED0974272AB0DBEFAF1564F94"/>
            </w:placeholder>
            <w:showingPlcHdr/>
          </w:sdtPr>
          <w:sdtContent>
            <w:tc>
              <w:tcPr>
                <w:tcW w:w="6803" w:type="dxa"/>
              </w:tcPr>
              <w:p w14:paraId="629F0098" w14:textId="77777777" w:rsidR="00892608" w:rsidRDefault="00892608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92608" w14:paraId="4B47A2AA" w14:textId="77777777" w:rsidTr="002E140B">
        <w:tc>
          <w:tcPr>
            <w:tcW w:w="2547" w:type="dxa"/>
          </w:tcPr>
          <w:p w14:paraId="150DB37C" w14:textId="77777777" w:rsidR="00892608" w:rsidRDefault="00892608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-899049718"/>
            <w:placeholder>
              <w:docPart w:val="04A2D62DDBE541AF8B415AACFB079415"/>
            </w:placeholder>
            <w:showingPlcHdr/>
          </w:sdtPr>
          <w:sdtContent>
            <w:tc>
              <w:tcPr>
                <w:tcW w:w="6803" w:type="dxa"/>
              </w:tcPr>
              <w:p w14:paraId="49AB4A21" w14:textId="77777777" w:rsidR="00892608" w:rsidRDefault="00892608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92608" w14:paraId="18B29288" w14:textId="77777777" w:rsidTr="002E140B">
        <w:tc>
          <w:tcPr>
            <w:tcW w:w="2547" w:type="dxa"/>
            <w:vAlign w:val="center"/>
          </w:tcPr>
          <w:p w14:paraId="163822F6" w14:textId="77777777" w:rsidR="00892608" w:rsidRDefault="00892608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-1251504613"/>
            <w:placeholder>
              <w:docPart w:val="FA432F5B69ED40299C41DF431C17F9EC"/>
            </w:placeholder>
            <w:showingPlcHdr/>
          </w:sdtPr>
          <w:sdtContent>
            <w:tc>
              <w:tcPr>
                <w:tcW w:w="6803" w:type="dxa"/>
              </w:tcPr>
              <w:p w14:paraId="02A1EA9F" w14:textId="77777777" w:rsidR="00892608" w:rsidRDefault="00892608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92608" w14:paraId="6291E33B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15AC2ACD" w14:textId="77777777" w:rsidR="00892608" w:rsidRDefault="00892608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-11987688"/>
            <w:placeholder>
              <w:docPart w:val="B4AC6603347247F08DF5311D36FE8687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08F2B838" w14:textId="77777777" w:rsidR="00892608" w:rsidRDefault="00892608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92608" w14:paraId="21F06521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C732B1" w14:textId="29C1DE98" w:rsidR="00892608" w:rsidRDefault="00892608" w:rsidP="002E140B"/>
        </w:tc>
      </w:tr>
      <w:tr w:rsidR="00892608" w14:paraId="549D5827" w14:textId="77777777" w:rsidTr="00E70F08">
        <w:tc>
          <w:tcPr>
            <w:tcW w:w="9350" w:type="dxa"/>
            <w:gridSpan w:val="2"/>
          </w:tcPr>
          <w:p w14:paraId="35ECB30A" w14:textId="77CA5E6C" w:rsidR="00892608" w:rsidRPr="003061C2" w:rsidRDefault="00892608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 </w:t>
            </w:r>
            <w:sdt>
              <w:sdtPr>
                <w:id w:val="1716766336"/>
                <w:placeholder>
                  <w:docPart w:val="DF69EC855F3C4036A86596993533E041"/>
                </w:placeholder>
                <w:showingPlcHdr/>
              </w:sdtPr>
              <w:sdtContent>
                <w:r w:rsidRPr="003061C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92608" w14:paraId="3242DF75" w14:textId="77777777" w:rsidTr="002E140B">
        <w:tc>
          <w:tcPr>
            <w:tcW w:w="2547" w:type="dxa"/>
          </w:tcPr>
          <w:p w14:paraId="334BC1FC" w14:textId="77777777" w:rsidR="00892608" w:rsidRDefault="00892608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-1779089208"/>
            <w:placeholder>
              <w:docPart w:val="D3BE9BDD907247B6A5928F9B9154324A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7C5DB703" w14:textId="77777777" w:rsidR="00892608" w:rsidRDefault="00892608" w:rsidP="00CA2CEB">
                <w:r w:rsidRPr="00CA2CE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92608" w14:paraId="68B7DCCE" w14:textId="77777777" w:rsidTr="002E140B">
        <w:tc>
          <w:tcPr>
            <w:tcW w:w="2547" w:type="dxa"/>
          </w:tcPr>
          <w:p w14:paraId="4A835E99" w14:textId="77777777" w:rsidR="00892608" w:rsidRDefault="00892608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-1723364680"/>
            <w:placeholder>
              <w:docPart w:val="86AB2A2ACBA646B1B9D7A334A2D2495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2CD0FE48" w14:textId="77777777" w:rsidR="00892608" w:rsidRDefault="00892608" w:rsidP="00CA2CEB">
                <w:r w:rsidRPr="00CA2CE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92608" w14:paraId="1D49E1F9" w14:textId="77777777" w:rsidTr="002E140B">
        <w:tc>
          <w:tcPr>
            <w:tcW w:w="2547" w:type="dxa"/>
          </w:tcPr>
          <w:p w14:paraId="709EC411" w14:textId="77777777" w:rsidR="00892608" w:rsidRDefault="00892608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621654199"/>
            <w:placeholder>
              <w:docPart w:val="561BD2833E6744188D1FDD0F0DA2F9ED"/>
            </w:placeholder>
            <w:showingPlcHdr/>
          </w:sdtPr>
          <w:sdtContent>
            <w:tc>
              <w:tcPr>
                <w:tcW w:w="6803" w:type="dxa"/>
              </w:tcPr>
              <w:p w14:paraId="15D4BC56" w14:textId="77777777" w:rsidR="00892608" w:rsidRDefault="00892608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92608" w14:paraId="7E6B472A" w14:textId="77777777" w:rsidTr="002E140B">
        <w:tc>
          <w:tcPr>
            <w:tcW w:w="2547" w:type="dxa"/>
          </w:tcPr>
          <w:p w14:paraId="366EBFCF" w14:textId="77777777" w:rsidR="00892608" w:rsidRDefault="00892608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-860438619"/>
            <w:placeholder>
              <w:docPart w:val="94FAD74788444DAEB16FF0AA0AB90E76"/>
            </w:placeholder>
            <w:showingPlcHdr/>
          </w:sdtPr>
          <w:sdtContent>
            <w:tc>
              <w:tcPr>
                <w:tcW w:w="6803" w:type="dxa"/>
              </w:tcPr>
              <w:p w14:paraId="51C1446F" w14:textId="77777777" w:rsidR="00892608" w:rsidRDefault="00892608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92608" w14:paraId="2B0B0A9E" w14:textId="77777777" w:rsidTr="002E140B">
        <w:tc>
          <w:tcPr>
            <w:tcW w:w="2547" w:type="dxa"/>
            <w:vAlign w:val="center"/>
          </w:tcPr>
          <w:p w14:paraId="74960539" w14:textId="77777777" w:rsidR="00892608" w:rsidRDefault="00892608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1982427048"/>
            <w:placeholder>
              <w:docPart w:val="BE57892C18904497BF452404463A521D"/>
            </w:placeholder>
            <w:showingPlcHdr/>
          </w:sdtPr>
          <w:sdtContent>
            <w:tc>
              <w:tcPr>
                <w:tcW w:w="6803" w:type="dxa"/>
              </w:tcPr>
              <w:p w14:paraId="3A535C5C" w14:textId="77777777" w:rsidR="00892608" w:rsidRDefault="00892608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92608" w14:paraId="3D0E7356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61A31707" w14:textId="77777777" w:rsidR="00892608" w:rsidRDefault="00892608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-873382283"/>
            <w:placeholder>
              <w:docPart w:val="02A09045E5874F8B81D589DD6CBE5013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48B75A42" w14:textId="77777777" w:rsidR="00892608" w:rsidRDefault="00892608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92608" w14:paraId="2F9415D5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6B9084" w14:textId="067CAB75" w:rsidR="00892608" w:rsidRDefault="00892608" w:rsidP="002E140B"/>
        </w:tc>
      </w:tr>
      <w:tr w:rsidR="00892608" w14:paraId="545842A4" w14:textId="77777777" w:rsidTr="00E70F08">
        <w:tc>
          <w:tcPr>
            <w:tcW w:w="9350" w:type="dxa"/>
            <w:gridSpan w:val="2"/>
          </w:tcPr>
          <w:p w14:paraId="05CAE8F9" w14:textId="7FE9E539" w:rsidR="00892608" w:rsidRPr="003061C2" w:rsidRDefault="00892608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 </w:t>
            </w:r>
            <w:sdt>
              <w:sdtPr>
                <w:id w:val="-743572157"/>
                <w:placeholder>
                  <w:docPart w:val="0CF012567C5F488FB7D1D6D65D9D8F51"/>
                </w:placeholder>
                <w:showingPlcHdr/>
              </w:sdtPr>
              <w:sdtContent>
                <w:r w:rsidRPr="003061C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92608" w14:paraId="283F9620" w14:textId="77777777" w:rsidTr="002E140B">
        <w:tc>
          <w:tcPr>
            <w:tcW w:w="2547" w:type="dxa"/>
          </w:tcPr>
          <w:p w14:paraId="59017188" w14:textId="77777777" w:rsidR="00892608" w:rsidRDefault="00892608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1416592814"/>
            <w:placeholder>
              <w:docPart w:val="3A25DA7D90E84E43B6C21BB83E84383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276D5416" w14:textId="77777777" w:rsidR="00892608" w:rsidRDefault="00892608" w:rsidP="00CA2CEB">
                <w:r w:rsidRPr="00CA2CE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92608" w14:paraId="6F428F6E" w14:textId="77777777" w:rsidTr="002E140B">
        <w:tc>
          <w:tcPr>
            <w:tcW w:w="2547" w:type="dxa"/>
          </w:tcPr>
          <w:p w14:paraId="2A6F2411" w14:textId="77777777" w:rsidR="00892608" w:rsidRDefault="00892608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-707712155"/>
            <w:placeholder>
              <w:docPart w:val="82D593B7DE0244AE88401D5B60107582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04C75CDF" w14:textId="77777777" w:rsidR="00892608" w:rsidRDefault="00892608" w:rsidP="00CA2CEB">
                <w:r w:rsidRPr="00CA2CE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92608" w14:paraId="595F456C" w14:textId="77777777" w:rsidTr="002E140B">
        <w:tc>
          <w:tcPr>
            <w:tcW w:w="2547" w:type="dxa"/>
          </w:tcPr>
          <w:p w14:paraId="6785668B" w14:textId="77777777" w:rsidR="00892608" w:rsidRDefault="00892608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131537300"/>
            <w:placeholder>
              <w:docPart w:val="FA8705FBFB4B4B199627E6ADB924159F"/>
            </w:placeholder>
            <w:showingPlcHdr/>
          </w:sdtPr>
          <w:sdtContent>
            <w:tc>
              <w:tcPr>
                <w:tcW w:w="6803" w:type="dxa"/>
              </w:tcPr>
              <w:p w14:paraId="03BBDECE" w14:textId="77777777" w:rsidR="00892608" w:rsidRDefault="00892608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92608" w14:paraId="6422A8A5" w14:textId="77777777" w:rsidTr="002E140B">
        <w:tc>
          <w:tcPr>
            <w:tcW w:w="2547" w:type="dxa"/>
          </w:tcPr>
          <w:p w14:paraId="36F7301A" w14:textId="77777777" w:rsidR="00892608" w:rsidRDefault="00892608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-2022299303"/>
            <w:placeholder>
              <w:docPart w:val="BD2AA4880E4B47CCA4C3639F6A51A975"/>
            </w:placeholder>
            <w:showingPlcHdr/>
          </w:sdtPr>
          <w:sdtContent>
            <w:tc>
              <w:tcPr>
                <w:tcW w:w="6803" w:type="dxa"/>
              </w:tcPr>
              <w:p w14:paraId="43FD368D" w14:textId="77777777" w:rsidR="00892608" w:rsidRDefault="00892608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92608" w14:paraId="689FE316" w14:textId="77777777" w:rsidTr="002E140B">
        <w:tc>
          <w:tcPr>
            <w:tcW w:w="2547" w:type="dxa"/>
            <w:vAlign w:val="center"/>
          </w:tcPr>
          <w:p w14:paraId="20ACB196" w14:textId="77777777" w:rsidR="00892608" w:rsidRDefault="00892608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-1860501897"/>
            <w:placeholder>
              <w:docPart w:val="95A08397F8C34D449CE9650852B8A77E"/>
            </w:placeholder>
            <w:showingPlcHdr/>
          </w:sdtPr>
          <w:sdtContent>
            <w:tc>
              <w:tcPr>
                <w:tcW w:w="6803" w:type="dxa"/>
              </w:tcPr>
              <w:p w14:paraId="1C2593B2" w14:textId="77777777" w:rsidR="00892608" w:rsidRDefault="00892608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92608" w14:paraId="55BD1AEF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58D7B183" w14:textId="77777777" w:rsidR="00892608" w:rsidRDefault="00892608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2108380415"/>
            <w:placeholder>
              <w:docPart w:val="2F56B35258524F4B8C2F21227B03B92A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5C1C55B" w14:textId="77777777" w:rsidR="00892608" w:rsidRDefault="00892608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92608" w14:paraId="0AFD3D70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BF2BB9" w14:textId="2B3FC7A4" w:rsidR="00892608" w:rsidRDefault="00892608" w:rsidP="002E140B"/>
        </w:tc>
      </w:tr>
    </w:tbl>
    <w:p w14:paraId="77947B8A" w14:textId="54891ECE" w:rsidR="00214ECC" w:rsidRDefault="007C3707">
      <w:pPr>
        <w:pStyle w:val="Heading1"/>
      </w:pPr>
      <w:r>
        <w:t>A</w:t>
      </w:r>
      <w:r w:rsidR="003729FB">
        <w:t>udit &amp; Quality Improvement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8525FA" w14:paraId="1AC9EFE7" w14:textId="77777777" w:rsidTr="0019370D">
        <w:tc>
          <w:tcPr>
            <w:tcW w:w="9350" w:type="dxa"/>
            <w:gridSpan w:val="2"/>
          </w:tcPr>
          <w:p w14:paraId="4B30661B" w14:textId="6F2EAF94" w:rsidR="008525FA" w:rsidRDefault="008525FA" w:rsidP="002D7D98">
            <w:r w:rsidRPr="00F4085D">
              <w:rPr>
                <w:b/>
                <w:bCs/>
              </w:rPr>
              <w:t>Project Title</w:t>
            </w:r>
            <w:r w:rsidR="00CD745A">
              <w:rPr>
                <w:b/>
                <w:bCs/>
              </w:rPr>
              <w:t>:</w:t>
            </w:r>
            <w:r w:rsidR="00A0792E">
              <w:rPr>
                <w:b/>
                <w:bCs/>
              </w:rPr>
              <w:t xml:space="preserve"> </w:t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297653417"/>
                <w:placeholder>
                  <w:docPart w:val="F1DE99548DEC4BBEA6AF756FCECE2B25"/>
                </w:placeholder>
                <w:showingPlcHdr/>
              </w:sdtPr>
              <w:sdtContent>
                <w:r w:rsidR="003061C2" w:rsidRPr="00CA2CE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525FA" w14:paraId="176303B5" w14:textId="77777777" w:rsidTr="00A0792E">
        <w:tc>
          <w:tcPr>
            <w:tcW w:w="2830" w:type="dxa"/>
            <w:vAlign w:val="center"/>
          </w:tcPr>
          <w:p w14:paraId="50053F71" w14:textId="65A68AAE" w:rsidR="008525FA" w:rsidRDefault="00CD745A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874429304"/>
            <w:placeholder>
              <w:docPart w:val="080CC0DC25174CE3A08066E5B8957E06"/>
            </w:placeholder>
            <w:showingPlcHdr/>
          </w:sdtPr>
          <w:sdtContent>
            <w:tc>
              <w:tcPr>
                <w:tcW w:w="6520" w:type="dxa"/>
              </w:tcPr>
              <w:p w14:paraId="745FB9AC" w14:textId="2882AF3A" w:rsidR="008525FA" w:rsidRDefault="003061C2" w:rsidP="002D7D98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14:paraId="0F3FFF85" w14:textId="77777777" w:rsidTr="00A0792E">
        <w:tc>
          <w:tcPr>
            <w:tcW w:w="2830" w:type="dxa"/>
            <w:vAlign w:val="center"/>
          </w:tcPr>
          <w:p w14:paraId="4C91F2EC" w14:textId="6D80818A" w:rsidR="008525FA" w:rsidRDefault="00CD745A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6211C1B" w14:textId="3743F2FF" w:rsidR="008525FA" w:rsidRDefault="00CD745A" w:rsidP="002D7D98">
            <w:r>
              <w:t xml:space="preserve">Yes </w:t>
            </w:r>
            <w:sdt>
              <w:sdtPr>
                <w:id w:val="-857656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61C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70E59">
              <w:tab/>
            </w:r>
            <w:r>
              <w:t>No</w:t>
            </w:r>
            <w:r w:rsidR="003061C2">
              <w:t xml:space="preserve"> </w:t>
            </w:r>
            <w:sdt>
              <w:sdtPr>
                <w:id w:val="-1183515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61C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670E59">
              <w:tab/>
            </w:r>
            <w:r>
              <w:t xml:space="preserve">Ongoing </w:t>
            </w:r>
            <w:sdt>
              <w:sdtPr>
                <w:id w:val="-1571502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61C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3C6DB542" w14:textId="77777777" w:rsidTr="00A0792E">
        <w:tc>
          <w:tcPr>
            <w:tcW w:w="2830" w:type="dxa"/>
            <w:vAlign w:val="center"/>
          </w:tcPr>
          <w:p w14:paraId="3B040F6A" w14:textId="721E8324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705381801"/>
            <w:placeholder>
              <w:docPart w:val="7C3DCC846B7E4CC2AD840BD80E81892B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25D02023" w14:textId="63BBA937" w:rsidR="00CD745A" w:rsidRDefault="003061C2" w:rsidP="002D7D98">
                <w:r w:rsidRPr="00CA2CE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14:paraId="46F6B3E4" w14:textId="77777777" w:rsidTr="00A0792E">
        <w:tc>
          <w:tcPr>
            <w:tcW w:w="2830" w:type="dxa"/>
            <w:vAlign w:val="center"/>
          </w:tcPr>
          <w:p w14:paraId="6ABC61BA" w14:textId="05A981FC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34504532"/>
            <w:placeholder>
              <w:docPart w:val="E812EEA19BCD441CAC6AC017D01ED987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7FE0445" w14:textId="4B61E565" w:rsidR="00CD745A" w:rsidRDefault="003061C2" w:rsidP="002D7D98">
                <w:r w:rsidRPr="00CA2CE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525FA" w14:paraId="65E572C5" w14:textId="77777777" w:rsidTr="00A0792E">
        <w:tc>
          <w:tcPr>
            <w:tcW w:w="2830" w:type="dxa"/>
            <w:vAlign w:val="center"/>
          </w:tcPr>
          <w:p w14:paraId="098C6AF8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253A3E46" w14:textId="77777777" w:rsidR="008525FA" w:rsidRDefault="008525FA" w:rsidP="00CD745A"/>
        </w:tc>
        <w:sdt>
          <w:sdtPr>
            <w:id w:val="1789457723"/>
            <w:placeholder>
              <w:docPart w:val="B93C26313A8B43CEA7A623A4F7AA1476"/>
            </w:placeholder>
            <w:showingPlcHdr/>
          </w:sdtPr>
          <w:sdtContent>
            <w:tc>
              <w:tcPr>
                <w:tcW w:w="6520" w:type="dxa"/>
              </w:tcPr>
              <w:p w14:paraId="4673DCAB" w14:textId="2799FEAE" w:rsidR="008525FA" w:rsidRDefault="003061C2" w:rsidP="002D7D98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14:paraId="510BFC14" w14:textId="77777777" w:rsidTr="00A0792E">
        <w:tc>
          <w:tcPr>
            <w:tcW w:w="2830" w:type="dxa"/>
            <w:vAlign w:val="center"/>
          </w:tcPr>
          <w:p w14:paraId="53BD32ED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2E70E9ED" w14:textId="77777777" w:rsidR="008525FA" w:rsidRDefault="008525FA" w:rsidP="00CD745A"/>
        </w:tc>
        <w:sdt>
          <w:sdtPr>
            <w:id w:val="-173335871"/>
            <w:placeholder>
              <w:docPart w:val="EDB15D28509F46FC857530BD391C95FC"/>
            </w:placeholder>
            <w:showingPlcHdr/>
          </w:sdtPr>
          <w:sdtContent>
            <w:tc>
              <w:tcPr>
                <w:tcW w:w="6520" w:type="dxa"/>
              </w:tcPr>
              <w:p w14:paraId="3CCAF454" w14:textId="5CF682E8" w:rsidR="008525FA" w:rsidRDefault="003061C2" w:rsidP="002D7D98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14:paraId="39BC37AF" w14:textId="77777777" w:rsidTr="00A0792E">
        <w:tc>
          <w:tcPr>
            <w:tcW w:w="2830" w:type="dxa"/>
            <w:vAlign w:val="center"/>
          </w:tcPr>
          <w:p w14:paraId="53D262A2" w14:textId="3E26B4B9" w:rsidR="008525FA" w:rsidRDefault="00CD745A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1746540514"/>
            <w:placeholder>
              <w:docPart w:val="227D0ADD598D4CB5A0E0486488F11211"/>
            </w:placeholder>
            <w:showingPlcHdr/>
          </w:sdtPr>
          <w:sdtContent>
            <w:tc>
              <w:tcPr>
                <w:tcW w:w="6520" w:type="dxa"/>
              </w:tcPr>
              <w:p w14:paraId="491EB2BF" w14:textId="48B97D62" w:rsidR="008525FA" w:rsidRDefault="003061C2" w:rsidP="002D7D98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07F36634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7F4CCE51" w14:textId="1AFEBF49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4093FA3A" w14:textId="7658794E" w:rsidR="00670E59" w:rsidRPr="00670E59" w:rsidRDefault="00CD745A" w:rsidP="002D7D98">
            <w:pPr>
              <w:rPr>
                <w:rFonts w:ascii="MS Gothic" w:eastAsia="MS Gothic" w:hAnsi="MS Gothic"/>
              </w:rPr>
            </w:pPr>
            <w:r>
              <w:t xml:space="preserve">Yes </w:t>
            </w:r>
            <w:sdt>
              <w:sdtPr>
                <w:id w:val="200220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61C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617332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61C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931FF" w14:paraId="49840D28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A3731D" w14:textId="2DA75852" w:rsidR="002931FF" w:rsidRDefault="002931FF" w:rsidP="002D7D98"/>
        </w:tc>
      </w:tr>
      <w:tr w:rsidR="00892608" w14:paraId="1C922F36" w14:textId="77777777" w:rsidTr="0019370D">
        <w:tc>
          <w:tcPr>
            <w:tcW w:w="9350" w:type="dxa"/>
            <w:gridSpan w:val="2"/>
          </w:tcPr>
          <w:p w14:paraId="56F8A9AD" w14:textId="10C5BAFD" w:rsidR="00892608" w:rsidRDefault="00892608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68732257"/>
                <w:placeholder>
                  <w:docPart w:val="F3DD32B2ECEB48019FAAB472F2E6F25F"/>
                </w:placeholder>
                <w:showingPlcHdr/>
              </w:sdtPr>
              <w:sdtContent>
                <w:r w:rsidRPr="00CA2CE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92608" w14:paraId="743C4F91" w14:textId="77777777" w:rsidTr="00A0792E">
        <w:tc>
          <w:tcPr>
            <w:tcW w:w="2830" w:type="dxa"/>
            <w:vAlign w:val="center"/>
          </w:tcPr>
          <w:p w14:paraId="2F29EA88" w14:textId="77777777" w:rsidR="00892608" w:rsidRDefault="00892608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861873110"/>
            <w:placeholder>
              <w:docPart w:val="7C4CC16D07BF4B6B8DD8B25C1AB1D1D5"/>
            </w:placeholder>
            <w:showingPlcHdr/>
          </w:sdtPr>
          <w:sdtContent>
            <w:tc>
              <w:tcPr>
                <w:tcW w:w="6520" w:type="dxa"/>
              </w:tcPr>
              <w:p w14:paraId="76173AEB" w14:textId="77777777" w:rsidR="00892608" w:rsidRDefault="00892608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92608" w14:paraId="3320DD74" w14:textId="77777777" w:rsidTr="00A0792E">
        <w:tc>
          <w:tcPr>
            <w:tcW w:w="2830" w:type="dxa"/>
            <w:vAlign w:val="center"/>
          </w:tcPr>
          <w:p w14:paraId="48C553CE" w14:textId="77777777" w:rsidR="00892608" w:rsidRDefault="00892608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552CCF7D" w14:textId="77777777" w:rsidR="00892608" w:rsidRDefault="00892608" w:rsidP="002D7D98">
            <w:r>
              <w:t xml:space="preserve">Yes </w:t>
            </w:r>
            <w:sdt>
              <w:sdtPr>
                <w:id w:val="164836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45440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>
              <w:tab/>
              <w:t xml:space="preserve">Ongoing </w:t>
            </w:r>
            <w:sdt>
              <w:sdtPr>
                <w:id w:val="-855107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92608" w14:paraId="245FCE3C" w14:textId="77777777" w:rsidTr="00A0792E">
        <w:tc>
          <w:tcPr>
            <w:tcW w:w="2830" w:type="dxa"/>
            <w:vAlign w:val="center"/>
          </w:tcPr>
          <w:p w14:paraId="0EDC8C53" w14:textId="77777777" w:rsidR="00892608" w:rsidRPr="00F4085D" w:rsidRDefault="00892608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1546179078"/>
            <w:placeholder>
              <w:docPart w:val="C4434E9E1E8F4D87BE38E6094D3168E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3E00162F" w14:textId="77777777" w:rsidR="00892608" w:rsidRDefault="00892608" w:rsidP="00CA2CEB">
                <w:r w:rsidRPr="00CA2CE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92608" w14:paraId="65EB0234" w14:textId="77777777" w:rsidTr="00A0792E">
        <w:tc>
          <w:tcPr>
            <w:tcW w:w="2830" w:type="dxa"/>
            <w:vAlign w:val="center"/>
          </w:tcPr>
          <w:p w14:paraId="0A77A061" w14:textId="77777777" w:rsidR="00892608" w:rsidRPr="00F4085D" w:rsidRDefault="00892608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1994171082"/>
            <w:placeholder>
              <w:docPart w:val="488F1FD03895455CA17E15CD56BFD89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2A504EC7" w14:textId="77777777" w:rsidR="00892608" w:rsidRDefault="00892608" w:rsidP="00CA2CEB">
                <w:r w:rsidRPr="00CA2CE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92608" w14:paraId="6EED91D2" w14:textId="77777777" w:rsidTr="00A0792E">
        <w:tc>
          <w:tcPr>
            <w:tcW w:w="2830" w:type="dxa"/>
            <w:vAlign w:val="center"/>
          </w:tcPr>
          <w:p w14:paraId="03C083E6" w14:textId="77777777" w:rsidR="00892608" w:rsidRPr="00F4085D" w:rsidRDefault="00892608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0B90BD77" w14:textId="77777777" w:rsidR="00892608" w:rsidRDefault="00892608" w:rsidP="00CD745A"/>
        </w:tc>
        <w:sdt>
          <w:sdtPr>
            <w:id w:val="752553145"/>
            <w:placeholder>
              <w:docPart w:val="D962E35C42A8480FAA7096F809BC2078"/>
            </w:placeholder>
            <w:showingPlcHdr/>
          </w:sdtPr>
          <w:sdtContent>
            <w:tc>
              <w:tcPr>
                <w:tcW w:w="6520" w:type="dxa"/>
              </w:tcPr>
              <w:p w14:paraId="4AC12677" w14:textId="77777777" w:rsidR="00892608" w:rsidRDefault="00892608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92608" w14:paraId="33191B7F" w14:textId="77777777" w:rsidTr="00A0792E">
        <w:tc>
          <w:tcPr>
            <w:tcW w:w="2830" w:type="dxa"/>
            <w:vAlign w:val="center"/>
          </w:tcPr>
          <w:p w14:paraId="2B002964" w14:textId="77777777" w:rsidR="00892608" w:rsidRPr="00F4085D" w:rsidRDefault="00892608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40409DCC" w14:textId="77777777" w:rsidR="00892608" w:rsidRDefault="00892608" w:rsidP="00CD745A"/>
        </w:tc>
        <w:sdt>
          <w:sdtPr>
            <w:id w:val="1329481320"/>
            <w:placeholder>
              <w:docPart w:val="74884D769A1649D18B768E3FDB9FAFA8"/>
            </w:placeholder>
            <w:showingPlcHdr/>
          </w:sdtPr>
          <w:sdtContent>
            <w:tc>
              <w:tcPr>
                <w:tcW w:w="6520" w:type="dxa"/>
              </w:tcPr>
              <w:p w14:paraId="09F264FE" w14:textId="77777777" w:rsidR="00892608" w:rsidRDefault="00892608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92608" w14:paraId="28605C7E" w14:textId="77777777" w:rsidTr="00A0792E">
        <w:tc>
          <w:tcPr>
            <w:tcW w:w="2830" w:type="dxa"/>
            <w:vAlign w:val="center"/>
          </w:tcPr>
          <w:p w14:paraId="6540ABF4" w14:textId="77777777" w:rsidR="00892608" w:rsidRDefault="00892608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1166436823"/>
            <w:placeholder>
              <w:docPart w:val="EB042A14D836483295EFBC218E9E7E4D"/>
            </w:placeholder>
            <w:showingPlcHdr/>
          </w:sdtPr>
          <w:sdtContent>
            <w:tc>
              <w:tcPr>
                <w:tcW w:w="6520" w:type="dxa"/>
              </w:tcPr>
              <w:p w14:paraId="7D11A127" w14:textId="77777777" w:rsidR="00892608" w:rsidRDefault="00892608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92608" w14:paraId="49ECB580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13C9030D" w14:textId="77777777" w:rsidR="00892608" w:rsidRPr="00F4085D" w:rsidRDefault="00892608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lastRenderedPageBreak/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2186C2D2" w14:textId="77777777" w:rsidR="00892608" w:rsidRPr="00670E59" w:rsidRDefault="00892608" w:rsidP="002D7D98">
            <w:pPr>
              <w:rPr>
                <w:rFonts w:ascii="MS Gothic" w:eastAsia="MS Gothic" w:hAnsi="MS Gothic"/>
              </w:rPr>
            </w:pPr>
            <w:r>
              <w:t xml:space="preserve">Yes </w:t>
            </w:r>
            <w:sdt>
              <w:sdtPr>
                <w:id w:val="-1421637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241789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92608" w14:paraId="0E0344CF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FBC6B8" w14:textId="2D50D345" w:rsidR="00892608" w:rsidRDefault="00892608" w:rsidP="002D7D98"/>
        </w:tc>
      </w:tr>
      <w:tr w:rsidR="00892608" w14:paraId="411283C7" w14:textId="77777777" w:rsidTr="0019370D">
        <w:tc>
          <w:tcPr>
            <w:tcW w:w="9350" w:type="dxa"/>
            <w:gridSpan w:val="2"/>
          </w:tcPr>
          <w:p w14:paraId="77097676" w14:textId="691D5B8F" w:rsidR="00892608" w:rsidRDefault="00892608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1962717217"/>
                <w:placeholder>
                  <w:docPart w:val="DB5B5EC01A2A4C77B6D0433AEE399EE7"/>
                </w:placeholder>
                <w:showingPlcHdr/>
              </w:sdtPr>
              <w:sdtContent>
                <w:r w:rsidRPr="00CA2CE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92608" w14:paraId="0CE59DDA" w14:textId="77777777" w:rsidTr="00A0792E">
        <w:tc>
          <w:tcPr>
            <w:tcW w:w="2830" w:type="dxa"/>
            <w:vAlign w:val="center"/>
          </w:tcPr>
          <w:p w14:paraId="7E564D52" w14:textId="77777777" w:rsidR="00892608" w:rsidRDefault="00892608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1692030067"/>
            <w:placeholder>
              <w:docPart w:val="7D4AE9F84AF149F49466995EB73418D6"/>
            </w:placeholder>
            <w:showingPlcHdr/>
          </w:sdtPr>
          <w:sdtContent>
            <w:tc>
              <w:tcPr>
                <w:tcW w:w="6520" w:type="dxa"/>
              </w:tcPr>
              <w:p w14:paraId="4FE12F6F" w14:textId="77777777" w:rsidR="00892608" w:rsidRDefault="00892608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92608" w14:paraId="6C8D3F29" w14:textId="77777777" w:rsidTr="00A0792E">
        <w:tc>
          <w:tcPr>
            <w:tcW w:w="2830" w:type="dxa"/>
            <w:vAlign w:val="center"/>
          </w:tcPr>
          <w:p w14:paraId="5FE57695" w14:textId="77777777" w:rsidR="00892608" w:rsidRDefault="00892608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0103096D" w14:textId="77777777" w:rsidR="00892608" w:rsidRDefault="00892608" w:rsidP="002D7D98">
            <w:r>
              <w:t xml:space="preserve">Yes </w:t>
            </w:r>
            <w:sdt>
              <w:sdtPr>
                <w:id w:val="592287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624536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>
              <w:tab/>
              <w:t xml:space="preserve">Ongoing </w:t>
            </w:r>
            <w:sdt>
              <w:sdtPr>
                <w:id w:val="1697810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92608" w14:paraId="0902CD95" w14:textId="77777777" w:rsidTr="00A0792E">
        <w:tc>
          <w:tcPr>
            <w:tcW w:w="2830" w:type="dxa"/>
            <w:vAlign w:val="center"/>
          </w:tcPr>
          <w:p w14:paraId="01BCFA51" w14:textId="77777777" w:rsidR="00892608" w:rsidRPr="00F4085D" w:rsidRDefault="00892608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1219473745"/>
            <w:placeholder>
              <w:docPart w:val="F1AAFBAD1D6B4260B89A152E7CD1FD11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49DB9C2A" w14:textId="77777777" w:rsidR="00892608" w:rsidRDefault="00892608" w:rsidP="00CA2CEB">
                <w:r w:rsidRPr="00CA2CE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92608" w14:paraId="5DA01BFE" w14:textId="77777777" w:rsidTr="00A0792E">
        <w:tc>
          <w:tcPr>
            <w:tcW w:w="2830" w:type="dxa"/>
            <w:vAlign w:val="center"/>
          </w:tcPr>
          <w:p w14:paraId="4B957AD6" w14:textId="77777777" w:rsidR="00892608" w:rsidRPr="00F4085D" w:rsidRDefault="00892608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1055313236"/>
            <w:placeholder>
              <w:docPart w:val="039E1A898D8F4797A422C2E361D04E7F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409635F0" w14:textId="77777777" w:rsidR="00892608" w:rsidRDefault="00892608" w:rsidP="00CA2CEB">
                <w:r w:rsidRPr="00CA2CE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92608" w14:paraId="5533BB7D" w14:textId="77777777" w:rsidTr="00A0792E">
        <w:tc>
          <w:tcPr>
            <w:tcW w:w="2830" w:type="dxa"/>
            <w:vAlign w:val="center"/>
          </w:tcPr>
          <w:p w14:paraId="625EB703" w14:textId="77777777" w:rsidR="00892608" w:rsidRPr="00F4085D" w:rsidRDefault="00892608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669FE2D3" w14:textId="77777777" w:rsidR="00892608" w:rsidRDefault="00892608" w:rsidP="00CD745A"/>
        </w:tc>
        <w:sdt>
          <w:sdtPr>
            <w:id w:val="1319153489"/>
            <w:placeholder>
              <w:docPart w:val="39AC0809E7834AB09D13F14F118667FF"/>
            </w:placeholder>
            <w:showingPlcHdr/>
          </w:sdtPr>
          <w:sdtContent>
            <w:tc>
              <w:tcPr>
                <w:tcW w:w="6520" w:type="dxa"/>
              </w:tcPr>
              <w:p w14:paraId="1ECDB8B5" w14:textId="77777777" w:rsidR="00892608" w:rsidRDefault="00892608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92608" w14:paraId="249E65F1" w14:textId="77777777" w:rsidTr="00A0792E">
        <w:tc>
          <w:tcPr>
            <w:tcW w:w="2830" w:type="dxa"/>
            <w:vAlign w:val="center"/>
          </w:tcPr>
          <w:p w14:paraId="3CAC8C0B" w14:textId="77777777" w:rsidR="00892608" w:rsidRPr="00F4085D" w:rsidRDefault="00892608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42854F79" w14:textId="77777777" w:rsidR="00892608" w:rsidRDefault="00892608" w:rsidP="00CD745A"/>
        </w:tc>
        <w:sdt>
          <w:sdtPr>
            <w:id w:val="268664410"/>
            <w:placeholder>
              <w:docPart w:val="53B1BA82D9164726A5B0129B8289FBA2"/>
            </w:placeholder>
            <w:showingPlcHdr/>
          </w:sdtPr>
          <w:sdtContent>
            <w:tc>
              <w:tcPr>
                <w:tcW w:w="6520" w:type="dxa"/>
              </w:tcPr>
              <w:p w14:paraId="0F46A7C2" w14:textId="77777777" w:rsidR="00892608" w:rsidRDefault="00892608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92608" w14:paraId="79CE02B5" w14:textId="77777777" w:rsidTr="00A0792E">
        <w:tc>
          <w:tcPr>
            <w:tcW w:w="2830" w:type="dxa"/>
            <w:vAlign w:val="center"/>
          </w:tcPr>
          <w:p w14:paraId="6BB98552" w14:textId="77777777" w:rsidR="00892608" w:rsidRDefault="00892608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-1913002683"/>
            <w:placeholder>
              <w:docPart w:val="6D39099C8C1C4B2DBE6BB34C09D55334"/>
            </w:placeholder>
            <w:showingPlcHdr/>
          </w:sdtPr>
          <w:sdtContent>
            <w:tc>
              <w:tcPr>
                <w:tcW w:w="6520" w:type="dxa"/>
              </w:tcPr>
              <w:p w14:paraId="473C9286" w14:textId="77777777" w:rsidR="00892608" w:rsidRDefault="00892608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92608" w14:paraId="738A5996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6F4AC666" w14:textId="77777777" w:rsidR="00892608" w:rsidRPr="00F4085D" w:rsidRDefault="00892608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22AA1F95" w14:textId="77777777" w:rsidR="00892608" w:rsidRPr="00670E59" w:rsidRDefault="00892608" w:rsidP="002D7D98">
            <w:pPr>
              <w:rPr>
                <w:rFonts w:ascii="MS Gothic" w:eastAsia="MS Gothic" w:hAnsi="MS Gothic"/>
              </w:rPr>
            </w:pPr>
            <w:r>
              <w:t xml:space="preserve">Yes </w:t>
            </w:r>
            <w:sdt>
              <w:sdtPr>
                <w:id w:val="-519859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558636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92608" w14:paraId="7E2549DA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9BD41E" w14:textId="5E0E63F3" w:rsidR="00892608" w:rsidRDefault="00892608" w:rsidP="002D7D98"/>
        </w:tc>
      </w:tr>
      <w:tr w:rsidR="00892608" w14:paraId="2F7E70E0" w14:textId="77777777" w:rsidTr="0019370D">
        <w:tc>
          <w:tcPr>
            <w:tcW w:w="9350" w:type="dxa"/>
            <w:gridSpan w:val="2"/>
          </w:tcPr>
          <w:p w14:paraId="7420F5B1" w14:textId="6B9684CB" w:rsidR="00892608" w:rsidRDefault="00892608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266288244"/>
                <w:placeholder>
                  <w:docPart w:val="4E26EF64943246CCBAE8AFA19B6E35BE"/>
                </w:placeholder>
                <w:showingPlcHdr/>
              </w:sdtPr>
              <w:sdtContent>
                <w:r w:rsidRPr="00CA2CE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92608" w14:paraId="631575C6" w14:textId="77777777" w:rsidTr="00A0792E">
        <w:tc>
          <w:tcPr>
            <w:tcW w:w="2830" w:type="dxa"/>
            <w:vAlign w:val="center"/>
          </w:tcPr>
          <w:p w14:paraId="20BD18AB" w14:textId="77777777" w:rsidR="00892608" w:rsidRDefault="00892608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-1995405838"/>
            <w:placeholder>
              <w:docPart w:val="CA6E464A1330460DBE8A8C2678A58C48"/>
            </w:placeholder>
            <w:showingPlcHdr/>
          </w:sdtPr>
          <w:sdtContent>
            <w:tc>
              <w:tcPr>
                <w:tcW w:w="6520" w:type="dxa"/>
              </w:tcPr>
              <w:p w14:paraId="1168230D" w14:textId="77777777" w:rsidR="00892608" w:rsidRDefault="00892608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92608" w14:paraId="6537A81A" w14:textId="77777777" w:rsidTr="00A0792E">
        <w:tc>
          <w:tcPr>
            <w:tcW w:w="2830" w:type="dxa"/>
            <w:vAlign w:val="center"/>
          </w:tcPr>
          <w:p w14:paraId="495414C8" w14:textId="77777777" w:rsidR="00892608" w:rsidRDefault="00892608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39AE0D0E" w14:textId="77777777" w:rsidR="00892608" w:rsidRDefault="00892608" w:rsidP="002D7D98">
            <w:r>
              <w:t xml:space="preserve">Yes </w:t>
            </w:r>
            <w:sdt>
              <w:sdtPr>
                <w:id w:val="-34504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473438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>
              <w:tab/>
              <w:t xml:space="preserve">Ongoing </w:t>
            </w:r>
            <w:sdt>
              <w:sdtPr>
                <w:id w:val="-621381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92608" w14:paraId="76B7C4E3" w14:textId="77777777" w:rsidTr="00A0792E">
        <w:tc>
          <w:tcPr>
            <w:tcW w:w="2830" w:type="dxa"/>
            <w:vAlign w:val="center"/>
          </w:tcPr>
          <w:p w14:paraId="2338DB5E" w14:textId="77777777" w:rsidR="00892608" w:rsidRPr="00F4085D" w:rsidRDefault="00892608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-170338960"/>
            <w:placeholder>
              <w:docPart w:val="096CB30024DB476298C8C1D1C0F5022E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7446A88" w14:textId="77777777" w:rsidR="00892608" w:rsidRDefault="00892608" w:rsidP="00CA2CEB">
                <w:r w:rsidRPr="00CA2CE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92608" w14:paraId="72F21A83" w14:textId="77777777" w:rsidTr="00A0792E">
        <w:tc>
          <w:tcPr>
            <w:tcW w:w="2830" w:type="dxa"/>
            <w:vAlign w:val="center"/>
          </w:tcPr>
          <w:p w14:paraId="03091E5F" w14:textId="77777777" w:rsidR="00892608" w:rsidRPr="00F4085D" w:rsidRDefault="00892608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1802605800"/>
            <w:placeholder>
              <w:docPart w:val="8BC47A0879394463A2ACF3D6D9D28166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0FDED731" w14:textId="77777777" w:rsidR="00892608" w:rsidRDefault="00892608" w:rsidP="00CA2CEB">
                <w:r w:rsidRPr="00CA2CE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92608" w14:paraId="5DAC38FA" w14:textId="77777777" w:rsidTr="00A0792E">
        <w:tc>
          <w:tcPr>
            <w:tcW w:w="2830" w:type="dxa"/>
            <w:vAlign w:val="center"/>
          </w:tcPr>
          <w:p w14:paraId="4CF00EC6" w14:textId="77777777" w:rsidR="00892608" w:rsidRPr="00F4085D" w:rsidRDefault="00892608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30738D16" w14:textId="77777777" w:rsidR="00892608" w:rsidRDefault="00892608" w:rsidP="00CD745A"/>
        </w:tc>
        <w:sdt>
          <w:sdtPr>
            <w:id w:val="-980999402"/>
            <w:placeholder>
              <w:docPart w:val="1E04322902A44D48AB5429CDA91C7AD7"/>
            </w:placeholder>
            <w:showingPlcHdr/>
          </w:sdtPr>
          <w:sdtContent>
            <w:tc>
              <w:tcPr>
                <w:tcW w:w="6520" w:type="dxa"/>
              </w:tcPr>
              <w:p w14:paraId="5BF83F96" w14:textId="77777777" w:rsidR="00892608" w:rsidRDefault="00892608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92608" w14:paraId="0323305D" w14:textId="77777777" w:rsidTr="00A0792E">
        <w:tc>
          <w:tcPr>
            <w:tcW w:w="2830" w:type="dxa"/>
            <w:vAlign w:val="center"/>
          </w:tcPr>
          <w:p w14:paraId="3312C6B5" w14:textId="77777777" w:rsidR="00892608" w:rsidRPr="00F4085D" w:rsidRDefault="00892608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725DD934" w14:textId="77777777" w:rsidR="00892608" w:rsidRDefault="00892608" w:rsidP="00CD745A"/>
        </w:tc>
        <w:sdt>
          <w:sdtPr>
            <w:id w:val="1072540318"/>
            <w:placeholder>
              <w:docPart w:val="297DBC76275D4CA58BDF08DA0C183ABA"/>
            </w:placeholder>
            <w:showingPlcHdr/>
          </w:sdtPr>
          <w:sdtContent>
            <w:tc>
              <w:tcPr>
                <w:tcW w:w="6520" w:type="dxa"/>
              </w:tcPr>
              <w:p w14:paraId="15629CB9" w14:textId="77777777" w:rsidR="00892608" w:rsidRDefault="00892608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92608" w14:paraId="6F958618" w14:textId="77777777" w:rsidTr="00A0792E">
        <w:tc>
          <w:tcPr>
            <w:tcW w:w="2830" w:type="dxa"/>
            <w:vAlign w:val="center"/>
          </w:tcPr>
          <w:p w14:paraId="78031A60" w14:textId="77777777" w:rsidR="00892608" w:rsidRDefault="00892608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-967353370"/>
            <w:placeholder>
              <w:docPart w:val="B241696FE9E2497FA801CFFE93CAB960"/>
            </w:placeholder>
            <w:showingPlcHdr/>
          </w:sdtPr>
          <w:sdtContent>
            <w:tc>
              <w:tcPr>
                <w:tcW w:w="6520" w:type="dxa"/>
              </w:tcPr>
              <w:p w14:paraId="2A17D6BB" w14:textId="77777777" w:rsidR="00892608" w:rsidRDefault="00892608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92608" w14:paraId="2760C023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56462F78" w14:textId="77777777" w:rsidR="00892608" w:rsidRPr="00F4085D" w:rsidRDefault="00892608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5D97E609" w14:textId="77777777" w:rsidR="00892608" w:rsidRPr="00670E59" w:rsidRDefault="00892608" w:rsidP="002D7D98">
            <w:pPr>
              <w:rPr>
                <w:rFonts w:ascii="MS Gothic" w:eastAsia="MS Gothic" w:hAnsi="MS Gothic"/>
              </w:rPr>
            </w:pPr>
            <w:r>
              <w:t xml:space="preserve">Yes </w:t>
            </w:r>
            <w:sdt>
              <w:sdtPr>
                <w:id w:val="-354432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420144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92608" w14:paraId="35AE7748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B7C286" w14:textId="1B501DDE" w:rsidR="00892608" w:rsidRDefault="00892608" w:rsidP="002D7D98"/>
        </w:tc>
      </w:tr>
      <w:tr w:rsidR="00892608" w14:paraId="7F676638" w14:textId="77777777" w:rsidTr="0019370D">
        <w:tc>
          <w:tcPr>
            <w:tcW w:w="9350" w:type="dxa"/>
            <w:gridSpan w:val="2"/>
          </w:tcPr>
          <w:p w14:paraId="2848796F" w14:textId="41795CAF" w:rsidR="00892608" w:rsidRDefault="00892608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127589349"/>
                <w:placeholder>
                  <w:docPart w:val="301CCB097A964F6897C3A405E0E5CF9F"/>
                </w:placeholder>
                <w:showingPlcHdr/>
              </w:sdtPr>
              <w:sdtContent>
                <w:r w:rsidRPr="00CA2CE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92608" w14:paraId="7FB383D0" w14:textId="77777777" w:rsidTr="00A0792E">
        <w:tc>
          <w:tcPr>
            <w:tcW w:w="2830" w:type="dxa"/>
            <w:vAlign w:val="center"/>
          </w:tcPr>
          <w:p w14:paraId="3CC97CD0" w14:textId="77777777" w:rsidR="00892608" w:rsidRDefault="00892608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-1468578669"/>
            <w:placeholder>
              <w:docPart w:val="D3A8CDE11C6C40A88DABD4B370E48B18"/>
            </w:placeholder>
            <w:showingPlcHdr/>
          </w:sdtPr>
          <w:sdtContent>
            <w:tc>
              <w:tcPr>
                <w:tcW w:w="6520" w:type="dxa"/>
              </w:tcPr>
              <w:p w14:paraId="18C604D1" w14:textId="77777777" w:rsidR="00892608" w:rsidRDefault="00892608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92608" w14:paraId="39DE7EAB" w14:textId="77777777" w:rsidTr="00A0792E">
        <w:tc>
          <w:tcPr>
            <w:tcW w:w="2830" w:type="dxa"/>
            <w:vAlign w:val="center"/>
          </w:tcPr>
          <w:p w14:paraId="24D4C41E" w14:textId="77777777" w:rsidR="00892608" w:rsidRDefault="00892608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17468A0" w14:textId="77777777" w:rsidR="00892608" w:rsidRDefault="00892608" w:rsidP="002D7D98">
            <w:r>
              <w:t xml:space="preserve">Yes </w:t>
            </w:r>
            <w:sdt>
              <w:sdtPr>
                <w:id w:val="423539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965700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>
              <w:tab/>
              <w:t xml:space="preserve">Ongoing </w:t>
            </w:r>
            <w:sdt>
              <w:sdtPr>
                <w:id w:val="1789080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92608" w14:paraId="7865C024" w14:textId="77777777" w:rsidTr="00A0792E">
        <w:tc>
          <w:tcPr>
            <w:tcW w:w="2830" w:type="dxa"/>
            <w:vAlign w:val="center"/>
          </w:tcPr>
          <w:p w14:paraId="27AE36F8" w14:textId="77777777" w:rsidR="00892608" w:rsidRPr="00F4085D" w:rsidRDefault="00892608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-67417854"/>
            <w:placeholder>
              <w:docPart w:val="F64C20D3D1B342199D80C288BE014A7F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617FA18E" w14:textId="77777777" w:rsidR="00892608" w:rsidRDefault="00892608" w:rsidP="00CA2CEB">
                <w:r w:rsidRPr="00CA2CE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92608" w14:paraId="0FEA770D" w14:textId="77777777" w:rsidTr="00A0792E">
        <w:tc>
          <w:tcPr>
            <w:tcW w:w="2830" w:type="dxa"/>
            <w:vAlign w:val="center"/>
          </w:tcPr>
          <w:p w14:paraId="72891312" w14:textId="77777777" w:rsidR="00892608" w:rsidRPr="00F4085D" w:rsidRDefault="00892608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515272143"/>
            <w:placeholder>
              <w:docPart w:val="729D22C8321B4AF3AA6951878968AA26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0FAD8C42" w14:textId="77777777" w:rsidR="00892608" w:rsidRDefault="00892608" w:rsidP="00CA2CEB">
                <w:r w:rsidRPr="00CA2CE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92608" w14:paraId="39D89E1D" w14:textId="77777777" w:rsidTr="00A0792E">
        <w:tc>
          <w:tcPr>
            <w:tcW w:w="2830" w:type="dxa"/>
            <w:vAlign w:val="center"/>
          </w:tcPr>
          <w:p w14:paraId="30E5F49B" w14:textId="77777777" w:rsidR="00892608" w:rsidRPr="00F4085D" w:rsidRDefault="00892608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00E5B1B5" w14:textId="77777777" w:rsidR="00892608" w:rsidRDefault="00892608" w:rsidP="00CD745A"/>
        </w:tc>
        <w:sdt>
          <w:sdtPr>
            <w:id w:val="-203033177"/>
            <w:placeholder>
              <w:docPart w:val="A8E4B2DFC7034976A31D3DD5623475F0"/>
            </w:placeholder>
            <w:showingPlcHdr/>
          </w:sdtPr>
          <w:sdtContent>
            <w:tc>
              <w:tcPr>
                <w:tcW w:w="6520" w:type="dxa"/>
              </w:tcPr>
              <w:p w14:paraId="06DF269A" w14:textId="77777777" w:rsidR="00892608" w:rsidRDefault="00892608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92608" w14:paraId="05C538DB" w14:textId="77777777" w:rsidTr="00A0792E">
        <w:tc>
          <w:tcPr>
            <w:tcW w:w="2830" w:type="dxa"/>
            <w:vAlign w:val="center"/>
          </w:tcPr>
          <w:p w14:paraId="46369E68" w14:textId="77777777" w:rsidR="00892608" w:rsidRPr="00F4085D" w:rsidRDefault="00892608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3867D219" w14:textId="77777777" w:rsidR="00892608" w:rsidRDefault="00892608" w:rsidP="00CD745A"/>
        </w:tc>
        <w:sdt>
          <w:sdtPr>
            <w:id w:val="1747299741"/>
            <w:placeholder>
              <w:docPart w:val="30DBE8F71CCD4FF3B2D02C421EF047F1"/>
            </w:placeholder>
            <w:showingPlcHdr/>
          </w:sdtPr>
          <w:sdtContent>
            <w:tc>
              <w:tcPr>
                <w:tcW w:w="6520" w:type="dxa"/>
              </w:tcPr>
              <w:p w14:paraId="01F3EC84" w14:textId="77777777" w:rsidR="00892608" w:rsidRDefault="00892608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92608" w14:paraId="201B50F7" w14:textId="77777777" w:rsidTr="00A0792E">
        <w:tc>
          <w:tcPr>
            <w:tcW w:w="2830" w:type="dxa"/>
            <w:vAlign w:val="center"/>
          </w:tcPr>
          <w:p w14:paraId="7A22E62D" w14:textId="77777777" w:rsidR="00892608" w:rsidRDefault="00892608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-1128544443"/>
            <w:placeholder>
              <w:docPart w:val="955F74546F4444529E8CE9F1D91C8954"/>
            </w:placeholder>
            <w:showingPlcHdr/>
          </w:sdtPr>
          <w:sdtContent>
            <w:tc>
              <w:tcPr>
                <w:tcW w:w="6520" w:type="dxa"/>
              </w:tcPr>
              <w:p w14:paraId="27E53B29" w14:textId="77777777" w:rsidR="00892608" w:rsidRDefault="00892608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92608" w14:paraId="33ECF269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52FDC8A1" w14:textId="77777777" w:rsidR="00892608" w:rsidRPr="00F4085D" w:rsidRDefault="00892608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6D06AB77" w14:textId="77777777" w:rsidR="00892608" w:rsidRPr="00670E59" w:rsidRDefault="00892608" w:rsidP="002D7D98">
            <w:pPr>
              <w:rPr>
                <w:rFonts w:ascii="MS Gothic" w:eastAsia="MS Gothic" w:hAnsi="MS Gothic"/>
              </w:rPr>
            </w:pPr>
            <w:r>
              <w:t xml:space="preserve">Yes </w:t>
            </w:r>
            <w:sdt>
              <w:sdtPr>
                <w:id w:val="-155448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828589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92608" w14:paraId="73BA3FFA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1C7B7D" w14:textId="6DFF1DFF" w:rsidR="00892608" w:rsidRDefault="00892608" w:rsidP="002D7D98"/>
        </w:tc>
      </w:tr>
    </w:tbl>
    <w:p w14:paraId="4B13E1C0" w14:textId="77777777" w:rsidR="008525FA" w:rsidRDefault="008525FA" w:rsidP="002D7D98"/>
    <w:p w14:paraId="16155EEC" w14:textId="77777777" w:rsidR="00214ECC" w:rsidRDefault="003729FB">
      <w:pPr>
        <w:pStyle w:val="Heading1"/>
      </w:pPr>
      <w:r>
        <w:t>Research &amp; Publications</w:t>
      </w:r>
    </w:p>
    <w:p w14:paraId="0987AE42" w14:textId="3FC96AF3" w:rsidR="00C7253B" w:rsidRDefault="00C7253B" w:rsidP="00C7253B">
      <w:r>
        <w:t>Publications, Presentations, Ongoing research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3"/>
        <w:gridCol w:w="6627"/>
      </w:tblGrid>
      <w:tr w:rsidR="00CD745A" w14:paraId="6F75DC21" w14:textId="77777777" w:rsidTr="00F06C8D">
        <w:tc>
          <w:tcPr>
            <w:tcW w:w="9350" w:type="dxa"/>
            <w:gridSpan w:val="2"/>
            <w:vAlign w:val="center"/>
          </w:tcPr>
          <w:p w14:paraId="59BAD478" w14:textId="1CFF4A6E" w:rsidR="00CD745A" w:rsidRDefault="00CD745A" w:rsidP="003061C2">
            <w:r w:rsidRPr="003061C2">
              <w:rPr>
                <w:b/>
                <w:bCs/>
              </w:rPr>
              <w:t xml:space="preserve">Title of Item: </w:t>
            </w:r>
            <w:r w:rsidR="00A0792E" w:rsidRPr="003061C2">
              <w:rPr>
                <w:b/>
                <w:bCs/>
              </w:rPr>
              <w:tab/>
            </w:r>
            <w:r w:rsidR="00A0792E">
              <w:tab/>
            </w:r>
            <w:sdt>
              <w:sdtPr>
                <w:id w:val="383450727"/>
                <w:placeholder>
                  <w:docPart w:val="985557496E45406A9E43DBA1AEB18EFF"/>
                </w:placeholder>
                <w:showingPlcHdr/>
              </w:sdtPr>
              <w:sdtContent>
                <w:r w:rsidR="003061C2" w:rsidRPr="00CA2CE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D745A" w14:paraId="769739CE" w14:textId="77777777" w:rsidTr="00F06C8D">
        <w:tc>
          <w:tcPr>
            <w:tcW w:w="2723" w:type="dxa"/>
            <w:vAlign w:val="center"/>
          </w:tcPr>
          <w:p w14:paraId="178AC458" w14:textId="56A0B311" w:rsidR="00CD745A" w:rsidRPr="003061C2" w:rsidRDefault="00CD745A" w:rsidP="003061C2">
            <w:pPr>
              <w:rPr>
                <w:b/>
                <w:bCs/>
              </w:rPr>
            </w:pPr>
            <w:r w:rsidRPr="003061C2">
              <w:rPr>
                <w:b/>
                <w:bCs/>
              </w:rPr>
              <w:t>Role</w:t>
            </w:r>
          </w:p>
        </w:tc>
        <w:sdt>
          <w:sdtPr>
            <w:id w:val="-1577357175"/>
            <w:placeholder>
              <w:docPart w:val="9CC1599B5860422AB1D15CA0E1FA3D7C"/>
            </w:placeholder>
            <w:showingPlcHdr/>
          </w:sdtPr>
          <w:sdtContent>
            <w:tc>
              <w:tcPr>
                <w:tcW w:w="6627" w:type="dxa"/>
                <w:vAlign w:val="center"/>
              </w:tcPr>
              <w:p w14:paraId="419B1C3D" w14:textId="41ACB899" w:rsidR="00F06C8D" w:rsidRDefault="003061C2" w:rsidP="003061C2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15DA0842" w14:textId="77777777" w:rsidTr="00F06C8D">
        <w:tc>
          <w:tcPr>
            <w:tcW w:w="2723" w:type="dxa"/>
            <w:vAlign w:val="center"/>
          </w:tcPr>
          <w:p w14:paraId="22919863" w14:textId="26D703DD" w:rsidR="00CD745A" w:rsidRPr="003061C2" w:rsidRDefault="00CD745A" w:rsidP="003061C2">
            <w:pPr>
              <w:rPr>
                <w:b/>
                <w:bCs/>
              </w:rPr>
            </w:pPr>
            <w:r w:rsidRPr="003061C2">
              <w:rPr>
                <w:b/>
                <w:bCs/>
              </w:rPr>
              <w:t>Publication/Conference Name</w:t>
            </w:r>
          </w:p>
        </w:tc>
        <w:tc>
          <w:tcPr>
            <w:tcW w:w="6627" w:type="dxa"/>
            <w:vAlign w:val="center"/>
          </w:tcPr>
          <w:sdt>
            <w:sdtPr>
              <w:id w:val="1778829746"/>
              <w:placeholder>
                <w:docPart w:val="0B63598560234098B2B26EF7CC96F285"/>
              </w:placeholder>
              <w:showingPlcHdr/>
            </w:sdtPr>
            <w:sdtContent>
              <w:p w14:paraId="416B7AA1" w14:textId="0567B7F7" w:rsidR="00CD745A" w:rsidRDefault="003061C2" w:rsidP="003061C2">
                <w:r w:rsidRPr="00CA2CEB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68FCDE1" w14:textId="68AC3379" w:rsidR="00F06C8D" w:rsidRDefault="00F06C8D" w:rsidP="003061C2"/>
        </w:tc>
      </w:tr>
      <w:tr w:rsidR="00CD745A" w14:paraId="5D715A34" w14:textId="77777777" w:rsidTr="00F06C8D">
        <w:tc>
          <w:tcPr>
            <w:tcW w:w="2723" w:type="dxa"/>
            <w:vAlign w:val="center"/>
          </w:tcPr>
          <w:p w14:paraId="687B8572" w14:textId="032E2E38" w:rsidR="00CD745A" w:rsidRPr="003061C2" w:rsidRDefault="00CD745A" w:rsidP="003061C2">
            <w:pPr>
              <w:rPr>
                <w:b/>
                <w:bCs/>
              </w:rPr>
            </w:pPr>
            <w:r w:rsidRPr="003061C2">
              <w:rPr>
                <w:b/>
                <w:bCs/>
              </w:rPr>
              <w:t>DOI link where applicable</w:t>
            </w:r>
          </w:p>
        </w:tc>
        <w:sdt>
          <w:sdtPr>
            <w:id w:val="31697620"/>
            <w:placeholder>
              <w:docPart w:val="5C80D63A636A4F6FAA551553AC1AF441"/>
            </w:placeholder>
            <w:showingPlcHdr/>
          </w:sdtPr>
          <w:sdtContent>
            <w:tc>
              <w:tcPr>
                <w:tcW w:w="6627" w:type="dxa"/>
                <w:vAlign w:val="center"/>
              </w:tcPr>
              <w:p w14:paraId="65BB4C77" w14:textId="706DBE12" w:rsidR="00CD745A" w:rsidRDefault="003061C2" w:rsidP="003061C2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7E170BE8" w14:textId="77777777" w:rsidTr="00F06C8D">
        <w:tc>
          <w:tcPr>
            <w:tcW w:w="2723" w:type="dxa"/>
            <w:vAlign w:val="center"/>
          </w:tcPr>
          <w:p w14:paraId="609E6916" w14:textId="6B8BFF7A" w:rsidR="00CD745A" w:rsidRPr="003061C2" w:rsidRDefault="00CD745A" w:rsidP="003061C2">
            <w:pPr>
              <w:rPr>
                <w:b/>
                <w:bCs/>
              </w:rPr>
            </w:pPr>
            <w:r w:rsidRPr="003061C2">
              <w:rPr>
                <w:b/>
                <w:bCs/>
              </w:rPr>
              <w:t>Publication/Presentation Date</w:t>
            </w:r>
          </w:p>
        </w:tc>
        <w:tc>
          <w:tcPr>
            <w:tcW w:w="6627" w:type="dxa"/>
            <w:vAlign w:val="center"/>
          </w:tcPr>
          <w:sdt>
            <w:sdtPr>
              <w:id w:val="-215271627"/>
              <w:placeholder>
                <w:docPart w:val="F9785DA788F348BDA7F0946F1FB4EF43"/>
              </w:placeholder>
              <w:showingPlcHdr/>
              <w:date>
                <w:dateFormat w:val="dd/MM/yyyy"/>
                <w:lid w:val="en-IE"/>
                <w:storeMappedDataAs w:val="dateTime"/>
                <w:calendar w:val="gregorian"/>
              </w:date>
            </w:sdtPr>
            <w:sdtContent>
              <w:p w14:paraId="2F4D18E2" w14:textId="3A3739E3" w:rsidR="00CD745A" w:rsidRDefault="003061C2" w:rsidP="003061C2">
                <w:r w:rsidRPr="00CA2CEB">
                  <w:rPr>
                    <w:rStyle w:val="PlaceholderText"/>
                  </w:rPr>
                  <w:t>Click or tap to enter a date.</w:t>
                </w:r>
              </w:p>
            </w:sdtContent>
          </w:sdt>
          <w:p w14:paraId="383255EC" w14:textId="697D078F" w:rsidR="00F06C8D" w:rsidRDefault="00F06C8D" w:rsidP="003061C2"/>
        </w:tc>
      </w:tr>
      <w:tr w:rsidR="00CD745A" w14:paraId="4F9E7C13" w14:textId="77777777" w:rsidTr="00F06C8D">
        <w:tc>
          <w:tcPr>
            <w:tcW w:w="2723" w:type="dxa"/>
            <w:vAlign w:val="center"/>
          </w:tcPr>
          <w:p w14:paraId="5530C6EE" w14:textId="5062747E" w:rsidR="00F06C8D" w:rsidRPr="003061C2" w:rsidRDefault="00CD745A" w:rsidP="003061C2">
            <w:pPr>
              <w:rPr>
                <w:b/>
                <w:bCs/>
              </w:rPr>
            </w:pPr>
            <w:r w:rsidRPr="003061C2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  <w:vAlign w:val="center"/>
          </w:tcPr>
          <w:p w14:paraId="4B4C77D8" w14:textId="3B38B826" w:rsidR="00F06C8D" w:rsidRDefault="00CD745A" w:rsidP="003061C2">
            <w:r>
              <w:t>Complete</w:t>
            </w:r>
            <w:r w:rsidR="003061C2">
              <w:t xml:space="preserve"> </w:t>
            </w:r>
            <w:sdt>
              <w:sdtPr>
                <w:id w:val="1765878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61C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</w:t>
            </w:r>
            <w:r w:rsidR="00F06C8D">
              <w:tab/>
            </w:r>
            <w:r>
              <w:t>Ongoing</w:t>
            </w:r>
            <w:r w:rsidR="003061C2">
              <w:t xml:space="preserve"> </w:t>
            </w:r>
            <w:sdt>
              <w:sdtPr>
                <w:id w:val="298655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61C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5C2CDB46" w14:textId="77777777" w:rsidTr="00F06C8D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4AF9FBD7" w14:textId="2CFFB4CF" w:rsidR="00CD745A" w:rsidRPr="003061C2" w:rsidRDefault="00CD745A" w:rsidP="003061C2">
            <w:pPr>
              <w:rPr>
                <w:b/>
                <w:bCs/>
              </w:rPr>
            </w:pPr>
            <w:r w:rsidRPr="003061C2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  <w:vAlign w:val="center"/>
          </w:tcPr>
          <w:p w14:paraId="733F3DA5" w14:textId="04410ED3" w:rsidR="00CD745A" w:rsidRDefault="00CD745A" w:rsidP="003061C2">
            <w:r>
              <w:t>Yes</w:t>
            </w:r>
            <w:r w:rsidR="003061C2">
              <w:t xml:space="preserve"> </w:t>
            </w:r>
            <w:sdt>
              <w:sdtPr>
                <w:id w:val="1655722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61C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 w:rsidR="00F06C8D">
              <w:tab/>
            </w:r>
            <w:r>
              <w:t>No</w:t>
            </w:r>
            <w:r w:rsidR="003061C2">
              <w:t xml:space="preserve"> </w:t>
            </w:r>
            <w:sdt>
              <w:sdtPr>
                <w:id w:val="-1152444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61C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1EB756F8" w14:textId="77777777" w:rsidTr="00F06C8D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6FD53F" w14:textId="77777777" w:rsidR="00CD745A" w:rsidRPr="00F4085D" w:rsidRDefault="00CD745A" w:rsidP="00F06C8D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54A7D4" w14:textId="423DD8DC" w:rsidR="00CD745A" w:rsidRDefault="00CD745A" w:rsidP="00F06C8D"/>
        </w:tc>
      </w:tr>
      <w:tr w:rsidR="00892608" w14:paraId="626A3166" w14:textId="77777777" w:rsidTr="00F06C8D">
        <w:tc>
          <w:tcPr>
            <w:tcW w:w="9350" w:type="dxa"/>
            <w:gridSpan w:val="2"/>
            <w:vAlign w:val="center"/>
          </w:tcPr>
          <w:p w14:paraId="7A1A6A3A" w14:textId="30E5AAF7" w:rsidR="00892608" w:rsidRDefault="00892608" w:rsidP="003061C2">
            <w:r w:rsidRPr="003061C2">
              <w:rPr>
                <w:b/>
                <w:bCs/>
              </w:rPr>
              <w:t xml:space="preserve">Title of Item: </w:t>
            </w:r>
            <w:r w:rsidRPr="003061C2">
              <w:rPr>
                <w:b/>
                <w:bCs/>
              </w:rPr>
              <w:tab/>
            </w:r>
            <w:r>
              <w:tab/>
            </w:r>
            <w:sdt>
              <w:sdtPr>
                <w:id w:val="-292746780"/>
                <w:placeholder>
                  <w:docPart w:val="64879AE5F46D43DAA1617E9400D69251"/>
                </w:placeholder>
                <w:showingPlcHdr/>
              </w:sdtPr>
              <w:sdtContent>
                <w:r w:rsidRPr="00CA2CE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92608" w14:paraId="4F19EAAE" w14:textId="77777777" w:rsidTr="00F06C8D">
        <w:tc>
          <w:tcPr>
            <w:tcW w:w="2723" w:type="dxa"/>
            <w:vAlign w:val="center"/>
          </w:tcPr>
          <w:p w14:paraId="1EF5F97D" w14:textId="77777777" w:rsidR="00892608" w:rsidRPr="003061C2" w:rsidRDefault="00892608" w:rsidP="003061C2">
            <w:pPr>
              <w:rPr>
                <w:b/>
                <w:bCs/>
              </w:rPr>
            </w:pPr>
            <w:r w:rsidRPr="003061C2">
              <w:rPr>
                <w:b/>
                <w:bCs/>
              </w:rPr>
              <w:t>Role</w:t>
            </w:r>
          </w:p>
        </w:tc>
        <w:sdt>
          <w:sdtPr>
            <w:id w:val="-1451853241"/>
            <w:placeholder>
              <w:docPart w:val="91E21923B3094A1C910B959AFAC8EAF1"/>
            </w:placeholder>
            <w:showingPlcHdr/>
          </w:sdtPr>
          <w:sdtContent>
            <w:tc>
              <w:tcPr>
                <w:tcW w:w="6627" w:type="dxa"/>
                <w:vAlign w:val="center"/>
              </w:tcPr>
              <w:p w14:paraId="5D70E54F" w14:textId="77777777" w:rsidR="00892608" w:rsidRDefault="00892608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92608" w14:paraId="2D1A9961" w14:textId="77777777" w:rsidTr="00F06C8D">
        <w:tc>
          <w:tcPr>
            <w:tcW w:w="2723" w:type="dxa"/>
            <w:vAlign w:val="center"/>
          </w:tcPr>
          <w:p w14:paraId="304CED07" w14:textId="77777777" w:rsidR="00892608" w:rsidRPr="003061C2" w:rsidRDefault="00892608" w:rsidP="003061C2">
            <w:pPr>
              <w:rPr>
                <w:b/>
                <w:bCs/>
              </w:rPr>
            </w:pPr>
            <w:r w:rsidRPr="003061C2">
              <w:rPr>
                <w:b/>
                <w:bCs/>
              </w:rPr>
              <w:t>Publication/Conference Name</w:t>
            </w:r>
          </w:p>
        </w:tc>
        <w:tc>
          <w:tcPr>
            <w:tcW w:w="6627" w:type="dxa"/>
            <w:vAlign w:val="center"/>
          </w:tcPr>
          <w:sdt>
            <w:sdtPr>
              <w:id w:val="1220710143"/>
              <w:placeholder>
                <w:docPart w:val="D681B3D945824F06B9610531DEF5E5CF"/>
              </w:placeholder>
              <w:showingPlcHdr/>
            </w:sdtPr>
            <w:sdtContent>
              <w:p w14:paraId="122DFAE4" w14:textId="77777777" w:rsidR="00892608" w:rsidRDefault="00892608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08FEAC09" w14:textId="77777777" w:rsidR="00892608" w:rsidRDefault="00892608" w:rsidP="003061C2"/>
        </w:tc>
      </w:tr>
      <w:tr w:rsidR="00892608" w14:paraId="7821AC6B" w14:textId="77777777" w:rsidTr="00F06C8D">
        <w:tc>
          <w:tcPr>
            <w:tcW w:w="2723" w:type="dxa"/>
            <w:vAlign w:val="center"/>
          </w:tcPr>
          <w:p w14:paraId="707AFC58" w14:textId="77777777" w:rsidR="00892608" w:rsidRPr="003061C2" w:rsidRDefault="00892608" w:rsidP="003061C2">
            <w:pPr>
              <w:rPr>
                <w:b/>
                <w:bCs/>
              </w:rPr>
            </w:pPr>
            <w:r w:rsidRPr="003061C2">
              <w:rPr>
                <w:b/>
                <w:bCs/>
              </w:rPr>
              <w:t>DOI link where applicable</w:t>
            </w:r>
          </w:p>
        </w:tc>
        <w:sdt>
          <w:sdtPr>
            <w:id w:val="675163535"/>
            <w:placeholder>
              <w:docPart w:val="0BC3D133DA784F8CB3AB3A69664AE2D2"/>
            </w:placeholder>
            <w:showingPlcHdr/>
          </w:sdtPr>
          <w:sdtContent>
            <w:tc>
              <w:tcPr>
                <w:tcW w:w="6627" w:type="dxa"/>
                <w:vAlign w:val="center"/>
              </w:tcPr>
              <w:p w14:paraId="392FC191" w14:textId="77777777" w:rsidR="00892608" w:rsidRDefault="00892608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92608" w14:paraId="2E95F628" w14:textId="77777777" w:rsidTr="00F06C8D">
        <w:tc>
          <w:tcPr>
            <w:tcW w:w="2723" w:type="dxa"/>
            <w:vAlign w:val="center"/>
          </w:tcPr>
          <w:p w14:paraId="3EE06F6B" w14:textId="77777777" w:rsidR="00892608" w:rsidRPr="003061C2" w:rsidRDefault="00892608" w:rsidP="003061C2">
            <w:pPr>
              <w:rPr>
                <w:b/>
                <w:bCs/>
              </w:rPr>
            </w:pPr>
            <w:r w:rsidRPr="003061C2">
              <w:rPr>
                <w:b/>
                <w:bCs/>
              </w:rPr>
              <w:t>Publication/Presentation Date</w:t>
            </w:r>
          </w:p>
        </w:tc>
        <w:tc>
          <w:tcPr>
            <w:tcW w:w="6627" w:type="dxa"/>
            <w:vAlign w:val="center"/>
          </w:tcPr>
          <w:sdt>
            <w:sdtPr>
              <w:id w:val="132685899"/>
              <w:placeholder>
                <w:docPart w:val="8235402AA2494E7B9F48E6392597F2F3"/>
              </w:placeholder>
              <w:showingPlcHdr/>
              <w:date>
                <w:dateFormat w:val="dd/MM/yyyy"/>
                <w:lid w:val="en-IE"/>
                <w:storeMappedDataAs w:val="dateTime"/>
                <w:calendar w:val="gregorian"/>
              </w:date>
            </w:sdtPr>
            <w:sdtContent>
              <w:p w14:paraId="431F4119" w14:textId="77777777" w:rsidR="00892608" w:rsidRDefault="00892608" w:rsidP="00CA2CEB">
                <w:r w:rsidRPr="00CA2CEB">
                  <w:rPr>
                    <w:rStyle w:val="PlaceholderText"/>
                  </w:rPr>
                  <w:t>Click or tap to enter a date.</w:t>
                </w:r>
              </w:p>
            </w:sdtContent>
          </w:sdt>
          <w:p w14:paraId="21114522" w14:textId="77777777" w:rsidR="00892608" w:rsidRDefault="00892608" w:rsidP="003061C2"/>
        </w:tc>
      </w:tr>
      <w:tr w:rsidR="00892608" w14:paraId="211E1047" w14:textId="77777777" w:rsidTr="00F06C8D">
        <w:tc>
          <w:tcPr>
            <w:tcW w:w="2723" w:type="dxa"/>
            <w:vAlign w:val="center"/>
          </w:tcPr>
          <w:p w14:paraId="4A1116FA" w14:textId="77777777" w:rsidR="00892608" w:rsidRPr="003061C2" w:rsidRDefault="00892608" w:rsidP="003061C2">
            <w:pPr>
              <w:rPr>
                <w:b/>
                <w:bCs/>
              </w:rPr>
            </w:pPr>
            <w:r w:rsidRPr="003061C2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  <w:vAlign w:val="center"/>
          </w:tcPr>
          <w:p w14:paraId="0CAB4260" w14:textId="77777777" w:rsidR="00892608" w:rsidRDefault="00892608" w:rsidP="003061C2">
            <w:r>
              <w:t xml:space="preserve">Complete </w:t>
            </w:r>
            <w:sdt>
              <w:sdtPr>
                <w:id w:val="-1196076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</w:t>
            </w:r>
            <w:r>
              <w:tab/>
              <w:t xml:space="preserve">Ongoing </w:t>
            </w:r>
            <w:sdt>
              <w:sdtPr>
                <w:id w:val="755795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92608" w14:paraId="276B8D28" w14:textId="77777777" w:rsidTr="00F06C8D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19633E80" w14:textId="77777777" w:rsidR="00892608" w:rsidRPr="003061C2" w:rsidRDefault="00892608" w:rsidP="003061C2">
            <w:pPr>
              <w:rPr>
                <w:b/>
                <w:bCs/>
              </w:rPr>
            </w:pPr>
            <w:r w:rsidRPr="003061C2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  <w:vAlign w:val="center"/>
          </w:tcPr>
          <w:p w14:paraId="0F616BA7" w14:textId="77777777" w:rsidR="00892608" w:rsidRDefault="00892608" w:rsidP="003061C2">
            <w:r>
              <w:t xml:space="preserve">Yes </w:t>
            </w:r>
            <w:sdt>
              <w:sdtPr>
                <w:id w:val="286555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  <w:t xml:space="preserve">No </w:t>
            </w:r>
            <w:sdt>
              <w:sdtPr>
                <w:id w:val="1338119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92608" w14:paraId="10B900E2" w14:textId="77777777" w:rsidTr="00F06C8D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1306CE" w14:textId="77777777" w:rsidR="00892608" w:rsidRPr="00F4085D" w:rsidRDefault="00892608" w:rsidP="00F06C8D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F8ED6B" w14:textId="44DEC2D8" w:rsidR="00892608" w:rsidRDefault="00892608" w:rsidP="00F06C8D"/>
        </w:tc>
      </w:tr>
      <w:tr w:rsidR="00892608" w14:paraId="656E121A" w14:textId="77777777" w:rsidTr="00F06C8D">
        <w:tc>
          <w:tcPr>
            <w:tcW w:w="9350" w:type="dxa"/>
            <w:gridSpan w:val="2"/>
            <w:vAlign w:val="center"/>
          </w:tcPr>
          <w:p w14:paraId="42B6447C" w14:textId="534EC48B" w:rsidR="00892608" w:rsidRDefault="00892608" w:rsidP="003061C2">
            <w:r w:rsidRPr="003061C2">
              <w:rPr>
                <w:b/>
                <w:bCs/>
              </w:rPr>
              <w:t xml:space="preserve">Title of Item: </w:t>
            </w:r>
            <w:r w:rsidRPr="003061C2">
              <w:rPr>
                <w:b/>
                <w:bCs/>
              </w:rPr>
              <w:tab/>
            </w:r>
            <w:r>
              <w:tab/>
            </w:r>
            <w:sdt>
              <w:sdtPr>
                <w:id w:val="2039700570"/>
                <w:placeholder>
                  <w:docPart w:val="3FC0D19EB16D4989906BB9ABA2EEAC0B"/>
                </w:placeholder>
                <w:showingPlcHdr/>
              </w:sdtPr>
              <w:sdtContent>
                <w:r w:rsidRPr="00CA2CE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92608" w14:paraId="5EE8149D" w14:textId="77777777" w:rsidTr="00F06C8D">
        <w:tc>
          <w:tcPr>
            <w:tcW w:w="2723" w:type="dxa"/>
            <w:vAlign w:val="center"/>
          </w:tcPr>
          <w:p w14:paraId="4AB94D1B" w14:textId="77777777" w:rsidR="00892608" w:rsidRPr="003061C2" w:rsidRDefault="00892608" w:rsidP="003061C2">
            <w:pPr>
              <w:rPr>
                <w:b/>
                <w:bCs/>
              </w:rPr>
            </w:pPr>
            <w:r w:rsidRPr="003061C2">
              <w:rPr>
                <w:b/>
                <w:bCs/>
              </w:rPr>
              <w:t>Role</w:t>
            </w:r>
          </w:p>
        </w:tc>
        <w:sdt>
          <w:sdtPr>
            <w:id w:val="1287856333"/>
            <w:placeholder>
              <w:docPart w:val="F2F616D4C23741B6B6315A1EFAA7F313"/>
            </w:placeholder>
            <w:showingPlcHdr/>
          </w:sdtPr>
          <w:sdtContent>
            <w:tc>
              <w:tcPr>
                <w:tcW w:w="6627" w:type="dxa"/>
                <w:vAlign w:val="center"/>
              </w:tcPr>
              <w:p w14:paraId="41CFE099" w14:textId="77777777" w:rsidR="00892608" w:rsidRDefault="00892608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92608" w14:paraId="4785C840" w14:textId="77777777" w:rsidTr="00F06C8D">
        <w:tc>
          <w:tcPr>
            <w:tcW w:w="2723" w:type="dxa"/>
            <w:vAlign w:val="center"/>
          </w:tcPr>
          <w:p w14:paraId="086BAC5F" w14:textId="77777777" w:rsidR="00892608" w:rsidRPr="003061C2" w:rsidRDefault="00892608" w:rsidP="003061C2">
            <w:pPr>
              <w:rPr>
                <w:b/>
                <w:bCs/>
              </w:rPr>
            </w:pPr>
            <w:r w:rsidRPr="003061C2">
              <w:rPr>
                <w:b/>
                <w:bCs/>
              </w:rPr>
              <w:lastRenderedPageBreak/>
              <w:t>Publication/Conference Name</w:t>
            </w:r>
          </w:p>
        </w:tc>
        <w:tc>
          <w:tcPr>
            <w:tcW w:w="6627" w:type="dxa"/>
            <w:vAlign w:val="center"/>
          </w:tcPr>
          <w:sdt>
            <w:sdtPr>
              <w:id w:val="-1449010238"/>
              <w:placeholder>
                <w:docPart w:val="114FC94F24E2472BBDA4747F476B3392"/>
              </w:placeholder>
              <w:showingPlcHdr/>
            </w:sdtPr>
            <w:sdtContent>
              <w:p w14:paraId="25C06A1E" w14:textId="77777777" w:rsidR="00892608" w:rsidRDefault="00892608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1B3BDD0" w14:textId="77777777" w:rsidR="00892608" w:rsidRDefault="00892608" w:rsidP="003061C2"/>
        </w:tc>
      </w:tr>
      <w:tr w:rsidR="00892608" w14:paraId="30C731B8" w14:textId="77777777" w:rsidTr="00F06C8D">
        <w:tc>
          <w:tcPr>
            <w:tcW w:w="2723" w:type="dxa"/>
            <w:vAlign w:val="center"/>
          </w:tcPr>
          <w:p w14:paraId="72602A78" w14:textId="77777777" w:rsidR="00892608" w:rsidRPr="003061C2" w:rsidRDefault="00892608" w:rsidP="003061C2">
            <w:pPr>
              <w:rPr>
                <w:b/>
                <w:bCs/>
              </w:rPr>
            </w:pPr>
            <w:r w:rsidRPr="003061C2">
              <w:rPr>
                <w:b/>
                <w:bCs/>
              </w:rPr>
              <w:t>DOI link where applicable</w:t>
            </w:r>
          </w:p>
        </w:tc>
        <w:sdt>
          <w:sdtPr>
            <w:id w:val="148720933"/>
            <w:placeholder>
              <w:docPart w:val="24E9A8C60D9246E7B83ADE92F342BAA7"/>
            </w:placeholder>
            <w:showingPlcHdr/>
          </w:sdtPr>
          <w:sdtContent>
            <w:tc>
              <w:tcPr>
                <w:tcW w:w="6627" w:type="dxa"/>
                <w:vAlign w:val="center"/>
              </w:tcPr>
              <w:p w14:paraId="6E4A3B05" w14:textId="77777777" w:rsidR="00892608" w:rsidRDefault="00892608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92608" w14:paraId="63E74E44" w14:textId="77777777" w:rsidTr="00F06C8D">
        <w:tc>
          <w:tcPr>
            <w:tcW w:w="2723" w:type="dxa"/>
            <w:vAlign w:val="center"/>
          </w:tcPr>
          <w:p w14:paraId="64CB1FE8" w14:textId="77777777" w:rsidR="00892608" w:rsidRPr="003061C2" w:rsidRDefault="00892608" w:rsidP="003061C2">
            <w:pPr>
              <w:rPr>
                <w:b/>
                <w:bCs/>
              </w:rPr>
            </w:pPr>
            <w:r w:rsidRPr="003061C2">
              <w:rPr>
                <w:b/>
                <w:bCs/>
              </w:rPr>
              <w:t>Publication/Presentation Date</w:t>
            </w:r>
          </w:p>
        </w:tc>
        <w:tc>
          <w:tcPr>
            <w:tcW w:w="6627" w:type="dxa"/>
            <w:vAlign w:val="center"/>
          </w:tcPr>
          <w:sdt>
            <w:sdtPr>
              <w:id w:val="-624701152"/>
              <w:placeholder>
                <w:docPart w:val="9C8FA96B68014E9F932818EEAE18B576"/>
              </w:placeholder>
              <w:showingPlcHdr/>
              <w:date>
                <w:dateFormat w:val="dd/MM/yyyy"/>
                <w:lid w:val="en-IE"/>
                <w:storeMappedDataAs w:val="dateTime"/>
                <w:calendar w:val="gregorian"/>
              </w:date>
            </w:sdtPr>
            <w:sdtContent>
              <w:p w14:paraId="5F93ECBC" w14:textId="77777777" w:rsidR="00892608" w:rsidRDefault="00892608" w:rsidP="00CA2CEB">
                <w:r w:rsidRPr="00CA2CEB">
                  <w:rPr>
                    <w:rStyle w:val="PlaceholderText"/>
                  </w:rPr>
                  <w:t>Click or tap to enter a date.</w:t>
                </w:r>
              </w:p>
            </w:sdtContent>
          </w:sdt>
          <w:p w14:paraId="48EDBFE3" w14:textId="77777777" w:rsidR="00892608" w:rsidRDefault="00892608" w:rsidP="003061C2"/>
        </w:tc>
      </w:tr>
      <w:tr w:rsidR="00892608" w14:paraId="2A92A534" w14:textId="77777777" w:rsidTr="00F06C8D">
        <w:tc>
          <w:tcPr>
            <w:tcW w:w="2723" w:type="dxa"/>
            <w:vAlign w:val="center"/>
          </w:tcPr>
          <w:p w14:paraId="3BB268A3" w14:textId="77777777" w:rsidR="00892608" w:rsidRPr="003061C2" w:rsidRDefault="00892608" w:rsidP="003061C2">
            <w:pPr>
              <w:rPr>
                <w:b/>
                <w:bCs/>
              </w:rPr>
            </w:pPr>
            <w:r w:rsidRPr="003061C2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  <w:vAlign w:val="center"/>
          </w:tcPr>
          <w:p w14:paraId="4664F833" w14:textId="77777777" w:rsidR="00892608" w:rsidRDefault="00892608" w:rsidP="003061C2">
            <w:r>
              <w:t xml:space="preserve">Complete </w:t>
            </w:r>
            <w:sdt>
              <w:sdtPr>
                <w:id w:val="545876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</w:t>
            </w:r>
            <w:r>
              <w:tab/>
              <w:t xml:space="preserve">Ongoing </w:t>
            </w:r>
            <w:sdt>
              <w:sdtPr>
                <w:id w:val="-1104418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92608" w14:paraId="1503A396" w14:textId="77777777" w:rsidTr="00F06C8D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56D88C36" w14:textId="77777777" w:rsidR="00892608" w:rsidRPr="003061C2" w:rsidRDefault="00892608" w:rsidP="003061C2">
            <w:pPr>
              <w:rPr>
                <w:b/>
                <w:bCs/>
              </w:rPr>
            </w:pPr>
            <w:r w:rsidRPr="003061C2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  <w:vAlign w:val="center"/>
          </w:tcPr>
          <w:p w14:paraId="4C87E908" w14:textId="77777777" w:rsidR="00892608" w:rsidRDefault="00892608" w:rsidP="003061C2">
            <w:r>
              <w:t xml:space="preserve">Yes </w:t>
            </w:r>
            <w:sdt>
              <w:sdtPr>
                <w:id w:val="-176428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  <w:t xml:space="preserve">No </w:t>
            </w:r>
            <w:sdt>
              <w:sdtPr>
                <w:id w:val="-974370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92608" w14:paraId="2732B602" w14:textId="77777777" w:rsidTr="00F06C8D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A77680" w14:textId="77777777" w:rsidR="00892608" w:rsidRPr="00F4085D" w:rsidRDefault="00892608" w:rsidP="00F06C8D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79F180" w14:textId="12A15BE3" w:rsidR="00892608" w:rsidRDefault="00892608" w:rsidP="00F06C8D"/>
        </w:tc>
      </w:tr>
      <w:tr w:rsidR="00892608" w14:paraId="68700901" w14:textId="77777777" w:rsidTr="00F06C8D">
        <w:tc>
          <w:tcPr>
            <w:tcW w:w="9350" w:type="dxa"/>
            <w:gridSpan w:val="2"/>
            <w:vAlign w:val="center"/>
          </w:tcPr>
          <w:p w14:paraId="1E1D631D" w14:textId="21600174" w:rsidR="00892608" w:rsidRDefault="00892608" w:rsidP="003061C2">
            <w:r w:rsidRPr="003061C2">
              <w:rPr>
                <w:b/>
                <w:bCs/>
              </w:rPr>
              <w:t xml:space="preserve">Title of Item: </w:t>
            </w:r>
            <w:r w:rsidRPr="003061C2">
              <w:rPr>
                <w:b/>
                <w:bCs/>
              </w:rPr>
              <w:tab/>
            </w:r>
            <w:r>
              <w:tab/>
            </w:r>
            <w:sdt>
              <w:sdtPr>
                <w:id w:val="-950776099"/>
                <w:placeholder>
                  <w:docPart w:val="7508669DCF08427AA363C066DB0A3BBE"/>
                </w:placeholder>
                <w:showingPlcHdr/>
              </w:sdtPr>
              <w:sdtContent>
                <w:r w:rsidRPr="00CA2CE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92608" w14:paraId="0A09B2E2" w14:textId="77777777" w:rsidTr="00F06C8D">
        <w:tc>
          <w:tcPr>
            <w:tcW w:w="2723" w:type="dxa"/>
            <w:vAlign w:val="center"/>
          </w:tcPr>
          <w:p w14:paraId="2D16516B" w14:textId="77777777" w:rsidR="00892608" w:rsidRPr="003061C2" w:rsidRDefault="00892608" w:rsidP="003061C2">
            <w:pPr>
              <w:rPr>
                <w:b/>
                <w:bCs/>
              </w:rPr>
            </w:pPr>
            <w:r w:rsidRPr="003061C2">
              <w:rPr>
                <w:b/>
                <w:bCs/>
              </w:rPr>
              <w:t>Role</w:t>
            </w:r>
          </w:p>
        </w:tc>
        <w:sdt>
          <w:sdtPr>
            <w:id w:val="-660157079"/>
            <w:placeholder>
              <w:docPart w:val="F513A6C353814BB0A73DF97C5D2400A1"/>
            </w:placeholder>
            <w:showingPlcHdr/>
          </w:sdtPr>
          <w:sdtContent>
            <w:tc>
              <w:tcPr>
                <w:tcW w:w="6627" w:type="dxa"/>
                <w:vAlign w:val="center"/>
              </w:tcPr>
              <w:p w14:paraId="4C3E387B" w14:textId="77777777" w:rsidR="00892608" w:rsidRDefault="00892608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92608" w14:paraId="6D74637F" w14:textId="77777777" w:rsidTr="00F06C8D">
        <w:tc>
          <w:tcPr>
            <w:tcW w:w="2723" w:type="dxa"/>
            <w:vAlign w:val="center"/>
          </w:tcPr>
          <w:p w14:paraId="312046AB" w14:textId="77777777" w:rsidR="00892608" w:rsidRPr="003061C2" w:rsidRDefault="00892608" w:rsidP="003061C2">
            <w:pPr>
              <w:rPr>
                <w:b/>
                <w:bCs/>
              </w:rPr>
            </w:pPr>
            <w:r w:rsidRPr="003061C2">
              <w:rPr>
                <w:b/>
                <w:bCs/>
              </w:rPr>
              <w:t>Publication/Conference Name</w:t>
            </w:r>
          </w:p>
        </w:tc>
        <w:tc>
          <w:tcPr>
            <w:tcW w:w="6627" w:type="dxa"/>
            <w:vAlign w:val="center"/>
          </w:tcPr>
          <w:sdt>
            <w:sdtPr>
              <w:id w:val="-1898116896"/>
              <w:placeholder>
                <w:docPart w:val="8DE70AB8AA354DA5B9C695E06EC25B41"/>
              </w:placeholder>
              <w:showingPlcHdr/>
            </w:sdtPr>
            <w:sdtContent>
              <w:p w14:paraId="3E43DB4C" w14:textId="77777777" w:rsidR="00892608" w:rsidRDefault="00892608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C40CFE5" w14:textId="77777777" w:rsidR="00892608" w:rsidRDefault="00892608" w:rsidP="003061C2"/>
        </w:tc>
      </w:tr>
      <w:tr w:rsidR="00892608" w14:paraId="3447106E" w14:textId="77777777" w:rsidTr="00F06C8D">
        <w:tc>
          <w:tcPr>
            <w:tcW w:w="2723" w:type="dxa"/>
            <w:vAlign w:val="center"/>
          </w:tcPr>
          <w:p w14:paraId="251A0124" w14:textId="77777777" w:rsidR="00892608" w:rsidRPr="003061C2" w:rsidRDefault="00892608" w:rsidP="003061C2">
            <w:pPr>
              <w:rPr>
                <w:b/>
                <w:bCs/>
              </w:rPr>
            </w:pPr>
            <w:r w:rsidRPr="003061C2">
              <w:rPr>
                <w:b/>
                <w:bCs/>
              </w:rPr>
              <w:t>DOI link where applicable</w:t>
            </w:r>
          </w:p>
        </w:tc>
        <w:sdt>
          <w:sdtPr>
            <w:id w:val="-1203781703"/>
            <w:placeholder>
              <w:docPart w:val="96E8B295ED6445E0BA009D7868364B52"/>
            </w:placeholder>
            <w:showingPlcHdr/>
          </w:sdtPr>
          <w:sdtContent>
            <w:tc>
              <w:tcPr>
                <w:tcW w:w="6627" w:type="dxa"/>
                <w:vAlign w:val="center"/>
              </w:tcPr>
              <w:p w14:paraId="71AA7B3F" w14:textId="77777777" w:rsidR="00892608" w:rsidRDefault="00892608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92608" w14:paraId="3FF78EC3" w14:textId="77777777" w:rsidTr="00F06C8D">
        <w:tc>
          <w:tcPr>
            <w:tcW w:w="2723" w:type="dxa"/>
            <w:vAlign w:val="center"/>
          </w:tcPr>
          <w:p w14:paraId="254E1F35" w14:textId="77777777" w:rsidR="00892608" w:rsidRPr="003061C2" w:rsidRDefault="00892608" w:rsidP="003061C2">
            <w:pPr>
              <w:rPr>
                <w:b/>
                <w:bCs/>
              </w:rPr>
            </w:pPr>
            <w:r w:rsidRPr="003061C2">
              <w:rPr>
                <w:b/>
                <w:bCs/>
              </w:rPr>
              <w:t>Publication/Presentation Date</w:t>
            </w:r>
          </w:p>
        </w:tc>
        <w:tc>
          <w:tcPr>
            <w:tcW w:w="6627" w:type="dxa"/>
            <w:vAlign w:val="center"/>
          </w:tcPr>
          <w:sdt>
            <w:sdtPr>
              <w:id w:val="1994680955"/>
              <w:placeholder>
                <w:docPart w:val="55926B4BC85C42289B1F5CD89710C0F4"/>
              </w:placeholder>
              <w:showingPlcHdr/>
              <w:date>
                <w:dateFormat w:val="dd/MM/yyyy"/>
                <w:lid w:val="en-IE"/>
                <w:storeMappedDataAs w:val="dateTime"/>
                <w:calendar w:val="gregorian"/>
              </w:date>
            </w:sdtPr>
            <w:sdtContent>
              <w:p w14:paraId="41100687" w14:textId="77777777" w:rsidR="00892608" w:rsidRDefault="00892608" w:rsidP="00CA2CEB">
                <w:r w:rsidRPr="00CA2CEB">
                  <w:rPr>
                    <w:rStyle w:val="PlaceholderText"/>
                  </w:rPr>
                  <w:t>Click or tap to enter a date.</w:t>
                </w:r>
              </w:p>
            </w:sdtContent>
          </w:sdt>
          <w:p w14:paraId="1ED72D74" w14:textId="77777777" w:rsidR="00892608" w:rsidRDefault="00892608" w:rsidP="003061C2"/>
        </w:tc>
      </w:tr>
      <w:tr w:rsidR="00892608" w14:paraId="7F8A3BAB" w14:textId="77777777" w:rsidTr="00F06C8D">
        <w:tc>
          <w:tcPr>
            <w:tcW w:w="2723" w:type="dxa"/>
            <w:vAlign w:val="center"/>
          </w:tcPr>
          <w:p w14:paraId="172C9D98" w14:textId="77777777" w:rsidR="00892608" w:rsidRPr="003061C2" w:rsidRDefault="00892608" w:rsidP="003061C2">
            <w:pPr>
              <w:rPr>
                <w:b/>
                <w:bCs/>
              </w:rPr>
            </w:pPr>
            <w:r w:rsidRPr="003061C2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  <w:vAlign w:val="center"/>
          </w:tcPr>
          <w:p w14:paraId="25A68006" w14:textId="77777777" w:rsidR="00892608" w:rsidRDefault="00892608" w:rsidP="003061C2">
            <w:r>
              <w:t xml:space="preserve">Complete </w:t>
            </w:r>
            <w:sdt>
              <w:sdtPr>
                <w:id w:val="1500308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</w:t>
            </w:r>
            <w:r>
              <w:tab/>
              <w:t xml:space="preserve">Ongoing </w:t>
            </w:r>
            <w:sdt>
              <w:sdtPr>
                <w:id w:val="-1190071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92608" w14:paraId="16B93804" w14:textId="77777777" w:rsidTr="00F06C8D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752018FC" w14:textId="77777777" w:rsidR="00892608" w:rsidRPr="003061C2" w:rsidRDefault="00892608" w:rsidP="003061C2">
            <w:pPr>
              <w:rPr>
                <w:b/>
                <w:bCs/>
              </w:rPr>
            </w:pPr>
            <w:r w:rsidRPr="003061C2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  <w:vAlign w:val="center"/>
          </w:tcPr>
          <w:p w14:paraId="6B6B8424" w14:textId="77777777" w:rsidR="00892608" w:rsidRDefault="00892608" w:rsidP="003061C2">
            <w:r>
              <w:t xml:space="preserve">Yes </w:t>
            </w:r>
            <w:sdt>
              <w:sdtPr>
                <w:id w:val="1415978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  <w:t xml:space="preserve">No </w:t>
            </w:r>
            <w:sdt>
              <w:sdtPr>
                <w:id w:val="852385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92608" w14:paraId="41CF89DE" w14:textId="77777777" w:rsidTr="00F06C8D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A6AA53" w14:textId="77777777" w:rsidR="00892608" w:rsidRPr="00F4085D" w:rsidRDefault="00892608" w:rsidP="00F06C8D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E106D2" w14:textId="38FB7263" w:rsidR="00892608" w:rsidRDefault="00892608" w:rsidP="00F06C8D"/>
        </w:tc>
      </w:tr>
      <w:tr w:rsidR="00892608" w14:paraId="4E7CB5F8" w14:textId="77777777" w:rsidTr="00F06C8D">
        <w:tc>
          <w:tcPr>
            <w:tcW w:w="9350" w:type="dxa"/>
            <w:gridSpan w:val="2"/>
            <w:vAlign w:val="center"/>
          </w:tcPr>
          <w:p w14:paraId="1FAD17F4" w14:textId="1E1E74CB" w:rsidR="00892608" w:rsidRDefault="00892608" w:rsidP="003061C2">
            <w:r w:rsidRPr="003061C2">
              <w:rPr>
                <w:b/>
                <w:bCs/>
              </w:rPr>
              <w:t xml:space="preserve">Title of Item: </w:t>
            </w:r>
            <w:r w:rsidRPr="003061C2">
              <w:rPr>
                <w:b/>
                <w:bCs/>
              </w:rPr>
              <w:tab/>
            </w:r>
            <w:r>
              <w:tab/>
            </w:r>
            <w:sdt>
              <w:sdtPr>
                <w:id w:val="-867824281"/>
                <w:placeholder>
                  <w:docPart w:val="A47D2D2E7C074792B0FEE53E6E818595"/>
                </w:placeholder>
                <w:showingPlcHdr/>
              </w:sdtPr>
              <w:sdtContent>
                <w:r w:rsidRPr="00CA2CE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92608" w14:paraId="36915508" w14:textId="77777777" w:rsidTr="00F06C8D">
        <w:tc>
          <w:tcPr>
            <w:tcW w:w="2723" w:type="dxa"/>
            <w:vAlign w:val="center"/>
          </w:tcPr>
          <w:p w14:paraId="215DCC21" w14:textId="77777777" w:rsidR="00892608" w:rsidRPr="003061C2" w:rsidRDefault="00892608" w:rsidP="003061C2">
            <w:pPr>
              <w:rPr>
                <w:b/>
                <w:bCs/>
              </w:rPr>
            </w:pPr>
            <w:r w:rsidRPr="003061C2">
              <w:rPr>
                <w:b/>
                <w:bCs/>
              </w:rPr>
              <w:t>Role</w:t>
            </w:r>
          </w:p>
        </w:tc>
        <w:sdt>
          <w:sdtPr>
            <w:id w:val="1701508297"/>
            <w:placeholder>
              <w:docPart w:val="69D847675BA94D4580484D231E41D70B"/>
            </w:placeholder>
            <w:showingPlcHdr/>
          </w:sdtPr>
          <w:sdtContent>
            <w:tc>
              <w:tcPr>
                <w:tcW w:w="6627" w:type="dxa"/>
                <w:vAlign w:val="center"/>
              </w:tcPr>
              <w:p w14:paraId="266CCA15" w14:textId="77777777" w:rsidR="00892608" w:rsidRDefault="00892608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92608" w14:paraId="09F08DEB" w14:textId="77777777" w:rsidTr="00F06C8D">
        <w:tc>
          <w:tcPr>
            <w:tcW w:w="2723" w:type="dxa"/>
            <w:vAlign w:val="center"/>
          </w:tcPr>
          <w:p w14:paraId="0077DFBD" w14:textId="77777777" w:rsidR="00892608" w:rsidRPr="003061C2" w:rsidRDefault="00892608" w:rsidP="003061C2">
            <w:pPr>
              <w:rPr>
                <w:b/>
                <w:bCs/>
              </w:rPr>
            </w:pPr>
            <w:r w:rsidRPr="003061C2">
              <w:rPr>
                <w:b/>
                <w:bCs/>
              </w:rPr>
              <w:t>Publication/Conference Name</w:t>
            </w:r>
          </w:p>
        </w:tc>
        <w:tc>
          <w:tcPr>
            <w:tcW w:w="6627" w:type="dxa"/>
            <w:vAlign w:val="center"/>
          </w:tcPr>
          <w:sdt>
            <w:sdtPr>
              <w:id w:val="786475228"/>
              <w:placeholder>
                <w:docPart w:val="76A1714BDED5469CAB05BBC10A8631E0"/>
              </w:placeholder>
              <w:showingPlcHdr/>
            </w:sdtPr>
            <w:sdtContent>
              <w:p w14:paraId="11CF023F" w14:textId="77777777" w:rsidR="00892608" w:rsidRDefault="00892608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D95E149" w14:textId="77777777" w:rsidR="00892608" w:rsidRDefault="00892608" w:rsidP="003061C2"/>
        </w:tc>
      </w:tr>
      <w:tr w:rsidR="00892608" w14:paraId="6A2C5F28" w14:textId="77777777" w:rsidTr="00F06C8D">
        <w:tc>
          <w:tcPr>
            <w:tcW w:w="2723" w:type="dxa"/>
            <w:vAlign w:val="center"/>
          </w:tcPr>
          <w:p w14:paraId="6C812AD0" w14:textId="77777777" w:rsidR="00892608" w:rsidRPr="003061C2" w:rsidRDefault="00892608" w:rsidP="003061C2">
            <w:pPr>
              <w:rPr>
                <w:b/>
                <w:bCs/>
              </w:rPr>
            </w:pPr>
            <w:r w:rsidRPr="003061C2">
              <w:rPr>
                <w:b/>
                <w:bCs/>
              </w:rPr>
              <w:t>DOI link where applicable</w:t>
            </w:r>
          </w:p>
        </w:tc>
        <w:sdt>
          <w:sdtPr>
            <w:id w:val="1455286107"/>
            <w:placeholder>
              <w:docPart w:val="D061FE2F293C49CB997AA70E2001ABA1"/>
            </w:placeholder>
            <w:showingPlcHdr/>
          </w:sdtPr>
          <w:sdtContent>
            <w:tc>
              <w:tcPr>
                <w:tcW w:w="6627" w:type="dxa"/>
                <w:vAlign w:val="center"/>
              </w:tcPr>
              <w:p w14:paraId="3254617A" w14:textId="77777777" w:rsidR="00892608" w:rsidRDefault="00892608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92608" w14:paraId="7A777E2B" w14:textId="77777777" w:rsidTr="00F06C8D">
        <w:tc>
          <w:tcPr>
            <w:tcW w:w="2723" w:type="dxa"/>
            <w:vAlign w:val="center"/>
          </w:tcPr>
          <w:p w14:paraId="434B7991" w14:textId="77777777" w:rsidR="00892608" w:rsidRPr="003061C2" w:rsidRDefault="00892608" w:rsidP="003061C2">
            <w:pPr>
              <w:rPr>
                <w:b/>
                <w:bCs/>
              </w:rPr>
            </w:pPr>
            <w:r w:rsidRPr="003061C2">
              <w:rPr>
                <w:b/>
                <w:bCs/>
              </w:rPr>
              <w:t>Publication/Presentation Date</w:t>
            </w:r>
          </w:p>
        </w:tc>
        <w:tc>
          <w:tcPr>
            <w:tcW w:w="6627" w:type="dxa"/>
            <w:vAlign w:val="center"/>
          </w:tcPr>
          <w:sdt>
            <w:sdtPr>
              <w:id w:val="153430457"/>
              <w:placeholder>
                <w:docPart w:val="3362F96850704CA2B3C74CB2448C741B"/>
              </w:placeholder>
              <w:showingPlcHdr/>
              <w:date>
                <w:dateFormat w:val="dd/MM/yyyy"/>
                <w:lid w:val="en-IE"/>
                <w:storeMappedDataAs w:val="dateTime"/>
                <w:calendar w:val="gregorian"/>
              </w:date>
            </w:sdtPr>
            <w:sdtContent>
              <w:p w14:paraId="41838911" w14:textId="77777777" w:rsidR="00892608" w:rsidRDefault="00892608" w:rsidP="00CA2CEB">
                <w:r w:rsidRPr="00CA2CEB">
                  <w:rPr>
                    <w:rStyle w:val="PlaceholderText"/>
                  </w:rPr>
                  <w:t>Click or tap to enter a date.</w:t>
                </w:r>
              </w:p>
            </w:sdtContent>
          </w:sdt>
          <w:p w14:paraId="6E2E1F66" w14:textId="77777777" w:rsidR="00892608" w:rsidRDefault="00892608" w:rsidP="003061C2"/>
        </w:tc>
      </w:tr>
      <w:tr w:rsidR="00892608" w14:paraId="54BAEC88" w14:textId="77777777" w:rsidTr="00F06C8D">
        <w:tc>
          <w:tcPr>
            <w:tcW w:w="2723" w:type="dxa"/>
            <w:vAlign w:val="center"/>
          </w:tcPr>
          <w:p w14:paraId="55302A09" w14:textId="77777777" w:rsidR="00892608" w:rsidRPr="003061C2" w:rsidRDefault="00892608" w:rsidP="003061C2">
            <w:pPr>
              <w:rPr>
                <w:b/>
                <w:bCs/>
              </w:rPr>
            </w:pPr>
            <w:r w:rsidRPr="003061C2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  <w:vAlign w:val="center"/>
          </w:tcPr>
          <w:p w14:paraId="33C98332" w14:textId="77777777" w:rsidR="00892608" w:rsidRDefault="00892608" w:rsidP="003061C2">
            <w:r>
              <w:t xml:space="preserve">Complete </w:t>
            </w:r>
            <w:sdt>
              <w:sdtPr>
                <w:id w:val="-529879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</w:t>
            </w:r>
            <w:r>
              <w:tab/>
              <w:t xml:space="preserve">Ongoing </w:t>
            </w:r>
            <w:sdt>
              <w:sdtPr>
                <w:id w:val="839433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92608" w14:paraId="258957EE" w14:textId="77777777" w:rsidTr="00F06C8D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2210EF4E" w14:textId="77777777" w:rsidR="00892608" w:rsidRPr="003061C2" w:rsidRDefault="00892608" w:rsidP="003061C2">
            <w:pPr>
              <w:rPr>
                <w:b/>
                <w:bCs/>
              </w:rPr>
            </w:pPr>
            <w:r w:rsidRPr="003061C2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  <w:vAlign w:val="center"/>
          </w:tcPr>
          <w:p w14:paraId="7EB94B43" w14:textId="77777777" w:rsidR="00892608" w:rsidRDefault="00892608" w:rsidP="003061C2">
            <w:r>
              <w:t xml:space="preserve">Yes </w:t>
            </w:r>
            <w:sdt>
              <w:sdtPr>
                <w:id w:val="-165714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  <w:t xml:space="preserve">No </w:t>
            </w:r>
            <w:sdt>
              <w:sdtPr>
                <w:id w:val="2126419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92608" w14:paraId="5C63D423" w14:textId="77777777" w:rsidTr="00F06C8D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FF126A" w14:textId="77777777" w:rsidR="00892608" w:rsidRPr="00F4085D" w:rsidRDefault="00892608" w:rsidP="00F06C8D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7234E3" w14:textId="0AF9675E" w:rsidR="00892608" w:rsidRDefault="00892608" w:rsidP="00F06C8D"/>
        </w:tc>
      </w:tr>
    </w:tbl>
    <w:p w14:paraId="217DAF30" w14:textId="77777777" w:rsidR="00CD745A" w:rsidRDefault="00CD745A" w:rsidP="00C7253B"/>
    <w:p w14:paraId="01499F46" w14:textId="138F4030" w:rsidR="00214ECC" w:rsidRDefault="003729FB">
      <w:pPr>
        <w:pStyle w:val="Heading1"/>
      </w:pPr>
      <w:r>
        <w:t>Teaching Experience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E9708F" w14:paraId="66F7ED9E" w14:textId="77777777" w:rsidTr="00F06C8D">
        <w:tc>
          <w:tcPr>
            <w:tcW w:w="2689" w:type="dxa"/>
            <w:vAlign w:val="center"/>
          </w:tcPr>
          <w:p w14:paraId="1ADD563F" w14:textId="5AE39715" w:rsidR="00E9708F" w:rsidRDefault="00E9708F" w:rsidP="00F06C8D">
            <w:r w:rsidRPr="00F4085D">
              <w:rPr>
                <w:b/>
                <w:bCs/>
              </w:rPr>
              <w:t>Role</w:t>
            </w:r>
          </w:p>
        </w:tc>
        <w:sdt>
          <w:sdtPr>
            <w:id w:val="811996366"/>
            <w:placeholder>
              <w:docPart w:val="390224EED5244A5AB46E15042D20BDA0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38426A61" w14:textId="379D2A41" w:rsidR="00F06C8D" w:rsidRDefault="003061C2" w:rsidP="00F06C8D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3B740C1B" w14:textId="77777777" w:rsidTr="00F06C8D">
        <w:tc>
          <w:tcPr>
            <w:tcW w:w="2689" w:type="dxa"/>
            <w:vAlign w:val="center"/>
          </w:tcPr>
          <w:p w14:paraId="5063B332" w14:textId="5483306F" w:rsidR="00E9708F" w:rsidRDefault="00E9708F" w:rsidP="00F06C8D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2086029457"/>
            <w:placeholder>
              <w:docPart w:val="7603244F75C5480FA87A514243593D13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1BDE551D" w14:textId="126DF0F6" w:rsidR="00F06C8D" w:rsidRDefault="003061C2" w:rsidP="00F06C8D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66CA38CE" w14:textId="77777777" w:rsidTr="00F06C8D">
        <w:tc>
          <w:tcPr>
            <w:tcW w:w="2689" w:type="dxa"/>
            <w:vAlign w:val="center"/>
          </w:tcPr>
          <w:p w14:paraId="6E014817" w14:textId="4BF4295B" w:rsidR="00E9708F" w:rsidRDefault="00E9708F" w:rsidP="00F06C8D">
            <w:r w:rsidRPr="00F4085D">
              <w:rPr>
                <w:b/>
                <w:bCs/>
              </w:rPr>
              <w:lastRenderedPageBreak/>
              <w:t>Teaching Delivered</w:t>
            </w:r>
          </w:p>
        </w:tc>
        <w:sdt>
          <w:sdtPr>
            <w:id w:val="166145134"/>
            <w:placeholder>
              <w:docPart w:val="50D500639815407BA21A201D03AFAF66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423783DB" w14:textId="5FBEDC48" w:rsidR="00F06C8D" w:rsidRDefault="003061C2" w:rsidP="00F06C8D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37EA1DB7" w14:textId="77777777" w:rsidTr="00F06C8D">
        <w:tc>
          <w:tcPr>
            <w:tcW w:w="2689" w:type="dxa"/>
            <w:vAlign w:val="center"/>
          </w:tcPr>
          <w:p w14:paraId="76F22547" w14:textId="7C10479E" w:rsidR="00E9708F" w:rsidRPr="003061C2" w:rsidRDefault="00E9708F" w:rsidP="00F06C8D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</w:tc>
        <w:sdt>
          <w:sdtPr>
            <w:id w:val="-333001031"/>
            <w:placeholder>
              <w:docPart w:val="AA759A0A9FF942D6905204C6BE6CEB82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428D0AF4" w14:textId="79968399" w:rsidR="00F06C8D" w:rsidRDefault="003061C2" w:rsidP="00F06C8D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4B70A0A3" w14:textId="77777777" w:rsidTr="00F06C8D">
        <w:tc>
          <w:tcPr>
            <w:tcW w:w="2689" w:type="dxa"/>
            <w:vAlign w:val="center"/>
          </w:tcPr>
          <w:p w14:paraId="2B82BE9D" w14:textId="190108BB" w:rsidR="00E9708F" w:rsidRDefault="00E9708F" w:rsidP="00F06C8D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  <w:vAlign w:val="center"/>
          </w:tcPr>
          <w:p w14:paraId="51D74B4D" w14:textId="0ACEDBF1" w:rsidR="00F06C8D" w:rsidRDefault="00E9708F" w:rsidP="00F06C8D">
            <w:r>
              <w:t xml:space="preserve">Complete </w:t>
            </w:r>
            <w:sdt>
              <w:sdtPr>
                <w:id w:val="-573205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61C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>
              <w:tab/>
              <w:t>Ongoing</w:t>
            </w:r>
            <w:r w:rsidR="003061C2">
              <w:t xml:space="preserve"> </w:t>
            </w:r>
            <w:sdt>
              <w:sdtPr>
                <w:id w:val="1666048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61C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14:paraId="605DD3C8" w14:textId="77777777" w:rsidTr="00F06C8D">
        <w:tc>
          <w:tcPr>
            <w:tcW w:w="2689" w:type="dxa"/>
            <w:vAlign w:val="center"/>
          </w:tcPr>
          <w:p w14:paraId="3ACF7AFC" w14:textId="2D9BB58C" w:rsidR="00E9708F" w:rsidRDefault="00E9708F" w:rsidP="00F06C8D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284047558"/>
            <w:placeholder>
              <w:docPart w:val="F3ABDFFD58244ABF96AEA637AAF6892E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44ADF35B" w14:textId="38736CFC" w:rsidR="00F06C8D" w:rsidRDefault="003061C2" w:rsidP="00F06C8D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566A2045" w14:textId="77777777" w:rsidTr="00F06C8D">
        <w:tc>
          <w:tcPr>
            <w:tcW w:w="2689" w:type="dxa"/>
            <w:tcBorders>
              <w:bottom w:val="single" w:sz="4" w:space="0" w:color="auto"/>
            </w:tcBorders>
            <w:vAlign w:val="center"/>
          </w:tcPr>
          <w:p w14:paraId="119B54C1" w14:textId="25B16C01" w:rsidR="00E9708F" w:rsidRPr="00F4085D" w:rsidRDefault="00E9708F" w:rsidP="00F06C8D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  <w:vAlign w:val="center"/>
          </w:tcPr>
          <w:p w14:paraId="0F0F3B7F" w14:textId="0BC70113" w:rsidR="00E9708F" w:rsidRDefault="00E9708F" w:rsidP="00F06C8D">
            <w:r>
              <w:t>Y</w:t>
            </w:r>
            <w:r w:rsidR="003061C2">
              <w:t>e</w:t>
            </w:r>
            <w:r>
              <w:t xml:space="preserve">s </w:t>
            </w:r>
            <w:sdt>
              <w:sdtPr>
                <w:id w:val="1258174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61C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06C8D">
              <w:tab/>
            </w:r>
            <w:r w:rsidR="00F06C8D">
              <w:tab/>
            </w:r>
            <w:r>
              <w:t xml:space="preserve">No </w:t>
            </w:r>
            <w:sdt>
              <w:sdtPr>
                <w:id w:val="-901825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61C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14:paraId="3B48CE59" w14:textId="77777777" w:rsidTr="00F06C8D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BA6886" w14:textId="7D410B46" w:rsidR="00E9708F" w:rsidRDefault="00E9708F" w:rsidP="00F06C8D"/>
        </w:tc>
      </w:tr>
      <w:tr w:rsidR="003061C2" w14:paraId="08DA5A45" w14:textId="77777777" w:rsidTr="00F06C8D">
        <w:tc>
          <w:tcPr>
            <w:tcW w:w="2689" w:type="dxa"/>
            <w:vAlign w:val="center"/>
          </w:tcPr>
          <w:p w14:paraId="74A1A081" w14:textId="7E95B85E" w:rsidR="003061C2" w:rsidRDefault="003061C2" w:rsidP="00F06C8D">
            <w:r w:rsidRPr="00F4085D">
              <w:rPr>
                <w:b/>
                <w:bCs/>
              </w:rPr>
              <w:t>Role</w:t>
            </w:r>
          </w:p>
        </w:tc>
        <w:sdt>
          <w:sdtPr>
            <w:id w:val="1228959949"/>
            <w:placeholder>
              <w:docPart w:val="51F796B39A1E40649B2D3A4285A1A9F6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779777C3" w14:textId="77777777" w:rsidR="003061C2" w:rsidRDefault="003061C2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061C2" w14:paraId="55E5BBF4" w14:textId="77777777" w:rsidTr="00F06C8D">
        <w:tc>
          <w:tcPr>
            <w:tcW w:w="2689" w:type="dxa"/>
            <w:vAlign w:val="center"/>
          </w:tcPr>
          <w:p w14:paraId="3BC5C83B" w14:textId="77777777" w:rsidR="003061C2" w:rsidRDefault="003061C2" w:rsidP="00F06C8D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198384097"/>
            <w:placeholder>
              <w:docPart w:val="C5CCACAAD3B44C94B678BF53D0558F63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2D9F5DFF" w14:textId="77777777" w:rsidR="003061C2" w:rsidRDefault="003061C2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061C2" w14:paraId="79AC5B17" w14:textId="77777777" w:rsidTr="00F06C8D">
        <w:tc>
          <w:tcPr>
            <w:tcW w:w="2689" w:type="dxa"/>
            <w:vAlign w:val="center"/>
          </w:tcPr>
          <w:p w14:paraId="696861F2" w14:textId="77777777" w:rsidR="003061C2" w:rsidRDefault="003061C2" w:rsidP="00F06C8D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254330341"/>
            <w:placeholder>
              <w:docPart w:val="14FD3C2429864C08BB2A71E3F1A0B6A5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648266BD" w14:textId="77777777" w:rsidR="003061C2" w:rsidRDefault="003061C2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061C2" w14:paraId="166D882D" w14:textId="77777777" w:rsidTr="00F06C8D">
        <w:tc>
          <w:tcPr>
            <w:tcW w:w="2689" w:type="dxa"/>
            <w:vAlign w:val="center"/>
          </w:tcPr>
          <w:p w14:paraId="642F79EA" w14:textId="77777777" w:rsidR="003061C2" w:rsidRPr="003061C2" w:rsidRDefault="003061C2" w:rsidP="00F06C8D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</w:tc>
        <w:sdt>
          <w:sdtPr>
            <w:id w:val="1375190442"/>
            <w:placeholder>
              <w:docPart w:val="2BE7DDDF6CC04DD296BBFC5435529A67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0C64E9E4" w14:textId="77777777" w:rsidR="003061C2" w:rsidRDefault="003061C2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061C2" w14:paraId="0C90194F" w14:textId="77777777" w:rsidTr="00F06C8D">
        <w:tc>
          <w:tcPr>
            <w:tcW w:w="2689" w:type="dxa"/>
            <w:vAlign w:val="center"/>
          </w:tcPr>
          <w:p w14:paraId="030DF09B" w14:textId="77777777" w:rsidR="003061C2" w:rsidRDefault="003061C2" w:rsidP="00F06C8D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  <w:vAlign w:val="center"/>
          </w:tcPr>
          <w:p w14:paraId="48D41E02" w14:textId="77777777" w:rsidR="003061C2" w:rsidRDefault="003061C2" w:rsidP="00F06C8D">
            <w:r>
              <w:t xml:space="preserve">Complete </w:t>
            </w:r>
            <w:sdt>
              <w:sdtPr>
                <w:id w:val="-2093925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>
              <w:tab/>
              <w:t xml:space="preserve">Ongoing </w:t>
            </w:r>
            <w:sdt>
              <w:sdtPr>
                <w:id w:val="-427654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061C2" w14:paraId="35700156" w14:textId="77777777" w:rsidTr="00F06C8D">
        <w:tc>
          <w:tcPr>
            <w:tcW w:w="2689" w:type="dxa"/>
            <w:vAlign w:val="center"/>
          </w:tcPr>
          <w:p w14:paraId="0F27A95E" w14:textId="77777777" w:rsidR="003061C2" w:rsidRDefault="003061C2" w:rsidP="00F06C8D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1528174717"/>
            <w:placeholder>
              <w:docPart w:val="B47E109354B24EC48C912D7264C42CC1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7F99416D" w14:textId="77777777" w:rsidR="003061C2" w:rsidRDefault="003061C2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061C2" w14:paraId="001F52D6" w14:textId="77777777" w:rsidTr="00F06C8D">
        <w:tc>
          <w:tcPr>
            <w:tcW w:w="2689" w:type="dxa"/>
            <w:tcBorders>
              <w:bottom w:val="single" w:sz="4" w:space="0" w:color="auto"/>
            </w:tcBorders>
            <w:vAlign w:val="center"/>
          </w:tcPr>
          <w:p w14:paraId="24F01B22" w14:textId="77777777" w:rsidR="003061C2" w:rsidRPr="00F4085D" w:rsidRDefault="003061C2" w:rsidP="00F06C8D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  <w:vAlign w:val="center"/>
          </w:tcPr>
          <w:p w14:paraId="2A4DA77E" w14:textId="77777777" w:rsidR="003061C2" w:rsidRDefault="003061C2" w:rsidP="00F06C8D">
            <w:r>
              <w:t xml:space="preserve">Yes </w:t>
            </w:r>
            <w:sdt>
              <w:sdtPr>
                <w:id w:val="-222141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  <w:t xml:space="preserve">No </w:t>
            </w:r>
            <w:sdt>
              <w:sdtPr>
                <w:id w:val="1186791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061C2" w14:paraId="04C3D404" w14:textId="77777777" w:rsidTr="00F06C8D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B988D9" w14:textId="6BF7055D" w:rsidR="003061C2" w:rsidRDefault="003061C2" w:rsidP="00F06C8D"/>
        </w:tc>
      </w:tr>
      <w:tr w:rsidR="003061C2" w14:paraId="1D24C0D8" w14:textId="77777777" w:rsidTr="00F06C8D">
        <w:tc>
          <w:tcPr>
            <w:tcW w:w="2689" w:type="dxa"/>
            <w:vAlign w:val="center"/>
          </w:tcPr>
          <w:p w14:paraId="4F497F16" w14:textId="2141F15A" w:rsidR="003061C2" w:rsidRDefault="003061C2" w:rsidP="00F06C8D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60700654"/>
            <w:placeholder>
              <w:docPart w:val="3B23F45D35114BC5A77EDA7DAFE6E031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519D5DCF" w14:textId="77777777" w:rsidR="003061C2" w:rsidRDefault="003061C2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061C2" w14:paraId="471606E9" w14:textId="77777777" w:rsidTr="00F06C8D">
        <w:tc>
          <w:tcPr>
            <w:tcW w:w="2689" w:type="dxa"/>
            <w:vAlign w:val="center"/>
          </w:tcPr>
          <w:p w14:paraId="2606CE80" w14:textId="77777777" w:rsidR="003061C2" w:rsidRDefault="003061C2" w:rsidP="00F06C8D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18276386"/>
            <w:placeholder>
              <w:docPart w:val="8EF30DA39637404BBD403E62A06B1D15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6E2CC888" w14:textId="77777777" w:rsidR="003061C2" w:rsidRDefault="003061C2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061C2" w14:paraId="243C6E3D" w14:textId="77777777" w:rsidTr="00F06C8D">
        <w:tc>
          <w:tcPr>
            <w:tcW w:w="2689" w:type="dxa"/>
            <w:vAlign w:val="center"/>
          </w:tcPr>
          <w:p w14:paraId="3313FC13" w14:textId="77777777" w:rsidR="003061C2" w:rsidRDefault="003061C2" w:rsidP="00F06C8D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756751520"/>
            <w:placeholder>
              <w:docPart w:val="DAFEDAFFD2DE49E3B5F88CE06172BEE0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20BA402B" w14:textId="77777777" w:rsidR="003061C2" w:rsidRDefault="003061C2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061C2" w14:paraId="4C4FF5D3" w14:textId="77777777" w:rsidTr="00F06C8D">
        <w:tc>
          <w:tcPr>
            <w:tcW w:w="2689" w:type="dxa"/>
            <w:vAlign w:val="center"/>
          </w:tcPr>
          <w:p w14:paraId="3D5DF1FA" w14:textId="77777777" w:rsidR="003061C2" w:rsidRPr="003061C2" w:rsidRDefault="003061C2" w:rsidP="00F06C8D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</w:tc>
        <w:sdt>
          <w:sdtPr>
            <w:id w:val="874279268"/>
            <w:placeholder>
              <w:docPart w:val="B129685E4AEC47398305EBABEE625772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5818D92A" w14:textId="77777777" w:rsidR="003061C2" w:rsidRDefault="003061C2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061C2" w14:paraId="61BDCA87" w14:textId="77777777" w:rsidTr="00F06C8D">
        <w:tc>
          <w:tcPr>
            <w:tcW w:w="2689" w:type="dxa"/>
            <w:vAlign w:val="center"/>
          </w:tcPr>
          <w:p w14:paraId="32968A20" w14:textId="77777777" w:rsidR="003061C2" w:rsidRDefault="003061C2" w:rsidP="00F06C8D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  <w:vAlign w:val="center"/>
          </w:tcPr>
          <w:p w14:paraId="543DCBBC" w14:textId="77777777" w:rsidR="003061C2" w:rsidRDefault="003061C2" w:rsidP="00F06C8D">
            <w:r>
              <w:t xml:space="preserve">Complete </w:t>
            </w:r>
            <w:sdt>
              <w:sdtPr>
                <w:id w:val="1933154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>
              <w:tab/>
              <w:t xml:space="preserve">Ongoing </w:t>
            </w:r>
            <w:sdt>
              <w:sdtPr>
                <w:id w:val="2089184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061C2" w14:paraId="0E34FBE3" w14:textId="77777777" w:rsidTr="00F06C8D">
        <w:tc>
          <w:tcPr>
            <w:tcW w:w="2689" w:type="dxa"/>
            <w:vAlign w:val="center"/>
          </w:tcPr>
          <w:p w14:paraId="490F9813" w14:textId="77777777" w:rsidR="003061C2" w:rsidRDefault="003061C2" w:rsidP="00F06C8D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2026932816"/>
            <w:placeholder>
              <w:docPart w:val="B64419C3E4B746B28AB83B54B6041EAC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7649F47B" w14:textId="77777777" w:rsidR="003061C2" w:rsidRDefault="003061C2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061C2" w14:paraId="548CC3C9" w14:textId="77777777" w:rsidTr="00F06C8D">
        <w:tc>
          <w:tcPr>
            <w:tcW w:w="2689" w:type="dxa"/>
            <w:tcBorders>
              <w:bottom w:val="single" w:sz="4" w:space="0" w:color="auto"/>
            </w:tcBorders>
            <w:vAlign w:val="center"/>
          </w:tcPr>
          <w:p w14:paraId="21AFE7D8" w14:textId="77777777" w:rsidR="003061C2" w:rsidRPr="00F4085D" w:rsidRDefault="003061C2" w:rsidP="00F06C8D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  <w:vAlign w:val="center"/>
          </w:tcPr>
          <w:p w14:paraId="745DFBAB" w14:textId="77777777" w:rsidR="003061C2" w:rsidRDefault="003061C2" w:rsidP="00F06C8D">
            <w:r>
              <w:t xml:space="preserve">Yes </w:t>
            </w:r>
            <w:sdt>
              <w:sdtPr>
                <w:id w:val="899879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  <w:t xml:space="preserve">No </w:t>
            </w:r>
            <w:sdt>
              <w:sdtPr>
                <w:id w:val="2020270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061C2" w14:paraId="2507C8C1" w14:textId="77777777" w:rsidTr="00F06C8D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3FC8D1" w14:textId="7BDE7BD7" w:rsidR="003061C2" w:rsidRDefault="003061C2" w:rsidP="00F06C8D"/>
        </w:tc>
      </w:tr>
      <w:tr w:rsidR="003061C2" w14:paraId="43595E23" w14:textId="77777777" w:rsidTr="00F06C8D">
        <w:tc>
          <w:tcPr>
            <w:tcW w:w="2689" w:type="dxa"/>
            <w:vAlign w:val="center"/>
          </w:tcPr>
          <w:p w14:paraId="2EFEB383" w14:textId="38FBA25A" w:rsidR="003061C2" w:rsidRDefault="003061C2" w:rsidP="00F06C8D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505044568"/>
            <w:placeholder>
              <w:docPart w:val="6FCD74C4B9CF417F814C50ED1BBD2AEA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7C397563" w14:textId="77777777" w:rsidR="003061C2" w:rsidRDefault="003061C2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061C2" w14:paraId="022FAA4D" w14:textId="77777777" w:rsidTr="00F06C8D">
        <w:tc>
          <w:tcPr>
            <w:tcW w:w="2689" w:type="dxa"/>
            <w:vAlign w:val="center"/>
          </w:tcPr>
          <w:p w14:paraId="567D3244" w14:textId="77777777" w:rsidR="003061C2" w:rsidRDefault="003061C2" w:rsidP="00F06C8D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234158891"/>
            <w:placeholder>
              <w:docPart w:val="65ECB4442D1D4B388044AEE9B2D9A17E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1BFE3478" w14:textId="77777777" w:rsidR="003061C2" w:rsidRDefault="003061C2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061C2" w14:paraId="1A4060D1" w14:textId="77777777" w:rsidTr="00F06C8D">
        <w:tc>
          <w:tcPr>
            <w:tcW w:w="2689" w:type="dxa"/>
            <w:vAlign w:val="center"/>
          </w:tcPr>
          <w:p w14:paraId="79A5031E" w14:textId="77777777" w:rsidR="003061C2" w:rsidRDefault="003061C2" w:rsidP="00F06C8D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1428846750"/>
            <w:placeholder>
              <w:docPart w:val="B9B6CEFA0053422C9958D655342BB5B0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4A758A1D" w14:textId="77777777" w:rsidR="003061C2" w:rsidRDefault="003061C2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061C2" w14:paraId="49F5E322" w14:textId="77777777" w:rsidTr="00F06C8D">
        <w:tc>
          <w:tcPr>
            <w:tcW w:w="2689" w:type="dxa"/>
            <w:vAlign w:val="center"/>
          </w:tcPr>
          <w:p w14:paraId="32CEE314" w14:textId="77777777" w:rsidR="003061C2" w:rsidRPr="003061C2" w:rsidRDefault="003061C2" w:rsidP="00F06C8D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</w:tc>
        <w:sdt>
          <w:sdtPr>
            <w:id w:val="-1761751390"/>
            <w:placeholder>
              <w:docPart w:val="D5280F2192B74A5CA113E2F64C51F049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45EA5619" w14:textId="77777777" w:rsidR="003061C2" w:rsidRDefault="003061C2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061C2" w14:paraId="25FDDF43" w14:textId="77777777" w:rsidTr="00F06C8D">
        <w:tc>
          <w:tcPr>
            <w:tcW w:w="2689" w:type="dxa"/>
            <w:vAlign w:val="center"/>
          </w:tcPr>
          <w:p w14:paraId="79177853" w14:textId="77777777" w:rsidR="003061C2" w:rsidRDefault="003061C2" w:rsidP="00F06C8D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  <w:vAlign w:val="center"/>
          </w:tcPr>
          <w:p w14:paraId="146FF45A" w14:textId="77777777" w:rsidR="003061C2" w:rsidRDefault="003061C2" w:rsidP="00F06C8D">
            <w:r>
              <w:t xml:space="preserve">Complete </w:t>
            </w:r>
            <w:sdt>
              <w:sdtPr>
                <w:id w:val="-1964191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>
              <w:tab/>
              <w:t xml:space="preserve">Ongoing </w:t>
            </w:r>
            <w:sdt>
              <w:sdtPr>
                <w:id w:val="-724522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061C2" w14:paraId="3A471E78" w14:textId="77777777" w:rsidTr="00F06C8D">
        <w:tc>
          <w:tcPr>
            <w:tcW w:w="2689" w:type="dxa"/>
            <w:vAlign w:val="center"/>
          </w:tcPr>
          <w:p w14:paraId="176ADA85" w14:textId="77777777" w:rsidR="003061C2" w:rsidRDefault="003061C2" w:rsidP="00F06C8D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1651671501"/>
            <w:placeholder>
              <w:docPart w:val="79D3DA283CE64FB99DB99E080751AB88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794DD73C" w14:textId="77777777" w:rsidR="003061C2" w:rsidRDefault="003061C2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061C2" w14:paraId="10DB9768" w14:textId="77777777" w:rsidTr="00F06C8D">
        <w:tc>
          <w:tcPr>
            <w:tcW w:w="2689" w:type="dxa"/>
            <w:tcBorders>
              <w:bottom w:val="single" w:sz="4" w:space="0" w:color="auto"/>
            </w:tcBorders>
            <w:vAlign w:val="center"/>
          </w:tcPr>
          <w:p w14:paraId="5568BD3B" w14:textId="77777777" w:rsidR="003061C2" w:rsidRPr="00F4085D" w:rsidRDefault="003061C2" w:rsidP="00F06C8D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  <w:vAlign w:val="center"/>
          </w:tcPr>
          <w:p w14:paraId="2E305FE5" w14:textId="77777777" w:rsidR="003061C2" w:rsidRDefault="003061C2" w:rsidP="00F06C8D">
            <w:r>
              <w:t xml:space="preserve">Yes </w:t>
            </w:r>
            <w:sdt>
              <w:sdtPr>
                <w:id w:val="-1058004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  <w:t xml:space="preserve">No </w:t>
            </w:r>
            <w:sdt>
              <w:sdtPr>
                <w:id w:val="-1519842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061C2" w14:paraId="2AB32E2D" w14:textId="77777777" w:rsidTr="00F06C8D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4C21A2" w14:textId="3A67BE48" w:rsidR="003061C2" w:rsidRDefault="003061C2" w:rsidP="00F06C8D"/>
        </w:tc>
      </w:tr>
      <w:tr w:rsidR="003061C2" w14:paraId="103D5BE2" w14:textId="77777777" w:rsidTr="00F06C8D">
        <w:tc>
          <w:tcPr>
            <w:tcW w:w="2689" w:type="dxa"/>
            <w:vAlign w:val="center"/>
          </w:tcPr>
          <w:p w14:paraId="7E5DAB4E" w14:textId="6CF2A2AD" w:rsidR="003061C2" w:rsidRDefault="003061C2" w:rsidP="00F06C8D">
            <w:r w:rsidRPr="00F4085D">
              <w:rPr>
                <w:b/>
                <w:bCs/>
              </w:rPr>
              <w:t>Role</w:t>
            </w:r>
          </w:p>
        </w:tc>
        <w:sdt>
          <w:sdtPr>
            <w:id w:val="89363514"/>
            <w:placeholder>
              <w:docPart w:val="5262F16432B842D5AD71CBBC6956B843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6A81CA5E" w14:textId="77777777" w:rsidR="003061C2" w:rsidRDefault="003061C2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061C2" w14:paraId="324DD84F" w14:textId="77777777" w:rsidTr="00F06C8D">
        <w:tc>
          <w:tcPr>
            <w:tcW w:w="2689" w:type="dxa"/>
            <w:vAlign w:val="center"/>
          </w:tcPr>
          <w:p w14:paraId="1CFA9783" w14:textId="77777777" w:rsidR="003061C2" w:rsidRDefault="003061C2" w:rsidP="00F06C8D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449938509"/>
            <w:placeholder>
              <w:docPart w:val="CB78E721E7924C31B1F0E1D0B25C8152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54934F16" w14:textId="77777777" w:rsidR="003061C2" w:rsidRDefault="003061C2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061C2" w14:paraId="3F91AE7E" w14:textId="77777777" w:rsidTr="00F06C8D">
        <w:tc>
          <w:tcPr>
            <w:tcW w:w="2689" w:type="dxa"/>
            <w:vAlign w:val="center"/>
          </w:tcPr>
          <w:p w14:paraId="6F7015F4" w14:textId="77777777" w:rsidR="003061C2" w:rsidRDefault="003061C2" w:rsidP="00F06C8D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571046745"/>
            <w:placeholder>
              <w:docPart w:val="E25EE1B0695E4A0E8BB498618F874AA9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3A0727E1" w14:textId="77777777" w:rsidR="003061C2" w:rsidRDefault="003061C2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061C2" w14:paraId="614AA45E" w14:textId="77777777" w:rsidTr="00F06C8D">
        <w:tc>
          <w:tcPr>
            <w:tcW w:w="2689" w:type="dxa"/>
            <w:vAlign w:val="center"/>
          </w:tcPr>
          <w:p w14:paraId="52DFE3C0" w14:textId="77777777" w:rsidR="003061C2" w:rsidRPr="003061C2" w:rsidRDefault="003061C2" w:rsidP="00F06C8D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</w:tc>
        <w:sdt>
          <w:sdtPr>
            <w:id w:val="1238593091"/>
            <w:placeholder>
              <w:docPart w:val="9D288DE8E88B435889452FFF14BD3413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72311DA1" w14:textId="77777777" w:rsidR="003061C2" w:rsidRDefault="003061C2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061C2" w14:paraId="4FED95A9" w14:textId="77777777" w:rsidTr="00F06C8D">
        <w:tc>
          <w:tcPr>
            <w:tcW w:w="2689" w:type="dxa"/>
            <w:vAlign w:val="center"/>
          </w:tcPr>
          <w:p w14:paraId="0790A629" w14:textId="77777777" w:rsidR="003061C2" w:rsidRDefault="003061C2" w:rsidP="00F06C8D">
            <w:r w:rsidRPr="00F4085D">
              <w:rPr>
                <w:b/>
                <w:bCs/>
              </w:rPr>
              <w:lastRenderedPageBreak/>
              <w:t>Complete or Ongoing</w:t>
            </w:r>
          </w:p>
        </w:tc>
        <w:tc>
          <w:tcPr>
            <w:tcW w:w="6661" w:type="dxa"/>
            <w:vAlign w:val="center"/>
          </w:tcPr>
          <w:p w14:paraId="5343179C" w14:textId="77777777" w:rsidR="003061C2" w:rsidRDefault="003061C2" w:rsidP="00F06C8D">
            <w:r>
              <w:t xml:space="preserve">Complete </w:t>
            </w:r>
            <w:sdt>
              <w:sdtPr>
                <w:id w:val="1408341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>
              <w:tab/>
              <w:t xml:space="preserve">Ongoing </w:t>
            </w:r>
            <w:sdt>
              <w:sdtPr>
                <w:id w:val="372585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061C2" w14:paraId="68311F90" w14:textId="77777777" w:rsidTr="00F06C8D">
        <w:tc>
          <w:tcPr>
            <w:tcW w:w="2689" w:type="dxa"/>
            <w:vAlign w:val="center"/>
          </w:tcPr>
          <w:p w14:paraId="68935400" w14:textId="77777777" w:rsidR="003061C2" w:rsidRDefault="003061C2" w:rsidP="00F06C8D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1627452183"/>
            <w:placeholder>
              <w:docPart w:val="0CB87B0F393641549C4AF31BBEDE1C29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770A7B82" w14:textId="77777777" w:rsidR="003061C2" w:rsidRDefault="003061C2" w:rsidP="00CA2CEB"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061C2" w14:paraId="67466620" w14:textId="77777777" w:rsidTr="00F06C8D">
        <w:tc>
          <w:tcPr>
            <w:tcW w:w="2689" w:type="dxa"/>
            <w:tcBorders>
              <w:bottom w:val="single" w:sz="4" w:space="0" w:color="auto"/>
            </w:tcBorders>
            <w:vAlign w:val="center"/>
          </w:tcPr>
          <w:p w14:paraId="3F94C289" w14:textId="77777777" w:rsidR="003061C2" w:rsidRPr="00F4085D" w:rsidRDefault="003061C2" w:rsidP="00F06C8D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  <w:vAlign w:val="center"/>
          </w:tcPr>
          <w:p w14:paraId="48F7D8D6" w14:textId="77777777" w:rsidR="003061C2" w:rsidRDefault="003061C2" w:rsidP="00F06C8D">
            <w:r>
              <w:t xml:space="preserve">Yes </w:t>
            </w:r>
            <w:sdt>
              <w:sdtPr>
                <w:id w:val="-1538429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  <w:t xml:space="preserve">No </w:t>
            </w:r>
            <w:sdt>
              <w:sdtPr>
                <w:id w:val="1160422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061C2" w14:paraId="3E22CE25" w14:textId="77777777" w:rsidTr="00F06C8D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C8D868" w14:textId="600C81FC" w:rsidR="003061C2" w:rsidRDefault="003061C2" w:rsidP="00F06C8D"/>
        </w:tc>
      </w:tr>
    </w:tbl>
    <w:p w14:paraId="7A882F9A" w14:textId="77777777" w:rsidR="00E9708F" w:rsidRDefault="00E9708F"/>
    <w:p w14:paraId="72EB047D" w14:textId="5D09A1D6" w:rsidR="0075109E" w:rsidRDefault="00F211F0" w:rsidP="00F211F0">
      <w:pPr>
        <w:pStyle w:val="Heading1"/>
      </w:pPr>
      <w:r>
        <w:t>Leadership</w:t>
      </w:r>
      <w:r w:rsidR="0075109E">
        <w:t xml:space="preserve"> </w:t>
      </w:r>
      <w:r w:rsidR="00846BF0">
        <w:t xml:space="preserve">&amp; Management </w:t>
      </w:r>
    </w:p>
    <w:p w14:paraId="18188432" w14:textId="1966DF1B" w:rsidR="003061C2" w:rsidRDefault="00846BF0" w:rsidP="003061C2">
      <w:pPr>
        <w:pStyle w:val="ListParagraph"/>
        <w:numPr>
          <w:ilvl w:val="0"/>
          <w:numId w:val="15"/>
        </w:numPr>
        <w:rPr>
          <w:b/>
          <w:bCs/>
        </w:rPr>
      </w:pPr>
      <w:r w:rsidRPr="00846BF0">
        <w:rPr>
          <w:b/>
          <w:bCs/>
        </w:rPr>
        <w:t>Describe a time you demonstrated leadership in a clinical setting.</w:t>
      </w:r>
    </w:p>
    <w:sdt>
      <w:sdtPr>
        <w:rPr>
          <w:b/>
          <w:bCs/>
        </w:rPr>
        <w:id w:val="-305625015"/>
        <w:placeholder>
          <w:docPart w:val="561209B3971A4D0CBCF85520F6900947"/>
        </w:placeholder>
        <w:showingPlcHdr/>
      </w:sdtPr>
      <w:sdtContent>
        <w:p w14:paraId="33ACC826" w14:textId="54B7E6D3" w:rsidR="003061C2" w:rsidRPr="003061C2" w:rsidRDefault="003061C2" w:rsidP="003061C2">
          <w:pPr>
            <w:rPr>
              <w:b/>
              <w:bCs/>
            </w:rPr>
          </w:pPr>
          <w:r w:rsidRPr="00CA2CEB">
            <w:rPr>
              <w:rStyle w:val="PlaceholderText"/>
            </w:rPr>
            <w:t>Click or tap here to enter text.</w:t>
          </w:r>
        </w:p>
      </w:sdtContent>
    </w:sdt>
    <w:p w14:paraId="4918C7E8" w14:textId="1927FAA9" w:rsidR="00846BF0" w:rsidRDefault="00846BF0" w:rsidP="00846BF0">
      <w:pPr>
        <w:pStyle w:val="ListParagraph"/>
        <w:numPr>
          <w:ilvl w:val="0"/>
          <w:numId w:val="15"/>
        </w:numPr>
        <w:rPr>
          <w:b/>
          <w:bCs/>
        </w:rPr>
      </w:pPr>
      <w:r w:rsidRPr="00846BF0">
        <w:rPr>
          <w:b/>
          <w:bCs/>
        </w:rPr>
        <w:t>Give an example of how you managed a challenging team situation.</w:t>
      </w:r>
    </w:p>
    <w:sdt>
      <w:sdtPr>
        <w:rPr>
          <w:b/>
          <w:bCs/>
        </w:rPr>
        <w:id w:val="-544911928"/>
        <w:placeholder>
          <w:docPart w:val="EE72EE54A7194AFB9FB4973FAA7B4895"/>
        </w:placeholder>
        <w:showingPlcHdr/>
      </w:sdtPr>
      <w:sdtContent>
        <w:p w14:paraId="2EA1E896" w14:textId="1DE129CC" w:rsidR="003061C2" w:rsidRPr="003061C2" w:rsidRDefault="003061C2" w:rsidP="003061C2">
          <w:pPr>
            <w:rPr>
              <w:b/>
              <w:bCs/>
            </w:rPr>
          </w:pPr>
          <w:r w:rsidRPr="00CA2CEB">
            <w:rPr>
              <w:rStyle w:val="PlaceholderText"/>
            </w:rPr>
            <w:t>Click or tap here to enter text.</w:t>
          </w:r>
        </w:p>
      </w:sdtContent>
    </w:sdt>
    <w:p w14:paraId="67F131F5" w14:textId="161F3090" w:rsidR="00846BF0" w:rsidRDefault="00846BF0" w:rsidP="00846BF0">
      <w:pPr>
        <w:pStyle w:val="ListParagraph"/>
        <w:numPr>
          <w:ilvl w:val="0"/>
          <w:numId w:val="15"/>
        </w:numPr>
        <w:rPr>
          <w:b/>
          <w:bCs/>
        </w:rPr>
      </w:pPr>
      <w:r w:rsidRPr="00846BF0">
        <w:rPr>
          <w:b/>
          <w:bCs/>
        </w:rPr>
        <w:t>Describe a service improvement you initiated or contributed to.</w:t>
      </w:r>
    </w:p>
    <w:sdt>
      <w:sdtPr>
        <w:rPr>
          <w:b/>
          <w:bCs/>
        </w:rPr>
        <w:id w:val="-1799369757"/>
        <w:placeholder>
          <w:docPart w:val="FBB03830A6E940D8B1396162C3D4A815"/>
        </w:placeholder>
        <w:showingPlcHdr/>
      </w:sdtPr>
      <w:sdtContent>
        <w:p w14:paraId="7C46E922" w14:textId="19500EFE" w:rsidR="003061C2" w:rsidRPr="003061C2" w:rsidRDefault="003061C2" w:rsidP="003061C2">
          <w:pPr>
            <w:rPr>
              <w:b/>
              <w:bCs/>
            </w:rPr>
          </w:pPr>
          <w:r w:rsidRPr="00CA2CEB">
            <w:rPr>
              <w:rStyle w:val="PlaceholderText"/>
            </w:rPr>
            <w:t>Click or tap here to enter text.</w:t>
          </w:r>
        </w:p>
      </w:sdtContent>
    </w:sdt>
    <w:p w14:paraId="71615AFD" w14:textId="0EEFFD93" w:rsidR="00846BF0" w:rsidRDefault="00846BF0" w:rsidP="00846BF0">
      <w:pPr>
        <w:pStyle w:val="ListParagraph"/>
        <w:numPr>
          <w:ilvl w:val="0"/>
          <w:numId w:val="15"/>
        </w:numPr>
        <w:rPr>
          <w:b/>
          <w:bCs/>
        </w:rPr>
      </w:pPr>
      <w:r w:rsidRPr="00846BF0">
        <w:rPr>
          <w:b/>
          <w:bCs/>
        </w:rPr>
        <w:t>How do you prioritise workload in a busy clinical environment?</w:t>
      </w:r>
    </w:p>
    <w:sdt>
      <w:sdtPr>
        <w:rPr>
          <w:b/>
          <w:bCs/>
        </w:rPr>
        <w:id w:val="-926040790"/>
        <w:placeholder>
          <w:docPart w:val="959346B8202F4C9FACEEEDCCBEFA13B7"/>
        </w:placeholder>
        <w:showingPlcHdr/>
      </w:sdtPr>
      <w:sdtContent>
        <w:p w14:paraId="7422D027" w14:textId="2F3B830D" w:rsidR="003061C2" w:rsidRPr="003061C2" w:rsidRDefault="003061C2" w:rsidP="003061C2">
          <w:pPr>
            <w:rPr>
              <w:b/>
              <w:bCs/>
            </w:rPr>
          </w:pPr>
          <w:r w:rsidRPr="00CA2CEB">
            <w:rPr>
              <w:rStyle w:val="PlaceholderText"/>
            </w:rPr>
            <w:t>Click or tap here to enter text.</w:t>
          </w:r>
        </w:p>
      </w:sdtContent>
    </w:sdt>
    <w:p w14:paraId="6F4FA8D1" w14:textId="0A480596" w:rsidR="00F06C8D" w:rsidRPr="003061C2" w:rsidRDefault="00F06C8D" w:rsidP="00F06C8D">
      <w:pPr>
        <w:pStyle w:val="ListParagraph"/>
        <w:numPr>
          <w:ilvl w:val="0"/>
          <w:numId w:val="15"/>
        </w:numPr>
        <w:rPr>
          <w:rFonts w:cs="Calibri"/>
          <w:b/>
          <w:bCs/>
          <w:sz w:val="22"/>
        </w:rPr>
      </w:pPr>
      <w:r w:rsidRPr="00F06C8D">
        <w:rPr>
          <w:rFonts w:cs="Calibri"/>
          <w:b/>
          <w:bCs/>
        </w:rPr>
        <w:t xml:space="preserve">Describe a rotation where your work involved attending interdisciplinary meetings and your role / contribution. </w:t>
      </w:r>
    </w:p>
    <w:sdt>
      <w:sdtPr>
        <w:rPr>
          <w:rFonts w:cs="Calibri"/>
          <w:b/>
          <w:bCs/>
          <w:sz w:val="22"/>
        </w:rPr>
        <w:id w:val="424074939"/>
        <w:placeholder>
          <w:docPart w:val="1C785B78A23849ABAE94F16243ABA5E5"/>
        </w:placeholder>
        <w:showingPlcHdr/>
      </w:sdtPr>
      <w:sdtContent>
        <w:p w14:paraId="494A0354" w14:textId="1063292F" w:rsidR="003061C2" w:rsidRPr="003061C2" w:rsidRDefault="003061C2" w:rsidP="003061C2">
          <w:pPr>
            <w:rPr>
              <w:rFonts w:cs="Calibri"/>
              <w:b/>
              <w:bCs/>
              <w:sz w:val="22"/>
            </w:rPr>
          </w:pPr>
          <w:r w:rsidRPr="00CA2CEB">
            <w:rPr>
              <w:rStyle w:val="PlaceholderText"/>
            </w:rPr>
            <w:t>Click or tap here to enter text.</w:t>
          </w:r>
        </w:p>
      </w:sdtContent>
    </w:sdt>
    <w:p w14:paraId="3EEC87A8" w14:textId="77777777" w:rsidR="00846BF0" w:rsidRPr="00846BF0" w:rsidRDefault="00846BF0" w:rsidP="00846BF0">
      <w:pPr>
        <w:pStyle w:val="Heading1"/>
      </w:pPr>
      <w:r w:rsidRPr="00846BF0">
        <w:t xml:space="preserve">Communication &amp; Professionalism </w:t>
      </w:r>
    </w:p>
    <w:p w14:paraId="5E6E5C3B" w14:textId="08EE89BF" w:rsidR="00846BF0" w:rsidRDefault="00846BF0" w:rsidP="00846BF0">
      <w:pPr>
        <w:pStyle w:val="ListParagraph"/>
        <w:numPr>
          <w:ilvl w:val="0"/>
          <w:numId w:val="16"/>
        </w:numPr>
        <w:rPr>
          <w:b/>
          <w:bCs/>
        </w:rPr>
      </w:pPr>
      <w:r w:rsidRPr="00846BF0">
        <w:rPr>
          <w:b/>
          <w:bCs/>
        </w:rPr>
        <w:t>Describe a situation where you had to communicate a difficult message</w:t>
      </w:r>
      <w:r w:rsidR="00F06C8D">
        <w:rPr>
          <w:b/>
          <w:bCs/>
        </w:rPr>
        <w:t xml:space="preserve"> or </w:t>
      </w:r>
      <w:proofErr w:type="gramStart"/>
      <w:r w:rsidR="00F06C8D">
        <w:rPr>
          <w:b/>
          <w:bCs/>
        </w:rPr>
        <w:t>dealt</w:t>
      </w:r>
      <w:proofErr w:type="gramEnd"/>
      <w:r w:rsidR="00F06C8D">
        <w:rPr>
          <w:b/>
          <w:bCs/>
        </w:rPr>
        <w:t xml:space="preserve"> with a difficult patient/family</w:t>
      </w:r>
      <w:r w:rsidRPr="00846BF0">
        <w:rPr>
          <w:b/>
          <w:bCs/>
        </w:rPr>
        <w:t>.</w:t>
      </w:r>
    </w:p>
    <w:sdt>
      <w:sdtPr>
        <w:rPr>
          <w:b/>
          <w:bCs/>
        </w:rPr>
        <w:id w:val="1561442386"/>
        <w:placeholder>
          <w:docPart w:val="A18D1E2F49814DBA97105797771BB4D2"/>
        </w:placeholder>
        <w:showingPlcHdr/>
      </w:sdtPr>
      <w:sdtContent>
        <w:p w14:paraId="58DBAF68" w14:textId="4BEAB2D0" w:rsidR="003061C2" w:rsidRPr="003061C2" w:rsidRDefault="003061C2" w:rsidP="003061C2">
          <w:pPr>
            <w:rPr>
              <w:b/>
              <w:bCs/>
            </w:rPr>
          </w:pPr>
          <w:r w:rsidRPr="00CA2CEB">
            <w:rPr>
              <w:rStyle w:val="PlaceholderText"/>
            </w:rPr>
            <w:t>Click or tap here to enter text.</w:t>
          </w:r>
        </w:p>
      </w:sdtContent>
    </w:sdt>
    <w:p w14:paraId="7182620A" w14:textId="74F07274" w:rsidR="00846BF0" w:rsidRDefault="00846BF0" w:rsidP="00846BF0">
      <w:pPr>
        <w:pStyle w:val="ListParagraph"/>
        <w:numPr>
          <w:ilvl w:val="0"/>
          <w:numId w:val="16"/>
        </w:numPr>
        <w:rPr>
          <w:b/>
          <w:bCs/>
        </w:rPr>
      </w:pPr>
      <w:r w:rsidRPr="00846BF0">
        <w:rPr>
          <w:b/>
          <w:bCs/>
        </w:rPr>
        <w:t>How do you handle conflict with colleagues?</w:t>
      </w:r>
    </w:p>
    <w:sdt>
      <w:sdtPr>
        <w:rPr>
          <w:b/>
          <w:bCs/>
        </w:rPr>
        <w:id w:val="-1514526582"/>
        <w:placeholder>
          <w:docPart w:val="D08640AF77A6415A85F0C828BBE30933"/>
        </w:placeholder>
        <w:showingPlcHdr/>
      </w:sdtPr>
      <w:sdtContent>
        <w:p w14:paraId="131FD351" w14:textId="4B76D67A" w:rsidR="003061C2" w:rsidRPr="003061C2" w:rsidRDefault="003061C2" w:rsidP="003061C2">
          <w:pPr>
            <w:rPr>
              <w:b/>
              <w:bCs/>
            </w:rPr>
          </w:pPr>
          <w:r w:rsidRPr="00CA2CEB">
            <w:rPr>
              <w:rStyle w:val="PlaceholderText"/>
            </w:rPr>
            <w:t>Click or tap here to enter text.</w:t>
          </w:r>
        </w:p>
      </w:sdtContent>
    </w:sdt>
    <w:p w14:paraId="31F81D22" w14:textId="544213F2" w:rsidR="00846BF0" w:rsidRDefault="00846BF0" w:rsidP="00846BF0">
      <w:pPr>
        <w:pStyle w:val="ListParagraph"/>
        <w:numPr>
          <w:ilvl w:val="0"/>
          <w:numId w:val="16"/>
        </w:numPr>
        <w:rPr>
          <w:b/>
          <w:bCs/>
        </w:rPr>
      </w:pPr>
      <w:r w:rsidRPr="00846BF0">
        <w:rPr>
          <w:b/>
          <w:bCs/>
        </w:rPr>
        <w:t>Give an example of maintaining professionalism under pressure.</w:t>
      </w:r>
    </w:p>
    <w:sdt>
      <w:sdtPr>
        <w:rPr>
          <w:b/>
          <w:bCs/>
        </w:rPr>
        <w:id w:val="-1671321763"/>
        <w:placeholder>
          <w:docPart w:val="1303D809EA5F4C4D8A7F8657E9190A70"/>
        </w:placeholder>
        <w:showingPlcHdr/>
      </w:sdtPr>
      <w:sdtContent>
        <w:p w14:paraId="0D9D9A7C" w14:textId="7F03C67F" w:rsidR="003061C2" w:rsidRPr="003061C2" w:rsidRDefault="003061C2" w:rsidP="003061C2">
          <w:pPr>
            <w:rPr>
              <w:b/>
              <w:bCs/>
            </w:rPr>
          </w:pPr>
          <w:r w:rsidRPr="00CA2CEB">
            <w:rPr>
              <w:rStyle w:val="PlaceholderText"/>
            </w:rPr>
            <w:t>Click or tap here to enter text.</w:t>
          </w:r>
        </w:p>
      </w:sdtContent>
    </w:sdt>
    <w:p w14:paraId="168272CD" w14:textId="06040B80" w:rsidR="00846BF0" w:rsidRPr="00846BF0" w:rsidRDefault="00846BF0" w:rsidP="00846BF0">
      <w:pPr>
        <w:pStyle w:val="Heading1"/>
      </w:pPr>
      <w:r w:rsidRPr="00846BF0">
        <w:lastRenderedPageBreak/>
        <w:t>Clinical Governance &amp; Patient Safety</w:t>
      </w:r>
    </w:p>
    <w:p w14:paraId="584210BF" w14:textId="7E9B2C8B" w:rsidR="00F06C8D" w:rsidRDefault="00846BF0" w:rsidP="00F06C8D">
      <w:pPr>
        <w:pStyle w:val="ListParagraph"/>
        <w:numPr>
          <w:ilvl w:val="0"/>
          <w:numId w:val="17"/>
        </w:numPr>
        <w:rPr>
          <w:b/>
          <w:bCs/>
        </w:rPr>
      </w:pPr>
      <w:r w:rsidRPr="003061C2">
        <w:rPr>
          <w:b/>
          <w:bCs/>
        </w:rPr>
        <w:t>Describe your involvement in patient safety initiatives</w:t>
      </w:r>
      <w:r w:rsidR="003061C2" w:rsidRPr="003061C2">
        <w:rPr>
          <w:b/>
          <w:bCs/>
        </w:rPr>
        <w:t>.</w:t>
      </w:r>
    </w:p>
    <w:sdt>
      <w:sdtPr>
        <w:rPr>
          <w:b/>
          <w:bCs/>
        </w:rPr>
        <w:id w:val="1218238673"/>
        <w:placeholder>
          <w:docPart w:val="832F230ABF4048CE8C1767167E8167F7"/>
        </w:placeholder>
        <w:showingPlcHdr/>
      </w:sdtPr>
      <w:sdtContent>
        <w:p w14:paraId="471E7611" w14:textId="186808FB" w:rsidR="003061C2" w:rsidRPr="003061C2" w:rsidRDefault="003061C2" w:rsidP="003061C2">
          <w:pPr>
            <w:rPr>
              <w:b/>
              <w:bCs/>
            </w:rPr>
          </w:pPr>
          <w:r w:rsidRPr="00CA2CEB">
            <w:rPr>
              <w:rStyle w:val="PlaceholderText"/>
            </w:rPr>
            <w:t>Click or tap here to enter text.</w:t>
          </w:r>
        </w:p>
      </w:sdtContent>
    </w:sdt>
    <w:p w14:paraId="0A10F93C" w14:textId="3C5BC4D5" w:rsidR="00F06C8D" w:rsidRDefault="00846BF0" w:rsidP="00F06C8D">
      <w:pPr>
        <w:pStyle w:val="ListParagraph"/>
        <w:numPr>
          <w:ilvl w:val="0"/>
          <w:numId w:val="17"/>
        </w:numPr>
        <w:rPr>
          <w:b/>
          <w:bCs/>
        </w:rPr>
      </w:pPr>
      <w:r w:rsidRPr="003061C2">
        <w:rPr>
          <w:b/>
          <w:bCs/>
        </w:rPr>
        <w:t>Provide an example of how you identified and addressed a risk.</w:t>
      </w:r>
    </w:p>
    <w:sdt>
      <w:sdtPr>
        <w:rPr>
          <w:b/>
          <w:bCs/>
        </w:rPr>
        <w:id w:val="-2103251958"/>
        <w:placeholder>
          <w:docPart w:val="CD269A12FEF0461A8C2BB50AEBDB97C2"/>
        </w:placeholder>
        <w:showingPlcHdr/>
      </w:sdtPr>
      <w:sdtContent>
        <w:p w14:paraId="7F51EB45" w14:textId="4C1ADBF5" w:rsidR="003061C2" w:rsidRPr="003061C2" w:rsidRDefault="003061C2" w:rsidP="003061C2">
          <w:pPr>
            <w:rPr>
              <w:b/>
              <w:bCs/>
            </w:rPr>
          </w:pPr>
          <w:r w:rsidRPr="00CA2CEB">
            <w:rPr>
              <w:rStyle w:val="PlaceholderText"/>
            </w:rPr>
            <w:t>Click or tap here to enter text.</w:t>
          </w:r>
        </w:p>
      </w:sdtContent>
    </w:sdt>
    <w:p w14:paraId="0630B7DA" w14:textId="019B223B" w:rsidR="00846BF0" w:rsidRDefault="00846BF0" w:rsidP="00846BF0">
      <w:pPr>
        <w:pStyle w:val="ListParagraph"/>
        <w:numPr>
          <w:ilvl w:val="0"/>
          <w:numId w:val="17"/>
        </w:numPr>
        <w:rPr>
          <w:b/>
          <w:bCs/>
        </w:rPr>
      </w:pPr>
      <w:r w:rsidRPr="00846BF0">
        <w:rPr>
          <w:b/>
          <w:bCs/>
        </w:rPr>
        <w:t>How do you ensure high standards of clinical care?</w:t>
      </w:r>
    </w:p>
    <w:sdt>
      <w:sdtPr>
        <w:rPr>
          <w:b/>
          <w:bCs/>
        </w:rPr>
        <w:id w:val="491000020"/>
        <w:placeholder>
          <w:docPart w:val="56595DFB00B04856A7EF6C5BAFF1A340"/>
        </w:placeholder>
        <w:showingPlcHdr/>
      </w:sdtPr>
      <w:sdtContent>
        <w:p w14:paraId="46D84B6C" w14:textId="71BAE879" w:rsidR="003061C2" w:rsidRPr="003061C2" w:rsidRDefault="003061C2" w:rsidP="003061C2">
          <w:pPr>
            <w:rPr>
              <w:b/>
              <w:bCs/>
            </w:rPr>
          </w:pPr>
          <w:r w:rsidRPr="00CA2CEB">
            <w:rPr>
              <w:rStyle w:val="PlaceholderText"/>
            </w:rPr>
            <w:t>Click or tap here to enter text.</w:t>
          </w:r>
        </w:p>
      </w:sdtContent>
    </w:sdt>
    <w:p w14:paraId="5E9851EC" w14:textId="77777777" w:rsidR="00F06C8D" w:rsidRDefault="00F06C8D" w:rsidP="00F06C8D">
      <w:pPr>
        <w:rPr>
          <w:b/>
          <w:bCs/>
        </w:rPr>
      </w:pPr>
    </w:p>
    <w:p w14:paraId="671CA797" w14:textId="77777777" w:rsidR="00F06C8D" w:rsidRPr="00F06C8D" w:rsidRDefault="00F06C8D" w:rsidP="00F06C8D">
      <w:pPr>
        <w:rPr>
          <w:b/>
          <w:bCs/>
        </w:rPr>
      </w:pPr>
    </w:p>
    <w:p w14:paraId="6B2C589B" w14:textId="77777777" w:rsidR="00846BF0" w:rsidRPr="00846BF0" w:rsidRDefault="00846BF0" w:rsidP="00846BF0"/>
    <w:p w14:paraId="7C431B1F" w14:textId="77777777" w:rsidR="00F211F0" w:rsidRDefault="00F211F0" w:rsidP="00F211F0"/>
    <w:p w14:paraId="1FC78D44" w14:textId="2D5B2B68" w:rsidR="00214ECC" w:rsidRDefault="00214ECC"/>
    <w:sectPr w:rsidR="00214ECC" w:rsidSect="001C17E4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ADECA" w14:textId="77777777" w:rsidR="002E534F" w:rsidRDefault="002E534F" w:rsidP="001B2E81">
      <w:pPr>
        <w:spacing w:after="0" w:line="240" w:lineRule="auto"/>
      </w:pPr>
      <w:r>
        <w:separator/>
      </w:r>
    </w:p>
  </w:endnote>
  <w:endnote w:type="continuationSeparator" w:id="0">
    <w:p w14:paraId="33A60A85" w14:textId="77777777" w:rsidR="002E534F" w:rsidRDefault="002E534F" w:rsidP="001B2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8028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54CBEC" w14:textId="5E77B792" w:rsidR="007C3707" w:rsidRDefault="007C3707" w:rsidP="007C3707">
        <w:pPr>
          <w:pStyle w:val="Footer"/>
        </w:pP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7E1E" w14:textId="43A246CF" w:rsidR="007C3707" w:rsidRDefault="007C370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167B9" w14:textId="77777777" w:rsidR="002E534F" w:rsidRDefault="002E534F" w:rsidP="001B2E81">
      <w:pPr>
        <w:spacing w:after="0" w:line="240" w:lineRule="auto"/>
      </w:pPr>
      <w:r>
        <w:separator/>
      </w:r>
    </w:p>
  </w:footnote>
  <w:footnote w:type="continuationSeparator" w:id="0">
    <w:p w14:paraId="6457C5F8" w14:textId="77777777" w:rsidR="002E534F" w:rsidRDefault="002E534F" w:rsidP="001B2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E8575" w14:textId="0B4B2ADE" w:rsidR="007C3707" w:rsidRDefault="007C3707">
    <w:pPr>
      <w:pStyle w:val="Header"/>
    </w:pPr>
    <w:r>
      <w:ptab w:relativeTo="margin" w:alignment="right" w:leader="none"/>
    </w:r>
    <w:r>
      <w:t xml:space="preserve">RCPI HST Application CV: </w:t>
    </w:r>
    <w:r w:rsidR="00F06C8D">
      <w:t>Rehabilitation Medicine</w:t>
    </w:r>
  </w:p>
  <w:p w14:paraId="497A380F" w14:textId="734246AE" w:rsidR="001B2E81" w:rsidRDefault="001B2E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2179E" w14:textId="7E0E60C6" w:rsidR="001B2E81" w:rsidRDefault="001C17E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8A38EE8" wp14:editId="765CEE2F">
          <wp:simplePos x="0" y="0"/>
          <wp:positionH relativeFrom="column">
            <wp:posOffset>-659757</wp:posOffset>
          </wp:positionH>
          <wp:positionV relativeFrom="paragraph">
            <wp:posOffset>-183290</wp:posOffset>
          </wp:positionV>
          <wp:extent cx="2948800" cy="1041721"/>
          <wp:effectExtent l="0" t="0" r="4445" b="6350"/>
          <wp:wrapTopAndBottom/>
          <wp:docPr id="4041119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4111922" name="Picture 4041119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48800" cy="10417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C991F84"/>
    <w:multiLevelType w:val="hybridMultilevel"/>
    <w:tmpl w:val="0F30E36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4D49D1"/>
    <w:multiLevelType w:val="hybridMultilevel"/>
    <w:tmpl w:val="10A4B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B52007"/>
    <w:multiLevelType w:val="hybridMultilevel"/>
    <w:tmpl w:val="7E4CAD6C"/>
    <w:lvl w:ilvl="0" w:tplc="AD448DD2">
      <w:start w:val="1"/>
      <w:numFmt w:val="decimal"/>
      <w:lvlText w:val="%1."/>
      <w:lvlJc w:val="left"/>
      <w:pPr>
        <w:ind w:left="720" w:hanging="360"/>
      </w:pPr>
    </w:lvl>
    <w:lvl w:ilvl="1" w:tplc="304C2162">
      <w:start w:val="1"/>
      <w:numFmt w:val="lowerLetter"/>
      <w:lvlText w:val="%2."/>
      <w:lvlJc w:val="left"/>
      <w:pPr>
        <w:ind w:left="1440" w:hanging="360"/>
      </w:pPr>
    </w:lvl>
    <w:lvl w:ilvl="2" w:tplc="FCF0101E">
      <w:start w:val="1"/>
      <w:numFmt w:val="lowerRoman"/>
      <w:lvlText w:val="%3."/>
      <w:lvlJc w:val="right"/>
      <w:pPr>
        <w:ind w:left="2160" w:hanging="180"/>
      </w:pPr>
    </w:lvl>
    <w:lvl w:ilvl="3" w:tplc="BFDCED42">
      <w:start w:val="1"/>
      <w:numFmt w:val="decimal"/>
      <w:lvlText w:val="%4."/>
      <w:lvlJc w:val="left"/>
      <w:pPr>
        <w:ind w:left="2880" w:hanging="360"/>
      </w:pPr>
    </w:lvl>
    <w:lvl w:ilvl="4" w:tplc="9DA67E82">
      <w:start w:val="1"/>
      <w:numFmt w:val="lowerLetter"/>
      <w:lvlText w:val="%5."/>
      <w:lvlJc w:val="left"/>
      <w:pPr>
        <w:ind w:left="3600" w:hanging="360"/>
      </w:pPr>
    </w:lvl>
    <w:lvl w:ilvl="5" w:tplc="E46222B2">
      <w:start w:val="1"/>
      <w:numFmt w:val="lowerRoman"/>
      <w:lvlText w:val="%6."/>
      <w:lvlJc w:val="right"/>
      <w:pPr>
        <w:ind w:left="4320" w:hanging="180"/>
      </w:pPr>
    </w:lvl>
    <w:lvl w:ilvl="6" w:tplc="5FDA97E8">
      <w:start w:val="1"/>
      <w:numFmt w:val="decimal"/>
      <w:lvlText w:val="%7."/>
      <w:lvlJc w:val="left"/>
      <w:pPr>
        <w:ind w:left="5040" w:hanging="360"/>
      </w:pPr>
    </w:lvl>
    <w:lvl w:ilvl="7" w:tplc="22A0B658">
      <w:start w:val="1"/>
      <w:numFmt w:val="lowerLetter"/>
      <w:lvlText w:val="%8."/>
      <w:lvlJc w:val="left"/>
      <w:pPr>
        <w:ind w:left="5760" w:hanging="360"/>
      </w:pPr>
    </w:lvl>
    <w:lvl w:ilvl="8" w:tplc="F3A832D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24607B"/>
    <w:multiLevelType w:val="hybridMultilevel"/>
    <w:tmpl w:val="04B0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D944C34"/>
    <w:multiLevelType w:val="hybridMultilevel"/>
    <w:tmpl w:val="58460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52142C"/>
    <w:multiLevelType w:val="hybridMultilevel"/>
    <w:tmpl w:val="CA6C245A"/>
    <w:lvl w:ilvl="0" w:tplc="E8F6E32C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CD03EC6"/>
    <w:multiLevelType w:val="hybridMultilevel"/>
    <w:tmpl w:val="DC8ED178"/>
    <w:lvl w:ilvl="0" w:tplc="992E183E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E1F2C7B"/>
    <w:multiLevelType w:val="hybridMultilevel"/>
    <w:tmpl w:val="5CFE185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1806701">
    <w:abstractNumId w:val="11"/>
  </w:num>
  <w:num w:numId="2" w16cid:durableId="1203786471">
    <w:abstractNumId w:val="8"/>
  </w:num>
  <w:num w:numId="3" w16cid:durableId="417601461">
    <w:abstractNumId w:val="6"/>
  </w:num>
  <w:num w:numId="4" w16cid:durableId="1775980722">
    <w:abstractNumId w:val="5"/>
  </w:num>
  <w:num w:numId="5" w16cid:durableId="228343893">
    <w:abstractNumId w:val="4"/>
  </w:num>
  <w:num w:numId="6" w16cid:durableId="2097943450">
    <w:abstractNumId w:val="7"/>
  </w:num>
  <w:num w:numId="7" w16cid:durableId="2109152698">
    <w:abstractNumId w:val="3"/>
  </w:num>
  <w:num w:numId="8" w16cid:durableId="1635867508">
    <w:abstractNumId w:val="2"/>
  </w:num>
  <w:num w:numId="9" w16cid:durableId="1632787737">
    <w:abstractNumId w:val="1"/>
  </w:num>
  <w:num w:numId="10" w16cid:durableId="645209773">
    <w:abstractNumId w:val="0"/>
  </w:num>
  <w:num w:numId="11" w16cid:durableId="1357002592">
    <w:abstractNumId w:val="10"/>
  </w:num>
  <w:num w:numId="12" w16cid:durableId="954025059">
    <w:abstractNumId w:val="12"/>
  </w:num>
  <w:num w:numId="13" w16cid:durableId="1694188166">
    <w:abstractNumId w:val="13"/>
  </w:num>
  <w:num w:numId="14" w16cid:durableId="889731661">
    <w:abstractNumId w:val="14"/>
  </w:num>
  <w:num w:numId="15" w16cid:durableId="1684742980">
    <w:abstractNumId w:val="15"/>
  </w:num>
  <w:num w:numId="16" w16cid:durableId="1393891575">
    <w:abstractNumId w:val="9"/>
  </w:num>
  <w:num w:numId="17" w16cid:durableId="15711127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1DFE"/>
    <w:rsid w:val="0006063C"/>
    <w:rsid w:val="00081140"/>
    <w:rsid w:val="000834D5"/>
    <w:rsid w:val="0015074B"/>
    <w:rsid w:val="001B2E81"/>
    <w:rsid w:val="001C17E4"/>
    <w:rsid w:val="00214ECC"/>
    <w:rsid w:val="002319B9"/>
    <w:rsid w:val="002931FF"/>
    <w:rsid w:val="0029639D"/>
    <w:rsid w:val="002D7D98"/>
    <w:rsid w:val="002E140B"/>
    <w:rsid w:val="002E534F"/>
    <w:rsid w:val="003061C2"/>
    <w:rsid w:val="00326F90"/>
    <w:rsid w:val="003729FB"/>
    <w:rsid w:val="003B1216"/>
    <w:rsid w:val="004A41F5"/>
    <w:rsid w:val="004D6768"/>
    <w:rsid w:val="00547911"/>
    <w:rsid w:val="00597958"/>
    <w:rsid w:val="005A051B"/>
    <w:rsid w:val="005B3533"/>
    <w:rsid w:val="00670E59"/>
    <w:rsid w:val="006D0099"/>
    <w:rsid w:val="0075109E"/>
    <w:rsid w:val="007C0991"/>
    <w:rsid w:val="007C3707"/>
    <w:rsid w:val="00821B93"/>
    <w:rsid w:val="00846BF0"/>
    <w:rsid w:val="008525FA"/>
    <w:rsid w:val="00857B00"/>
    <w:rsid w:val="00892608"/>
    <w:rsid w:val="009A7B67"/>
    <w:rsid w:val="009E4AEB"/>
    <w:rsid w:val="00A0792E"/>
    <w:rsid w:val="00A36383"/>
    <w:rsid w:val="00AA1D8D"/>
    <w:rsid w:val="00B16633"/>
    <w:rsid w:val="00B47730"/>
    <w:rsid w:val="00B8038E"/>
    <w:rsid w:val="00BC3393"/>
    <w:rsid w:val="00BD4838"/>
    <w:rsid w:val="00C47B11"/>
    <w:rsid w:val="00C7253B"/>
    <w:rsid w:val="00C95D05"/>
    <w:rsid w:val="00CB0664"/>
    <w:rsid w:val="00CD745A"/>
    <w:rsid w:val="00D678D1"/>
    <w:rsid w:val="00DA296B"/>
    <w:rsid w:val="00DC2290"/>
    <w:rsid w:val="00E9708F"/>
    <w:rsid w:val="00F06C8D"/>
    <w:rsid w:val="00F211F0"/>
    <w:rsid w:val="00F277ED"/>
    <w:rsid w:val="00F4085D"/>
    <w:rsid w:val="00F54DC5"/>
    <w:rsid w:val="00F85A62"/>
    <w:rsid w:val="00F94BC3"/>
    <w:rsid w:val="00F95107"/>
    <w:rsid w:val="00FC693F"/>
    <w:rsid w:val="013003D7"/>
    <w:rsid w:val="01D3084F"/>
    <w:rsid w:val="09148FBD"/>
    <w:rsid w:val="0985AE4E"/>
    <w:rsid w:val="0B73C59C"/>
    <w:rsid w:val="0CE122BF"/>
    <w:rsid w:val="0DD6B9FE"/>
    <w:rsid w:val="10E59C75"/>
    <w:rsid w:val="125B3369"/>
    <w:rsid w:val="14BE1E3E"/>
    <w:rsid w:val="15A496DB"/>
    <w:rsid w:val="19056071"/>
    <w:rsid w:val="1B5F724A"/>
    <w:rsid w:val="1FB809EA"/>
    <w:rsid w:val="232909D8"/>
    <w:rsid w:val="25CD4F7B"/>
    <w:rsid w:val="26990713"/>
    <w:rsid w:val="26C0C10D"/>
    <w:rsid w:val="2B3C14FD"/>
    <w:rsid w:val="2D96377B"/>
    <w:rsid w:val="300EB099"/>
    <w:rsid w:val="30BDFE8C"/>
    <w:rsid w:val="32EB38F7"/>
    <w:rsid w:val="34E9FE57"/>
    <w:rsid w:val="359F11C3"/>
    <w:rsid w:val="35DA3F28"/>
    <w:rsid w:val="3A056833"/>
    <w:rsid w:val="3A5730DD"/>
    <w:rsid w:val="3AEC04AB"/>
    <w:rsid w:val="3F5352D5"/>
    <w:rsid w:val="3FE541D5"/>
    <w:rsid w:val="42F16941"/>
    <w:rsid w:val="45164F2B"/>
    <w:rsid w:val="46B26368"/>
    <w:rsid w:val="48CBC21F"/>
    <w:rsid w:val="4BED656B"/>
    <w:rsid w:val="51B2FBD2"/>
    <w:rsid w:val="5D2E224B"/>
    <w:rsid w:val="623245C4"/>
    <w:rsid w:val="647F8E21"/>
    <w:rsid w:val="66FE928F"/>
    <w:rsid w:val="689C4EBD"/>
    <w:rsid w:val="6954CC0D"/>
    <w:rsid w:val="6EAD3D8D"/>
    <w:rsid w:val="6FFA73B0"/>
    <w:rsid w:val="771B880B"/>
    <w:rsid w:val="77B5CE6B"/>
    <w:rsid w:val="7ABB2A26"/>
    <w:rsid w:val="7B91232E"/>
    <w:rsid w:val="7C70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A3D516"/>
  <w14:defaultImageDpi w14:val="330"/>
  <w15:docId w15:val="{AB873603-DE17-41F5-80D2-AB816BF9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633"/>
    <w:rPr>
      <w:rFonts w:ascii="Calibri" w:hAnsi="Calibri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C17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C17E4"/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1C17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17E4"/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729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9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9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9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9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9F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211F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D6768"/>
    <w:rPr>
      <w:color w:val="666666"/>
    </w:rPr>
  </w:style>
  <w:style w:type="character" w:customStyle="1" w:styleId="Style1">
    <w:name w:val="Style1"/>
    <w:basedOn w:val="DefaultParagraphFont"/>
    <w:uiPriority w:val="1"/>
    <w:rsid w:val="004D6768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73B27-4766-44DE-B2C7-DC30E78096C6}"/>
      </w:docPartPr>
      <w:docPartBody>
        <w:p w:rsidR="004161F5" w:rsidRDefault="006239E1"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E3F5175B57004446843F4F317C13BE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BD9BF7-596D-466C-85B2-187839F777C4}"/>
      </w:docPartPr>
      <w:docPartBody>
        <w:p w:rsidR="004161F5" w:rsidRDefault="00B408B9" w:rsidP="00B408B9">
          <w:pPr>
            <w:pStyle w:val="E3F5175B57004446843F4F317C13BE7C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CADD3637F3476CAEF2795719E30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C9D11-0987-4FAD-9B17-E23F574D16FE}"/>
      </w:docPartPr>
      <w:docPartBody>
        <w:p w:rsidR="004161F5" w:rsidRDefault="00B408B9" w:rsidP="00B408B9">
          <w:pPr>
            <w:pStyle w:val="74CADD3637F3476CAEF2795719E307AF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2E25C8BD59485F83A4E1A3EB66C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8445E-FB06-421F-8F3E-82635DF5DD87}"/>
      </w:docPartPr>
      <w:docPartBody>
        <w:p w:rsidR="004161F5" w:rsidRDefault="00B408B9" w:rsidP="00B408B9">
          <w:pPr>
            <w:pStyle w:val="6E2E25C8BD59485F83A4E1A3EB66C1CA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2FF4CA11794B8A841DB2220DF10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E1A22-8CF0-4C92-B742-0B28EE306AA7}"/>
      </w:docPartPr>
      <w:docPartBody>
        <w:p w:rsidR="004161F5" w:rsidRDefault="00B408B9" w:rsidP="00B408B9">
          <w:pPr>
            <w:pStyle w:val="872FF4CA11794B8A841DB2220DF10EA6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97BD512F134974B65EC5CE1A1FF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046DF-0E89-4173-ABB4-0DF853182A25}"/>
      </w:docPartPr>
      <w:docPartBody>
        <w:p w:rsidR="004161F5" w:rsidRDefault="00B408B9" w:rsidP="00B408B9">
          <w:pPr>
            <w:pStyle w:val="4E97BD512F134974B65EC5CE1A1FFA5C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C24FC1DD4E4C25906C3761C0E44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FC25A-1106-431C-A300-2D25188900C2}"/>
      </w:docPartPr>
      <w:docPartBody>
        <w:p w:rsidR="004161F5" w:rsidRDefault="00B408B9" w:rsidP="00B408B9">
          <w:pPr>
            <w:pStyle w:val="43C24FC1DD4E4C25906C3761C0E444F2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5B51F8A20C49259CB13015EB121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97F9A-6A64-42B5-9CB9-AB1F40B96597}"/>
      </w:docPartPr>
      <w:docPartBody>
        <w:p w:rsidR="004161F5" w:rsidRDefault="00B408B9" w:rsidP="00B408B9">
          <w:pPr>
            <w:pStyle w:val="6E5B51F8A20C49259CB13015EB121389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A81B7FEB124004A04A95F11ADBD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E7ECD-8C01-4AF7-AFEA-B0800360660B}"/>
      </w:docPartPr>
      <w:docPartBody>
        <w:p w:rsidR="004161F5" w:rsidRDefault="00B408B9" w:rsidP="00B408B9">
          <w:pPr>
            <w:pStyle w:val="ACA81B7FEB124004A04A95F11ADBD7A7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0224EED5244A5AB46E15042D20BD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4A34B-E194-4586-9420-4E4466314156}"/>
      </w:docPartPr>
      <w:docPartBody>
        <w:p w:rsidR="00000000" w:rsidRDefault="00B408B9" w:rsidP="00B408B9">
          <w:pPr>
            <w:pStyle w:val="390224EED5244A5AB46E15042D20BDA03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03244F75C5480FA87A514243593D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BD4E8E-8E87-45BA-B9B8-4013ED310D45}"/>
      </w:docPartPr>
      <w:docPartBody>
        <w:p w:rsidR="00000000" w:rsidRDefault="00B408B9" w:rsidP="00B408B9">
          <w:pPr>
            <w:pStyle w:val="7603244F75C5480FA87A514243593D133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D500639815407BA21A201D03AFAF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1CF12E-C9C5-4D62-AEEE-81CE656574AD}"/>
      </w:docPartPr>
      <w:docPartBody>
        <w:p w:rsidR="00000000" w:rsidRDefault="00B408B9" w:rsidP="00B408B9">
          <w:pPr>
            <w:pStyle w:val="50D500639815407BA21A201D03AFAF663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759A0A9FF942D6905204C6BE6CEB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22F69B-0CC5-4CD7-856B-603861BCC0DC}"/>
      </w:docPartPr>
      <w:docPartBody>
        <w:p w:rsidR="00000000" w:rsidRDefault="00B408B9" w:rsidP="00B408B9">
          <w:pPr>
            <w:pStyle w:val="AA759A0A9FF942D6905204C6BE6CEB823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3ABDFFD58244ABF96AEA637AAF689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4C04C6-2431-466E-8876-176D0FC88338}"/>
      </w:docPartPr>
      <w:docPartBody>
        <w:p w:rsidR="00000000" w:rsidRDefault="00B408B9" w:rsidP="00B408B9">
          <w:pPr>
            <w:pStyle w:val="F3ABDFFD58244ABF96AEA637AAF6892E3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1209B3971A4D0CBCF85520F6900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B3A3A3-F8FF-40D4-83B7-B593D2F04CC4}"/>
      </w:docPartPr>
      <w:docPartBody>
        <w:p w:rsidR="00000000" w:rsidRDefault="00B408B9" w:rsidP="00B408B9">
          <w:pPr>
            <w:pStyle w:val="561209B3971A4D0CBCF85520F69009473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72EE54A7194AFB9FB4973FAA7B48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E66112-A510-4335-8EA1-9899069B50C7}"/>
      </w:docPartPr>
      <w:docPartBody>
        <w:p w:rsidR="00000000" w:rsidRDefault="00B408B9" w:rsidP="00B408B9">
          <w:pPr>
            <w:pStyle w:val="EE72EE54A7194AFB9FB4973FAA7B48953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B03830A6E940D8B1396162C3D4A8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BD69A1-3181-4ED8-9B59-549B6E4BA020}"/>
      </w:docPartPr>
      <w:docPartBody>
        <w:p w:rsidR="00000000" w:rsidRDefault="00B408B9" w:rsidP="00B408B9">
          <w:pPr>
            <w:pStyle w:val="FBB03830A6E940D8B1396162C3D4A8153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9346B8202F4C9FACEEEDCCBEFA13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F7ABD2-7CFC-4A83-A343-6D92B0BC7797}"/>
      </w:docPartPr>
      <w:docPartBody>
        <w:p w:rsidR="00000000" w:rsidRDefault="00B408B9" w:rsidP="00B408B9">
          <w:pPr>
            <w:pStyle w:val="959346B8202F4C9FACEEEDCCBEFA13B73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785B78A23849ABAE94F16243ABA5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E60F37-FE92-416E-BCE1-E55D7BA9C59B}"/>
      </w:docPartPr>
      <w:docPartBody>
        <w:p w:rsidR="00000000" w:rsidRDefault="00B408B9" w:rsidP="00B408B9">
          <w:pPr>
            <w:pStyle w:val="1C785B78A23849ABAE94F16243ABA5E53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8D1E2F49814DBA97105797771BB4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589A4A-4467-4695-B62B-7AB601B5D146}"/>
      </w:docPartPr>
      <w:docPartBody>
        <w:p w:rsidR="00000000" w:rsidRDefault="00B408B9" w:rsidP="00B408B9">
          <w:pPr>
            <w:pStyle w:val="A18D1E2F49814DBA97105797771BB4D23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8640AF77A6415A85F0C828BBE309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DC373D-F9D1-4205-96F6-FB9209CCAC92}"/>
      </w:docPartPr>
      <w:docPartBody>
        <w:p w:rsidR="00000000" w:rsidRDefault="00B408B9" w:rsidP="00B408B9">
          <w:pPr>
            <w:pStyle w:val="D08640AF77A6415A85F0C828BBE309333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03D809EA5F4C4D8A7F8657E9190A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631639-46E2-4CBF-A007-8BC88B6C4DF9}"/>
      </w:docPartPr>
      <w:docPartBody>
        <w:p w:rsidR="00000000" w:rsidRDefault="00B408B9" w:rsidP="00B408B9">
          <w:pPr>
            <w:pStyle w:val="1303D809EA5F4C4D8A7F8657E9190A703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2F230ABF4048CE8C1767167E8167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CC56A3-E9D6-4387-B92C-5C5FC0303433}"/>
      </w:docPartPr>
      <w:docPartBody>
        <w:p w:rsidR="00000000" w:rsidRDefault="00B408B9" w:rsidP="00B408B9">
          <w:pPr>
            <w:pStyle w:val="832F230ABF4048CE8C1767167E8167F73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269A12FEF0461A8C2BB50AEBDB97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48B79-67FA-4702-A351-A109CB71D473}"/>
      </w:docPartPr>
      <w:docPartBody>
        <w:p w:rsidR="00000000" w:rsidRDefault="00B408B9" w:rsidP="00B408B9">
          <w:pPr>
            <w:pStyle w:val="CD269A12FEF0461A8C2BB50AEBDB97C23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595DFB00B04856A7EF6C5BAFF1A3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0F6060-6E64-4F1D-9080-B40F55D9FD56}"/>
      </w:docPartPr>
      <w:docPartBody>
        <w:p w:rsidR="00000000" w:rsidRDefault="00B408B9" w:rsidP="00B408B9">
          <w:pPr>
            <w:pStyle w:val="56595DFB00B04856A7EF6C5BAFF1A3403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F796B39A1E40649B2D3A4285A1A9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CA3CE6-9E1B-49CB-8B82-1F40E7688390}"/>
      </w:docPartPr>
      <w:docPartBody>
        <w:p w:rsidR="00000000" w:rsidRDefault="00B408B9" w:rsidP="00B408B9">
          <w:pPr>
            <w:pStyle w:val="51F796B39A1E40649B2D3A4285A1A9F63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CCACAAD3B44C94B678BF53D0558F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5AC151-F8CD-40F6-84A0-5C549EB06233}"/>
      </w:docPartPr>
      <w:docPartBody>
        <w:p w:rsidR="00000000" w:rsidRDefault="00B408B9" w:rsidP="00B408B9">
          <w:pPr>
            <w:pStyle w:val="C5CCACAAD3B44C94B678BF53D0558F633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FD3C2429864C08BB2A71E3F1A0B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6DB606-1F36-44D1-932F-89D407A75CC5}"/>
      </w:docPartPr>
      <w:docPartBody>
        <w:p w:rsidR="00000000" w:rsidRDefault="00B408B9" w:rsidP="00B408B9">
          <w:pPr>
            <w:pStyle w:val="14FD3C2429864C08BB2A71E3F1A0B6A53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E7DDDF6CC04DD296BBFC5435529A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6EA315-54F7-49A5-9C2B-B75E5556A6F9}"/>
      </w:docPartPr>
      <w:docPartBody>
        <w:p w:rsidR="00000000" w:rsidRDefault="00B408B9" w:rsidP="00B408B9">
          <w:pPr>
            <w:pStyle w:val="2BE7DDDF6CC04DD296BBFC5435529A673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7E109354B24EC48C912D7264C42C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A21DD8-8AB6-4C2A-B63B-5F468758607F}"/>
      </w:docPartPr>
      <w:docPartBody>
        <w:p w:rsidR="00000000" w:rsidRDefault="00B408B9" w:rsidP="00B408B9">
          <w:pPr>
            <w:pStyle w:val="B47E109354B24EC48C912D7264C42CC13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23F45D35114BC5A77EDA7DAFE6E0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95F42C-4B53-44B0-92B9-0691B686454D}"/>
      </w:docPartPr>
      <w:docPartBody>
        <w:p w:rsidR="00000000" w:rsidRDefault="00B408B9" w:rsidP="00B408B9">
          <w:pPr>
            <w:pStyle w:val="3B23F45D35114BC5A77EDA7DAFE6E0313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F30DA39637404BBD403E62A06B1D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A87963-2D28-41F1-996A-3F376151C288}"/>
      </w:docPartPr>
      <w:docPartBody>
        <w:p w:rsidR="00000000" w:rsidRDefault="00B408B9" w:rsidP="00B408B9">
          <w:pPr>
            <w:pStyle w:val="8EF30DA39637404BBD403E62A06B1D153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FEDAFFD2DE49E3B5F88CE06172B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6F446B-A2E9-4889-A28C-2D8F0BC95C8E}"/>
      </w:docPartPr>
      <w:docPartBody>
        <w:p w:rsidR="00000000" w:rsidRDefault="00B408B9" w:rsidP="00B408B9">
          <w:pPr>
            <w:pStyle w:val="DAFEDAFFD2DE49E3B5F88CE06172BEE03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29685E4AEC47398305EBABEE6257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09184C-89CD-4C80-B5EC-B71BBAC6E9AA}"/>
      </w:docPartPr>
      <w:docPartBody>
        <w:p w:rsidR="00000000" w:rsidRDefault="00B408B9" w:rsidP="00B408B9">
          <w:pPr>
            <w:pStyle w:val="B129685E4AEC47398305EBABEE6257723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4419C3E4B746B28AB83B54B6041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76FC55-6EDE-4DAF-A61E-2E1315C8F329}"/>
      </w:docPartPr>
      <w:docPartBody>
        <w:p w:rsidR="00000000" w:rsidRDefault="00B408B9" w:rsidP="00B408B9">
          <w:pPr>
            <w:pStyle w:val="B64419C3E4B746B28AB83B54B6041EAC3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CD74C4B9CF417F814C50ED1BBD2A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682751-9A79-49BE-ADAD-B5A5F10F38B4}"/>
      </w:docPartPr>
      <w:docPartBody>
        <w:p w:rsidR="00000000" w:rsidRDefault="00B408B9" w:rsidP="00B408B9">
          <w:pPr>
            <w:pStyle w:val="6FCD74C4B9CF417F814C50ED1BBD2AEA3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ECB4442D1D4B388044AEE9B2D9A1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25AAE5-F2D7-4E84-8C44-06C7EE368744}"/>
      </w:docPartPr>
      <w:docPartBody>
        <w:p w:rsidR="00000000" w:rsidRDefault="00B408B9" w:rsidP="00B408B9">
          <w:pPr>
            <w:pStyle w:val="65ECB4442D1D4B388044AEE9B2D9A17E3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B6CEFA0053422C9958D655342BB5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AAE262-E4B3-4109-A5DC-FD645EF72CA4}"/>
      </w:docPartPr>
      <w:docPartBody>
        <w:p w:rsidR="00000000" w:rsidRDefault="00B408B9" w:rsidP="00B408B9">
          <w:pPr>
            <w:pStyle w:val="B9B6CEFA0053422C9958D655342BB5B03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280F2192B74A5CA113E2F64C51F0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18EEA4-0749-4B63-9BEE-125695016A61}"/>
      </w:docPartPr>
      <w:docPartBody>
        <w:p w:rsidR="00000000" w:rsidRDefault="00B408B9" w:rsidP="00B408B9">
          <w:pPr>
            <w:pStyle w:val="D5280F2192B74A5CA113E2F64C51F0493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D3DA283CE64FB99DB99E080751AB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400B68-378D-4B20-8382-0DA488273537}"/>
      </w:docPartPr>
      <w:docPartBody>
        <w:p w:rsidR="00000000" w:rsidRDefault="00B408B9" w:rsidP="00B408B9">
          <w:pPr>
            <w:pStyle w:val="79D3DA283CE64FB99DB99E080751AB883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62F16432B842D5AD71CBBC6956B8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04BA9-C378-4DD7-9F88-E6F4945E07D0}"/>
      </w:docPartPr>
      <w:docPartBody>
        <w:p w:rsidR="00000000" w:rsidRDefault="00B408B9" w:rsidP="00B408B9">
          <w:pPr>
            <w:pStyle w:val="5262F16432B842D5AD71CBBC6956B8433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78E721E7924C31B1F0E1D0B25C81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773767-4436-4B19-AF4E-8A6AE99B9F05}"/>
      </w:docPartPr>
      <w:docPartBody>
        <w:p w:rsidR="00000000" w:rsidRDefault="00B408B9" w:rsidP="00B408B9">
          <w:pPr>
            <w:pStyle w:val="CB78E721E7924C31B1F0E1D0B25C81523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5EE1B0695E4A0E8BB498618F874A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938782-5869-4C2E-9F6A-29252BD3EDB5}"/>
      </w:docPartPr>
      <w:docPartBody>
        <w:p w:rsidR="00000000" w:rsidRDefault="00B408B9" w:rsidP="00B408B9">
          <w:pPr>
            <w:pStyle w:val="E25EE1B0695E4A0E8BB498618F874AA93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288DE8E88B435889452FFF14BD34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DFBA4-39DA-4951-A8AD-78C93A1D65A5}"/>
      </w:docPartPr>
      <w:docPartBody>
        <w:p w:rsidR="00000000" w:rsidRDefault="00B408B9" w:rsidP="00B408B9">
          <w:pPr>
            <w:pStyle w:val="9D288DE8E88B435889452FFF14BD34133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B87B0F393641549C4AF31BBEDE1C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2A945-CAFE-4B96-AD90-DB7150B025BE}"/>
      </w:docPartPr>
      <w:docPartBody>
        <w:p w:rsidR="00000000" w:rsidRDefault="00B408B9" w:rsidP="00B408B9">
          <w:pPr>
            <w:pStyle w:val="0CB87B0F393641549C4AF31BBEDE1C293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947DAC46834569A3C244F22E079A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192EA0-C3D9-4CC2-81AB-8856D82BF92D}"/>
      </w:docPartPr>
      <w:docPartBody>
        <w:p w:rsidR="00000000" w:rsidRDefault="00B408B9" w:rsidP="00B408B9">
          <w:pPr>
            <w:pStyle w:val="9B947DAC46834569A3C244F22E079A812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C1B4916C8543D4911CC78BBE3970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EBCF13-D600-4727-ACDF-E29154FA4BB2}"/>
      </w:docPartPr>
      <w:docPartBody>
        <w:p w:rsidR="00000000" w:rsidRDefault="00B408B9" w:rsidP="00B408B9">
          <w:pPr>
            <w:pStyle w:val="54C1B4916C8543D4911CC78BBE39700C2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9CD563A76C4593AA0BAA2955558D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8579B4-B449-4B18-AE70-3951AAC54B32}"/>
      </w:docPartPr>
      <w:docPartBody>
        <w:p w:rsidR="00000000" w:rsidRDefault="00B408B9" w:rsidP="00B408B9">
          <w:pPr>
            <w:pStyle w:val="DB9CD563A76C4593AA0BAA2955558D012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73494AF62B4716B0AF45150F6AAF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064A23-B23F-46F4-8595-489EB4A6638E}"/>
      </w:docPartPr>
      <w:docPartBody>
        <w:p w:rsidR="00000000" w:rsidRDefault="00B408B9" w:rsidP="00B408B9">
          <w:pPr>
            <w:pStyle w:val="9B73494AF62B4716B0AF45150F6AAFAD2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ADE95D4EDB4771845A99A0BD34B7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19361D-C198-4590-986F-D8CB570A77EB}"/>
      </w:docPartPr>
      <w:docPartBody>
        <w:p w:rsidR="00000000" w:rsidRDefault="00B408B9" w:rsidP="00B408B9">
          <w:pPr>
            <w:pStyle w:val="BDADE95D4EDB4771845A99A0BD34B7C82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016230BF5F411884A80DD6D1BC30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734520-614C-4123-BE08-BD51639D1CFC}"/>
      </w:docPartPr>
      <w:docPartBody>
        <w:p w:rsidR="00000000" w:rsidRDefault="00B408B9" w:rsidP="00B408B9">
          <w:pPr>
            <w:pStyle w:val="83016230BF5F411884A80DD6D1BC30342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37012969B74FBF81E9738932375C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040C4A-0699-4BD3-ADC4-7F571A9FE569}"/>
      </w:docPartPr>
      <w:docPartBody>
        <w:p w:rsidR="00000000" w:rsidRDefault="00B408B9" w:rsidP="00B408B9">
          <w:pPr>
            <w:pStyle w:val="1E37012969B74FBF81E9738932375C0B2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A27D2A87A54E5A9664046EA5DED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0D3C2D-D925-4A3C-B7AA-2785DA02681E}"/>
      </w:docPartPr>
      <w:docPartBody>
        <w:p w:rsidR="00000000" w:rsidRDefault="00B408B9" w:rsidP="00B408B9">
          <w:pPr>
            <w:pStyle w:val="D8A27D2A87A54E5A9664046EA5DED4352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178C6BCB254291A6885817798801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57DBC8-A84F-4BFC-828F-D7EFA58D581F}"/>
      </w:docPartPr>
      <w:docPartBody>
        <w:p w:rsidR="00000000" w:rsidRDefault="00B408B9" w:rsidP="00B408B9">
          <w:pPr>
            <w:pStyle w:val="E5178C6BCB254291A6885817798801962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392601828E476BBE569F2C87B10F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159DA-6380-49FB-803D-3F01FDAA20E0}"/>
      </w:docPartPr>
      <w:docPartBody>
        <w:p w:rsidR="00000000" w:rsidRDefault="00B408B9" w:rsidP="00B408B9">
          <w:pPr>
            <w:pStyle w:val="B8392601828E476BBE569F2C87B10F222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2861AB04074E7FAD07467930763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3294A1-93A0-4DDA-A8B4-1BE8A0E8C005}"/>
      </w:docPartPr>
      <w:docPartBody>
        <w:p w:rsidR="00000000" w:rsidRDefault="00B408B9" w:rsidP="00B408B9">
          <w:pPr>
            <w:pStyle w:val="E02861AB04074E7FAD074679307630592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5828C829A644EDAAB86A44FB8D1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3D9BD9-0D09-4A94-BBCF-4F8613439B8B}"/>
      </w:docPartPr>
      <w:docPartBody>
        <w:p w:rsidR="00000000" w:rsidRDefault="00B408B9" w:rsidP="00B408B9">
          <w:pPr>
            <w:pStyle w:val="9C5828C829A644EDAAB86A44FB8D14352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94AB142FF14B63AC8E8EEED97DF3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1B9B71-B1FD-432B-80D9-34BB9EFE4872}"/>
      </w:docPartPr>
      <w:docPartBody>
        <w:p w:rsidR="00000000" w:rsidRDefault="00B408B9" w:rsidP="00B408B9">
          <w:pPr>
            <w:pStyle w:val="B194AB142FF14B63AC8E8EEED97DF3882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119E0C54CE4E30925536422B47A7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79F752-38BE-4540-8841-CEF74C163556}"/>
      </w:docPartPr>
      <w:docPartBody>
        <w:p w:rsidR="00000000" w:rsidRDefault="00B408B9" w:rsidP="00B408B9">
          <w:pPr>
            <w:pStyle w:val="0B119E0C54CE4E30925536422B47A7D42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265260081748E8B8711B8CC69BE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F402D6-E1D1-4848-AAEB-71DEFF610379}"/>
      </w:docPartPr>
      <w:docPartBody>
        <w:p w:rsidR="00000000" w:rsidRDefault="00B408B9" w:rsidP="00B408B9">
          <w:pPr>
            <w:pStyle w:val="3D265260081748E8B8711B8CC69BE8E12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8CA83F471C42C0B3C4C4AF0F282C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08868D-A19E-41C3-8C61-5F6DF5C276AE}"/>
      </w:docPartPr>
      <w:docPartBody>
        <w:p w:rsidR="00000000" w:rsidRDefault="00B408B9" w:rsidP="00B408B9">
          <w:pPr>
            <w:pStyle w:val="EA8CA83F471C42C0B3C4C4AF0F282C312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FFD3BA996B47DC8C13A4FB2F72EF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D67C9A-4AC4-4B2B-8939-B576F241CD18}"/>
      </w:docPartPr>
      <w:docPartBody>
        <w:p w:rsidR="00000000" w:rsidRDefault="00B408B9" w:rsidP="00B408B9">
          <w:pPr>
            <w:pStyle w:val="1FFFD3BA996B47DC8C13A4FB2F72EF3C2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1EF5691D2D4B46ABEB0AC5E48E36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2B6D62-C206-4192-9FD0-7DE5B00A971A}"/>
      </w:docPartPr>
      <w:docPartBody>
        <w:p w:rsidR="00000000" w:rsidRDefault="00B408B9" w:rsidP="00B408B9">
          <w:pPr>
            <w:pStyle w:val="141EF5691D2D4B46ABEB0AC5E48E36B72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1932FB09EF491089540EC3F2A39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5E1784-8C91-4362-9ECA-F6D581B0EFEF}"/>
      </w:docPartPr>
      <w:docPartBody>
        <w:p w:rsidR="00000000" w:rsidRDefault="00B408B9" w:rsidP="00B408B9">
          <w:pPr>
            <w:pStyle w:val="901932FB09EF491089540EC3F2A3984B2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B9F14EB6F24501BA6D0DBA4A33EB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DA2387-974B-43A1-B0E0-AC0E246A1D5D}"/>
      </w:docPartPr>
      <w:docPartBody>
        <w:p w:rsidR="00000000" w:rsidRDefault="00B408B9" w:rsidP="00B408B9">
          <w:pPr>
            <w:pStyle w:val="A5B9F14EB6F24501BA6D0DBA4A33EB4A2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EA27107B6841828C7B54524A9816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5F4042-EE6F-4B10-B938-5641CD6863D0}"/>
      </w:docPartPr>
      <w:docPartBody>
        <w:p w:rsidR="00000000" w:rsidRDefault="00B408B9" w:rsidP="00B408B9">
          <w:pPr>
            <w:pStyle w:val="E8EA27107B6841828C7B54524A9816DE2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3EDA1D0D7F496C82FEFFBA5ECE30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327FED-D25B-4232-AF35-0432BBAA57CE}"/>
      </w:docPartPr>
      <w:docPartBody>
        <w:p w:rsidR="00000000" w:rsidRDefault="00B408B9" w:rsidP="00B408B9">
          <w:pPr>
            <w:pStyle w:val="A43EDA1D0D7F496C82FEFFBA5ECE309F2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BEEADD81AE42808D46EE37AB3E06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1A3848-120C-4782-BFC8-96E5748D80B9}"/>
      </w:docPartPr>
      <w:docPartBody>
        <w:p w:rsidR="00000000" w:rsidRDefault="00B408B9" w:rsidP="00B408B9">
          <w:pPr>
            <w:pStyle w:val="4BBEEADD81AE42808D46EE37AB3E06322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F1456CA8D3464796D146C693E0F3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CB5FB0-2A6A-4941-8E36-B6A0D5622C47}"/>
      </w:docPartPr>
      <w:docPartBody>
        <w:p w:rsidR="00000000" w:rsidRDefault="00B408B9" w:rsidP="00B408B9">
          <w:pPr>
            <w:pStyle w:val="22F1456CA8D3464796D146C693E0F3EC2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6E85BF147543DFA0EB15880A57FD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875742-7A82-4C32-9DBB-292250AA4531}"/>
      </w:docPartPr>
      <w:docPartBody>
        <w:p w:rsidR="00000000" w:rsidRDefault="00B408B9" w:rsidP="00B408B9">
          <w:pPr>
            <w:pStyle w:val="9A6E85BF147543DFA0EB15880A57FDE52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8FE731A1F34ACB80E166BE364326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755605-7C8B-409A-81D9-856C89BC811A}"/>
      </w:docPartPr>
      <w:docPartBody>
        <w:p w:rsidR="00000000" w:rsidRDefault="00B408B9" w:rsidP="00B408B9">
          <w:pPr>
            <w:pStyle w:val="278FE731A1F34ACB80E166BE364326632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935A77361C49E8BE3D0CEB8289FF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E78AF-6C4A-43C5-8424-849B6726DE25}"/>
      </w:docPartPr>
      <w:docPartBody>
        <w:p w:rsidR="00000000" w:rsidRDefault="00B408B9" w:rsidP="00B408B9">
          <w:pPr>
            <w:pStyle w:val="87935A77361C49E8BE3D0CEB8289FF302"/>
          </w:pPr>
          <w:r w:rsidRPr="003061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77F8DD6DBC419B927DEF1A4CD0D1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D790CB-BF1C-439F-892C-AA39A9015439}"/>
      </w:docPartPr>
      <w:docPartBody>
        <w:p w:rsidR="00000000" w:rsidRDefault="00B408B9" w:rsidP="00B408B9">
          <w:pPr>
            <w:pStyle w:val="F677F8DD6DBC419B927DEF1A4CD0D1172"/>
          </w:pPr>
          <w:r w:rsidRPr="00CA2C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911596F2DB214405AA793CB9B18B72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BB09EA-995B-4B8E-858A-AD0379C2DF45}"/>
      </w:docPartPr>
      <w:docPartBody>
        <w:p w:rsidR="00000000" w:rsidRDefault="00B408B9" w:rsidP="00B408B9">
          <w:pPr>
            <w:pStyle w:val="911596F2DB214405AA793CB9B18B724F2"/>
          </w:pPr>
          <w:r w:rsidRPr="00CA2C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975572FA3D8D489392B98FA96A2B07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65254D-D634-4AEF-97F0-248945599C54}"/>
      </w:docPartPr>
      <w:docPartBody>
        <w:p w:rsidR="00000000" w:rsidRDefault="00B408B9" w:rsidP="00B408B9">
          <w:pPr>
            <w:pStyle w:val="975572FA3D8D489392B98FA96A2B07552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51ED30FF874C08B5EB809DBED3FE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517D1C-84A5-4CE3-AA2B-C75415A3439F}"/>
      </w:docPartPr>
      <w:docPartBody>
        <w:p w:rsidR="00000000" w:rsidRDefault="00B408B9" w:rsidP="00B408B9">
          <w:pPr>
            <w:pStyle w:val="B251ED30FF874C08B5EB809DBED3FE102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1BAA38AAFA4DF78B54CB546EFCE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68D8B5-56D9-4F22-A56F-CCF069AA6AB1}"/>
      </w:docPartPr>
      <w:docPartBody>
        <w:p w:rsidR="00000000" w:rsidRDefault="00B408B9" w:rsidP="00B408B9">
          <w:pPr>
            <w:pStyle w:val="021BAA38AAFA4DF78B54CB546EFCEF1F2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403EA876EC42B5B7ADED72B08FE5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C9F6E0-E1F0-4F33-9039-C4E29E4FB19A}"/>
      </w:docPartPr>
      <w:docPartBody>
        <w:p w:rsidR="00000000" w:rsidRDefault="00B408B9" w:rsidP="00B408B9">
          <w:pPr>
            <w:pStyle w:val="4A403EA876EC42B5B7ADED72B08FE5ED2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DE99548DEC4BBEA6AF756FCECE2B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C61B53-7B9B-41DA-8BEA-9640152E70AB}"/>
      </w:docPartPr>
      <w:docPartBody>
        <w:p w:rsidR="00000000" w:rsidRDefault="00B408B9" w:rsidP="00B408B9">
          <w:pPr>
            <w:pStyle w:val="F1DE99548DEC4BBEA6AF756FCECE2B252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0CC0DC25174CE3A08066E5B8957E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DF2588-4D4B-49AF-BA1E-9D09F1B0ACF1}"/>
      </w:docPartPr>
      <w:docPartBody>
        <w:p w:rsidR="00000000" w:rsidRDefault="00B408B9" w:rsidP="00B408B9">
          <w:pPr>
            <w:pStyle w:val="080CC0DC25174CE3A08066E5B8957E062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3DCC846B7E4CC2AD840BD80E8189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B398A9-4FFA-4202-8300-56E31DBA0949}"/>
      </w:docPartPr>
      <w:docPartBody>
        <w:p w:rsidR="00000000" w:rsidRDefault="00B408B9" w:rsidP="00B408B9">
          <w:pPr>
            <w:pStyle w:val="7C3DCC846B7E4CC2AD840BD80E81892B2"/>
          </w:pPr>
          <w:r w:rsidRPr="00CA2C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E812EEA19BCD441CAC6AC017D01ED9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319CB1-142E-4359-85B2-9F0BD2E2037B}"/>
      </w:docPartPr>
      <w:docPartBody>
        <w:p w:rsidR="00000000" w:rsidRDefault="00B408B9" w:rsidP="00B408B9">
          <w:pPr>
            <w:pStyle w:val="E812EEA19BCD441CAC6AC017D01ED9872"/>
          </w:pPr>
          <w:r w:rsidRPr="00CA2C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B93C26313A8B43CEA7A623A4F7AA14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FA11AA-AA30-4C09-A24E-93C1C6F03552}"/>
      </w:docPartPr>
      <w:docPartBody>
        <w:p w:rsidR="00000000" w:rsidRDefault="00B408B9" w:rsidP="00B408B9">
          <w:pPr>
            <w:pStyle w:val="B93C26313A8B43CEA7A623A4F7AA14762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B15D28509F46FC857530BD391C95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E638DC-B23F-4A36-BD47-FBD23AFCEA77}"/>
      </w:docPartPr>
      <w:docPartBody>
        <w:p w:rsidR="00000000" w:rsidRDefault="00B408B9" w:rsidP="00B408B9">
          <w:pPr>
            <w:pStyle w:val="EDB15D28509F46FC857530BD391C95FC2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7D0ADD598D4CB5A0E0486488F112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85E941-8EB1-4C81-9C84-A23473554E3F}"/>
      </w:docPartPr>
      <w:docPartBody>
        <w:p w:rsidR="00000000" w:rsidRDefault="00B408B9" w:rsidP="00B408B9">
          <w:pPr>
            <w:pStyle w:val="227D0ADD598D4CB5A0E0486488F112112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5557496E45406A9E43DBA1AEB18E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42FB8D-D6B4-469F-AF29-2885CB2E1A74}"/>
      </w:docPartPr>
      <w:docPartBody>
        <w:p w:rsidR="00000000" w:rsidRDefault="00B408B9" w:rsidP="00B408B9">
          <w:pPr>
            <w:pStyle w:val="985557496E45406A9E43DBA1AEB18EFF2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C1599B5860422AB1D15CA0E1FA3D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2D02A3-5B0B-48F3-9FA4-F7AE6BC1B70E}"/>
      </w:docPartPr>
      <w:docPartBody>
        <w:p w:rsidR="00000000" w:rsidRDefault="00B408B9" w:rsidP="00B408B9">
          <w:pPr>
            <w:pStyle w:val="9CC1599B5860422AB1D15CA0E1FA3D7C2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63598560234098B2B26EF7CC96F2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631313-CFF3-4341-AF58-D4CFADBBB165}"/>
      </w:docPartPr>
      <w:docPartBody>
        <w:p w:rsidR="00000000" w:rsidRDefault="00B408B9" w:rsidP="00B408B9">
          <w:pPr>
            <w:pStyle w:val="0B63598560234098B2B26EF7CC96F2852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80D63A636A4F6FAA551553AC1AF4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09F66C-CFF4-4254-8067-BBE263E4EF4D}"/>
      </w:docPartPr>
      <w:docPartBody>
        <w:p w:rsidR="00000000" w:rsidRDefault="00B408B9" w:rsidP="00B408B9">
          <w:pPr>
            <w:pStyle w:val="5C80D63A636A4F6FAA551553AC1AF4412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785DA788F348BDA7F0946F1FB4EF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083282-54A6-4DEC-9FEC-D90F0520C7F2}"/>
      </w:docPartPr>
      <w:docPartBody>
        <w:p w:rsidR="00000000" w:rsidRDefault="00B408B9" w:rsidP="00B408B9">
          <w:pPr>
            <w:pStyle w:val="F9785DA788F348BDA7F0946F1FB4EF432"/>
          </w:pPr>
          <w:r w:rsidRPr="00CA2C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D7F033EABA054731B904FE9570810D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9D8F14-0DE5-4EE0-AC61-979DE8224994}"/>
      </w:docPartPr>
      <w:docPartBody>
        <w:p w:rsidR="00000000" w:rsidRDefault="00B408B9" w:rsidP="00B408B9">
          <w:pPr>
            <w:pStyle w:val="D7F033EABA054731B904FE9570810D27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CB3C954B954CECAEE36069944982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CED731-D5E6-400A-9F90-A8EC7338D9FF}"/>
      </w:docPartPr>
      <w:docPartBody>
        <w:p w:rsidR="00000000" w:rsidRDefault="00B408B9" w:rsidP="00B408B9">
          <w:pPr>
            <w:pStyle w:val="E7CB3C954B954CECAEE360699449829E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875D5E0D334D6CBB49C36923DE55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53DC03-AD9C-48FA-87B1-AB910BC07D4F}"/>
      </w:docPartPr>
      <w:docPartBody>
        <w:p w:rsidR="00000000" w:rsidRDefault="00B408B9" w:rsidP="00B408B9">
          <w:pPr>
            <w:pStyle w:val="D7875D5E0D334D6CBB49C36923DE5503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713C3E49D242B5BA48030AFFA6DA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972A3E-9F09-485C-BE57-DE0735EADC66}"/>
      </w:docPartPr>
      <w:docPartBody>
        <w:p w:rsidR="00000000" w:rsidRDefault="00B408B9" w:rsidP="00B408B9">
          <w:pPr>
            <w:pStyle w:val="73713C3E49D242B5BA48030AFFA6DA33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3F166200D240A387CCAFB462AAEF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502441-5E8E-4293-A6A1-BEA7AEC448EF}"/>
      </w:docPartPr>
      <w:docPartBody>
        <w:p w:rsidR="00000000" w:rsidRDefault="00B408B9" w:rsidP="00B408B9">
          <w:pPr>
            <w:pStyle w:val="6E3F166200D240A387CCAFB462AAEFFE1"/>
          </w:pPr>
          <w:r w:rsidRPr="003061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992BC207B047BB96A0330CCFB771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751E4-A0AF-448A-B6A2-37637B72337E}"/>
      </w:docPartPr>
      <w:docPartBody>
        <w:p w:rsidR="00000000" w:rsidRDefault="00B408B9" w:rsidP="00B408B9">
          <w:pPr>
            <w:pStyle w:val="A2992BC207B047BB96A0330CCFB771921"/>
          </w:pPr>
          <w:r w:rsidRPr="00CA2C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C4BAD722167A40A3B4F4FA0C3C48CB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0DEBCD-CFFB-41CF-B794-0ADE4FEEBCC4}"/>
      </w:docPartPr>
      <w:docPartBody>
        <w:p w:rsidR="00000000" w:rsidRDefault="00B408B9" w:rsidP="00B408B9">
          <w:pPr>
            <w:pStyle w:val="C4BAD722167A40A3B4F4FA0C3C48CBA01"/>
          </w:pPr>
          <w:r w:rsidRPr="00CA2C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3AC91ED6211049F08FC3FC297023A0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894986-43E0-49DF-83BB-D75B3F719DE6}"/>
      </w:docPartPr>
      <w:docPartBody>
        <w:p w:rsidR="00000000" w:rsidRDefault="00B408B9" w:rsidP="00B408B9">
          <w:pPr>
            <w:pStyle w:val="3AC91ED6211049F08FC3FC297023A08F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B3768259F443A7BB1A5BCAF2AACC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F5C40F-0BCB-4A46-98B4-9F08F18BC202}"/>
      </w:docPartPr>
      <w:docPartBody>
        <w:p w:rsidR="00000000" w:rsidRDefault="00B408B9" w:rsidP="00B408B9">
          <w:pPr>
            <w:pStyle w:val="3BB3768259F443A7BB1A5BCAF2AACC74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075EE477B74C4E8AD7E9DCF58118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52A0FE-8BCC-4570-B2AC-F6BD4353404D}"/>
      </w:docPartPr>
      <w:docPartBody>
        <w:p w:rsidR="00000000" w:rsidRDefault="00B408B9" w:rsidP="00B408B9">
          <w:pPr>
            <w:pStyle w:val="76075EE477B74C4E8AD7E9DCF581188D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DDB9D4D2264E90885CD422AF2573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F54711-C00B-4793-8152-A71A759D566D}"/>
      </w:docPartPr>
      <w:docPartBody>
        <w:p w:rsidR="00000000" w:rsidRDefault="00B408B9" w:rsidP="00B408B9">
          <w:pPr>
            <w:pStyle w:val="83DDB9D4D2264E90885CD422AF25736C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550C26F5A340B6830F1C9E73CF21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93ED0-FC12-46CA-9283-E08F31A29933}"/>
      </w:docPartPr>
      <w:docPartBody>
        <w:p w:rsidR="00000000" w:rsidRDefault="00B408B9" w:rsidP="00B408B9">
          <w:pPr>
            <w:pStyle w:val="66550C26F5A340B6830F1C9E73CF21981"/>
          </w:pPr>
          <w:r w:rsidRPr="003061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DB0A54FAD042769704BE3A4D9744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7553DE-65D6-4F1F-A79B-F54A3A5FB1CC}"/>
      </w:docPartPr>
      <w:docPartBody>
        <w:p w:rsidR="00000000" w:rsidRDefault="00B408B9" w:rsidP="00B408B9">
          <w:pPr>
            <w:pStyle w:val="B4DB0A54FAD042769704BE3A4D9744221"/>
          </w:pPr>
          <w:r w:rsidRPr="00CA2C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EF6F0383F2664C4A930E9C08F887EB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47E5F0-9096-4B18-9F43-1439F33B735B}"/>
      </w:docPartPr>
      <w:docPartBody>
        <w:p w:rsidR="00000000" w:rsidRDefault="00B408B9" w:rsidP="00B408B9">
          <w:pPr>
            <w:pStyle w:val="EF6F0383F2664C4A930E9C08F887EB8D1"/>
          </w:pPr>
          <w:r w:rsidRPr="00CA2C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B5531F7ED0974272AB0DBEFAF1564F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379326-391B-412E-ABEC-83C26BF28F6B}"/>
      </w:docPartPr>
      <w:docPartBody>
        <w:p w:rsidR="00000000" w:rsidRDefault="00B408B9" w:rsidP="00B408B9">
          <w:pPr>
            <w:pStyle w:val="B5531F7ED0974272AB0DBEFAF1564F94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A2D62DDBE541AF8B415AACFB0794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AF6F79-7FCB-44ED-AF0D-A029672446C1}"/>
      </w:docPartPr>
      <w:docPartBody>
        <w:p w:rsidR="00000000" w:rsidRDefault="00B408B9" w:rsidP="00B408B9">
          <w:pPr>
            <w:pStyle w:val="04A2D62DDBE541AF8B415AACFB079415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432F5B69ED40299C41DF431C17F9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A7BDE7-7E34-44FD-A780-B49AD53D33A6}"/>
      </w:docPartPr>
      <w:docPartBody>
        <w:p w:rsidR="00000000" w:rsidRDefault="00B408B9" w:rsidP="00B408B9">
          <w:pPr>
            <w:pStyle w:val="FA432F5B69ED40299C41DF431C17F9EC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AC6603347247F08DF5311D36FE86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2DB8F1-43A2-4C56-AE3A-1AFE409DEA5D}"/>
      </w:docPartPr>
      <w:docPartBody>
        <w:p w:rsidR="00000000" w:rsidRDefault="00B408B9" w:rsidP="00B408B9">
          <w:pPr>
            <w:pStyle w:val="B4AC6603347247F08DF5311D36FE8687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F69EC855F3C4036A86596993533E0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2CFA9C-0898-4FB0-A016-AA9576F44CAE}"/>
      </w:docPartPr>
      <w:docPartBody>
        <w:p w:rsidR="00000000" w:rsidRDefault="00B408B9" w:rsidP="00B408B9">
          <w:pPr>
            <w:pStyle w:val="DF69EC855F3C4036A86596993533E0411"/>
          </w:pPr>
          <w:r w:rsidRPr="003061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BE9BDD907247B6A5928F9B915432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68B0D6-BA6C-4D66-BA41-1792BCE6A812}"/>
      </w:docPartPr>
      <w:docPartBody>
        <w:p w:rsidR="00000000" w:rsidRDefault="00B408B9" w:rsidP="00B408B9">
          <w:pPr>
            <w:pStyle w:val="D3BE9BDD907247B6A5928F9B9154324A1"/>
          </w:pPr>
          <w:r w:rsidRPr="00CA2C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86AB2A2ACBA646B1B9D7A334A2D249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8984B9-1811-4451-83E5-E8EF1C502F49}"/>
      </w:docPartPr>
      <w:docPartBody>
        <w:p w:rsidR="00000000" w:rsidRDefault="00B408B9" w:rsidP="00B408B9">
          <w:pPr>
            <w:pStyle w:val="86AB2A2ACBA646B1B9D7A334A2D249501"/>
          </w:pPr>
          <w:r w:rsidRPr="00CA2C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561BD2833E6744188D1FDD0F0DA2F9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D5A774-9415-4505-B43E-BB9F6D15311A}"/>
      </w:docPartPr>
      <w:docPartBody>
        <w:p w:rsidR="00000000" w:rsidRDefault="00B408B9" w:rsidP="00B408B9">
          <w:pPr>
            <w:pStyle w:val="561BD2833E6744188D1FDD0F0DA2F9ED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FAD74788444DAEB16FF0AA0AB90E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7809F0-E9B9-4907-B3CD-090B8385A5B9}"/>
      </w:docPartPr>
      <w:docPartBody>
        <w:p w:rsidR="00000000" w:rsidRDefault="00B408B9" w:rsidP="00B408B9">
          <w:pPr>
            <w:pStyle w:val="94FAD74788444DAEB16FF0AA0AB90E76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57892C18904497BF452404463A52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0F3922-9CEB-41DA-8D4B-9BDD8B367EA9}"/>
      </w:docPartPr>
      <w:docPartBody>
        <w:p w:rsidR="00000000" w:rsidRDefault="00B408B9" w:rsidP="00B408B9">
          <w:pPr>
            <w:pStyle w:val="BE57892C18904497BF452404463A521D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A09045E5874F8B81D589DD6CBE50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775B7-82E1-4394-9558-A851AB50BA96}"/>
      </w:docPartPr>
      <w:docPartBody>
        <w:p w:rsidR="00000000" w:rsidRDefault="00B408B9" w:rsidP="00B408B9">
          <w:pPr>
            <w:pStyle w:val="02A09045E5874F8B81D589DD6CBE5013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F012567C5F488FB7D1D6D65D9D8F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A45935-1725-4EA3-B3FB-2E26870D93FE}"/>
      </w:docPartPr>
      <w:docPartBody>
        <w:p w:rsidR="00000000" w:rsidRDefault="00B408B9" w:rsidP="00B408B9">
          <w:pPr>
            <w:pStyle w:val="0CF012567C5F488FB7D1D6D65D9D8F511"/>
          </w:pPr>
          <w:r w:rsidRPr="003061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25DA7D90E84E43B6C21BB83E8438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1CADE9-6E4F-46AC-8C96-8B7387828C9E}"/>
      </w:docPartPr>
      <w:docPartBody>
        <w:p w:rsidR="00000000" w:rsidRDefault="00B408B9" w:rsidP="00B408B9">
          <w:pPr>
            <w:pStyle w:val="3A25DA7D90E84E43B6C21BB83E8438341"/>
          </w:pPr>
          <w:r w:rsidRPr="00CA2C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82D593B7DE0244AE88401D5B601075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9E0EA4-46B2-4757-8267-86742965BF46}"/>
      </w:docPartPr>
      <w:docPartBody>
        <w:p w:rsidR="00000000" w:rsidRDefault="00B408B9" w:rsidP="00B408B9">
          <w:pPr>
            <w:pStyle w:val="82D593B7DE0244AE88401D5B601075821"/>
          </w:pPr>
          <w:r w:rsidRPr="00CA2C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FA8705FBFB4B4B199627E6ADB92415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D29C47-4F15-4F68-A541-79C81C217A74}"/>
      </w:docPartPr>
      <w:docPartBody>
        <w:p w:rsidR="00000000" w:rsidRDefault="00B408B9" w:rsidP="00B408B9">
          <w:pPr>
            <w:pStyle w:val="FA8705FBFB4B4B199627E6ADB924159F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2AA4880E4B47CCA4C3639F6A51A9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95C9A1-BA0E-42E3-902D-31A3F9E07834}"/>
      </w:docPartPr>
      <w:docPartBody>
        <w:p w:rsidR="00000000" w:rsidRDefault="00B408B9" w:rsidP="00B408B9">
          <w:pPr>
            <w:pStyle w:val="BD2AA4880E4B47CCA4C3639F6A51A975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A08397F8C34D449CE9650852B8A7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90DF4B-6A05-4F31-A1CE-B790A14D7FA4}"/>
      </w:docPartPr>
      <w:docPartBody>
        <w:p w:rsidR="00000000" w:rsidRDefault="00B408B9" w:rsidP="00B408B9">
          <w:pPr>
            <w:pStyle w:val="95A08397F8C34D449CE9650852B8A77E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56B35258524F4B8C2F21227B03B9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01D162-C5D2-4AC2-89B5-DCD0E387B8D9}"/>
      </w:docPartPr>
      <w:docPartBody>
        <w:p w:rsidR="00000000" w:rsidRDefault="00B408B9" w:rsidP="00B408B9">
          <w:pPr>
            <w:pStyle w:val="2F56B35258524F4B8C2F21227B03B92A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3DD32B2ECEB48019FAAB472F2E6F2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145ADB-A911-4062-8BBA-BDDAF6B6B04B}"/>
      </w:docPartPr>
      <w:docPartBody>
        <w:p w:rsidR="00000000" w:rsidRDefault="00B408B9" w:rsidP="00B408B9">
          <w:pPr>
            <w:pStyle w:val="F3DD32B2ECEB48019FAAB472F2E6F25F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4CC16D07BF4B6B8DD8B25C1AB1D1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CC12A8-F4F6-417A-AFD9-3A67ADB93A2C}"/>
      </w:docPartPr>
      <w:docPartBody>
        <w:p w:rsidR="00000000" w:rsidRDefault="00B408B9" w:rsidP="00B408B9">
          <w:pPr>
            <w:pStyle w:val="7C4CC16D07BF4B6B8DD8B25C1AB1D1D5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434E9E1E8F4D87BE38E6094D3168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F6B150-1A90-4BCE-A0C8-D781A6E0C056}"/>
      </w:docPartPr>
      <w:docPartBody>
        <w:p w:rsidR="00000000" w:rsidRDefault="00B408B9" w:rsidP="00B408B9">
          <w:pPr>
            <w:pStyle w:val="C4434E9E1E8F4D87BE38E6094D3168E01"/>
          </w:pPr>
          <w:r w:rsidRPr="00CA2C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488F1FD03895455CA17E15CD56BFD8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BF89F4-EB4B-44E0-80C6-FC183533FF1A}"/>
      </w:docPartPr>
      <w:docPartBody>
        <w:p w:rsidR="00000000" w:rsidRDefault="00B408B9" w:rsidP="00B408B9">
          <w:pPr>
            <w:pStyle w:val="488F1FD03895455CA17E15CD56BFD8991"/>
          </w:pPr>
          <w:r w:rsidRPr="00CA2C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D962E35C42A8480FAA7096F809BC20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70FB4B-580E-458D-B76C-015B8EA50026}"/>
      </w:docPartPr>
      <w:docPartBody>
        <w:p w:rsidR="00000000" w:rsidRDefault="00B408B9" w:rsidP="00B408B9">
          <w:pPr>
            <w:pStyle w:val="D962E35C42A8480FAA7096F809BC2078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884D769A1649D18B768E3FDB9FAF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7B89F1-9D2C-479D-9320-BB531D7975C2}"/>
      </w:docPartPr>
      <w:docPartBody>
        <w:p w:rsidR="00000000" w:rsidRDefault="00B408B9" w:rsidP="00B408B9">
          <w:pPr>
            <w:pStyle w:val="74884D769A1649D18B768E3FDB9FAFA8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042A14D836483295EFBC218E9E7E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E3F498-683A-4289-B9C5-72734F1F9C0B}"/>
      </w:docPartPr>
      <w:docPartBody>
        <w:p w:rsidR="00000000" w:rsidRDefault="00B408B9" w:rsidP="00B408B9">
          <w:pPr>
            <w:pStyle w:val="EB042A14D836483295EFBC218E9E7E4D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5B5EC01A2A4C77B6D0433AEE399E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396F51-4418-47BB-B2E0-C194B8D97650}"/>
      </w:docPartPr>
      <w:docPartBody>
        <w:p w:rsidR="00000000" w:rsidRDefault="00B408B9" w:rsidP="00B408B9">
          <w:pPr>
            <w:pStyle w:val="DB5B5EC01A2A4C77B6D0433AEE399EE7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4AE9F84AF149F49466995EB7341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09D2A8-AAA8-40F9-B6C4-AE06C9B2811A}"/>
      </w:docPartPr>
      <w:docPartBody>
        <w:p w:rsidR="00000000" w:rsidRDefault="00B408B9" w:rsidP="00B408B9">
          <w:pPr>
            <w:pStyle w:val="7D4AE9F84AF149F49466995EB73418D6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AAFBAD1D6B4260B89A152E7CD1FD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89A9A5-56A0-4622-A233-9AD805114639}"/>
      </w:docPartPr>
      <w:docPartBody>
        <w:p w:rsidR="00000000" w:rsidRDefault="00B408B9" w:rsidP="00B408B9">
          <w:pPr>
            <w:pStyle w:val="F1AAFBAD1D6B4260B89A152E7CD1FD111"/>
          </w:pPr>
          <w:r w:rsidRPr="00CA2C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039E1A898D8F4797A422C2E361D04E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286B00-D937-4E8C-B66D-B8B11D82DA71}"/>
      </w:docPartPr>
      <w:docPartBody>
        <w:p w:rsidR="00000000" w:rsidRDefault="00B408B9" w:rsidP="00B408B9">
          <w:pPr>
            <w:pStyle w:val="039E1A898D8F4797A422C2E361D04E7F1"/>
          </w:pPr>
          <w:r w:rsidRPr="00CA2C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39AC0809E7834AB09D13F14F118667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2D7E95-96A6-420D-9799-018AF6664ADD}"/>
      </w:docPartPr>
      <w:docPartBody>
        <w:p w:rsidR="00000000" w:rsidRDefault="00B408B9" w:rsidP="00B408B9">
          <w:pPr>
            <w:pStyle w:val="39AC0809E7834AB09D13F14F118667FF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B1BA82D9164726A5B0129B8289FB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B5444C-021B-408D-ADD5-6C1E54897072}"/>
      </w:docPartPr>
      <w:docPartBody>
        <w:p w:rsidR="00000000" w:rsidRDefault="00B408B9" w:rsidP="00B408B9">
          <w:pPr>
            <w:pStyle w:val="53B1BA82D9164726A5B0129B8289FBA2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39099C8C1C4B2DBE6BB34C09D55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F60CD1-8661-4439-B4BD-A854D4F43594}"/>
      </w:docPartPr>
      <w:docPartBody>
        <w:p w:rsidR="00000000" w:rsidRDefault="00B408B9" w:rsidP="00B408B9">
          <w:pPr>
            <w:pStyle w:val="6D39099C8C1C4B2DBE6BB34C09D55334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26EF64943246CCBAE8AFA19B6E35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07D20A-D346-42CF-89C7-FBD78647F125}"/>
      </w:docPartPr>
      <w:docPartBody>
        <w:p w:rsidR="00000000" w:rsidRDefault="00B408B9" w:rsidP="00B408B9">
          <w:pPr>
            <w:pStyle w:val="4E26EF64943246CCBAE8AFA19B6E35BE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6E464A1330460DBE8A8C2678A58C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880C3B-1662-4251-8EBF-1CC8D320D692}"/>
      </w:docPartPr>
      <w:docPartBody>
        <w:p w:rsidR="00000000" w:rsidRDefault="00B408B9" w:rsidP="00B408B9">
          <w:pPr>
            <w:pStyle w:val="CA6E464A1330460DBE8A8C2678A58C48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6CB30024DB476298C8C1D1C0F50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F57466-0FBD-48A3-A9EC-BF56DDFFC403}"/>
      </w:docPartPr>
      <w:docPartBody>
        <w:p w:rsidR="00000000" w:rsidRDefault="00B408B9" w:rsidP="00B408B9">
          <w:pPr>
            <w:pStyle w:val="096CB30024DB476298C8C1D1C0F5022E1"/>
          </w:pPr>
          <w:r w:rsidRPr="00CA2C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8BC47A0879394463A2ACF3D6D9D281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04FC16-1451-416B-9E50-08E93AE4BABE}"/>
      </w:docPartPr>
      <w:docPartBody>
        <w:p w:rsidR="00000000" w:rsidRDefault="00B408B9" w:rsidP="00B408B9">
          <w:pPr>
            <w:pStyle w:val="8BC47A0879394463A2ACF3D6D9D281661"/>
          </w:pPr>
          <w:r w:rsidRPr="00CA2C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1E04322902A44D48AB5429CDA91C7A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4C10E3-20B1-47C7-AA31-F23A22875963}"/>
      </w:docPartPr>
      <w:docPartBody>
        <w:p w:rsidR="00000000" w:rsidRDefault="00B408B9" w:rsidP="00B408B9">
          <w:pPr>
            <w:pStyle w:val="1E04322902A44D48AB5429CDA91C7AD7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7DBC76275D4CA58BDF08DA0C183A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16E3A9-D283-43A9-8D1D-B5EC007EEA27}"/>
      </w:docPartPr>
      <w:docPartBody>
        <w:p w:rsidR="00000000" w:rsidRDefault="00B408B9" w:rsidP="00B408B9">
          <w:pPr>
            <w:pStyle w:val="297DBC76275D4CA58BDF08DA0C183ABA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41696FE9E2497FA801CFFE93CAB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8E7F69-D756-4037-97AF-40A316C469A1}"/>
      </w:docPartPr>
      <w:docPartBody>
        <w:p w:rsidR="00000000" w:rsidRDefault="00B408B9" w:rsidP="00B408B9">
          <w:pPr>
            <w:pStyle w:val="B241696FE9E2497FA801CFFE93CAB960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1CCB097A964F6897C3A405E0E5C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702CC9-6D05-4FD4-A619-421B62FF78DD}"/>
      </w:docPartPr>
      <w:docPartBody>
        <w:p w:rsidR="00000000" w:rsidRDefault="00B408B9" w:rsidP="00B408B9">
          <w:pPr>
            <w:pStyle w:val="301CCB097A964F6897C3A405E0E5CF9F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A8CDE11C6C40A88DABD4B370E48B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10189E-C598-44BE-AF49-98327175F701}"/>
      </w:docPartPr>
      <w:docPartBody>
        <w:p w:rsidR="00000000" w:rsidRDefault="00B408B9" w:rsidP="00B408B9">
          <w:pPr>
            <w:pStyle w:val="D3A8CDE11C6C40A88DABD4B370E48B18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4C20D3D1B342199D80C288BE014A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DD3B62-242B-4EC3-A9A0-2B394EE75C08}"/>
      </w:docPartPr>
      <w:docPartBody>
        <w:p w:rsidR="00000000" w:rsidRDefault="00B408B9" w:rsidP="00B408B9">
          <w:pPr>
            <w:pStyle w:val="F64C20D3D1B342199D80C288BE014A7F1"/>
          </w:pPr>
          <w:r w:rsidRPr="00CA2C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729D22C8321B4AF3AA6951878968AA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4DBEFA-AFBB-4D94-ACC4-38C44280B041}"/>
      </w:docPartPr>
      <w:docPartBody>
        <w:p w:rsidR="00000000" w:rsidRDefault="00B408B9" w:rsidP="00B408B9">
          <w:pPr>
            <w:pStyle w:val="729D22C8321B4AF3AA6951878968AA261"/>
          </w:pPr>
          <w:r w:rsidRPr="00CA2C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A8E4B2DFC7034976A31D3DD5623475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39CF62-6C2F-4AF9-A7FC-DA92CCBF99CC}"/>
      </w:docPartPr>
      <w:docPartBody>
        <w:p w:rsidR="00000000" w:rsidRDefault="00B408B9" w:rsidP="00B408B9">
          <w:pPr>
            <w:pStyle w:val="A8E4B2DFC7034976A31D3DD5623475F0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DBE8F71CCD4FF3B2D02C421EF047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B43A4-3F80-4BDC-B8E5-D4CAAE0EA375}"/>
      </w:docPartPr>
      <w:docPartBody>
        <w:p w:rsidR="00000000" w:rsidRDefault="00B408B9" w:rsidP="00B408B9">
          <w:pPr>
            <w:pStyle w:val="30DBE8F71CCD4FF3B2D02C421EF047F1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5F74546F4444529E8CE9F1D91C89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5648A-87B6-4D38-A03B-71F41BD60EC0}"/>
      </w:docPartPr>
      <w:docPartBody>
        <w:p w:rsidR="00000000" w:rsidRDefault="00B408B9" w:rsidP="00B408B9">
          <w:pPr>
            <w:pStyle w:val="955F74546F4444529E8CE9F1D91C8954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879AE5F46D43DAA1617E9400D692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7919B9-2497-43B1-901E-E954EC286316}"/>
      </w:docPartPr>
      <w:docPartBody>
        <w:p w:rsidR="00000000" w:rsidRDefault="00B408B9" w:rsidP="00B408B9">
          <w:pPr>
            <w:pStyle w:val="64879AE5F46D43DAA1617E9400D69251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E21923B3094A1C910B959AFAC8E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6E9818-52D6-4075-A4B4-214418341CDB}"/>
      </w:docPartPr>
      <w:docPartBody>
        <w:p w:rsidR="00000000" w:rsidRDefault="00B408B9" w:rsidP="00B408B9">
          <w:pPr>
            <w:pStyle w:val="91E21923B3094A1C910B959AFAC8EAF1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81B3D945824F06B9610531DEF5E5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5A34D2-9F2F-4631-AF88-D44D3FBDD2B2}"/>
      </w:docPartPr>
      <w:docPartBody>
        <w:p w:rsidR="00000000" w:rsidRDefault="00B408B9" w:rsidP="00B408B9">
          <w:pPr>
            <w:pStyle w:val="D681B3D945824F06B9610531DEF5E5CF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C3D133DA784F8CB3AB3A69664AE2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3CDEFA-676A-434D-B467-F5C93CC84FB0}"/>
      </w:docPartPr>
      <w:docPartBody>
        <w:p w:rsidR="00000000" w:rsidRDefault="00B408B9" w:rsidP="00B408B9">
          <w:pPr>
            <w:pStyle w:val="0BC3D133DA784F8CB3AB3A69664AE2D2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235402AA2494E7B9F48E6392597F2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E6F0B3-7AAB-4565-B072-E408C12736A1}"/>
      </w:docPartPr>
      <w:docPartBody>
        <w:p w:rsidR="00000000" w:rsidRDefault="00B408B9" w:rsidP="00B408B9">
          <w:pPr>
            <w:pStyle w:val="8235402AA2494E7B9F48E6392597F2F31"/>
          </w:pPr>
          <w:r w:rsidRPr="00CA2C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3FC0D19EB16D4989906BB9ABA2EEAC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6B36E9-F9D4-43F1-90BC-69931DC7989E}"/>
      </w:docPartPr>
      <w:docPartBody>
        <w:p w:rsidR="00000000" w:rsidRDefault="00B408B9" w:rsidP="00B408B9">
          <w:pPr>
            <w:pStyle w:val="3FC0D19EB16D4989906BB9ABA2EEAC0B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2F616D4C23741B6B6315A1EFAA7F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CA2499-BBF5-46B8-A625-4BC5C6EF010C}"/>
      </w:docPartPr>
      <w:docPartBody>
        <w:p w:rsidR="00000000" w:rsidRDefault="00B408B9" w:rsidP="00B408B9">
          <w:pPr>
            <w:pStyle w:val="F2F616D4C23741B6B6315A1EFAA7F313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4FC94F24E2472BBDA4747F476B33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F48907-5502-408B-8F81-1D6D01C8CAEE}"/>
      </w:docPartPr>
      <w:docPartBody>
        <w:p w:rsidR="00000000" w:rsidRDefault="00B408B9" w:rsidP="00B408B9">
          <w:pPr>
            <w:pStyle w:val="114FC94F24E2472BBDA4747F476B3392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E9A8C60D9246E7B83ADE92F342BA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948CF6-DE5B-4D17-8880-329FA66A78B1}"/>
      </w:docPartPr>
      <w:docPartBody>
        <w:p w:rsidR="00000000" w:rsidRDefault="00B408B9" w:rsidP="00B408B9">
          <w:pPr>
            <w:pStyle w:val="24E9A8C60D9246E7B83ADE92F342BAA7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8FA96B68014E9F932818EEAE18B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EA8426-6ADE-4615-9DFA-EA308A55D02D}"/>
      </w:docPartPr>
      <w:docPartBody>
        <w:p w:rsidR="00000000" w:rsidRDefault="00B408B9" w:rsidP="00B408B9">
          <w:pPr>
            <w:pStyle w:val="9C8FA96B68014E9F932818EEAE18B5761"/>
          </w:pPr>
          <w:r w:rsidRPr="00CA2C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7508669DCF08427AA363C066DB0A3B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E160AE-ADFB-47BB-9AD2-1CCE56627702}"/>
      </w:docPartPr>
      <w:docPartBody>
        <w:p w:rsidR="00000000" w:rsidRDefault="00B408B9" w:rsidP="00B408B9">
          <w:pPr>
            <w:pStyle w:val="7508669DCF08427AA363C066DB0A3BBE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13A6C353814BB0A73DF97C5D2400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ABC03-017F-4083-9F54-68747E6316DD}"/>
      </w:docPartPr>
      <w:docPartBody>
        <w:p w:rsidR="00000000" w:rsidRDefault="00B408B9" w:rsidP="00B408B9">
          <w:pPr>
            <w:pStyle w:val="F513A6C353814BB0A73DF97C5D2400A1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E70AB8AA354DA5B9C695E06EC25B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7D33E8-8AE4-4EF7-8C1E-2F03A89AAD5B}"/>
      </w:docPartPr>
      <w:docPartBody>
        <w:p w:rsidR="00000000" w:rsidRDefault="00B408B9" w:rsidP="00B408B9">
          <w:pPr>
            <w:pStyle w:val="8DE70AB8AA354DA5B9C695E06EC25B41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E8B295ED6445E0BA009D7868364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E8AAB7-D65C-4290-BBB3-C9509F3112B3}"/>
      </w:docPartPr>
      <w:docPartBody>
        <w:p w:rsidR="00000000" w:rsidRDefault="00B408B9" w:rsidP="00B408B9">
          <w:pPr>
            <w:pStyle w:val="96E8B295ED6445E0BA009D7868364B52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926B4BC85C42289B1F5CD89710C0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44CA15-D369-4659-ADE9-8DEE8B679734}"/>
      </w:docPartPr>
      <w:docPartBody>
        <w:p w:rsidR="00000000" w:rsidRDefault="00B408B9" w:rsidP="00B408B9">
          <w:pPr>
            <w:pStyle w:val="55926B4BC85C42289B1F5CD89710C0F41"/>
          </w:pPr>
          <w:r w:rsidRPr="00CA2C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A47D2D2E7C074792B0FEE53E6E8185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8A80C-9BBA-4A5F-B5B8-ADB05D68E07A}"/>
      </w:docPartPr>
      <w:docPartBody>
        <w:p w:rsidR="00000000" w:rsidRDefault="00B408B9" w:rsidP="00B408B9">
          <w:pPr>
            <w:pStyle w:val="A47D2D2E7C074792B0FEE53E6E818595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D847675BA94D4580484D231E41D7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936628-0985-4F1B-BC01-05DCD5347358}"/>
      </w:docPartPr>
      <w:docPartBody>
        <w:p w:rsidR="00000000" w:rsidRDefault="00B408B9" w:rsidP="00B408B9">
          <w:pPr>
            <w:pStyle w:val="69D847675BA94D4580484D231E41D70B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A1714BDED5469CAB05BBC10A8631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17218B-7F40-45AB-9ED7-89265BB5E402}"/>
      </w:docPartPr>
      <w:docPartBody>
        <w:p w:rsidR="00000000" w:rsidRDefault="00B408B9" w:rsidP="00B408B9">
          <w:pPr>
            <w:pStyle w:val="76A1714BDED5469CAB05BBC10A8631E0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61FE2F293C49CB997AA70E2001AB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CA8B6-294D-4BC7-B465-7FC7C2D7C0D3}"/>
      </w:docPartPr>
      <w:docPartBody>
        <w:p w:rsidR="00000000" w:rsidRDefault="00B408B9" w:rsidP="00B408B9">
          <w:pPr>
            <w:pStyle w:val="D061FE2F293C49CB997AA70E2001ABA11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62F96850704CA2B3C74CB2448C74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14F7A9-9B5E-4F5B-8F6A-63E7BF69864C}"/>
      </w:docPartPr>
      <w:docPartBody>
        <w:p w:rsidR="00000000" w:rsidRDefault="00B408B9" w:rsidP="00B408B9">
          <w:pPr>
            <w:pStyle w:val="3362F96850704CA2B3C74CB2448C741B1"/>
          </w:pPr>
          <w:r w:rsidRPr="00CA2CEB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E1"/>
    <w:rsid w:val="00041DFE"/>
    <w:rsid w:val="001B4BD2"/>
    <w:rsid w:val="003B1216"/>
    <w:rsid w:val="004161F5"/>
    <w:rsid w:val="004801B2"/>
    <w:rsid w:val="005A051B"/>
    <w:rsid w:val="006239E1"/>
    <w:rsid w:val="00667F4B"/>
    <w:rsid w:val="006D0099"/>
    <w:rsid w:val="009A5C93"/>
    <w:rsid w:val="00B302C0"/>
    <w:rsid w:val="00B408B9"/>
    <w:rsid w:val="00BC3393"/>
    <w:rsid w:val="00BD0B7C"/>
    <w:rsid w:val="00E82EB7"/>
    <w:rsid w:val="00EB2BC1"/>
    <w:rsid w:val="00EE6B93"/>
    <w:rsid w:val="00F2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408B9"/>
    <w:rPr>
      <w:color w:val="666666"/>
    </w:rPr>
  </w:style>
  <w:style w:type="paragraph" w:customStyle="1" w:styleId="872FF4CA11794B8A841DB2220DF10EA61">
    <w:name w:val="872FF4CA11794B8A841DB2220DF10EA6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97BD512F134974B65EC5CE1A1FFA5C1">
    <w:name w:val="4E97BD512F134974B65EC5CE1A1FFA5C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C24FC1DD4E4C25906C3761C0E444F21">
    <w:name w:val="43C24FC1DD4E4C25906C3761C0E444F2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5B51F8A20C49259CB13015EB1213891">
    <w:name w:val="6E5B51F8A20C49259CB13015EB121389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A81B7FEB124004A04A95F11ADBD7A71">
    <w:name w:val="ACA81B7FEB124004A04A95F11ADBD7A7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F5175B57004446843F4F317C13BE7C1">
    <w:name w:val="E3F5175B57004446843F4F317C13BE7C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2E25C8BD59485F83A4E1A3EB66C1CA1">
    <w:name w:val="6E2E25C8BD59485F83A4E1A3EB66C1CA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CADD3637F3476CAEF2795719E307AF1">
    <w:name w:val="74CADD3637F3476CAEF2795719E307AF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90224EED5244A5AB46E15042D20BDA0">
    <w:name w:val="390224EED5244A5AB46E15042D20BDA0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603244F75C5480FA87A514243593D13">
    <w:name w:val="7603244F75C5480FA87A514243593D1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0D500639815407BA21A201D03AFAF66">
    <w:name w:val="50D500639815407BA21A201D03AFAF66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A759A0A9FF942D6905204C6BE6CEB82">
    <w:name w:val="AA759A0A9FF942D6905204C6BE6CEB8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3ABDFFD58244ABF96AEA637AAF6892E">
    <w:name w:val="F3ABDFFD58244ABF96AEA637AAF6892E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61209B3971A4D0CBCF85520F6900947">
    <w:name w:val="561209B3971A4D0CBCF85520F6900947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E72EE54A7194AFB9FB4973FAA7B4895">
    <w:name w:val="EE72EE54A7194AFB9FB4973FAA7B4895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B03830A6E940D8B1396162C3D4A815">
    <w:name w:val="FBB03830A6E940D8B1396162C3D4A815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59346B8202F4C9FACEEEDCCBEFA13B7">
    <w:name w:val="959346B8202F4C9FACEEEDCCBEFA13B7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C785B78A23849ABAE94F16243ABA5E5">
    <w:name w:val="1C785B78A23849ABAE94F16243ABA5E5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18D1E2F49814DBA97105797771BB4D2">
    <w:name w:val="A18D1E2F49814DBA97105797771BB4D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08640AF77A6415A85F0C828BBE30933">
    <w:name w:val="D08640AF77A6415A85F0C828BBE3093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303D809EA5F4C4D8A7F8657E9190A70">
    <w:name w:val="1303D809EA5F4C4D8A7F8657E9190A70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32F230ABF4048CE8C1767167E8167F7">
    <w:name w:val="832F230ABF4048CE8C1767167E8167F7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D269A12FEF0461A8C2BB50AEBDB97C2">
    <w:name w:val="CD269A12FEF0461A8C2BB50AEBDB97C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6595DFB00B04856A7EF6C5BAFF1A340">
    <w:name w:val="56595DFB00B04856A7EF6C5BAFF1A340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3370693066942078164CF371F3A2DB0">
    <w:name w:val="B3370693066942078164CF371F3A2DB0"/>
    <w:rsid w:val="00B408B9"/>
  </w:style>
  <w:style w:type="paragraph" w:customStyle="1" w:styleId="51F796B39A1E40649B2D3A4285A1A9F6">
    <w:name w:val="51F796B39A1E40649B2D3A4285A1A9F6"/>
    <w:rsid w:val="00B408B9"/>
  </w:style>
  <w:style w:type="paragraph" w:customStyle="1" w:styleId="C5CCACAAD3B44C94B678BF53D0558F63">
    <w:name w:val="C5CCACAAD3B44C94B678BF53D0558F63"/>
    <w:rsid w:val="00B408B9"/>
  </w:style>
  <w:style w:type="paragraph" w:customStyle="1" w:styleId="14FD3C2429864C08BB2A71E3F1A0B6A5">
    <w:name w:val="14FD3C2429864C08BB2A71E3F1A0B6A5"/>
    <w:rsid w:val="00B408B9"/>
  </w:style>
  <w:style w:type="paragraph" w:customStyle="1" w:styleId="2BE7DDDF6CC04DD296BBFC5435529A67">
    <w:name w:val="2BE7DDDF6CC04DD296BBFC5435529A67"/>
    <w:rsid w:val="00B408B9"/>
  </w:style>
  <w:style w:type="paragraph" w:customStyle="1" w:styleId="B47E109354B24EC48C912D7264C42CC1">
    <w:name w:val="B47E109354B24EC48C912D7264C42CC1"/>
    <w:rsid w:val="00B408B9"/>
  </w:style>
  <w:style w:type="paragraph" w:customStyle="1" w:styleId="8F555F19AF86482A8A232B23CFF16AE4">
    <w:name w:val="8F555F19AF86482A8A232B23CFF16AE4"/>
    <w:rsid w:val="00B408B9"/>
  </w:style>
  <w:style w:type="paragraph" w:customStyle="1" w:styleId="3B23F45D35114BC5A77EDA7DAFE6E031">
    <w:name w:val="3B23F45D35114BC5A77EDA7DAFE6E031"/>
    <w:rsid w:val="00B408B9"/>
  </w:style>
  <w:style w:type="paragraph" w:customStyle="1" w:styleId="8EF30DA39637404BBD403E62A06B1D15">
    <w:name w:val="8EF30DA39637404BBD403E62A06B1D15"/>
    <w:rsid w:val="00B408B9"/>
  </w:style>
  <w:style w:type="paragraph" w:customStyle="1" w:styleId="DAFEDAFFD2DE49E3B5F88CE06172BEE0">
    <w:name w:val="DAFEDAFFD2DE49E3B5F88CE06172BEE0"/>
    <w:rsid w:val="00B408B9"/>
  </w:style>
  <w:style w:type="paragraph" w:customStyle="1" w:styleId="B129685E4AEC47398305EBABEE625772">
    <w:name w:val="B129685E4AEC47398305EBABEE625772"/>
    <w:rsid w:val="00B408B9"/>
  </w:style>
  <w:style w:type="paragraph" w:customStyle="1" w:styleId="B64419C3E4B746B28AB83B54B6041EAC">
    <w:name w:val="B64419C3E4B746B28AB83B54B6041EAC"/>
    <w:rsid w:val="00B408B9"/>
  </w:style>
  <w:style w:type="paragraph" w:customStyle="1" w:styleId="7B99B7E02FF7430F9C28CB40BDBCE555">
    <w:name w:val="7B99B7E02FF7430F9C28CB40BDBCE555"/>
    <w:rsid w:val="00B408B9"/>
  </w:style>
  <w:style w:type="paragraph" w:customStyle="1" w:styleId="6FCD74C4B9CF417F814C50ED1BBD2AEA">
    <w:name w:val="6FCD74C4B9CF417F814C50ED1BBD2AEA"/>
    <w:rsid w:val="00B408B9"/>
  </w:style>
  <w:style w:type="paragraph" w:customStyle="1" w:styleId="65ECB4442D1D4B388044AEE9B2D9A17E">
    <w:name w:val="65ECB4442D1D4B388044AEE9B2D9A17E"/>
    <w:rsid w:val="00B408B9"/>
  </w:style>
  <w:style w:type="paragraph" w:customStyle="1" w:styleId="B9B6CEFA0053422C9958D655342BB5B0">
    <w:name w:val="B9B6CEFA0053422C9958D655342BB5B0"/>
    <w:rsid w:val="00B408B9"/>
  </w:style>
  <w:style w:type="paragraph" w:customStyle="1" w:styleId="D5280F2192B74A5CA113E2F64C51F049">
    <w:name w:val="D5280F2192B74A5CA113E2F64C51F049"/>
    <w:rsid w:val="00B408B9"/>
  </w:style>
  <w:style w:type="paragraph" w:customStyle="1" w:styleId="79D3DA283CE64FB99DB99E080751AB88">
    <w:name w:val="79D3DA283CE64FB99DB99E080751AB88"/>
    <w:rsid w:val="00B408B9"/>
  </w:style>
  <w:style w:type="paragraph" w:customStyle="1" w:styleId="7413A07B82EF4FD8873FAABDACA5FA57">
    <w:name w:val="7413A07B82EF4FD8873FAABDACA5FA57"/>
    <w:rsid w:val="00B408B9"/>
  </w:style>
  <w:style w:type="paragraph" w:customStyle="1" w:styleId="5262F16432B842D5AD71CBBC6956B843">
    <w:name w:val="5262F16432B842D5AD71CBBC6956B843"/>
    <w:rsid w:val="00B408B9"/>
  </w:style>
  <w:style w:type="paragraph" w:customStyle="1" w:styleId="CB78E721E7924C31B1F0E1D0B25C8152">
    <w:name w:val="CB78E721E7924C31B1F0E1D0B25C8152"/>
    <w:rsid w:val="00B408B9"/>
  </w:style>
  <w:style w:type="paragraph" w:customStyle="1" w:styleId="E25EE1B0695E4A0E8BB498618F874AA9">
    <w:name w:val="E25EE1B0695E4A0E8BB498618F874AA9"/>
    <w:rsid w:val="00B408B9"/>
  </w:style>
  <w:style w:type="paragraph" w:customStyle="1" w:styleId="9D288DE8E88B435889452FFF14BD3413">
    <w:name w:val="9D288DE8E88B435889452FFF14BD3413"/>
    <w:rsid w:val="00B408B9"/>
  </w:style>
  <w:style w:type="paragraph" w:customStyle="1" w:styleId="0CB87B0F393641549C4AF31BBEDE1C29">
    <w:name w:val="0CB87B0F393641549C4AF31BBEDE1C29"/>
    <w:rsid w:val="00B408B9"/>
  </w:style>
  <w:style w:type="paragraph" w:customStyle="1" w:styleId="9B947DAC46834569A3C244F22E079A81">
    <w:name w:val="9B947DAC46834569A3C244F22E079A8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4C1B4916C8543D4911CC78BBE39700C">
    <w:name w:val="54C1B4916C8543D4911CC78BBE39700C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B9CD563A76C4593AA0BAA2955558D01">
    <w:name w:val="DB9CD563A76C4593AA0BAA2955558D0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B73494AF62B4716B0AF45150F6AAFAD">
    <w:name w:val="9B73494AF62B4716B0AF45150F6AAFAD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DADE95D4EDB4771845A99A0BD34B7C8">
    <w:name w:val="BDADE95D4EDB4771845A99A0BD34B7C8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3016230BF5F411884A80DD6D1BC3034">
    <w:name w:val="83016230BF5F411884A80DD6D1BC3034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E37012969B74FBF81E9738932375C0B">
    <w:name w:val="1E37012969B74FBF81E9738932375C0B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8A27D2A87A54E5A9664046EA5DED435">
    <w:name w:val="D8A27D2A87A54E5A9664046EA5DED435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5178C6BCB254291A688581779880196">
    <w:name w:val="E5178C6BCB254291A688581779880196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8392601828E476BBE569F2C87B10F22">
    <w:name w:val="B8392601828E476BBE569F2C87B10F2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02861AB04074E7FAD07467930763059">
    <w:name w:val="E02861AB04074E7FAD07467930763059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C5828C829A644EDAAB86A44FB8D1435">
    <w:name w:val="9C5828C829A644EDAAB86A44FB8D1435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194AB142FF14B63AC8E8EEED97DF388">
    <w:name w:val="B194AB142FF14B63AC8E8EEED97DF388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B119E0C54CE4E30925536422B47A7D4">
    <w:name w:val="0B119E0C54CE4E30925536422B47A7D4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265260081748E8B8711B8CC69BE8E1">
    <w:name w:val="3D265260081748E8B8711B8CC69BE8E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A8CA83F471C42C0B3C4C4AF0F282C31">
    <w:name w:val="EA8CA83F471C42C0B3C4C4AF0F282C3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FFFD3BA996B47DC8C13A4FB2F72EF3C">
    <w:name w:val="1FFFD3BA996B47DC8C13A4FB2F72EF3C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41EF5691D2D4B46ABEB0AC5E48E36B7">
    <w:name w:val="141EF5691D2D4B46ABEB0AC5E48E36B7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01932FB09EF491089540EC3F2A3984B">
    <w:name w:val="901932FB09EF491089540EC3F2A3984B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5B9F14EB6F24501BA6D0DBA4A33EB4A">
    <w:name w:val="A5B9F14EB6F24501BA6D0DBA4A33EB4A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8EA27107B6841828C7B54524A9816DE">
    <w:name w:val="E8EA27107B6841828C7B54524A9816DE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3EDA1D0D7F496C82FEFFBA5ECE309F">
    <w:name w:val="A43EDA1D0D7F496C82FEFFBA5ECE309F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BEEADD81AE42808D46EE37AB3E0632">
    <w:name w:val="4BBEEADD81AE42808D46EE37AB3E063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2F1456CA8D3464796D146C693E0F3EC">
    <w:name w:val="22F1456CA8D3464796D146C693E0F3EC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A6E85BF147543DFA0EB15880A57FDE5">
    <w:name w:val="9A6E85BF147543DFA0EB15880A57FDE5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78FE731A1F34ACB80E166BE36432663">
    <w:name w:val="278FE731A1F34ACB80E166BE3643266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2FF4CA11794B8A841DB2220DF10EA62">
    <w:name w:val="872FF4CA11794B8A841DB2220DF10EA6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97BD512F134974B65EC5CE1A1FFA5C2">
    <w:name w:val="4E97BD512F134974B65EC5CE1A1FFA5C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C24FC1DD4E4C25906C3761C0E444F22">
    <w:name w:val="43C24FC1DD4E4C25906C3761C0E444F2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5B51F8A20C49259CB13015EB1213892">
    <w:name w:val="6E5B51F8A20C49259CB13015EB121389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A81B7FEB124004A04A95F11ADBD7A72">
    <w:name w:val="ACA81B7FEB124004A04A95F11ADBD7A7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F5175B57004446843F4F317C13BE7C2">
    <w:name w:val="E3F5175B57004446843F4F317C13BE7C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2E25C8BD59485F83A4E1A3EB66C1CA2">
    <w:name w:val="6E2E25C8BD59485F83A4E1A3EB66C1CA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CADD3637F3476CAEF2795719E307AF2">
    <w:name w:val="74CADD3637F3476CAEF2795719E307AF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935A77361C49E8BE3D0CEB8289FF30">
    <w:name w:val="87935A77361C49E8BE3D0CEB8289FF30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677F8DD6DBC419B927DEF1A4CD0D117">
    <w:name w:val="F677F8DD6DBC419B927DEF1A4CD0D117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11596F2DB214405AA793CB9B18B724F">
    <w:name w:val="911596F2DB214405AA793CB9B18B724F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75572FA3D8D489392B98FA96A2B0755">
    <w:name w:val="975572FA3D8D489392B98FA96A2B0755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251ED30FF874C08B5EB809DBED3FE10">
    <w:name w:val="B251ED30FF874C08B5EB809DBED3FE10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21BAA38AAFA4DF78B54CB546EFCEF1F">
    <w:name w:val="021BAA38AAFA4DF78B54CB546EFCEF1F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A403EA876EC42B5B7ADED72B08FE5ED">
    <w:name w:val="4A403EA876EC42B5B7ADED72B08FE5ED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1DE99548DEC4BBEA6AF756FCECE2B25">
    <w:name w:val="F1DE99548DEC4BBEA6AF756FCECE2B25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80CC0DC25174CE3A08066E5B8957E06">
    <w:name w:val="080CC0DC25174CE3A08066E5B8957E06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C3DCC846B7E4CC2AD840BD80E81892B">
    <w:name w:val="7C3DCC846B7E4CC2AD840BD80E81892B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812EEA19BCD441CAC6AC017D01ED987">
    <w:name w:val="E812EEA19BCD441CAC6AC017D01ED987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3C26313A8B43CEA7A623A4F7AA1476">
    <w:name w:val="B93C26313A8B43CEA7A623A4F7AA1476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DB15D28509F46FC857530BD391C95FC">
    <w:name w:val="EDB15D28509F46FC857530BD391C95FC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27D0ADD598D4CB5A0E0486488F11211">
    <w:name w:val="227D0ADD598D4CB5A0E0486488F1121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5557496E45406A9E43DBA1AEB18EFF">
    <w:name w:val="985557496E45406A9E43DBA1AEB18EFF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2FF4CA11794B8A841DB2220DF10EA6">
    <w:name w:val="872FF4CA11794B8A841DB2220DF10EA6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97BD512F134974B65EC5CE1A1FFA5C">
    <w:name w:val="4E97BD512F134974B65EC5CE1A1FFA5C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C24FC1DD4E4C25906C3761C0E444F2">
    <w:name w:val="43C24FC1DD4E4C25906C3761C0E444F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5B51F8A20C49259CB13015EB121389">
    <w:name w:val="6E5B51F8A20C49259CB13015EB121389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A81B7FEB124004A04A95F11ADBD7A7">
    <w:name w:val="ACA81B7FEB124004A04A95F11ADBD7A7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F5175B57004446843F4F317C13BE7C">
    <w:name w:val="E3F5175B57004446843F4F317C13BE7C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2E25C8BD59485F83A4E1A3EB66C1CA">
    <w:name w:val="6E2E25C8BD59485F83A4E1A3EB66C1CA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CADD3637F3476CAEF2795719E307AF">
    <w:name w:val="74CADD3637F3476CAEF2795719E307AF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CC1599B5860422AB1D15CA0E1FA3D7C">
    <w:name w:val="9CC1599B5860422AB1D15CA0E1FA3D7C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B63598560234098B2B26EF7CC96F285">
    <w:name w:val="0B63598560234098B2B26EF7CC96F285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80D63A636A4F6FAA551553AC1AF441">
    <w:name w:val="5C80D63A636A4F6FAA551553AC1AF44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9785DA788F348BDA7F0946F1FB4EF43">
    <w:name w:val="F9785DA788F348BDA7F0946F1FB4EF4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90224EED5244A5AB46E15042D20BDA01">
    <w:name w:val="390224EED5244A5AB46E15042D20BDA0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603244F75C5480FA87A514243593D131">
    <w:name w:val="7603244F75C5480FA87A514243593D13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0D500639815407BA21A201D03AFAF661">
    <w:name w:val="50D500639815407BA21A201D03AFAF66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A759A0A9FF942D6905204C6BE6CEB821">
    <w:name w:val="AA759A0A9FF942D6905204C6BE6CEB82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3ABDFFD58244ABF96AEA637AAF6892E1">
    <w:name w:val="F3ABDFFD58244ABF96AEA637AAF6892E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1F796B39A1E40649B2D3A4285A1A9F61">
    <w:name w:val="51F796B39A1E40649B2D3A4285A1A9F6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CCACAAD3B44C94B678BF53D0558F631">
    <w:name w:val="C5CCACAAD3B44C94B678BF53D0558F63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4FD3C2429864C08BB2A71E3F1A0B6A51">
    <w:name w:val="14FD3C2429864C08BB2A71E3F1A0B6A5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BE7DDDF6CC04DD296BBFC5435529A671">
    <w:name w:val="2BE7DDDF6CC04DD296BBFC5435529A67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47E109354B24EC48C912D7264C42CC11">
    <w:name w:val="B47E109354B24EC48C912D7264C42CC1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B23F45D35114BC5A77EDA7DAFE6E0311">
    <w:name w:val="3B23F45D35114BC5A77EDA7DAFE6E031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EF30DA39637404BBD403E62A06B1D151">
    <w:name w:val="8EF30DA39637404BBD403E62A06B1D15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AFEDAFFD2DE49E3B5F88CE06172BEE01">
    <w:name w:val="DAFEDAFFD2DE49E3B5F88CE06172BEE0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129685E4AEC47398305EBABEE6257721">
    <w:name w:val="B129685E4AEC47398305EBABEE625772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64419C3E4B746B28AB83B54B6041EAC1">
    <w:name w:val="B64419C3E4B746B28AB83B54B6041EAC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FCD74C4B9CF417F814C50ED1BBD2AEA1">
    <w:name w:val="6FCD74C4B9CF417F814C50ED1BBD2AEA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ECB4442D1D4B388044AEE9B2D9A17E1">
    <w:name w:val="65ECB4442D1D4B388044AEE9B2D9A17E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B6CEFA0053422C9958D655342BB5B01">
    <w:name w:val="B9B6CEFA0053422C9958D655342BB5B0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5280F2192B74A5CA113E2F64C51F0491">
    <w:name w:val="D5280F2192B74A5CA113E2F64C51F049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9D3DA283CE64FB99DB99E080751AB881">
    <w:name w:val="79D3DA283CE64FB99DB99E080751AB88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62F16432B842D5AD71CBBC6956B8431">
    <w:name w:val="5262F16432B842D5AD71CBBC6956B843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B78E721E7924C31B1F0E1D0B25C81521">
    <w:name w:val="CB78E721E7924C31B1F0E1D0B25C8152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25EE1B0695E4A0E8BB498618F874AA91">
    <w:name w:val="E25EE1B0695E4A0E8BB498618F874AA9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D288DE8E88B435889452FFF14BD34131">
    <w:name w:val="9D288DE8E88B435889452FFF14BD3413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CB87B0F393641549C4AF31BBEDE1C291">
    <w:name w:val="0CB87B0F393641549C4AF31BBEDE1C29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61209B3971A4D0CBCF85520F69009471">
    <w:name w:val="561209B3971A4D0CBCF85520F6900947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E72EE54A7194AFB9FB4973FAA7B48951">
    <w:name w:val="EE72EE54A7194AFB9FB4973FAA7B4895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B03830A6E940D8B1396162C3D4A8151">
    <w:name w:val="FBB03830A6E940D8B1396162C3D4A815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59346B8202F4C9FACEEEDCCBEFA13B71">
    <w:name w:val="959346B8202F4C9FACEEEDCCBEFA13B7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C785B78A23849ABAE94F16243ABA5E51">
    <w:name w:val="1C785B78A23849ABAE94F16243ABA5E5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18D1E2F49814DBA97105797771BB4D21">
    <w:name w:val="A18D1E2F49814DBA97105797771BB4D2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08640AF77A6415A85F0C828BBE309331">
    <w:name w:val="D08640AF77A6415A85F0C828BBE30933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303D809EA5F4C4D8A7F8657E9190A701">
    <w:name w:val="1303D809EA5F4C4D8A7F8657E9190A70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32F230ABF4048CE8C1767167E8167F71">
    <w:name w:val="832F230ABF4048CE8C1767167E8167F7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D269A12FEF0461A8C2BB50AEBDB97C21">
    <w:name w:val="CD269A12FEF0461A8C2BB50AEBDB97C2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6595DFB00B04856A7EF6C5BAFF1A3401">
    <w:name w:val="56595DFB00B04856A7EF6C5BAFF1A340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7F033EABA054731B904FE9570810D27">
    <w:name w:val="D7F033EABA054731B904FE9570810D27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7CB3C954B954CECAEE360699449829E">
    <w:name w:val="E7CB3C954B954CECAEE360699449829E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7875D5E0D334D6CBB49C36923DE5503">
    <w:name w:val="D7875D5E0D334D6CBB49C36923DE550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713C3E49D242B5BA48030AFFA6DA33">
    <w:name w:val="73713C3E49D242B5BA48030AFFA6DA3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B947DAC46834569A3C244F22E079A811">
    <w:name w:val="9B947DAC46834569A3C244F22E079A81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4C1B4916C8543D4911CC78BBE39700C1">
    <w:name w:val="54C1B4916C8543D4911CC78BBE39700C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B9CD563A76C4593AA0BAA2955558D011">
    <w:name w:val="DB9CD563A76C4593AA0BAA2955558D01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B73494AF62B4716B0AF45150F6AAFAD1">
    <w:name w:val="9B73494AF62B4716B0AF45150F6AAFAD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DADE95D4EDB4771845A99A0BD34B7C81">
    <w:name w:val="BDADE95D4EDB4771845A99A0BD34B7C8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3016230BF5F411884A80DD6D1BC30341">
    <w:name w:val="83016230BF5F411884A80DD6D1BC3034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E37012969B74FBF81E9738932375C0B1">
    <w:name w:val="1E37012969B74FBF81E9738932375C0B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8A27D2A87A54E5A9664046EA5DED4351">
    <w:name w:val="D8A27D2A87A54E5A9664046EA5DED435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5178C6BCB254291A6885817798801961">
    <w:name w:val="E5178C6BCB254291A688581779880196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8392601828E476BBE569F2C87B10F221">
    <w:name w:val="B8392601828E476BBE569F2C87B10F22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02861AB04074E7FAD074679307630591">
    <w:name w:val="E02861AB04074E7FAD07467930763059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C5828C829A644EDAAB86A44FB8D14351">
    <w:name w:val="9C5828C829A644EDAAB86A44FB8D1435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194AB142FF14B63AC8E8EEED97DF3881">
    <w:name w:val="B194AB142FF14B63AC8E8EEED97DF388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B119E0C54CE4E30925536422B47A7D41">
    <w:name w:val="0B119E0C54CE4E30925536422B47A7D4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265260081748E8B8711B8CC69BE8E11">
    <w:name w:val="3D265260081748E8B8711B8CC69BE8E1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A8CA83F471C42C0B3C4C4AF0F282C311">
    <w:name w:val="EA8CA83F471C42C0B3C4C4AF0F282C31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FFFD3BA996B47DC8C13A4FB2F72EF3C1">
    <w:name w:val="1FFFD3BA996B47DC8C13A4FB2F72EF3C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41EF5691D2D4B46ABEB0AC5E48E36B71">
    <w:name w:val="141EF5691D2D4B46ABEB0AC5E48E36B7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01932FB09EF491089540EC3F2A3984B1">
    <w:name w:val="901932FB09EF491089540EC3F2A3984B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5B9F14EB6F24501BA6D0DBA4A33EB4A1">
    <w:name w:val="A5B9F14EB6F24501BA6D0DBA4A33EB4A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8EA27107B6841828C7B54524A9816DE1">
    <w:name w:val="E8EA27107B6841828C7B54524A9816DE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3EDA1D0D7F496C82FEFFBA5ECE309F1">
    <w:name w:val="A43EDA1D0D7F496C82FEFFBA5ECE309F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BEEADD81AE42808D46EE37AB3E06321">
    <w:name w:val="4BBEEADD81AE42808D46EE37AB3E0632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2F1456CA8D3464796D146C693E0F3EC1">
    <w:name w:val="22F1456CA8D3464796D146C693E0F3EC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A6E85BF147543DFA0EB15880A57FDE51">
    <w:name w:val="9A6E85BF147543DFA0EB15880A57FDE5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78FE731A1F34ACB80E166BE364326631">
    <w:name w:val="278FE731A1F34ACB80E166BE36432663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2FF4CA11794B8A841DB2220DF10EA63">
    <w:name w:val="872FF4CA11794B8A841DB2220DF10EA6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97BD512F134974B65EC5CE1A1FFA5C3">
    <w:name w:val="4E97BD512F134974B65EC5CE1A1FFA5C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C24FC1DD4E4C25906C3761C0E444F23">
    <w:name w:val="43C24FC1DD4E4C25906C3761C0E444F2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5B51F8A20C49259CB13015EB1213893">
    <w:name w:val="6E5B51F8A20C49259CB13015EB121389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A81B7FEB124004A04A95F11ADBD7A73">
    <w:name w:val="ACA81B7FEB124004A04A95F11ADBD7A7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F5175B57004446843F4F317C13BE7C3">
    <w:name w:val="E3F5175B57004446843F4F317C13BE7C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2E25C8BD59485F83A4E1A3EB66C1CA3">
    <w:name w:val="6E2E25C8BD59485F83A4E1A3EB66C1CA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CADD3637F3476CAEF2795719E307AF3">
    <w:name w:val="74CADD3637F3476CAEF2795719E307AF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935A77361C49E8BE3D0CEB8289FF301">
    <w:name w:val="87935A77361C49E8BE3D0CEB8289FF30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677F8DD6DBC419B927DEF1A4CD0D1171">
    <w:name w:val="F677F8DD6DBC419B927DEF1A4CD0D117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11596F2DB214405AA793CB9B18B724F1">
    <w:name w:val="911596F2DB214405AA793CB9B18B724F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75572FA3D8D489392B98FA96A2B07551">
    <w:name w:val="975572FA3D8D489392B98FA96A2B0755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251ED30FF874C08B5EB809DBED3FE101">
    <w:name w:val="B251ED30FF874C08B5EB809DBED3FE10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21BAA38AAFA4DF78B54CB546EFCEF1F1">
    <w:name w:val="021BAA38AAFA4DF78B54CB546EFCEF1F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A403EA876EC42B5B7ADED72B08FE5ED1">
    <w:name w:val="4A403EA876EC42B5B7ADED72B08FE5ED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1DE99548DEC4BBEA6AF756FCECE2B251">
    <w:name w:val="F1DE99548DEC4BBEA6AF756FCECE2B25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80CC0DC25174CE3A08066E5B8957E061">
    <w:name w:val="080CC0DC25174CE3A08066E5B8957E06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C3DCC846B7E4CC2AD840BD80E81892B1">
    <w:name w:val="7C3DCC846B7E4CC2AD840BD80E81892B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812EEA19BCD441CAC6AC017D01ED9871">
    <w:name w:val="E812EEA19BCD441CAC6AC017D01ED987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3C26313A8B43CEA7A623A4F7AA14761">
    <w:name w:val="B93C26313A8B43CEA7A623A4F7AA1476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DB15D28509F46FC857530BD391C95FC1">
    <w:name w:val="EDB15D28509F46FC857530BD391C95FC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27D0ADD598D4CB5A0E0486488F112111">
    <w:name w:val="227D0ADD598D4CB5A0E0486488F11211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5557496E45406A9E43DBA1AEB18EFF1">
    <w:name w:val="985557496E45406A9E43DBA1AEB18EFF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CC1599B5860422AB1D15CA0E1FA3D7C1">
    <w:name w:val="9CC1599B5860422AB1D15CA0E1FA3D7C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B63598560234098B2B26EF7CC96F2851">
    <w:name w:val="0B63598560234098B2B26EF7CC96F285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80D63A636A4F6FAA551553AC1AF4411">
    <w:name w:val="5C80D63A636A4F6FAA551553AC1AF441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9785DA788F348BDA7F0946F1FB4EF431">
    <w:name w:val="F9785DA788F348BDA7F0946F1FB4EF43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90224EED5244A5AB46E15042D20BDA02">
    <w:name w:val="390224EED5244A5AB46E15042D20BDA0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603244F75C5480FA87A514243593D132">
    <w:name w:val="7603244F75C5480FA87A514243593D13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0D500639815407BA21A201D03AFAF662">
    <w:name w:val="50D500639815407BA21A201D03AFAF66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A759A0A9FF942D6905204C6BE6CEB822">
    <w:name w:val="AA759A0A9FF942D6905204C6BE6CEB82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3ABDFFD58244ABF96AEA637AAF6892E2">
    <w:name w:val="F3ABDFFD58244ABF96AEA637AAF6892E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1F796B39A1E40649B2D3A4285A1A9F62">
    <w:name w:val="51F796B39A1E40649B2D3A4285A1A9F6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CCACAAD3B44C94B678BF53D0558F632">
    <w:name w:val="C5CCACAAD3B44C94B678BF53D0558F63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4FD3C2429864C08BB2A71E3F1A0B6A52">
    <w:name w:val="14FD3C2429864C08BB2A71E3F1A0B6A5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BE7DDDF6CC04DD296BBFC5435529A672">
    <w:name w:val="2BE7DDDF6CC04DD296BBFC5435529A67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47E109354B24EC48C912D7264C42CC12">
    <w:name w:val="B47E109354B24EC48C912D7264C42CC1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B23F45D35114BC5A77EDA7DAFE6E0312">
    <w:name w:val="3B23F45D35114BC5A77EDA7DAFE6E031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EF30DA39637404BBD403E62A06B1D152">
    <w:name w:val="8EF30DA39637404BBD403E62A06B1D15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AFEDAFFD2DE49E3B5F88CE06172BEE02">
    <w:name w:val="DAFEDAFFD2DE49E3B5F88CE06172BEE0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129685E4AEC47398305EBABEE6257722">
    <w:name w:val="B129685E4AEC47398305EBABEE625772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64419C3E4B746B28AB83B54B6041EAC2">
    <w:name w:val="B64419C3E4B746B28AB83B54B6041EAC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FCD74C4B9CF417F814C50ED1BBD2AEA2">
    <w:name w:val="6FCD74C4B9CF417F814C50ED1BBD2AEA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ECB4442D1D4B388044AEE9B2D9A17E2">
    <w:name w:val="65ECB4442D1D4B388044AEE9B2D9A17E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B6CEFA0053422C9958D655342BB5B02">
    <w:name w:val="B9B6CEFA0053422C9958D655342BB5B0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5280F2192B74A5CA113E2F64C51F0492">
    <w:name w:val="D5280F2192B74A5CA113E2F64C51F049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9D3DA283CE64FB99DB99E080751AB882">
    <w:name w:val="79D3DA283CE64FB99DB99E080751AB88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62F16432B842D5AD71CBBC6956B8432">
    <w:name w:val="5262F16432B842D5AD71CBBC6956B843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B78E721E7924C31B1F0E1D0B25C81522">
    <w:name w:val="CB78E721E7924C31B1F0E1D0B25C8152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25EE1B0695E4A0E8BB498618F874AA92">
    <w:name w:val="E25EE1B0695E4A0E8BB498618F874AA9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D288DE8E88B435889452FFF14BD34132">
    <w:name w:val="9D288DE8E88B435889452FFF14BD3413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CB87B0F393641549C4AF31BBEDE1C292">
    <w:name w:val="0CB87B0F393641549C4AF31BBEDE1C29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61209B3971A4D0CBCF85520F69009472">
    <w:name w:val="561209B3971A4D0CBCF85520F6900947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E72EE54A7194AFB9FB4973FAA7B48952">
    <w:name w:val="EE72EE54A7194AFB9FB4973FAA7B4895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B03830A6E940D8B1396162C3D4A8152">
    <w:name w:val="FBB03830A6E940D8B1396162C3D4A815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59346B8202F4C9FACEEEDCCBEFA13B72">
    <w:name w:val="959346B8202F4C9FACEEEDCCBEFA13B7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C785B78A23849ABAE94F16243ABA5E52">
    <w:name w:val="1C785B78A23849ABAE94F16243ABA5E5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18D1E2F49814DBA97105797771BB4D22">
    <w:name w:val="A18D1E2F49814DBA97105797771BB4D2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08640AF77A6415A85F0C828BBE309332">
    <w:name w:val="D08640AF77A6415A85F0C828BBE30933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303D809EA5F4C4D8A7F8657E9190A702">
    <w:name w:val="1303D809EA5F4C4D8A7F8657E9190A70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32F230ABF4048CE8C1767167E8167F72">
    <w:name w:val="832F230ABF4048CE8C1767167E8167F7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D269A12FEF0461A8C2BB50AEBDB97C22">
    <w:name w:val="CD269A12FEF0461A8C2BB50AEBDB97C2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6595DFB00B04856A7EF6C5BAFF1A3402">
    <w:name w:val="56595DFB00B04856A7EF6C5BAFF1A340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95A12A8CDD845E598419BAF7DE9B14D">
    <w:name w:val="995A12A8CDD845E598419BAF7DE9B14D"/>
    <w:rsid w:val="00B408B9"/>
  </w:style>
  <w:style w:type="paragraph" w:customStyle="1" w:styleId="6E3F166200D240A387CCAFB462AAEFFE">
    <w:name w:val="6E3F166200D240A387CCAFB462AAEFFE"/>
    <w:rsid w:val="00B408B9"/>
  </w:style>
  <w:style w:type="paragraph" w:customStyle="1" w:styleId="A2992BC207B047BB96A0330CCFB77192">
    <w:name w:val="A2992BC207B047BB96A0330CCFB77192"/>
    <w:rsid w:val="00B408B9"/>
  </w:style>
  <w:style w:type="paragraph" w:customStyle="1" w:styleId="C4BAD722167A40A3B4F4FA0C3C48CBA0">
    <w:name w:val="C4BAD722167A40A3B4F4FA0C3C48CBA0"/>
    <w:rsid w:val="00B408B9"/>
  </w:style>
  <w:style w:type="paragraph" w:customStyle="1" w:styleId="3AC91ED6211049F08FC3FC297023A08F">
    <w:name w:val="3AC91ED6211049F08FC3FC297023A08F"/>
    <w:rsid w:val="00B408B9"/>
  </w:style>
  <w:style w:type="paragraph" w:customStyle="1" w:styleId="3BB3768259F443A7BB1A5BCAF2AACC74">
    <w:name w:val="3BB3768259F443A7BB1A5BCAF2AACC74"/>
    <w:rsid w:val="00B408B9"/>
  </w:style>
  <w:style w:type="paragraph" w:customStyle="1" w:styleId="76075EE477B74C4E8AD7E9DCF581188D">
    <w:name w:val="76075EE477B74C4E8AD7E9DCF581188D"/>
    <w:rsid w:val="00B408B9"/>
  </w:style>
  <w:style w:type="paragraph" w:customStyle="1" w:styleId="83DDB9D4D2264E90885CD422AF25736C">
    <w:name w:val="83DDB9D4D2264E90885CD422AF25736C"/>
    <w:rsid w:val="00B408B9"/>
  </w:style>
  <w:style w:type="paragraph" w:customStyle="1" w:styleId="61B621BD8DA0498EBDA3765B6E93E1FD">
    <w:name w:val="61B621BD8DA0498EBDA3765B6E93E1FD"/>
    <w:rsid w:val="00B408B9"/>
  </w:style>
  <w:style w:type="paragraph" w:customStyle="1" w:styleId="66550C26F5A340B6830F1C9E73CF2198">
    <w:name w:val="66550C26F5A340B6830F1C9E73CF2198"/>
    <w:rsid w:val="00B408B9"/>
  </w:style>
  <w:style w:type="paragraph" w:customStyle="1" w:styleId="B4DB0A54FAD042769704BE3A4D974422">
    <w:name w:val="B4DB0A54FAD042769704BE3A4D974422"/>
    <w:rsid w:val="00B408B9"/>
  </w:style>
  <w:style w:type="paragraph" w:customStyle="1" w:styleId="EF6F0383F2664C4A930E9C08F887EB8D">
    <w:name w:val="EF6F0383F2664C4A930E9C08F887EB8D"/>
    <w:rsid w:val="00B408B9"/>
  </w:style>
  <w:style w:type="paragraph" w:customStyle="1" w:styleId="B5531F7ED0974272AB0DBEFAF1564F94">
    <w:name w:val="B5531F7ED0974272AB0DBEFAF1564F94"/>
    <w:rsid w:val="00B408B9"/>
  </w:style>
  <w:style w:type="paragraph" w:customStyle="1" w:styleId="04A2D62DDBE541AF8B415AACFB079415">
    <w:name w:val="04A2D62DDBE541AF8B415AACFB079415"/>
    <w:rsid w:val="00B408B9"/>
  </w:style>
  <w:style w:type="paragraph" w:customStyle="1" w:styleId="FA432F5B69ED40299C41DF431C17F9EC">
    <w:name w:val="FA432F5B69ED40299C41DF431C17F9EC"/>
    <w:rsid w:val="00B408B9"/>
  </w:style>
  <w:style w:type="paragraph" w:customStyle="1" w:styleId="B4AC6603347247F08DF5311D36FE8687">
    <w:name w:val="B4AC6603347247F08DF5311D36FE8687"/>
    <w:rsid w:val="00B408B9"/>
  </w:style>
  <w:style w:type="paragraph" w:customStyle="1" w:styleId="D0FFD6395EA04E50AA17E6EB16A1D7F5">
    <w:name w:val="D0FFD6395EA04E50AA17E6EB16A1D7F5"/>
    <w:rsid w:val="00B408B9"/>
  </w:style>
  <w:style w:type="paragraph" w:customStyle="1" w:styleId="DF69EC855F3C4036A86596993533E041">
    <w:name w:val="DF69EC855F3C4036A86596993533E041"/>
    <w:rsid w:val="00B408B9"/>
  </w:style>
  <w:style w:type="paragraph" w:customStyle="1" w:styleId="D3BE9BDD907247B6A5928F9B9154324A">
    <w:name w:val="D3BE9BDD907247B6A5928F9B9154324A"/>
    <w:rsid w:val="00B408B9"/>
  </w:style>
  <w:style w:type="paragraph" w:customStyle="1" w:styleId="86AB2A2ACBA646B1B9D7A334A2D24950">
    <w:name w:val="86AB2A2ACBA646B1B9D7A334A2D24950"/>
    <w:rsid w:val="00B408B9"/>
  </w:style>
  <w:style w:type="paragraph" w:customStyle="1" w:styleId="561BD2833E6744188D1FDD0F0DA2F9ED">
    <w:name w:val="561BD2833E6744188D1FDD0F0DA2F9ED"/>
    <w:rsid w:val="00B408B9"/>
  </w:style>
  <w:style w:type="paragraph" w:customStyle="1" w:styleId="94FAD74788444DAEB16FF0AA0AB90E76">
    <w:name w:val="94FAD74788444DAEB16FF0AA0AB90E76"/>
    <w:rsid w:val="00B408B9"/>
  </w:style>
  <w:style w:type="paragraph" w:customStyle="1" w:styleId="BE57892C18904497BF452404463A521D">
    <w:name w:val="BE57892C18904497BF452404463A521D"/>
    <w:rsid w:val="00B408B9"/>
  </w:style>
  <w:style w:type="paragraph" w:customStyle="1" w:styleId="02A09045E5874F8B81D589DD6CBE5013">
    <w:name w:val="02A09045E5874F8B81D589DD6CBE5013"/>
    <w:rsid w:val="00B408B9"/>
  </w:style>
  <w:style w:type="paragraph" w:customStyle="1" w:styleId="C9E7CD00023249378271C0DEC1FAD239">
    <w:name w:val="C9E7CD00023249378271C0DEC1FAD239"/>
    <w:rsid w:val="00B408B9"/>
  </w:style>
  <w:style w:type="paragraph" w:customStyle="1" w:styleId="0CF012567C5F488FB7D1D6D65D9D8F51">
    <w:name w:val="0CF012567C5F488FB7D1D6D65D9D8F51"/>
    <w:rsid w:val="00B408B9"/>
  </w:style>
  <w:style w:type="paragraph" w:customStyle="1" w:styleId="3A25DA7D90E84E43B6C21BB83E843834">
    <w:name w:val="3A25DA7D90E84E43B6C21BB83E843834"/>
    <w:rsid w:val="00B408B9"/>
  </w:style>
  <w:style w:type="paragraph" w:customStyle="1" w:styleId="82D593B7DE0244AE88401D5B60107582">
    <w:name w:val="82D593B7DE0244AE88401D5B60107582"/>
    <w:rsid w:val="00B408B9"/>
  </w:style>
  <w:style w:type="paragraph" w:customStyle="1" w:styleId="FA8705FBFB4B4B199627E6ADB924159F">
    <w:name w:val="FA8705FBFB4B4B199627E6ADB924159F"/>
    <w:rsid w:val="00B408B9"/>
  </w:style>
  <w:style w:type="paragraph" w:customStyle="1" w:styleId="BD2AA4880E4B47CCA4C3639F6A51A975">
    <w:name w:val="BD2AA4880E4B47CCA4C3639F6A51A975"/>
    <w:rsid w:val="00B408B9"/>
  </w:style>
  <w:style w:type="paragraph" w:customStyle="1" w:styleId="95A08397F8C34D449CE9650852B8A77E">
    <w:name w:val="95A08397F8C34D449CE9650852B8A77E"/>
    <w:rsid w:val="00B408B9"/>
  </w:style>
  <w:style w:type="paragraph" w:customStyle="1" w:styleId="2F56B35258524F4B8C2F21227B03B92A">
    <w:name w:val="2F56B35258524F4B8C2F21227B03B92A"/>
    <w:rsid w:val="00B408B9"/>
  </w:style>
  <w:style w:type="paragraph" w:customStyle="1" w:styleId="4CA3B5FDA69046ACA0839D4B45592792">
    <w:name w:val="4CA3B5FDA69046ACA0839D4B45592792"/>
    <w:rsid w:val="00B408B9"/>
  </w:style>
  <w:style w:type="paragraph" w:customStyle="1" w:styleId="F3DD32B2ECEB48019FAAB472F2E6F25F">
    <w:name w:val="F3DD32B2ECEB48019FAAB472F2E6F25F"/>
    <w:rsid w:val="00B408B9"/>
  </w:style>
  <w:style w:type="paragraph" w:customStyle="1" w:styleId="7C4CC16D07BF4B6B8DD8B25C1AB1D1D5">
    <w:name w:val="7C4CC16D07BF4B6B8DD8B25C1AB1D1D5"/>
    <w:rsid w:val="00B408B9"/>
  </w:style>
  <w:style w:type="paragraph" w:customStyle="1" w:styleId="C4434E9E1E8F4D87BE38E6094D3168E0">
    <w:name w:val="C4434E9E1E8F4D87BE38E6094D3168E0"/>
    <w:rsid w:val="00B408B9"/>
  </w:style>
  <w:style w:type="paragraph" w:customStyle="1" w:styleId="488F1FD03895455CA17E15CD56BFD899">
    <w:name w:val="488F1FD03895455CA17E15CD56BFD899"/>
    <w:rsid w:val="00B408B9"/>
  </w:style>
  <w:style w:type="paragraph" w:customStyle="1" w:styleId="D962E35C42A8480FAA7096F809BC2078">
    <w:name w:val="D962E35C42A8480FAA7096F809BC2078"/>
    <w:rsid w:val="00B408B9"/>
  </w:style>
  <w:style w:type="paragraph" w:customStyle="1" w:styleId="74884D769A1649D18B768E3FDB9FAFA8">
    <w:name w:val="74884D769A1649D18B768E3FDB9FAFA8"/>
    <w:rsid w:val="00B408B9"/>
  </w:style>
  <w:style w:type="paragraph" w:customStyle="1" w:styleId="EB042A14D836483295EFBC218E9E7E4D">
    <w:name w:val="EB042A14D836483295EFBC218E9E7E4D"/>
    <w:rsid w:val="00B408B9"/>
  </w:style>
  <w:style w:type="paragraph" w:customStyle="1" w:styleId="1572261B4FAA4C219BA1F08D5C6862DA">
    <w:name w:val="1572261B4FAA4C219BA1F08D5C6862DA"/>
    <w:rsid w:val="00B408B9"/>
  </w:style>
  <w:style w:type="paragraph" w:customStyle="1" w:styleId="DB5B5EC01A2A4C77B6D0433AEE399EE7">
    <w:name w:val="DB5B5EC01A2A4C77B6D0433AEE399EE7"/>
    <w:rsid w:val="00B408B9"/>
  </w:style>
  <w:style w:type="paragraph" w:customStyle="1" w:styleId="7D4AE9F84AF149F49466995EB73418D6">
    <w:name w:val="7D4AE9F84AF149F49466995EB73418D6"/>
    <w:rsid w:val="00B408B9"/>
  </w:style>
  <w:style w:type="paragraph" w:customStyle="1" w:styleId="F1AAFBAD1D6B4260B89A152E7CD1FD11">
    <w:name w:val="F1AAFBAD1D6B4260B89A152E7CD1FD11"/>
    <w:rsid w:val="00B408B9"/>
  </w:style>
  <w:style w:type="paragraph" w:customStyle="1" w:styleId="039E1A898D8F4797A422C2E361D04E7F">
    <w:name w:val="039E1A898D8F4797A422C2E361D04E7F"/>
    <w:rsid w:val="00B408B9"/>
  </w:style>
  <w:style w:type="paragraph" w:customStyle="1" w:styleId="39AC0809E7834AB09D13F14F118667FF">
    <w:name w:val="39AC0809E7834AB09D13F14F118667FF"/>
    <w:rsid w:val="00B408B9"/>
  </w:style>
  <w:style w:type="paragraph" w:customStyle="1" w:styleId="53B1BA82D9164726A5B0129B8289FBA2">
    <w:name w:val="53B1BA82D9164726A5B0129B8289FBA2"/>
    <w:rsid w:val="00B408B9"/>
  </w:style>
  <w:style w:type="paragraph" w:customStyle="1" w:styleId="6D39099C8C1C4B2DBE6BB34C09D55334">
    <w:name w:val="6D39099C8C1C4B2DBE6BB34C09D55334"/>
    <w:rsid w:val="00B408B9"/>
  </w:style>
  <w:style w:type="paragraph" w:customStyle="1" w:styleId="1B29A0735A024C808C8864B8054AE05F">
    <w:name w:val="1B29A0735A024C808C8864B8054AE05F"/>
    <w:rsid w:val="00B408B9"/>
  </w:style>
  <w:style w:type="paragraph" w:customStyle="1" w:styleId="4E26EF64943246CCBAE8AFA19B6E35BE">
    <w:name w:val="4E26EF64943246CCBAE8AFA19B6E35BE"/>
    <w:rsid w:val="00B408B9"/>
  </w:style>
  <w:style w:type="paragraph" w:customStyle="1" w:styleId="CA6E464A1330460DBE8A8C2678A58C48">
    <w:name w:val="CA6E464A1330460DBE8A8C2678A58C48"/>
    <w:rsid w:val="00B408B9"/>
  </w:style>
  <w:style w:type="paragraph" w:customStyle="1" w:styleId="096CB30024DB476298C8C1D1C0F5022E">
    <w:name w:val="096CB30024DB476298C8C1D1C0F5022E"/>
    <w:rsid w:val="00B408B9"/>
  </w:style>
  <w:style w:type="paragraph" w:customStyle="1" w:styleId="8BC47A0879394463A2ACF3D6D9D28166">
    <w:name w:val="8BC47A0879394463A2ACF3D6D9D28166"/>
    <w:rsid w:val="00B408B9"/>
  </w:style>
  <w:style w:type="paragraph" w:customStyle="1" w:styleId="1E04322902A44D48AB5429CDA91C7AD7">
    <w:name w:val="1E04322902A44D48AB5429CDA91C7AD7"/>
    <w:rsid w:val="00B408B9"/>
  </w:style>
  <w:style w:type="paragraph" w:customStyle="1" w:styleId="297DBC76275D4CA58BDF08DA0C183ABA">
    <w:name w:val="297DBC76275D4CA58BDF08DA0C183ABA"/>
    <w:rsid w:val="00B408B9"/>
  </w:style>
  <w:style w:type="paragraph" w:customStyle="1" w:styleId="B241696FE9E2497FA801CFFE93CAB960">
    <w:name w:val="B241696FE9E2497FA801CFFE93CAB960"/>
    <w:rsid w:val="00B408B9"/>
  </w:style>
  <w:style w:type="paragraph" w:customStyle="1" w:styleId="112C08D916C246B98EE21681A7E63C9B">
    <w:name w:val="112C08D916C246B98EE21681A7E63C9B"/>
    <w:rsid w:val="00B408B9"/>
  </w:style>
  <w:style w:type="paragraph" w:customStyle="1" w:styleId="301CCB097A964F6897C3A405E0E5CF9F">
    <w:name w:val="301CCB097A964F6897C3A405E0E5CF9F"/>
    <w:rsid w:val="00B408B9"/>
  </w:style>
  <w:style w:type="paragraph" w:customStyle="1" w:styleId="D3A8CDE11C6C40A88DABD4B370E48B18">
    <w:name w:val="D3A8CDE11C6C40A88DABD4B370E48B18"/>
    <w:rsid w:val="00B408B9"/>
  </w:style>
  <w:style w:type="paragraph" w:customStyle="1" w:styleId="F64C20D3D1B342199D80C288BE014A7F">
    <w:name w:val="F64C20D3D1B342199D80C288BE014A7F"/>
    <w:rsid w:val="00B408B9"/>
  </w:style>
  <w:style w:type="paragraph" w:customStyle="1" w:styleId="729D22C8321B4AF3AA6951878968AA26">
    <w:name w:val="729D22C8321B4AF3AA6951878968AA26"/>
    <w:rsid w:val="00B408B9"/>
  </w:style>
  <w:style w:type="paragraph" w:customStyle="1" w:styleId="A8E4B2DFC7034976A31D3DD5623475F0">
    <w:name w:val="A8E4B2DFC7034976A31D3DD5623475F0"/>
    <w:rsid w:val="00B408B9"/>
  </w:style>
  <w:style w:type="paragraph" w:customStyle="1" w:styleId="30DBE8F71CCD4FF3B2D02C421EF047F1">
    <w:name w:val="30DBE8F71CCD4FF3B2D02C421EF047F1"/>
    <w:rsid w:val="00B408B9"/>
  </w:style>
  <w:style w:type="paragraph" w:customStyle="1" w:styleId="955F74546F4444529E8CE9F1D91C8954">
    <w:name w:val="955F74546F4444529E8CE9F1D91C8954"/>
    <w:rsid w:val="00B408B9"/>
  </w:style>
  <w:style w:type="paragraph" w:customStyle="1" w:styleId="F2A698A5CFFF4184A7700480BFB2798E">
    <w:name w:val="F2A698A5CFFF4184A7700480BFB2798E"/>
    <w:rsid w:val="00B408B9"/>
  </w:style>
  <w:style w:type="paragraph" w:customStyle="1" w:styleId="64879AE5F46D43DAA1617E9400D69251">
    <w:name w:val="64879AE5F46D43DAA1617E9400D69251"/>
    <w:rsid w:val="00B408B9"/>
  </w:style>
  <w:style w:type="paragraph" w:customStyle="1" w:styleId="91E21923B3094A1C910B959AFAC8EAF1">
    <w:name w:val="91E21923B3094A1C910B959AFAC8EAF1"/>
    <w:rsid w:val="00B408B9"/>
  </w:style>
  <w:style w:type="paragraph" w:customStyle="1" w:styleId="D681B3D945824F06B9610531DEF5E5CF">
    <w:name w:val="D681B3D945824F06B9610531DEF5E5CF"/>
    <w:rsid w:val="00B408B9"/>
  </w:style>
  <w:style w:type="paragraph" w:customStyle="1" w:styleId="0BC3D133DA784F8CB3AB3A69664AE2D2">
    <w:name w:val="0BC3D133DA784F8CB3AB3A69664AE2D2"/>
    <w:rsid w:val="00B408B9"/>
  </w:style>
  <w:style w:type="paragraph" w:customStyle="1" w:styleId="8235402AA2494E7B9F48E6392597F2F3">
    <w:name w:val="8235402AA2494E7B9F48E6392597F2F3"/>
    <w:rsid w:val="00B408B9"/>
  </w:style>
  <w:style w:type="paragraph" w:customStyle="1" w:styleId="3A01A787DDFA40228AB7C01F78A9335A">
    <w:name w:val="3A01A787DDFA40228AB7C01F78A9335A"/>
    <w:rsid w:val="00B408B9"/>
  </w:style>
  <w:style w:type="paragraph" w:customStyle="1" w:styleId="3FC0D19EB16D4989906BB9ABA2EEAC0B">
    <w:name w:val="3FC0D19EB16D4989906BB9ABA2EEAC0B"/>
    <w:rsid w:val="00B408B9"/>
  </w:style>
  <w:style w:type="paragraph" w:customStyle="1" w:styleId="F2F616D4C23741B6B6315A1EFAA7F313">
    <w:name w:val="F2F616D4C23741B6B6315A1EFAA7F313"/>
    <w:rsid w:val="00B408B9"/>
  </w:style>
  <w:style w:type="paragraph" w:customStyle="1" w:styleId="114FC94F24E2472BBDA4747F476B3392">
    <w:name w:val="114FC94F24E2472BBDA4747F476B3392"/>
    <w:rsid w:val="00B408B9"/>
  </w:style>
  <w:style w:type="paragraph" w:customStyle="1" w:styleId="24E9A8C60D9246E7B83ADE92F342BAA7">
    <w:name w:val="24E9A8C60D9246E7B83ADE92F342BAA7"/>
    <w:rsid w:val="00B408B9"/>
  </w:style>
  <w:style w:type="paragraph" w:customStyle="1" w:styleId="9C8FA96B68014E9F932818EEAE18B576">
    <w:name w:val="9C8FA96B68014E9F932818EEAE18B576"/>
    <w:rsid w:val="00B408B9"/>
  </w:style>
  <w:style w:type="paragraph" w:customStyle="1" w:styleId="BECF0BB71C61480AB2AB1EC4E2C4B5A8">
    <w:name w:val="BECF0BB71C61480AB2AB1EC4E2C4B5A8"/>
    <w:rsid w:val="00B408B9"/>
  </w:style>
  <w:style w:type="paragraph" w:customStyle="1" w:styleId="7508669DCF08427AA363C066DB0A3BBE">
    <w:name w:val="7508669DCF08427AA363C066DB0A3BBE"/>
    <w:rsid w:val="00B408B9"/>
  </w:style>
  <w:style w:type="paragraph" w:customStyle="1" w:styleId="F513A6C353814BB0A73DF97C5D2400A1">
    <w:name w:val="F513A6C353814BB0A73DF97C5D2400A1"/>
    <w:rsid w:val="00B408B9"/>
  </w:style>
  <w:style w:type="paragraph" w:customStyle="1" w:styleId="8DE70AB8AA354DA5B9C695E06EC25B41">
    <w:name w:val="8DE70AB8AA354DA5B9C695E06EC25B41"/>
    <w:rsid w:val="00B408B9"/>
  </w:style>
  <w:style w:type="paragraph" w:customStyle="1" w:styleId="96E8B295ED6445E0BA009D7868364B52">
    <w:name w:val="96E8B295ED6445E0BA009D7868364B52"/>
    <w:rsid w:val="00B408B9"/>
  </w:style>
  <w:style w:type="paragraph" w:customStyle="1" w:styleId="55926B4BC85C42289B1F5CD89710C0F4">
    <w:name w:val="55926B4BC85C42289B1F5CD89710C0F4"/>
    <w:rsid w:val="00B408B9"/>
  </w:style>
  <w:style w:type="paragraph" w:customStyle="1" w:styleId="624FBCDB94784C458BEAB64FA81F1309">
    <w:name w:val="624FBCDB94784C458BEAB64FA81F1309"/>
    <w:rsid w:val="00B408B9"/>
  </w:style>
  <w:style w:type="paragraph" w:customStyle="1" w:styleId="A47D2D2E7C074792B0FEE53E6E818595">
    <w:name w:val="A47D2D2E7C074792B0FEE53E6E818595"/>
    <w:rsid w:val="00B408B9"/>
  </w:style>
  <w:style w:type="paragraph" w:customStyle="1" w:styleId="69D847675BA94D4580484D231E41D70B">
    <w:name w:val="69D847675BA94D4580484D231E41D70B"/>
    <w:rsid w:val="00B408B9"/>
  </w:style>
  <w:style w:type="paragraph" w:customStyle="1" w:styleId="76A1714BDED5469CAB05BBC10A8631E0">
    <w:name w:val="76A1714BDED5469CAB05BBC10A8631E0"/>
    <w:rsid w:val="00B408B9"/>
  </w:style>
  <w:style w:type="paragraph" w:customStyle="1" w:styleId="D061FE2F293C49CB997AA70E2001ABA1">
    <w:name w:val="D061FE2F293C49CB997AA70E2001ABA1"/>
    <w:rsid w:val="00B408B9"/>
  </w:style>
  <w:style w:type="paragraph" w:customStyle="1" w:styleId="3362F96850704CA2B3C74CB2448C741B">
    <w:name w:val="3362F96850704CA2B3C74CB2448C741B"/>
    <w:rsid w:val="00B408B9"/>
  </w:style>
  <w:style w:type="paragraph" w:customStyle="1" w:styleId="D7F033EABA054731B904FE9570810D271">
    <w:name w:val="D7F033EABA054731B904FE9570810D27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7CB3C954B954CECAEE360699449829E1">
    <w:name w:val="E7CB3C954B954CECAEE360699449829E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7875D5E0D334D6CBB49C36923DE55031">
    <w:name w:val="D7875D5E0D334D6CBB49C36923DE5503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713C3E49D242B5BA48030AFFA6DA331">
    <w:name w:val="73713C3E49D242B5BA48030AFFA6DA33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B947DAC46834569A3C244F22E079A812">
    <w:name w:val="9B947DAC46834569A3C244F22E079A81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4C1B4916C8543D4911CC78BBE39700C2">
    <w:name w:val="54C1B4916C8543D4911CC78BBE39700C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B9CD563A76C4593AA0BAA2955558D012">
    <w:name w:val="DB9CD563A76C4593AA0BAA2955558D01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B73494AF62B4716B0AF45150F6AAFAD2">
    <w:name w:val="9B73494AF62B4716B0AF45150F6AAFAD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DADE95D4EDB4771845A99A0BD34B7C82">
    <w:name w:val="BDADE95D4EDB4771845A99A0BD34B7C8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3016230BF5F411884A80DD6D1BC30342">
    <w:name w:val="83016230BF5F411884A80DD6D1BC3034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E37012969B74FBF81E9738932375C0B2">
    <w:name w:val="1E37012969B74FBF81E9738932375C0B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8A27D2A87A54E5A9664046EA5DED4352">
    <w:name w:val="D8A27D2A87A54E5A9664046EA5DED435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5178C6BCB254291A6885817798801962">
    <w:name w:val="E5178C6BCB254291A688581779880196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8392601828E476BBE569F2C87B10F222">
    <w:name w:val="B8392601828E476BBE569F2C87B10F22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02861AB04074E7FAD074679307630592">
    <w:name w:val="E02861AB04074E7FAD07467930763059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C5828C829A644EDAAB86A44FB8D14352">
    <w:name w:val="9C5828C829A644EDAAB86A44FB8D1435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194AB142FF14B63AC8E8EEED97DF3882">
    <w:name w:val="B194AB142FF14B63AC8E8EEED97DF388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B119E0C54CE4E30925536422B47A7D42">
    <w:name w:val="0B119E0C54CE4E30925536422B47A7D4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265260081748E8B8711B8CC69BE8E12">
    <w:name w:val="3D265260081748E8B8711B8CC69BE8E1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A8CA83F471C42C0B3C4C4AF0F282C312">
    <w:name w:val="EA8CA83F471C42C0B3C4C4AF0F282C31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FFFD3BA996B47DC8C13A4FB2F72EF3C2">
    <w:name w:val="1FFFD3BA996B47DC8C13A4FB2F72EF3C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41EF5691D2D4B46ABEB0AC5E48E36B72">
    <w:name w:val="141EF5691D2D4B46ABEB0AC5E48E36B7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01932FB09EF491089540EC3F2A3984B2">
    <w:name w:val="901932FB09EF491089540EC3F2A3984B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5B9F14EB6F24501BA6D0DBA4A33EB4A2">
    <w:name w:val="A5B9F14EB6F24501BA6D0DBA4A33EB4A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8EA27107B6841828C7B54524A9816DE2">
    <w:name w:val="E8EA27107B6841828C7B54524A9816DE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3EDA1D0D7F496C82FEFFBA5ECE309F2">
    <w:name w:val="A43EDA1D0D7F496C82FEFFBA5ECE309F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BEEADD81AE42808D46EE37AB3E06322">
    <w:name w:val="4BBEEADD81AE42808D46EE37AB3E0632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2F1456CA8D3464796D146C693E0F3EC2">
    <w:name w:val="22F1456CA8D3464796D146C693E0F3EC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A6E85BF147543DFA0EB15880A57FDE52">
    <w:name w:val="9A6E85BF147543DFA0EB15880A57FDE5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78FE731A1F34ACB80E166BE364326632">
    <w:name w:val="278FE731A1F34ACB80E166BE36432663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2FF4CA11794B8A841DB2220DF10EA64">
    <w:name w:val="872FF4CA11794B8A841DB2220DF10EA64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97BD512F134974B65EC5CE1A1FFA5C4">
    <w:name w:val="4E97BD512F134974B65EC5CE1A1FFA5C4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C24FC1DD4E4C25906C3761C0E444F24">
    <w:name w:val="43C24FC1DD4E4C25906C3761C0E444F24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5B51F8A20C49259CB13015EB1213894">
    <w:name w:val="6E5B51F8A20C49259CB13015EB1213894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A81B7FEB124004A04A95F11ADBD7A74">
    <w:name w:val="ACA81B7FEB124004A04A95F11ADBD7A74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F5175B57004446843F4F317C13BE7C4">
    <w:name w:val="E3F5175B57004446843F4F317C13BE7C4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2E25C8BD59485F83A4E1A3EB66C1CA4">
    <w:name w:val="6E2E25C8BD59485F83A4E1A3EB66C1CA4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CADD3637F3476CAEF2795719E307AF4">
    <w:name w:val="74CADD3637F3476CAEF2795719E307AF4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935A77361C49E8BE3D0CEB8289FF302">
    <w:name w:val="87935A77361C49E8BE3D0CEB8289FF30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677F8DD6DBC419B927DEF1A4CD0D1172">
    <w:name w:val="F677F8DD6DBC419B927DEF1A4CD0D117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11596F2DB214405AA793CB9B18B724F2">
    <w:name w:val="911596F2DB214405AA793CB9B18B724F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75572FA3D8D489392B98FA96A2B07552">
    <w:name w:val="975572FA3D8D489392B98FA96A2B0755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251ED30FF874C08B5EB809DBED3FE102">
    <w:name w:val="B251ED30FF874C08B5EB809DBED3FE10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21BAA38AAFA4DF78B54CB546EFCEF1F2">
    <w:name w:val="021BAA38AAFA4DF78B54CB546EFCEF1F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A403EA876EC42B5B7ADED72B08FE5ED2">
    <w:name w:val="4A403EA876EC42B5B7ADED72B08FE5ED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3F166200D240A387CCAFB462AAEFFE1">
    <w:name w:val="6E3F166200D240A387CCAFB462AAEFFE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2992BC207B047BB96A0330CCFB771921">
    <w:name w:val="A2992BC207B047BB96A0330CCFB77192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4BAD722167A40A3B4F4FA0C3C48CBA01">
    <w:name w:val="C4BAD722167A40A3B4F4FA0C3C48CBA0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AC91ED6211049F08FC3FC297023A08F1">
    <w:name w:val="3AC91ED6211049F08FC3FC297023A08F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BB3768259F443A7BB1A5BCAF2AACC741">
    <w:name w:val="3BB3768259F443A7BB1A5BCAF2AACC74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6075EE477B74C4E8AD7E9DCF581188D1">
    <w:name w:val="76075EE477B74C4E8AD7E9DCF581188D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3DDB9D4D2264E90885CD422AF25736C1">
    <w:name w:val="83DDB9D4D2264E90885CD422AF25736C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550C26F5A340B6830F1C9E73CF21981">
    <w:name w:val="66550C26F5A340B6830F1C9E73CF2198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4DB0A54FAD042769704BE3A4D9744221">
    <w:name w:val="B4DB0A54FAD042769704BE3A4D974422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F6F0383F2664C4A930E9C08F887EB8D1">
    <w:name w:val="EF6F0383F2664C4A930E9C08F887EB8D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5531F7ED0974272AB0DBEFAF1564F941">
    <w:name w:val="B5531F7ED0974272AB0DBEFAF1564F94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4A2D62DDBE541AF8B415AACFB0794151">
    <w:name w:val="04A2D62DDBE541AF8B415AACFB079415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A432F5B69ED40299C41DF431C17F9EC1">
    <w:name w:val="FA432F5B69ED40299C41DF431C17F9EC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4AC6603347247F08DF5311D36FE86871">
    <w:name w:val="B4AC6603347247F08DF5311D36FE8687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F69EC855F3C4036A86596993533E0411">
    <w:name w:val="DF69EC855F3C4036A86596993533E041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3BE9BDD907247B6A5928F9B9154324A1">
    <w:name w:val="D3BE9BDD907247B6A5928F9B9154324A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6AB2A2ACBA646B1B9D7A334A2D249501">
    <w:name w:val="86AB2A2ACBA646B1B9D7A334A2D24950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61BD2833E6744188D1FDD0F0DA2F9ED1">
    <w:name w:val="561BD2833E6744188D1FDD0F0DA2F9ED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4FAD74788444DAEB16FF0AA0AB90E761">
    <w:name w:val="94FAD74788444DAEB16FF0AA0AB90E76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E57892C18904497BF452404463A521D1">
    <w:name w:val="BE57892C18904497BF452404463A521D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2A09045E5874F8B81D589DD6CBE50131">
    <w:name w:val="02A09045E5874F8B81D589DD6CBE5013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CF012567C5F488FB7D1D6D65D9D8F511">
    <w:name w:val="0CF012567C5F488FB7D1D6D65D9D8F51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A25DA7D90E84E43B6C21BB83E8438341">
    <w:name w:val="3A25DA7D90E84E43B6C21BB83E843834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2D593B7DE0244AE88401D5B601075821">
    <w:name w:val="82D593B7DE0244AE88401D5B60107582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A8705FBFB4B4B199627E6ADB924159F1">
    <w:name w:val="FA8705FBFB4B4B199627E6ADB924159F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D2AA4880E4B47CCA4C3639F6A51A9751">
    <w:name w:val="BD2AA4880E4B47CCA4C3639F6A51A975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5A08397F8C34D449CE9650852B8A77E1">
    <w:name w:val="95A08397F8C34D449CE9650852B8A77E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F56B35258524F4B8C2F21227B03B92A1">
    <w:name w:val="2F56B35258524F4B8C2F21227B03B92A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1DE99548DEC4BBEA6AF756FCECE2B252">
    <w:name w:val="F1DE99548DEC4BBEA6AF756FCECE2B25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80CC0DC25174CE3A08066E5B8957E062">
    <w:name w:val="080CC0DC25174CE3A08066E5B8957E06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C3DCC846B7E4CC2AD840BD80E81892B2">
    <w:name w:val="7C3DCC846B7E4CC2AD840BD80E81892B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812EEA19BCD441CAC6AC017D01ED9872">
    <w:name w:val="E812EEA19BCD441CAC6AC017D01ED987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3C26313A8B43CEA7A623A4F7AA14762">
    <w:name w:val="B93C26313A8B43CEA7A623A4F7AA1476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DB15D28509F46FC857530BD391C95FC2">
    <w:name w:val="EDB15D28509F46FC857530BD391C95FC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27D0ADD598D4CB5A0E0486488F112112">
    <w:name w:val="227D0ADD598D4CB5A0E0486488F11211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3DD32B2ECEB48019FAAB472F2E6F25F1">
    <w:name w:val="F3DD32B2ECEB48019FAAB472F2E6F25F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C4CC16D07BF4B6B8DD8B25C1AB1D1D51">
    <w:name w:val="7C4CC16D07BF4B6B8DD8B25C1AB1D1D5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4434E9E1E8F4D87BE38E6094D3168E01">
    <w:name w:val="C4434E9E1E8F4D87BE38E6094D3168E0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88F1FD03895455CA17E15CD56BFD8991">
    <w:name w:val="488F1FD03895455CA17E15CD56BFD899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962E35C42A8480FAA7096F809BC20781">
    <w:name w:val="D962E35C42A8480FAA7096F809BC2078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884D769A1649D18B768E3FDB9FAFA81">
    <w:name w:val="74884D769A1649D18B768E3FDB9FAFA8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B042A14D836483295EFBC218E9E7E4D1">
    <w:name w:val="EB042A14D836483295EFBC218E9E7E4D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B5B5EC01A2A4C77B6D0433AEE399EE71">
    <w:name w:val="DB5B5EC01A2A4C77B6D0433AEE399EE7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4AE9F84AF149F49466995EB73418D61">
    <w:name w:val="7D4AE9F84AF149F49466995EB73418D6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1AAFBAD1D6B4260B89A152E7CD1FD111">
    <w:name w:val="F1AAFBAD1D6B4260B89A152E7CD1FD11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39E1A898D8F4797A422C2E361D04E7F1">
    <w:name w:val="039E1A898D8F4797A422C2E361D04E7F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9AC0809E7834AB09D13F14F118667FF1">
    <w:name w:val="39AC0809E7834AB09D13F14F118667FF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3B1BA82D9164726A5B0129B8289FBA21">
    <w:name w:val="53B1BA82D9164726A5B0129B8289FBA2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D39099C8C1C4B2DBE6BB34C09D553341">
    <w:name w:val="6D39099C8C1C4B2DBE6BB34C09D55334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26EF64943246CCBAE8AFA19B6E35BE1">
    <w:name w:val="4E26EF64943246CCBAE8AFA19B6E35BE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6E464A1330460DBE8A8C2678A58C481">
    <w:name w:val="CA6E464A1330460DBE8A8C2678A58C48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6CB30024DB476298C8C1D1C0F5022E1">
    <w:name w:val="096CB30024DB476298C8C1D1C0F5022E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BC47A0879394463A2ACF3D6D9D281661">
    <w:name w:val="8BC47A0879394463A2ACF3D6D9D28166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E04322902A44D48AB5429CDA91C7AD71">
    <w:name w:val="1E04322902A44D48AB5429CDA91C7AD7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97DBC76275D4CA58BDF08DA0C183ABA1">
    <w:name w:val="297DBC76275D4CA58BDF08DA0C183ABA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241696FE9E2497FA801CFFE93CAB9601">
    <w:name w:val="B241696FE9E2497FA801CFFE93CAB960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01CCB097A964F6897C3A405E0E5CF9F1">
    <w:name w:val="301CCB097A964F6897C3A405E0E5CF9F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3A8CDE11C6C40A88DABD4B370E48B181">
    <w:name w:val="D3A8CDE11C6C40A88DABD4B370E48B18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64C20D3D1B342199D80C288BE014A7F1">
    <w:name w:val="F64C20D3D1B342199D80C288BE014A7F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29D22C8321B4AF3AA6951878968AA261">
    <w:name w:val="729D22C8321B4AF3AA6951878968AA26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8E4B2DFC7034976A31D3DD5623475F01">
    <w:name w:val="A8E4B2DFC7034976A31D3DD5623475F0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0DBE8F71CCD4FF3B2D02C421EF047F11">
    <w:name w:val="30DBE8F71CCD4FF3B2D02C421EF047F1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55F74546F4444529E8CE9F1D91C89541">
    <w:name w:val="955F74546F4444529E8CE9F1D91C8954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5557496E45406A9E43DBA1AEB18EFF2">
    <w:name w:val="985557496E45406A9E43DBA1AEB18EFF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CC1599B5860422AB1D15CA0E1FA3D7C2">
    <w:name w:val="9CC1599B5860422AB1D15CA0E1FA3D7C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B63598560234098B2B26EF7CC96F2852">
    <w:name w:val="0B63598560234098B2B26EF7CC96F285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80D63A636A4F6FAA551553AC1AF4412">
    <w:name w:val="5C80D63A636A4F6FAA551553AC1AF441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9785DA788F348BDA7F0946F1FB4EF432">
    <w:name w:val="F9785DA788F348BDA7F0946F1FB4EF432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4879AE5F46D43DAA1617E9400D692511">
    <w:name w:val="64879AE5F46D43DAA1617E9400D69251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1E21923B3094A1C910B959AFAC8EAF11">
    <w:name w:val="91E21923B3094A1C910B959AFAC8EAF1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681B3D945824F06B9610531DEF5E5CF1">
    <w:name w:val="D681B3D945824F06B9610531DEF5E5CF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BC3D133DA784F8CB3AB3A69664AE2D21">
    <w:name w:val="0BC3D133DA784F8CB3AB3A69664AE2D2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235402AA2494E7B9F48E6392597F2F31">
    <w:name w:val="8235402AA2494E7B9F48E6392597F2F3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FC0D19EB16D4989906BB9ABA2EEAC0B1">
    <w:name w:val="3FC0D19EB16D4989906BB9ABA2EEAC0B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2F616D4C23741B6B6315A1EFAA7F3131">
    <w:name w:val="F2F616D4C23741B6B6315A1EFAA7F313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14FC94F24E2472BBDA4747F476B33921">
    <w:name w:val="114FC94F24E2472BBDA4747F476B3392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4E9A8C60D9246E7B83ADE92F342BAA71">
    <w:name w:val="24E9A8C60D9246E7B83ADE92F342BAA7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C8FA96B68014E9F932818EEAE18B5761">
    <w:name w:val="9C8FA96B68014E9F932818EEAE18B576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08669DCF08427AA363C066DB0A3BBE1">
    <w:name w:val="7508669DCF08427AA363C066DB0A3BBE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513A6C353814BB0A73DF97C5D2400A11">
    <w:name w:val="F513A6C353814BB0A73DF97C5D2400A1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DE70AB8AA354DA5B9C695E06EC25B411">
    <w:name w:val="8DE70AB8AA354DA5B9C695E06EC25B41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6E8B295ED6445E0BA009D7868364B521">
    <w:name w:val="96E8B295ED6445E0BA009D7868364B52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926B4BC85C42289B1F5CD89710C0F41">
    <w:name w:val="55926B4BC85C42289B1F5CD89710C0F4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7D2D2E7C074792B0FEE53E6E8185951">
    <w:name w:val="A47D2D2E7C074792B0FEE53E6E818595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9D847675BA94D4580484D231E41D70B1">
    <w:name w:val="69D847675BA94D4580484D231E41D70B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6A1714BDED5469CAB05BBC10A8631E01">
    <w:name w:val="76A1714BDED5469CAB05BBC10A8631E0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061FE2F293C49CB997AA70E2001ABA11">
    <w:name w:val="D061FE2F293C49CB997AA70E2001ABA1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362F96850704CA2B3C74CB2448C741B1">
    <w:name w:val="3362F96850704CA2B3C74CB2448C741B1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90224EED5244A5AB46E15042D20BDA03">
    <w:name w:val="390224EED5244A5AB46E15042D20BDA0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603244F75C5480FA87A514243593D133">
    <w:name w:val="7603244F75C5480FA87A514243593D13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0D500639815407BA21A201D03AFAF663">
    <w:name w:val="50D500639815407BA21A201D03AFAF66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A759A0A9FF942D6905204C6BE6CEB823">
    <w:name w:val="AA759A0A9FF942D6905204C6BE6CEB82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3ABDFFD58244ABF96AEA637AAF6892E3">
    <w:name w:val="F3ABDFFD58244ABF96AEA637AAF6892E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1F796B39A1E40649B2D3A4285A1A9F63">
    <w:name w:val="51F796B39A1E40649B2D3A4285A1A9F6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CCACAAD3B44C94B678BF53D0558F633">
    <w:name w:val="C5CCACAAD3B44C94B678BF53D0558F63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4FD3C2429864C08BB2A71E3F1A0B6A53">
    <w:name w:val="14FD3C2429864C08BB2A71E3F1A0B6A5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BE7DDDF6CC04DD296BBFC5435529A673">
    <w:name w:val="2BE7DDDF6CC04DD296BBFC5435529A67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47E109354B24EC48C912D7264C42CC13">
    <w:name w:val="B47E109354B24EC48C912D7264C42CC1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B23F45D35114BC5A77EDA7DAFE6E0313">
    <w:name w:val="3B23F45D35114BC5A77EDA7DAFE6E031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EF30DA39637404BBD403E62A06B1D153">
    <w:name w:val="8EF30DA39637404BBD403E62A06B1D15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AFEDAFFD2DE49E3B5F88CE06172BEE03">
    <w:name w:val="DAFEDAFFD2DE49E3B5F88CE06172BEE0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129685E4AEC47398305EBABEE6257723">
    <w:name w:val="B129685E4AEC47398305EBABEE625772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64419C3E4B746B28AB83B54B6041EAC3">
    <w:name w:val="B64419C3E4B746B28AB83B54B6041EAC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FCD74C4B9CF417F814C50ED1BBD2AEA3">
    <w:name w:val="6FCD74C4B9CF417F814C50ED1BBD2AEA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ECB4442D1D4B388044AEE9B2D9A17E3">
    <w:name w:val="65ECB4442D1D4B388044AEE9B2D9A17E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B6CEFA0053422C9958D655342BB5B03">
    <w:name w:val="B9B6CEFA0053422C9958D655342BB5B0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5280F2192B74A5CA113E2F64C51F0493">
    <w:name w:val="D5280F2192B74A5CA113E2F64C51F049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9D3DA283CE64FB99DB99E080751AB883">
    <w:name w:val="79D3DA283CE64FB99DB99E080751AB88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62F16432B842D5AD71CBBC6956B8433">
    <w:name w:val="5262F16432B842D5AD71CBBC6956B843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B78E721E7924C31B1F0E1D0B25C81523">
    <w:name w:val="CB78E721E7924C31B1F0E1D0B25C8152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25EE1B0695E4A0E8BB498618F874AA93">
    <w:name w:val="E25EE1B0695E4A0E8BB498618F874AA9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D288DE8E88B435889452FFF14BD34133">
    <w:name w:val="9D288DE8E88B435889452FFF14BD3413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CB87B0F393641549C4AF31BBEDE1C293">
    <w:name w:val="0CB87B0F393641549C4AF31BBEDE1C29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61209B3971A4D0CBCF85520F69009473">
    <w:name w:val="561209B3971A4D0CBCF85520F6900947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E72EE54A7194AFB9FB4973FAA7B48953">
    <w:name w:val="EE72EE54A7194AFB9FB4973FAA7B4895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B03830A6E940D8B1396162C3D4A8153">
    <w:name w:val="FBB03830A6E940D8B1396162C3D4A815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59346B8202F4C9FACEEEDCCBEFA13B73">
    <w:name w:val="959346B8202F4C9FACEEEDCCBEFA13B7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C785B78A23849ABAE94F16243ABA5E53">
    <w:name w:val="1C785B78A23849ABAE94F16243ABA5E5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18D1E2F49814DBA97105797771BB4D23">
    <w:name w:val="A18D1E2F49814DBA97105797771BB4D2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08640AF77A6415A85F0C828BBE309333">
    <w:name w:val="D08640AF77A6415A85F0C828BBE30933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303D809EA5F4C4D8A7F8657E9190A703">
    <w:name w:val="1303D809EA5F4C4D8A7F8657E9190A70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32F230ABF4048CE8C1767167E8167F73">
    <w:name w:val="832F230ABF4048CE8C1767167E8167F7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D269A12FEF0461A8C2BB50AEBDB97C23">
    <w:name w:val="CD269A12FEF0461A8C2BB50AEBDB97C2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6595DFB00B04856A7EF6C5BAFF1A3403">
    <w:name w:val="56595DFB00B04856A7EF6C5BAFF1A3403"/>
    <w:rsid w:val="00B408B9"/>
    <w:pPr>
      <w:spacing w:after="200" w:line="276" w:lineRule="auto"/>
    </w:pPr>
    <w:rPr>
      <w:rFonts w:ascii="Calibri" w:hAnsi="Calibri"/>
      <w:kern w:val="0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15185260-356a-4f99-88cc-936cb4cb807e" xsi:nil="true"/>
    <g91b68ba74af4c7b983d18b6ea194a39 xmlns="503bbec5-b5d2-4817-b31a-e56cf96893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Training</TermName>
          <TermId xmlns="http://schemas.microsoft.com/office/infopath/2007/PartnerControls">d40a543f-cf93-4dd2-8e77-c73395edc57f</TermId>
        </TermInfo>
      </Terms>
    </g91b68ba74af4c7b983d18b6ea194a39>
    <TaxCatchAll xmlns="503bbec5-b5d2-4817-b31a-e56cf9689349">
      <Value>31</Value>
    </TaxCatchAll>
    <_ip_UnifiedCompliancePolicyProperties xmlns="http://schemas.microsoft.com/sharepoint/v3" xsi:nil="true"/>
    <Status xmlns="15185260-356a-4f99-88cc-936cb4cb807e" xsi:nil="true"/>
    <lcf76f155ced4ddcb4097134ff3c332f xmlns="15185260-356a-4f99-88cc-936cb4cb807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raining Document" ma:contentTypeID="0x010100E71D276AF3F30A40B0518270157AC0D12600A5CCBD870995834399D357334277DA3A" ma:contentTypeVersion="24" ma:contentTypeDescription="" ma:contentTypeScope="" ma:versionID="51cadf1560be46046a2c601411ceb66b">
  <xsd:schema xmlns:xsd="http://www.w3.org/2001/XMLSchema" xmlns:xs="http://www.w3.org/2001/XMLSchema" xmlns:p="http://schemas.microsoft.com/office/2006/metadata/properties" xmlns:ns1="http://schemas.microsoft.com/sharepoint/v3" xmlns:ns2="503bbec5-b5d2-4817-b31a-e56cf9689349" xmlns:ns3="15185260-356a-4f99-88cc-936cb4cb807e" targetNamespace="http://schemas.microsoft.com/office/2006/metadata/properties" ma:root="true" ma:fieldsID="e98f9ee26940bd46210317464be3b008" ns1:_="" ns2:_="" ns3:_="">
    <xsd:import namespace="http://schemas.microsoft.com/sharepoint/v3"/>
    <xsd:import namespace="503bbec5-b5d2-4817-b31a-e56cf9689349"/>
    <xsd:import namespace="15185260-356a-4f99-88cc-936cb4cb807e"/>
    <xsd:element name="properties">
      <xsd:complexType>
        <xsd:sequence>
          <xsd:element name="documentManagement">
            <xsd:complexType>
              <xsd:all>
                <xsd:element ref="ns2:g91b68ba74af4c7b983d18b6ea194a39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bbec5-b5d2-4817-b31a-e56cf9689349" elementFormDefault="qualified">
    <xsd:import namespace="http://schemas.microsoft.com/office/2006/documentManagement/types"/>
    <xsd:import namespace="http://schemas.microsoft.com/office/infopath/2007/PartnerControls"/>
    <xsd:element name="g91b68ba74af4c7b983d18b6ea194a39" ma:index="8" nillable="true" ma:taxonomy="true" ma:internalName="g91b68ba74af4c7b983d18b6ea194a39" ma:taxonomyFieldName="RCPITags" ma:displayName="RCPITags" ma:default="" ma:fieldId="{091b68ba-74af-4c7b-983d-18b6ea194a39}" ma:sspId="4072833a-2362-46d2-ac3f-3941ef26165a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6ce1868-fc46-45bc-9346-2acb2ee913c9}" ma:internalName="TaxCatchAll" ma:showField="CatchAllData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6ce1868-fc46-45bc-9346-2acb2ee913c9}" ma:internalName="TaxCatchAllLabel" ma:readOnly="true" ma:showField="CatchAllDataLabel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85260-356a-4f99-88cc-936cb4cb8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072833a-2362-46d2-ac3f-3941ef2616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ign-off status" ma:internalName="Sign_x002d_off_x0020_status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2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54CA12-5166-4609-8A53-2BCCA5AC11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9629276-5B18-41CF-8C69-4C941185745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6B19CF-EFB8-4F89-85DA-6B718D02C5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86A049-1A42-412E-8472-C0406E503CD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12</Pages>
  <Words>1903</Words>
  <Characters>10848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12726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Shivana Chandra</cp:lastModifiedBy>
  <cp:revision>5</cp:revision>
  <dcterms:created xsi:type="dcterms:W3CDTF">2026-09-07T12:48:00Z</dcterms:created>
  <dcterms:modified xsi:type="dcterms:W3CDTF">2026-09-10T12:34:00Z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bdc5c2-1ff9-4d01-9834-f86cda611682_Enabled">
    <vt:lpwstr>true</vt:lpwstr>
  </property>
  <property fmtid="{D5CDD505-2E9C-101B-9397-08002B2CF9AE}" pid="3" name="MSIP_Label_2ebdc5c2-1ff9-4d01-9834-f86cda611682_SetDate">
    <vt:lpwstr>2026-06-18T07:56:58Z</vt:lpwstr>
  </property>
  <property fmtid="{D5CDD505-2E9C-101B-9397-08002B2CF9AE}" pid="4" name="MSIP_Label_2ebdc5c2-1ff9-4d01-9834-f86cda611682_Method">
    <vt:lpwstr>Standard</vt:lpwstr>
  </property>
  <property fmtid="{D5CDD505-2E9C-101B-9397-08002B2CF9AE}" pid="5" name="MSIP_Label_2ebdc5c2-1ff9-4d01-9834-f86cda611682_Name">
    <vt:lpwstr>defa4170-0d19-0005-0004-bc88714345d2</vt:lpwstr>
  </property>
  <property fmtid="{D5CDD505-2E9C-101B-9397-08002B2CF9AE}" pid="6" name="MSIP_Label_2ebdc5c2-1ff9-4d01-9834-f86cda611682_SiteId">
    <vt:lpwstr>4bdbc99f-14d5-40ac-8220-5a85d6b6fe7d</vt:lpwstr>
  </property>
  <property fmtid="{D5CDD505-2E9C-101B-9397-08002B2CF9AE}" pid="7" name="MSIP_Label_2ebdc5c2-1ff9-4d01-9834-f86cda611682_ActionId">
    <vt:lpwstr>d6e18b85-d433-40c6-abd2-67d3e09077c0</vt:lpwstr>
  </property>
  <property fmtid="{D5CDD505-2E9C-101B-9397-08002B2CF9AE}" pid="8" name="MSIP_Label_2ebdc5c2-1ff9-4d01-9834-f86cda611682_ContentBits">
    <vt:lpwstr>0</vt:lpwstr>
  </property>
  <property fmtid="{D5CDD505-2E9C-101B-9397-08002B2CF9AE}" pid="9" name="MSIP_Label_2ebdc5c2-1ff9-4d01-9834-f86cda611682_Tag">
    <vt:lpwstr>10, 3, 0, 1</vt:lpwstr>
  </property>
  <property fmtid="{D5CDD505-2E9C-101B-9397-08002B2CF9AE}" pid="10" name="ContentTypeId">
    <vt:lpwstr>0x010100E71D276AF3F30A40B0518270157AC0D12600A5CCBD870995834399D357334277DA3A</vt:lpwstr>
  </property>
  <property fmtid="{D5CDD505-2E9C-101B-9397-08002B2CF9AE}" pid="11" name="MediaServiceImageTags">
    <vt:lpwstr/>
  </property>
  <property fmtid="{D5CDD505-2E9C-101B-9397-08002B2CF9AE}" pid="12" name="RCPITags">
    <vt:lpwstr>31;#Training|d40a543f-cf93-4dd2-8e77-c73395edc57f</vt:lpwstr>
  </property>
</Properties>
</file>