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03F42E1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32FE5">
        <w:rPr>
          <w:b/>
          <w:bCs/>
          <w:sz w:val="40"/>
          <w:szCs w:val="40"/>
        </w:rPr>
        <w:t>Respiratory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3A0599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7A82622D" w:rsidR="009E4AEB" w:rsidRPr="00597958" w:rsidRDefault="00832FE5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0D9DD4ED">
                <wp:simplePos x="0" y="0"/>
                <wp:positionH relativeFrom="margin">
                  <wp:align>right</wp:align>
                </wp:positionH>
                <wp:positionV relativeFrom="paragraph">
                  <wp:posOffset>1858341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F44B57A" w:rsidR="002931FF" w:rsidRPr="00C7289B" w:rsidRDefault="00C7289B" w:rsidP="00C7289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6.3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G513M&#10;3QAAAAgBAAAPAAAAAAAAAAAAAAAAAGgEAABkcnMvZG93bnJldi54bWxQSwUGAAAAAAQABADzAAAA&#10;cgUAAAAA&#10;">
                <v:textbox style="mso-fit-shape-to-text:t">
                  <w:txbxContent>
                    <w:p w14:paraId="0B7A552B" w14:textId="1F44B57A" w:rsidR="002931FF" w:rsidRPr="00C7289B" w:rsidRDefault="00C7289B" w:rsidP="00C7289B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208D7B1F" w14:textId="77777777" w:rsidR="00880DF5" w:rsidRDefault="00880DF5" w:rsidP="00880DF5">
      <w:pPr>
        <w:pStyle w:val="Heading1"/>
      </w:pPr>
      <w:r w:rsidRPr="00880DF5">
        <w:lastRenderedPageBreak/>
        <w:t>Career Objective / Personal Statement</w:t>
      </w:r>
    </w:p>
    <w:p w14:paraId="58FFF99E" w14:textId="18EC49B9" w:rsidR="00880DF5" w:rsidRDefault="00880DF5" w:rsidP="00880DF5">
      <w:pPr>
        <w:rPr>
          <w:b/>
          <w:bCs/>
        </w:rPr>
      </w:pPr>
      <w:r w:rsidRPr="00880DF5">
        <w:rPr>
          <w:b/>
          <w:bCs/>
        </w:rPr>
        <w:t>Brief statement (250 words) outlining your motivation for a career in dermatology, and career goals within the HSE.</w:t>
      </w:r>
    </w:p>
    <w:sdt>
      <w:sdtPr>
        <w:id w:val="1199352235"/>
        <w:placeholder>
          <w:docPart w:val="FBB3D43A833542A1A3F03B74622B056A"/>
        </w:placeholder>
        <w:showingPlcHdr/>
      </w:sdtPr>
      <w:sdtContent>
        <w:p w14:paraId="753FA19C" w14:textId="749E0652" w:rsidR="00880DF5" w:rsidRDefault="00880DF5" w:rsidP="00880DF5">
          <w:r w:rsidRPr="00053B32">
            <w:rPr>
              <w:rStyle w:val="PlaceholderText"/>
            </w:rPr>
            <w:t>Click or tap here to enter text.</w:t>
          </w:r>
        </w:p>
      </w:sdtContent>
    </w:sdt>
    <w:p w14:paraId="7324600A" w14:textId="77777777" w:rsidR="00832FE5" w:rsidRDefault="00832FE5" w:rsidP="00880DF5"/>
    <w:p w14:paraId="71374119" w14:textId="77777777" w:rsidR="00832FE5" w:rsidRDefault="00832FE5" w:rsidP="00832FE5">
      <w:pPr>
        <w:pStyle w:val="Heading1"/>
      </w:pPr>
      <w:r>
        <w:t>Commitment to Specialty &amp; Career Motivation</w:t>
      </w:r>
    </w:p>
    <w:p w14:paraId="1BC0A471" w14:textId="77777777" w:rsidR="00832FE5" w:rsidRPr="00597958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 (200 words)</w:t>
      </w:r>
    </w:p>
    <w:p w14:paraId="487136D3" w14:textId="77777777" w:rsidR="00832FE5" w:rsidRDefault="00000000" w:rsidP="00832FE5">
      <w:sdt>
        <w:sdtPr>
          <w:id w:val="-1365520692"/>
          <w:placeholder>
            <w:docPart w:val="BE6CB3A1CC0C4137BEF5AA3AD01A1007"/>
          </w:placeholder>
          <w:showingPlcHdr/>
        </w:sdtPr>
        <w:sdtContent>
          <w:r w:rsidR="00832FE5" w:rsidRPr="000E7C9F">
            <w:rPr>
              <w:rStyle w:val="PlaceholderText"/>
            </w:rPr>
            <w:t>Click or tap here to enter text.</w:t>
          </w:r>
        </w:sdtContent>
      </w:sdt>
    </w:p>
    <w:p w14:paraId="3A512A33" w14:textId="77777777" w:rsidR="00832FE5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AEF6C29A8E2341C69804EBC5D5D2B681"/>
        </w:placeholder>
        <w:showingPlcHdr/>
      </w:sdtPr>
      <w:sdtContent>
        <w:p w14:paraId="56CCAF6E" w14:textId="77777777" w:rsidR="00832FE5" w:rsidRPr="00846BF0" w:rsidRDefault="00832FE5" w:rsidP="00832FE5">
          <w:r w:rsidRPr="00F10F93">
            <w:rPr>
              <w:rStyle w:val="PlaceholderText"/>
            </w:rPr>
            <w:t>Click or tap here to enter text.</w:t>
          </w:r>
        </w:p>
      </w:sdtContent>
    </w:sdt>
    <w:p w14:paraId="0573050D" w14:textId="77777777" w:rsidR="00832FE5" w:rsidRPr="00597958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 (200 words)</w:t>
      </w:r>
    </w:p>
    <w:p w14:paraId="28958164" w14:textId="77777777" w:rsidR="00832FE5" w:rsidRDefault="00000000" w:rsidP="00832FE5">
      <w:sdt>
        <w:sdtPr>
          <w:id w:val="-462970739"/>
          <w:placeholder>
            <w:docPart w:val="5CE894039EC34BBD97FE177B59C4C5D6"/>
          </w:placeholder>
          <w:showingPlcHdr/>
        </w:sdtPr>
        <w:sdtContent>
          <w:r w:rsidR="00832FE5" w:rsidRPr="000E7C9F">
            <w:rPr>
              <w:rStyle w:val="PlaceholderText"/>
            </w:rPr>
            <w:t>Click or tap here to enter text.</w:t>
          </w:r>
        </w:sdtContent>
      </w:sdt>
    </w:p>
    <w:p w14:paraId="0A919F9D" w14:textId="77777777" w:rsidR="00832FE5" w:rsidRDefault="00832FE5" w:rsidP="00832FE5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636E4E994A1743918FB91FC1BDC058B5"/>
        </w:placeholder>
        <w:showingPlcHdr/>
      </w:sdtPr>
      <w:sdtContent>
        <w:p w14:paraId="0FA50C0D" w14:textId="77777777" w:rsidR="00832FE5" w:rsidRPr="00846BF0" w:rsidRDefault="00832FE5" w:rsidP="00832FE5">
          <w:r w:rsidRPr="00F10F93">
            <w:rPr>
              <w:rStyle w:val="PlaceholderText"/>
            </w:rPr>
            <w:t>Click or tap here to enter text.</w:t>
          </w:r>
        </w:p>
      </w:sdtContent>
    </w:sdt>
    <w:p w14:paraId="05B08E8B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EEE1213" w14:textId="7AFE37D3" w:rsidR="00832FE5" w:rsidRDefault="003729FB" w:rsidP="00832FE5">
      <w:pPr>
        <w:pStyle w:val="Heading1"/>
      </w:pPr>
      <w:r>
        <w:lastRenderedPageBreak/>
        <w:t>Medical Education &amp; Qualifications</w:t>
      </w:r>
    </w:p>
    <w:p w14:paraId="3CA7C8C0" w14:textId="0B52FF85" w:rsidR="00832FE5" w:rsidRDefault="00832FE5" w:rsidP="00832FE5">
      <w:r>
        <w:t>Including Memberships and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832FE5" w:rsidRPr="00F4085D" w14:paraId="2CC67246" w14:textId="77777777" w:rsidTr="00B559EE">
        <w:tc>
          <w:tcPr>
            <w:tcW w:w="966" w:type="pct"/>
            <w:vAlign w:val="center"/>
          </w:tcPr>
          <w:p w14:paraId="31044130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0B45A55C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09E56283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4000F5E2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7FE5C513" w14:textId="77777777" w:rsidR="00832FE5" w:rsidRPr="00F4085D" w:rsidRDefault="00832FE5" w:rsidP="00B559EE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</w:tr>
      <w:tr w:rsidR="00832FE5" w14:paraId="1721D73E" w14:textId="77777777" w:rsidTr="00B559EE">
        <w:sdt>
          <w:sdtPr>
            <w:id w:val="908119073"/>
            <w:placeholder>
              <w:docPart w:val="40CCEE6A63FD44E29884D4439D2609C3"/>
            </w:placeholder>
            <w:showingPlcHdr/>
          </w:sdtPr>
          <w:sdtContent>
            <w:tc>
              <w:tcPr>
                <w:tcW w:w="966" w:type="pct"/>
              </w:tcPr>
              <w:p w14:paraId="541AB16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5923EEF1403B4AB5A4F6537FB2880C52"/>
            </w:placeholder>
            <w:showingPlcHdr/>
          </w:sdtPr>
          <w:sdtContent>
            <w:tc>
              <w:tcPr>
                <w:tcW w:w="959" w:type="pct"/>
              </w:tcPr>
              <w:p w14:paraId="1F13E12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990EF609804746BFA6B45158254E1CCC"/>
            </w:placeholder>
            <w:showingPlcHdr/>
          </w:sdtPr>
          <w:sdtContent>
            <w:tc>
              <w:tcPr>
                <w:tcW w:w="980" w:type="pct"/>
              </w:tcPr>
              <w:p w14:paraId="58B18C3A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AC68539976DB426FBFE348180E213D1C"/>
            </w:placeholder>
            <w:showingPlcHdr/>
          </w:sdtPr>
          <w:sdtContent>
            <w:tc>
              <w:tcPr>
                <w:tcW w:w="976" w:type="pct"/>
              </w:tcPr>
              <w:p w14:paraId="2E5D7EF6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3DC80CD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D4625B8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5A5C4673" w14:textId="77777777" w:rsidTr="00B559EE">
        <w:sdt>
          <w:sdtPr>
            <w:id w:val="91911584"/>
            <w:placeholder>
              <w:docPart w:val="990D1BD045D344618D2A0026986ACB40"/>
            </w:placeholder>
            <w:showingPlcHdr/>
          </w:sdtPr>
          <w:sdtContent>
            <w:tc>
              <w:tcPr>
                <w:tcW w:w="966" w:type="pct"/>
              </w:tcPr>
              <w:p w14:paraId="084B1F5F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64D58CF4FF4F40D08CFF6C7D98285CB2"/>
            </w:placeholder>
            <w:showingPlcHdr/>
          </w:sdtPr>
          <w:sdtContent>
            <w:tc>
              <w:tcPr>
                <w:tcW w:w="959" w:type="pct"/>
              </w:tcPr>
              <w:p w14:paraId="44FF3BA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836A8B817F414B3FBB913BF878A1D976"/>
            </w:placeholder>
            <w:showingPlcHdr/>
          </w:sdtPr>
          <w:sdtContent>
            <w:tc>
              <w:tcPr>
                <w:tcW w:w="980" w:type="pct"/>
              </w:tcPr>
              <w:p w14:paraId="0EA15695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E10954396B694DCA81F0643D68B6E5BE"/>
            </w:placeholder>
            <w:showingPlcHdr/>
          </w:sdtPr>
          <w:sdtContent>
            <w:tc>
              <w:tcPr>
                <w:tcW w:w="976" w:type="pct"/>
              </w:tcPr>
              <w:p w14:paraId="5E8359D5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701A3A0F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32510E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7FD244BB" w14:textId="77777777" w:rsidTr="00B559EE">
        <w:sdt>
          <w:sdtPr>
            <w:id w:val="-1907910357"/>
            <w:placeholder>
              <w:docPart w:val="EEB1CEA7FA2B47E1A38B5827965DABDD"/>
            </w:placeholder>
            <w:showingPlcHdr/>
          </w:sdtPr>
          <w:sdtContent>
            <w:tc>
              <w:tcPr>
                <w:tcW w:w="966" w:type="pct"/>
              </w:tcPr>
              <w:p w14:paraId="210784B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89F948ADF85243E4A9375A96BAA7B8BA"/>
            </w:placeholder>
            <w:showingPlcHdr/>
          </w:sdtPr>
          <w:sdtContent>
            <w:tc>
              <w:tcPr>
                <w:tcW w:w="959" w:type="pct"/>
              </w:tcPr>
              <w:p w14:paraId="387C342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9D841703EAB24BBAB6F4E3734DE5A904"/>
            </w:placeholder>
            <w:showingPlcHdr/>
          </w:sdtPr>
          <w:sdtContent>
            <w:tc>
              <w:tcPr>
                <w:tcW w:w="980" w:type="pct"/>
              </w:tcPr>
              <w:p w14:paraId="0FE8BE4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12B32E1ADBAF403D9E6C38567FB5E27F"/>
            </w:placeholder>
            <w:showingPlcHdr/>
          </w:sdtPr>
          <w:sdtContent>
            <w:tc>
              <w:tcPr>
                <w:tcW w:w="976" w:type="pct"/>
              </w:tcPr>
              <w:p w14:paraId="6ED8F0BA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1397F33A" w14:textId="77777777" w:rsidR="00832FE5" w:rsidRDefault="00832FE5" w:rsidP="00B559E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75AC206" w14:textId="77777777" w:rsidR="00832FE5" w:rsidRDefault="00832FE5" w:rsidP="00B559E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43C860214DA049CB9E22862C1E520133"/>
              </w:placeholder>
              <w15:repeatingSectionItem/>
            </w:sdtPr>
            <w:sdtContent>
              <w:tr w:rsidR="00832FE5" w14:paraId="2A079F7D" w14:textId="77777777" w:rsidTr="00B559EE">
                <w:sdt>
                  <w:sdtPr>
                    <w:id w:val="-1580284213"/>
                    <w:placeholder>
                      <w:docPart w:val="BD2DDAF846B041B8902BB154EE24FC0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40A3B0FF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58483952943F4B4B802F128292745EAA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62C9F23D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DF7B470012D64B2CA74AF8580DE55A0F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85EF290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6E00A98C22B54DD996448D43BD9FF176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D8C676F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3E690788" w14:textId="77777777" w:rsidR="00832FE5" w:rsidRDefault="00832FE5" w:rsidP="00B559E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5E52D022" w14:textId="77777777" w:rsidR="00832FE5" w:rsidRDefault="00832FE5" w:rsidP="00B559E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929C600C0D0B4CE1BF4F212FEEF15EDE"/>
              </w:placeholder>
              <w15:repeatingSectionItem/>
            </w:sdtPr>
            <w:sdtContent>
              <w:tr w:rsidR="00832FE5" w14:paraId="2CC80662" w14:textId="77777777" w:rsidTr="00B559EE">
                <w:sdt>
                  <w:sdtPr>
                    <w:id w:val="645398200"/>
                    <w:placeholder>
                      <w:docPart w:val="7DBEA59A68644D72BE4E561ADB6D9DC3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17E50E9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DCECA03B79274218B19DC1F1F329ADC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65F2AD98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80BB5158B5994AC2BCB4F5C813C9D8AA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29FA8DD7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4FE46D06FEC54099A1ED25626069B67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C204C72" w14:textId="77777777" w:rsidR="00832FE5" w:rsidRDefault="00832FE5" w:rsidP="00B559EE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4E217500" w14:textId="77777777" w:rsidR="00832FE5" w:rsidRDefault="00832FE5" w:rsidP="00B559E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749254B1" w14:textId="77777777" w:rsidR="00832FE5" w:rsidRDefault="00832FE5" w:rsidP="00B559E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34F09355" w14:textId="77777777" w:rsidR="00C7289B" w:rsidRDefault="00C7289B" w:rsidP="00C7289B"/>
    <w:p w14:paraId="75B4FEB0" w14:textId="61592BC2" w:rsidR="3FE541D5" w:rsidRDefault="004C5511" w:rsidP="003A0599">
      <w:pPr>
        <w:pStyle w:val="Heading1"/>
      </w:pPr>
      <w:r>
        <w:t>C</w:t>
      </w:r>
      <w:r w:rsidR="002D7D98">
        <w:t>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3DEBA96A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551BEA73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7811E02E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2DB5AD3D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09D21609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0C72412E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3D6FAC73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41408548" w:rsidR="00B16633" w:rsidRDefault="00574D7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576CF1DB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1BAD6272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223DDB0E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4A5C5823" w:rsidR="00B16633" w:rsidRDefault="00574D7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14AD253B" w14:textId="026889F5" w:rsidR="00214ECC" w:rsidRDefault="003729FB" w:rsidP="003A0599">
      <w:pPr>
        <w:pStyle w:val="Heading1"/>
      </w:pPr>
      <w:r>
        <w:lastRenderedPageBreak/>
        <w:t xml:space="preserve">Clinical </w:t>
      </w:r>
      <w:r w:rsidR="00832FE5">
        <w:t>Employment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832FE5" w14:paraId="22BC5C99" w14:textId="77777777" w:rsidTr="00B559EE">
        <w:tc>
          <w:tcPr>
            <w:tcW w:w="9350" w:type="dxa"/>
            <w:gridSpan w:val="2"/>
          </w:tcPr>
          <w:p w14:paraId="5CED9D67" w14:textId="2F942B04" w:rsidR="00832FE5" w:rsidRDefault="00832FE5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EE84BD60B97D4CB1AC1763FF62800D1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4FA7A2DF" w14:textId="77777777" w:rsidTr="00B559EE">
        <w:tc>
          <w:tcPr>
            <w:tcW w:w="2547" w:type="dxa"/>
          </w:tcPr>
          <w:p w14:paraId="2F392DCE" w14:textId="77777777" w:rsidR="00832FE5" w:rsidRDefault="00832FE5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98CBC4D5ED714C2DA3DEC935B9E8B7B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F9EF19B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40864602" w14:textId="77777777" w:rsidTr="00B559EE">
        <w:tc>
          <w:tcPr>
            <w:tcW w:w="2547" w:type="dxa"/>
          </w:tcPr>
          <w:p w14:paraId="6D201D80" w14:textId="77777777" w:rsidR="00832FE5" w:rsidRDefault="00832FE5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43DB8AE9A23641849CE784561674A09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418A533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35BBE896" w14:textId="77777777" w:rsidTr="00B559EE">
        <w:tc>
          <w:tcPr>
            <w:tcW w:w="2547" w:type="dxa"/>
          </w:tcPr>
          <w:p w14:paraId="7A388234" w14:textId="77777777" w:rsidR="00832FE5" w:rsidRDefault="00832FE5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62FA13A95F984D8394DC41917BF39972"/>
            </w:placeholder>
            <w:showingPlcHdr/>
          </w:sdtPr>
          <w:sdtContent>
            <w:tc>
              <w:tcPr>
                <w:tcW w:w="6803" w:type="dxa"/>
              </w:tcPr>
              <w:p w14:paraId="64E8100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15D4435F" w14:textId="77777777" w:rsidTr="00B559EE">
        <w:tc>
          <w:tcPr>
            <w:tcW w:w="2547" w:type="dxa"/>
          </w:tcPr>
          <w:p w14:paraId="04D688A1" w14:textId="77777777" w:rsidR="00832FE5" w:rsidRDefault="00832FE5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2F890880660149008236D452A05D359D"/>
            </w:placeholder>
            <w:showingPlcHdr/>
          </w:sdtPr>
          <w:sdtContent>
            <w:tc>
              <w:tcPr>
                <w:tcW w:w="6803" w:type="dxa"/>
              </w:tcPr>
              <w:p w14:paraId="35443C90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68905F4D" w14:textId="77777777" w:rsidTr="00B559EE">
        <w:tc>
          <w:tcPr>
            <w:tcW w:w="2547" w:type="dxa"/>
            <w:vAlign w:val="center"/>
          </w:tcPr>
          <w:p w14:paraId="0B294BF0" w14:textId="77777777" w:rsidR="00832FE5" w:rsidRDefault="00832FE5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CBDC400748014FD9A86F883B28B8D062"/>
            </w:placeholder>
            <w:showingPlcHdr/>
          </w:sdtPr>
          <w:sdtContent>
            <w:tc>
              <w:tcPr>
                <w:tcW w:w="6803" w:type="dxa"/>
              </w:tcPr>
              <w:p w14:paraId="4A52E10C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2A07B90E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05A4F3EE" w14:textId="77777777" w:rsidR="00832FE5" w:rsidRDefault="00832FE5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E816FF6B00004F4D8B633F5AA1A33F46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42E949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EC5A815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31127" w14:textId="7E988A6B" w:rsidR="00832FE5" w:rsidRDefault="00832FE5" w:rsidP="00B559EE"/>
        </w:tc>
      </w:tr>
      <w:tr w:rsidR="00832FE5" w14:paraId="01B5ED98" w14:textId="77777777" w:rsidTr="00B559EE">
        <w:tc>
          <w:tcPr>
            <w:tcW w:w="9350" w:type="dxa"/>
            <w:gridSpan w:val="2"/>
          </w:tcPr>
          <w:p w14:paraId="5FCE2031" w14:textId="71405D2F" w:rsidR="00832FE5" w:rsidRDefault="00832FE5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77EBCA7932D44A6B988B5CFEB84A52E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32DF6670" w14:textId="77777777" w:rsidTr="00B559EE">
        <w:tc>
          <w:tcPr>
            <w:tcW w:w="2547" w:type="dxa"/>
          </w:tcPr>
          <w:p w14:paraId="3B688203" w14:textId="77777777" w:rsidR="00832FE5" w:rsidRDefault="00832FE5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FB123C53024A4A7CA662972421CBED5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35083DC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74DDE91F" w14:textId="77777777" w:rsidTr="00B559EE">
        <w:tc>
          <w:tcPr>
            <w:tcW w:w="2547" w:type="dxa"/>
          </w:tcPr>
          <w:p w14:paraId="3F69B685" w14:textId="77777777" w:rsidR="00832FE5" w:rsidRDefault="00832FE5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9A177CD5168042899B8B6CD00F06DA6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58BF25E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128E6E81" w14:textId="77777777" w:rsidTr="00B559EE">
        <w:tc>
          <w:tcPr>
            <w:tcW w:w="2547" w:type="dxa"/>
          </w:tcPr>
          <w:p w14:paraId="00453676" w14:textId="77777777" w:rsidR="00832FE5" w:rsidRDefault="00832FE5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6997A66AD12F4E4BB9F4AC58DC294E3C"/>
            </w:placeholder>
            <w:showingPlcHdr/>
          </w:sdtPr>
          <w:sdtContent>
            <w:tc>
              <w:tcPr>
                <w:tcW w:w="6803" w:type="dxa"/>
              </w:tcPr>
              <w:p w14:paraId="7A470B6E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063AEC2A" w14:textId="77777777" w:rsidTr="00B559EE">
        <w:tc>
          <w:tcPr>
            <w:tcW w:w="2547" w:type="dxa"/>
          </w:tcPr>
          <w:p w14:paraId="7D32102B" w14:textId="77777777" w:rsidR="00832FE5" w:rsidRDefault="00832FE5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67A4AB91616548879E51F36DFF2BA248"/>
            </w:placeholder>
            <w:showingPlcHdr/>
          </w:sdtPr>
          <w:sdtContent>
            <w:tc>
              <w:tcPr>
                <w:tcW w:w="6803" w:type="dxa"/>
              </w:tcPr>
              <w:p w14:paraId="04A34280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40A08348" w14:textId="77777777" w:rsidTr="00B559EE">
        <w:tc>
          <w:tcPr>
            <w:tcW w:w="2547" w:type="dxa"/>
            <w:vAlign w:val="center"/>
          </w:tcPr>
          <w:p w14:paraId="1D82BB8F" w14:textId="77777777" w:rsidR="00832FE5" w:rsidRDefault="00832FE5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02CDB858CF5D4425B14CF6B868BC0F96"/>
            </w:placeholder>
            <w:showingPlcHdr/>
          </w:sdtPr>
          <w:sdtContent>
            <w:tc>
              <w:tcPr>
                <w:tcW w:w="6803" w:type="dxa"/>
              </w:tcPr>
              <w:p w14:paraId="3B622E8C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74B1C505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8D93380" w14:textId="77777777" w:rsidR="00832FE5" w:rsidRDefault="00832FE5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0E3901ADFA524D6CB7E146C084A69A65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F99A73D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0F8D0E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04661" w14:textId="1B6AF4DC" w:rsidR="00832FE5" w:rsidRDefault="00832FE5" w:rsidP="00B559EE"/>
        </w:tc>
      </w:tr>
      <w:tr w:rsidR="00C7289B" w14:paraId="5501C957" w14:textId="77777777" w:rsidTr="00B559EE">
        <w:tc>
          <w:tcPr>
            <w:tcW w:w="9350" w:type="dxa"/>
            <w:gridSpan w:val="2"/>
          </w:tcPr>
          <w:p w14:paraId="57398720" w14:textId="24A8E080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339502341"/>
                <w:placeholder>
                  <w:docPart w:val="6E27EDF4462C42D699720A7922D3021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1E1FA93F" w14:textId="77777777" w:rsidTr="00B559EE">
        <w:tc>
          <w:tcPr>
            <w:tcW w:w="2547" w:type="dxa"/>
          </w:tcPr>
          <w:p w14:paraId="4095EBF7" w14:textId="77777777" w:rsidR="00C7289B" w:rsidRDefault="00C7289B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306825955"/>
            <w:placeholder>
              <w:docPart w:val="7FFBF5A0E8C34ACC9AB087B09F7153B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28A4902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91A2725" w14:textId="77777777" w:rsidTr="00B559EE">
        <w:tc>
          <w:tcPr>
            <w:tcW w:w="2547" w:type="dxa"/>
          </w:tcPr>
          <w:p w14:paraId="3FAC8F5B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794829167"/>
            <w:placeholder>
              <w:docPart w:val="070CEBCD0D95447BA156A44D902E572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A047C1C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F2254B2" w14:textId="77777777" w:rsidTr="00B559EE">
        <w:tc>
          <w:tcPr>
            <w:tcW w:w="2547" w:type="dxa"/>
          </w:tcPr>
          <w:p w14:paraId="7B5CA2A2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947383921"/>
            <w:placeholder>
              <w:docPart w:val="073BE4D4ADD9435EA8FAFA8523AAB034"/>
            </w:placeholder>
            <w:showingPlcHdr/>
          </w:sdtPr>
          <w:sdtContent>
            <w:tc>
              <w:tcPr>
                <w:tcW w:w="6803" w:type="dxa"/>
              </w:tcPr>
              <w:p w14:paraId="2BD82C25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21CBFF2" w14:textId="77777777" w:rsidTr="00B559EE">
        <w:tc>
          <w:tcPr>
            <w:tcW w:w="2547" w:type="dxa"/>
          </w:tcPr>
          <w:p w14:paraId="0317EE8F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650911897"/>
            <w:placeholder>
              <w:docPart w:val="25E9A1EB91CC47E1870654D615EF79DD"/>
            </w:placeholder>
            <w:showingPlcHdr/>
          </w:sdtPr>
          <w:sdtContent>
            <w:tc>
              <w:tcPr>
                <w:tcW w:w="6803" w:type="dxa"/>
              </w:tcPr>
              <w:p w14:paraId="482798C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873EAC4" w14:textId="77777777" w:rsidTr="00B559EE">
        <w:tc>
          <w:tcPr>
            <w:tcW w:w="2547" w:type="dxa"/>
            <w:vAlign w:val="center"/>
          </w:tcPr>
          <w:p w14:paraId="13FC737E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888419570"/>
            <w:placeholder>
              <w:docPart w:val="D5B4B6748D544FAD8FEEC5D3283C5BE6"/>
            </w:placeholder>
            <w:showingPlcHdr/>
          </w:sdtPr>
          <w:sdtContent>
            <w:tc>
              <w:tcPr>
                <w:tcW w:w="6803" w:type="dxa"/>
              </w:tcPr>
              <w:p w14:paraId="56E774AD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226A13E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202137A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024514781"/>
            <w:placeholder>
              <w:docPart w:val="9993791CC4EB4D8A9ADDCFF303032C33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4B22AF5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D0BBCD9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48FC1" w14:textId="3840AFE6" w:rsidR="00C7289B" w:rsidRDefault="00C7289B" w:rsidP="00B559EE"/>
        </w:tc>
      </w:tr>
      <w:tr w:rsidR="00C7289B" w14:paraId="3BFE51A9" w14:textId="77777777" w:rsidTr="00B559EE">
        <w:tc>
          <w:tcPr>
            <w:tcW w:w="9350" w:type="dxa"/>
            <w:gridSpan w:val="2"/>
          </w:tcPr>
          <w:p w14:paraId="47CA6E82" w14:textId="02B4406D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155905570"/>
                <w:placeholder>
                  <w:docPart w:val="A47670D251ED4DC3A722B065D324F50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A088CC6" w14:textId="77777777" w:rsidTr="00B559EE">
        <w:tc>
          <w:tcPr>
            <w:tcW w:w="2547" w:type="dxa"/>
          </w:tcPr>
          <w:p w14:paraId="268F9178" w14:textId="77777777" w:rsidR="00C7289B" w:rsidRDefault="00C7289B" w:rsidP="00B559E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991745822"/>
            <w:placeholder>
              <w:docPart w:val="FD87548EFE1C47F79861BD0E5D32D10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CCC7099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FA01A5D" w14:textId="77777777" w:rsidTr="00B559EE">
        <w:tc>
          <w:tcPr>
            <w:tcW w:w="2547" w:type="dxa"/>
          </w:tcPr>
          <w:p w14:paraId="350D770D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85797647"/>
            <w:placeholder>
              <w:docPart w:val="E2BA4F8CFDFD4AADBCB70286BECDA06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9CEF95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F88150E" w14:textId="77777777" w:rsidTr="00B559EE">
        <w:tc>
          <w:tcPr>
            <w:tcW w:w="2547" w:type="dxa"/>
          </w:tcPr>
          <w:p w14:paraId="3C206FED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051887467"/>
            <w:placeholder>
              <w:docPart w:val="F85E9D41D1044DF8B84D529F6F829177"/>
            </w:placeholder>
            <w:showingPlcHdr/>
          </w:sdtPr>
          <w:sdtContent>
            <w:tc>
              <w:tcPr>
                <w:tcW w:w="6803" w:type="dxa"/>
              </w:tcPr>
              <w:p w14:paraId="4372A09A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72FEC32" w14:textId="77777777" w:rsidTr="00B559EE">
        <w:tc>
          <w:tcPr>
            <w:tcW w:w="2547" w:type="dxa"/>
          </w:tcPr>
          <w:p w14:paraId="429C7D26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932466901"/>
            <w:placeholder>
              <w:docPart w:val="089C8F9B4881424AB395885245D867CD"/>
            </w:placeholder>
            <w:showingPlcHdr/>
          </w:sdtPr>
          <w:sdtContent>
            <w:tc>
              <w:tcPr>
                <w:tcW w:w="6803" w:type="dxa"/>
              </w:tcPr>
              <w:p w14:paraId="0879E41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3997FDB" w14:textId="77777777" w:rsidTr="00B559EE">
        <w:tc>
          <w:tcPr>
            <w:tcW w:w="2547" w:type="dxa"/>
            <w:vAlign w:val="center"/>
          </w:tcPr>
          <w:p w14:paraId="14850997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572352260"/>
            <w:placeholder>
              <w:docPart w:val="58F02B09088A43CC894641FCE5E69364"/>
            </w:placeholder>
            <w:showingPlcHdr/>
          </w:sdtPr>
          <w:sdtContent>
            <w:tc>
              <w:tcPr>
                <w:tcW w:w="6803" w:type="dxa"/>
              </w:tcPr>
              <w:p w14:paraId="4ECDAE03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167E1F0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72CADB6F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221744"/>
            <w:placeholder>
              <w:docPart w:val="117CAAF56CE64E109CC7FED2056DDD63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B511A39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2071C0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376F3" w14:textId="7EFE73FA" w:rsidR="00C7289B" w:rsidRDefault="00C7289B" w:rsidP="00B559EE"/>
        </w:tc>
      </w:tr>
      <w:tr w:rsidR="00C7289B" w14:paraId="6DD10E18" w14:textId="77777777" w:rsidTr="00B559EE">
        <w:tc>
          <w:tcPr>
            <w:tcW w:w="9350" w:type="dxa"/>
            <w:gridSpan w:val="2"/>
          </w:tcPr>
          <w:p w14:paraId="70C5C2DA" w14:textId="6CB123CF" w:rsidR="00C7289B" w:rsidRDefault="00C7289B" w:rsidP="00B559E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968638884"/>
                <w:placeholder>
                  <w:docPart w:val="44A03F03C0C84EA5AFE40DAB3E694A7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9DA1766" w14:textId="77777777" w:rsidTr="00B559EE">
        <w:tc>
          <w:tcPr>
            <w:tcW w:w="2547" w:type="dxa"/>
          </w:tcPr>
          <w:p w14:paraId="081693F3" w14:textId="77777777" w:rsidR="00C7289B" w:rsidRDefault="00C7289B" w:rsidP="00B559EE">
            <w:r w:rsidRPr="00F4085D">
              <w:rPr>
                <w:b/>
                <w:bCs/>
              </w:rPr>
              <w:lastRenderedPageBreak/>
              <w:t>Start Date</w:t>
            </w:r>
          </w:p>
        </w:tc>
        <w:sdt>
          <w:sdtPr>
            <w:id w:val="-1867970941"/>
            <w:placeholder>
              <w:docPart w:val="65C1F40CD0424DBA83EE842DC6C9D87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5369409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0A0ED66A" w14:textId="77777777" w:rsidTr="00B559EE">
        <w:tc>
          <w:tcPr>
            <w:tcW w:w="2547" w:type="dxa"/>
          </w:tcPr>
          <w:p w14:paraId="3EC0A71B" w14:textId="77777777" w:rsidR="00C7289B" w:rsidRDefault="00C7289B" w:rsidP="00B559E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93195217"/>
            <w:placeholder>
              <w:docPart w:val="24778583C60D4B25BDD7D716A7D3E5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FD784CE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AFF4413" w14:textId="77777777" w:rsidTr="00B559EE">
        <w:tc>
          <w:tcPr>
            <w:tcW w:w="2547" w:type="dxa"/>
          </w:tcPr>
          <w:p w14:paraId="7644527B" w14:textId="77777777" w:rsidR="00C7289B" w:rsidRDefault="00C7289B" w:rsidP="00B559E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318245517"/>
            <w:placeholder>
              <w:docPart w:val="753650C949114E7480D8BBF9AB425D75"/>
            </w:placeholder>
            <w:showingPlcHdr/>
          </w:sdtPr>
          <w:sdtContent>
            <w:tc>
              <w:tcPr>
                <w:tcW w:w="6803" w:type="dxa"/>
              </w:tcPr>
              <w:p w14:paraId="361D3EC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82E2B93" w14:textId="77777777" w:rsidTr="00B559EE">
        <w:tc>
          <w:tcPr>
            <w:tcW w:w="2547" w:type="dxa"/>
          </w:tcPr>
          <w:p w14:paraId="4DE33B35" w14:textId="77777777" w:rsidR="00C7289B" w:rsidRDefault="00C7289B" w:rsidP="00B559E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59146827"/>
            <w:placeholder>
              <w:docPart w:val="291BA07E71C84E7683218CBF6C2D727C"/>
            </w:placeholder>
            <w:showingPlcHdr/>
          </w:sdtPr>
          <w:sdtContent>
            <w:tc>
              <w:tcPr>
                <w:tcW w:w="6803" w:type="dxa"/>
              </w:tcPr>
              <w:p w14:paraId="216343D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B66A222" w14:textId="77777777" w:rsidTr="00B559EE">
        <w:tc>
          <w:tcPr>
            <w:tcW w:w="2547" w:type="dxa"/>
            <w:vAlign w:val="center"/>
          </w:tcPr>
          <w:p w14:paraId="1E4AA782" w14:textId="77777777" w:rsidR="00C7289B" w:rsidRDefault="00C7289B" w:rsidP="00B559EE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782267502"/>
            <w:placeholder>
              <w:docPart w:val="679B1967D9E24D1085F469E5C8920DDE"/>
            </w:placeholder>
            <w:showingPlcHdr/>
          </w:sdtPr>
          <w:sdtContent>
            <w:tc>
              <w:tcPr>
                <w:tcW w:w="6803" w:type="dxa"/>
              </w:tcPr>
              <w:p w14:paraId="3108D88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E9800BF" w14:textId="77777777" w:rsidTr="00B559EE">
        <w:tc>
          <w:tcPr>
            <w:tcW w:w="2547" w:type="dxa"/>
            <w:tcBorders>
              <w:bottom w:val="single" w:sz="4" w:space="0" w:color="auto"/>
            </w:tcBorders>
          </w:tcPr>
          <w:p w14:paraId="6B66C0F3" w14:textId="77777777" w:rsidR="00C7289B" w:rsidRDefault="00C7289B" w:rsidP="00B559EE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422784234"/>
            <w:placeholder>
              <w:docPart w:val="DDA6F04E67ED421BA511255E22C63BF6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00518D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FCA8859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18224" w14:textId="5C8D30C0" w:rsidR="00C7289B" w:rsidRDefault="00C7289B" w:rsidP="00B559EE"/>
        </w:tc>
      </w:tr>
    </w:tbl>
    <w:p w14:paraId="7AFEBB80" w14:textId="77777777" w:rsidR="00C7289B" w:rsidRDefault="00C7289B" w:rsidP="00832FE5">
      <w:pPr>
        <w:pStyle w:val="Heading1"/>
      </w:pPr>
    </w:p>
    <w:p w14:paraId="63747772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6B7B325C" w14:textId="196C1BD5" w:rsidR="00832FE5" w:rsidRDefault="00832FE5" w:rsidP="00832FE5">
      <w:pPr>
        <w:pStyle w:val="Heading1"/>
      </w:pPr>
      <w:r>
        <w:lastRenderedPageBreak/>
        <w:t>Audit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32FE5" w14:paraId="3CBE61DF" w14:textId="77777777" w:rsidTr="00B559EE">
        <w:tc>
          <w:tcPr>
            <w:tcW w:w="9350" w:type="dxa"/>
            <w:gridSpan w:val="2"/>
          </w:tcPr>
          <w:p w14:paraId="1080EADA" w14:textId="5D814C9C" w:rsidR="00832FE5" w:rsidRDefault="00832FE5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12458574"/>
                <w:placeholder>
                  <w:docPart w:val="294FAD3F80C74E4393031BAE5F988F4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33F48248" w14:textId="77777777" w:rsidTr="00B559EE">
        <w:tc>
          <w:tcPr>
            <w:tcW w:w="2830" w:type="dxa"/>
            <w:vAlign w:val="center"/>
          </w:tcPr>
          <w:p w14:paraId="6EBD7616" w14:textId="0B1044F3" w:rsidR="00832FE5" w:rsidRDefault="00832FE5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766196237"/>
            <w:placeholder>
              <w:docPart w:val="DF7421D8B2184C3C8DAFE2AF4DDC9E65"/>
            </w:placeholder>
            <w:showingPlcHdr/>
          </w:sdtPr>
          <w:sdtContent>
            <w:tc>
              <w:tcPr>
                <w:tcW w:w="6520" w:type="dxa"/>
              </w:tcPr>
              <w:p w14:paraId="75680E2B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6157354" w14:textId="77777777" w:rsidTr="00B559EE">
        <w:tc>
          <w:tcPr>
            <w:tcW w:w="2830" w:type="dxa"/>
            <w:vAlign w:val="center"/>
          </w:tcPr>
          <w:p w14:paraId="324B25DC" w14:textId="77777777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198619590"/>
            <w:placeholder>
              <w:docPart w:val="A9D78211B681456B8FB57F02992BE39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7F827A4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274EB953" w14:textId="77777777" w:rsidTr="00B559EE">
        <w:tc>
          <w:tcPr>
            <w:tcW w:w="2830" w:type="dxa"/>
            <w:vAlign w:val="center"/>
          </w:tcPr>
          <w:p w14:paraId="0FF63290" w14:textId="77777777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1AE50CE717E443DBAB020334A5751A2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2FE7801" w14:textId="77777777" w:rsidR="00832FE5" w:rsidRDefault="00832FE5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4C3BA673" w14:textId="77777777" w:rsidTr="00B559EE">
        <w:tc>
          <w:tcPr>
            <w:tcW w:w="2830" w:type="dxa"/>
            <w:vAlign w:val="center"/>
          </w:tcPr>
          <w:p w14:paraId="12285B7A" w14:textId="13615548" w:rsidR="00832FE5" w:rsidRPr="00F4085D" w:rsidRDefault="00832FE5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314A253F" w14:textId="77777777" w:rsidR="00832FE5" w:rsidRDefault="00832FE5" w:rsidP="00B559EE"/>
        </w:tc>
        <w:sdt>
          <w:sdtPr>
            <w:id w:val="63844681"/>
            <w:placeholder>
              <w:docPart w:val="AB0EBD24F82A4717B355B32781A44A95"/>
            </w:placeholder>
            <w:showingPlcHdr/>
          </w:sdtPr>
          <w:sdtContent>
            <w:tc>
              <w:tcPr>
                <w:tcW w:w="6520" w:type="dxa"/>
              </w:tcPr>
              <w:p w14:paraId="0483B822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9C74DE5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72F17C1" w14:textId="1C50DAEB" w:rsidR="00832FE5" w:rsidRPr="00F4085D" w:rsidRDefault="00832FE5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AF07B3" w14:textId="2700372A" w:rsidR="00832FE5" w:rsidRDefault="00832FE5" w:rsidP="00B559EE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92761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2FE5" w14:paraId="28D5506D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DECE1" w14:textId="79E9AF92" w:rsidR="00832FE5" w:rsidRDefault="00832FE5" w:rsidP="00B559EE"/>
        </w:tc>
      </w:tr>
      <w:tr w:rsidR="0096274F" w14:paraId="6DEF7AD0" w14:textId="77777777" w:rsidTr="00B559EE">
        <w:tc>
          <w:tcPr>
            <w:tcW w:w="9350" w:type="dxa"/>
            <w:gridSpan w:val="2"/>
          </w:tcPr>
          <w:p w14:paraId="195BB305" w14:textId="00DB6D64" w:rsidR="0096274F" w:rsidRDefault="0096274F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13487743"/>
                <w:placeholder>
                  <w:docPart w:val="43C57CFD5A9547CBB94B24EFAF5D4DB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274F" w14:paraId="7A4F485A" w14:textId="77777777" w:rsidTr="00B559EE">
        <w:tc>
          <w:tcPr>
            <w:tcW w:w="2830" w:type="dxa"/>
            <w:vAlign w:val="center"/>
          </w:tcPr>
          <w:p w14:paraId="17478004" w14:textId="77777777" w:rsidR="0096274F" w:rsidRDefault="0096274F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276254669"/>
            <w:placeholder>
              <w:docPart w:val="7319BE16A9654046B9DBB15CF8AA32E8"/>
            </w:placeholder>
            <w:showingPlcHdr/>
          </w:sdtPr>
          <w:sdtContent>
            <w:tc>
              <w:tcPr>
                <w:tcW w:w="6520" w:type="dxa"/>
              </w:tcPr>
              <w:p w14:paraId="2D06D612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2CBEE1E4" w14:textId="77777777" w:rsidTr="00B559EE">
        <w:tc>
          <w:tcPr>
            <w:tcW w:w="2830" w:type="dxa"/>
            <w:vAlign w:val="center"/>
          </w:tcPr>
          <w:p w14:paraId="4E97A067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95984952"/>
            <w:placeholder>
              <w:docPart w:val="02727BB32D6548C984E18A7B7F2AE99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9F16510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05D5AEEC" w14:textId="77777777" w:rsidTr="00B559EE">
        <w:tc>
          <w:tcPr>
            <w:tcW w:w="2830" w:type="dxa"/>
            <w:vAlign w:val="center"/>
          </w:tcPr>
          <w:p w14:paraId="31ECC1D1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943223992"/>
            <w:placeholder>
              <w:docPart w:val="4BE4935E74A9422F931102D3272708D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2D44E88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41504220" w14:textId="77777777" w:rsidTr="00B559EE">
        <w:tc>
          <w:tcPr>
            <w:tcW w:w="2830" w:type="dxa"/>
            <w:vAlign w:val="center"/>
          </w:tcPr>
          <w:p w14:paraId="71A43C58" w14:textId="77777777" w:rsidR="0096274F" w:rsidRPr="00F4085D" w:rsidRDefault="0096274F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44ABE70B" w14:textId="77777777" w:rsidR="0096274F" w:rsidRDefault="0096274F" w:rsidP="00B559EE"/>
        </w:tc>
        <w:sdt>
          <w:sdtPr>
            <w:id w:val="-1575198055"/>
            <w:placeholder>
              <w:docPart w:val="752CCB44459B4F37848740A9B9EB5051"/>
            </w:placeholder>
            <w:showingPlcHdr/>
          </w:sdtPr>
          <w:sdtContent>
            <w:tc>
              <w:tcPr>
                <w:tcW w:w="6520" w:type="dxa"/>
              </w:tcPr>
              <w:p w14:paraId="11CB5A34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15A7DD7F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F05992C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1F4C4" w14:textId="77777777" w:rsidR="0096274F" w:rsidRDefault="0096274F" w:rsidP="00B559EE">
            <w:r>
              <w:t xml:space="preserve">Yes </w:t>
            </w:r>
            <w:sdt>
              <w:sdtPr>
                <w:id w:val="-66779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9108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72158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6274F" w14:paraId="7CADB4DA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8FFE4" w14:textId="7F126C8E" w:rsidR="0096274F" w:rsidRDefault="0096274F" w:rsidP="00B559EE"/>
        </w:tc>
      </w:tr>
      <w:tr w:rsidR="0096274F" w14:paraId="2F213884" w14:textId="77777777" w:rsidTr="00B559EE">
        <w:tc>
          <w:tcPr>
            <w:tcW w:w="9350" w:type="dxa"/>
            <w:gridSpan w:val="2"/>
          </w:tcPr>
          <w:p w14:paraId="67908A94" w14:textId="389C042F" w:rsidR="0096274F" w:rsidRDefault="0096274F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25222541"/>
                <w:placeholder>
                  <w:docPart w:val="366E595638B64ECEA984406F21B9DD3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274F" w14:paraId="49677BFA" w14:textId="77777777" w:rsidTr="00B559EE">
        <w:tc>
          <w:tcPr>
            <w:tcW w:w="2830" w:type="dxa"/>
            <w:vAlign w:val="center"/>
          </w:tcPr>
          <w:p w14:paraId="2881F73F" w14:textId="77777777" w:rsidR="0096274F" w:rsidRDefault="0096274F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2022155439"/>
            <w:placeholder>
              <w:docPart w:val="88583133E41A4095A96BFF99BC6C4C18"/>
            </w:placeholder>
            <w:showingPlcHdr/>
          </w:sdtPr>
          <w:sdtContent>
            <w:tc>
              <w:tcPr>
                <w:tcW w:w="6520" w:type="dxa"/>
              </w:tcPr>
              <w:p w14:paraId="1CF6F6D1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06866720" w14:textId="77777777" w:rsidTr="00B559EE">
        <w:tc>
          <w:tcPr>
            <w:tcW w:w="2830" w:type="dxa"/>
            <w:vAlign w:val="center"/>
          </w:tcPr>
          <w:p w14:paraId="220C0DAC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2100634990"/>
            <w:placeholder>
              <w:docPart w:val="85E23687DE494AF4B4C2F920C1978D0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3754FE2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42C8A01E" w14:textId="77777777" w:rsidTr="00B559EE">
        <w:tc>
          <w:tcPr>
            <w:tcW w:w="2830" w:type="dxa"/>
            <w:vAlign w:val="center"/>
          </w:tcPr>
          <w:p w14:paraId="6D2ED7D1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832480024"/>
            <w:placeholder>
              <w:docPart w:val="DE89289120624D85ACA3301EEC6F514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91A58AC" w14:textId="77777777" w:rsidR="0096274F" w:rsidRDefault="0096274F" w:rsidP="00994CF1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08998DD7" w14:textId="77777777" w:rsidTr="00B559EE">
        <w:tc>
          <w:tcPr>
            <w:tcW w:w="2830" w:type="dxa"/>
            <w:vAlign w:val="center"/>
          </w:tcPr>
          <w:p w14:paraId="25B36C60" w14:textId="77777777" w:rsidR="0096274F" w:rsidRPr="00F4085D" w:rsidRDefault="0096274F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6F5171AB" w14:textId="77777777" w:rsidR="0096274F" w:rsidRDefault="0096274F" w:rsidP="00B559EE"/>
        </w:tc>
        <w:sdt>
          <w:sdtPr>
            <w:id w:val="-1852169853"/>
            <w:placeholder>
              <w:docPart w:val="CB78E11B7F054291969ADA5E35851822"/>
            </w:placeholder>
            <w:showingPlcHdr/>
          </w:sdtPr>
          <w:sdtContent>
            <w:tc>
              <w:tcPr>
                <w:tcW w:w="6520" w:type="dxa"/>
              </w:tcPr>
              <w:p w14:paraId="2282A250" w14:textId="77777777" w:rsidR="0096274F" w:rsidRDefault="0096274F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274F" w14:paraId="2E448938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5E31C1E" w14:textId="77777777" w:rsidR="0096274F" w:rsidRPr="00F4085D" w:rsidRDefault="0096274F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4BA6869" w14:textId="77777777" w:rsidR="0096274F" w:rsidRDefault="0096274F" w:rsidP="00B559EE">
            <w:r>
              <w:t xml:space="preserve">Yes </w:t>
            </w:r>
            <w:sdt>
              <w:sdtPr>
                <w:id w:val="-52109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3058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86171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6274F" w14:paraId="3A9E0EA6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0F39A" w14:textId="50D28DF0" w:rsidR="0096274F" w:rsidRDefault="0096274F" w:rsidP="00B559EE"/>
        </w:tc>
      </w:tr>
      <w:tr w:rsidR="00C7289B" w14:paraId="26205DA0" w14:textId="77777777" w:rsidTr="00B559EE">
        <w:tc>
          <w:tcPr>
            <w:tcW w:w="9350" w:type="dxa"/>
            <w:gridSpan w:val="2"/>
          </w:tcPr>
          <w:p w14:paraId="30A78830" w14:textId="7B69BC26" w:rsidR="00C7289B" w:rsidRDefault="00C7289B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57189796"/>
                <w:placeholder>
                  <w:docPart w:val="0ECAFEAF99CD42969DBF8AB8AACB111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0D3D6964" w14:textId="77777777" w:rsidTr="00B559EE">
        <w:tc>
          <w:tcPr>
            <w:tcW w:w="2830" w:type="dxa"/>
            <w:vAlign w:val="center"/>
          </w:tcPr>
          <w:p w14:paraId="42B481D7" w14:textId="77777777" w:rsidR="00C7289B" w:rsidRDefault="00C7289B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4442898"/>
            <w:placeholder>
              <w:docPart w:val="4E76CCD615E446209C528F573FD21A19"/>
            </w:placeholder>
            <w:showingPlcHdr/>
          </w:sdtPr>
          <w:sdtContent>
            <w:tc>
              <w:tcPr>
                <w:tcW w:w="6520" w:type="dxa"/>
              </w:tcPr>
              <w:p w14:paraId="21E5F03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81E0D8A" w14:textId="77777777" w:rsidTr="00B559EE">
        <w:tc>
          <w:tcPr>
            <w:tcW w:w="2830" w:type="dxa"/>
            <w:vAlign w:val="center"/>
          </w:tcPr>
          <w:p w14:paraId="0800DB07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374777226"/>
            <w:placeholder>
              <w:docPart w:val="5EF81F1A545C4EA095A93A9A8706041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3DF49C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4D93F0F3" w14:textId="77777777" w:rsidTr="00B559EE">
        <w:tc>
          <w:tcPr>
            <w:tcW w:w="2830" w:type="dxa"/>
            <w:vAlign w:val="center"/>
          </w:tcPr>
          <w:p w14:paraId="43FA5474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137797691"/>
            <w:placeholder>
              <w:docPart w:val="83CB8BE92B1841959A683EF8189FC4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586C080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55CA28FF" w14:textId="77777777" w:rsidTr="00B559EE">
        <w:tc>
          <w:tcPr>
            <w:tcW w:w="2830" w:type="dxa"/>
            <w:vAlign w:val="center"/>
          </w:tcPr>
          <w:p w14:paraId="3F8F7D42" w14:textId="77777777" w:rsidR="00C7289B" w:rsidRPr="00F4085D" w:rsidRDefault="00C7289B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7EC524CA" w14:textId="77777777" w:rsidR="00C7289B" w:rsidRDefault="00C7289B" w:rsidP="00B559EE"/>
        </w:tc>
        <w:sdt>
          <w:sdtPr>
            <w:id w:val="232119634"/>
            <w:placeholder>
              <w:docPart w:val="1CE8EC979CA445FC83F8B7CCD49D921D"/>
            </w:placeholder>
            <w:showingPlcHdr/>
          </w:sdtPr>
          <w:sdtContent>
            <w:tc>
              <w:tcPr>
                <w:tcW w:w="6520" w:type="dxa"/>
              </w:tcPr>
              <w:p w14:paraId="6C215516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43A0C1D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793B027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7D9A921" w14:textId="77777777" w:rsidR="00C7289B" w:rsidRDefault="00C7289B" w:rsidP="00B559EE">
            <w:r>
              <w:t xml:space="preserve">Yes </w:t>
            </w:r>
            <w:sdt>
              <w:sdtPr>
                <w:id w:val="-13889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4822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09339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5CF6B8E7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F8610" w14:textId="011E1DCC" w:rsidR="00C7289B" w:rsidRDefault="00C7289B" w:rsidP="00B559EE"/>
        </w:tc>
      </w:tr>
      <w:tr w:rsidR="00C7289B" w14:paraId="2EE41FA8" w14:textId="77777777" w:rsidTr="00B559EE">
        <w:tc>
          <w:tcPr>
            <w:tcW w:w="9350" w:type="dxa"/>
            <w:gridSpan w:val="2"/>
          </w:tcPr>
          <w:p w14:paraId="45B43F10" w14:textId="46F240A1" w:rsidR="00C7289B" w:rsidRDefault="00C7289B" w:rsidP="00B559E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80006375"/>
                <w:placeholder>
                  <w:docPart w:val="7BE179FBB4094890849C03C026C8808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5B6CD8C0" w14:textId="77777777" w:rsidTr="00B559EE">
        <w:tc>
          <w:tcPr>
            <w:tcW w:w="2830" w:type="dxa"/>
            <w:vAlign w:val="center"/>
          </w:tcPr>
          <w:p w14:paraId="009F3784" w14:textId="77777777" w:rsidR="00C7289B" w:rsidRDefault="00C7289B" w:rsidP="00B559EE">
            <w:r>
              <w:rPr>
                <w:b/>
                <w:bCs/>
              </w:rPr>
              <w:t>Location:</w:t>
            </w:r>
          </w:p>
        </w:tc>
        <w:sdt>
          <w:sdtPr>
            <w:id w:val="-1331987274"/>
            <w:placeholder>
              <w:docPart w:val="3379501789A3401FB2FFB2BAC9650C15"/>
            </w:placeholder>
            <w:showingPlcHdr/>
          </w:sdtPr>
          <w:sdtContent>
            <w:tc>
              <w:tcPr>
                <w:tcW w:w="6520" w:type="dxa"/>
              </w:tcPr>
              <w:p w14:paraId="7721815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C22C78A" w14:textId="77777777" w:rsidTr="00B559EE">
        <w:tc>
          <w:tcPr>
            <w:tcW w:w="2830" w:type="dxa"/>
            <w:vAlign w:val="center"/>
          </w:tcPr>
          <w:p w14:paraId="79C42ED0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138956716"/>
            <w:placeholder>
              <w:docPart w:val="542FA96809064C719AF1B38E453DEE6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644E56F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12F61ED6" w14:textId="77777777" w:rsidTr="00B559EE">
        <w:tc>
          <w:tcPr>
            <w:tcW w:w="2830" w:type="dxa"/>
            <w:vAlign w:val="center"/>
          </w:tcPr>
          <w:p w14:paraId="6D4DC87B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904670107"/>
            <w:placeholder>
              <w:docPart w:val="0468AEB3E1884E02A3A3E5FB5E37F2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C10FE3C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591C8BAD" w14:textId="77777777" w:rsidTr="00B559EE">
        <w:tc>
          <w:tcPr>
            <w:tcW w:w="2830" w:type="dxa"/>
            <w:vAlign w:val="center"/>
          </w:tcPr>
          <w:p w14:paraId="0709C5D2" w14:textId="77777777" w:rsidR="00C7289B" w:rsidRPr="00F4085D" w:rsidRDefault="00C7289B" w:rsidP="00B559EE">
            <w:pPr>
              <w:rPr>
                <w:b/>
                <w:bCs/>
              </w:rPr>
            </w:pPr>
            <w:r>
              <w:rPr>
                <w:b/>
                <w:bCs/>
              </w:rPr>
              <w:t>Authorship position</w:t>
            </w:r>
          </w:p>
          <w:p w14:paraId="1CF6C71B" w14:textId="77777777" w:rsidR="00C7289B" w:rsidRDefault="00C7289B" w:rsidP="00B559EE"/>
        </w:tc>
        <w:sdt>
          <w:sdtPr>
            <w:id w:val="146710495"/>
            <w:placeholder>
              <w:docPart w:val="9C1D6325FE5244E9B744E7AC851E06FA"/>
            </w:placeholder>
            <w:showingPlcHdr/>
          </w:sdtPr>
          <w:sdtContent>
            <w:tc>
              <w:tcPr>
                <w:tcW w:w="6520" w:type="dxa"/>
              </w:tcPr>
              <w:p w14:paraId="42412B0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8C0B78B" w14:textId="77777777" w:rsidTr="00B559E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274769" w14:textId="77777777" w:rsidR="00C7289B" w:rsidRPr="00F4085D" w:rsidRDefault="00C7289B" w:rsidP="00B559E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8EB5FA2" w14:textId="77777777" w:rsidR="00C7289B" w:rsidRDefault="00C7289B" w:rsidP="00B559EE">
            <w:r>
              <w:t xml:space="preserve">Yes </w:t>
            </w:r>
            <w:sdt>
              <w:sdtPr>
                <w:id w:val="-16160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73515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Ongoing </w:t>
            </w:r>
            <w:sdt>
              <w:sdtPr>
                <w:id w:val="-195232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1AE15CF3" w14:textId="77777777" w:rsidTr="00B559E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E4CB4" w14:textId="7D666D70" w:rsidR="00C7289B" w:rsidRDefault="00C7289B" w:rsidP="00B559EE"/>
        </w:tc>
      </w:tr>
    </w:tbl>
    <w:p w14:paraId="04590CE6" w14:textId="77777777" w:rsidR="00C7289B" w:rsidRDefault="00C7289B" w:rsidP="00832FE5">
      <w:pPr>
        <w:pStyle w:val="Heading1"/>
      </w:pPr>
    </w:p>
    <w:p w14:paraId="18A0C0D6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D68E85F" w14:textId="67508F92" w:rsidR="00832FE5" w:rsidRDefault="00832FE5" w:rsidP="00832FE5">
      <w:pPr>
        <w:pStyle w:val="Heading1"/>
      </w:pPr>
      <w:r w:rsidRPr="00832FE5">
        <w:lastRenderedPageBreak/>
        <w:t>Publications</w:t>
      </w:r>
    </w:p>
    <w:p w14:paraId="7623199A" w14:textId="77777777" w:rsidR="0096274F" w:rsidRDefault="00832FE5" w:rsidP="00832FE5">
      <w:pPr>
        <w:pStyle w:val="Heading1"/>
        <w:rPr>
          <w:color w:val="00C6FF"/>
          <w:sz w:val="24"/>
          <w:szCs w:val="24"/>
          <w:lang w:val="en-GB"/>
        </w:rPr>
      </w:pPr>
      <w:r w:rsidRPr="0096274F">
        <w:rPr>
          <w:color w:val="00C6FF"/>
          <w:sz w:val="24"/>
          <w:szCs w:val="24"/>
          <w:lang w:val="en-GB"/>
        </w:rPr>
        <w:t>Original peer reviewed clinical or scientific publication</w:t>
      </w:r>
    </w:p>
    <w:p w14:paraId="6B910FF2" w14:textId="644BB979" w:rsidR="00832FE5" w:rsidRPr="0096274F" w:rsidRDefault="00832FE5" w:rsidP="0096274F">
      <w:pPr>
        <w:rPr>
          <w:lang w:val="en-GB"/>
        </w:rPr>
      </w:pPr>
      <w:r w:rsidRPr="0096274F">
        <w:rPr>
          <w:lang w:val="en-GB"/>
        </w:rPr>
        <w:t>(please specify type of publication-</w:t>
      </w:r>
      <w:r w:rsidRPr="00832FE5">
        <w:rPr>
          <w:color w:val="0024BB"/>
          <w:sz w:val="28"/>
          <w:szCs w:val="28"/>
        </w:rPr>
        <w:t xml:space="preserve"> </w:t>
      </w:r>
      <w:r w:rsidRPr="0096274F">
        <w:rPr>
          <w:lang w:val="en-GB"/>
        </w:rPr>
        <w:t>Review Article, Case Series / Case Report, Short Report / Letter, Commentary / Editorial / other)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832FE5" w14:paraId="71AF7B72" w14:textId="77777777" w:rsidTr="00B559EE">
        <w:tc>
          <w:tcPr>
            <w:tcW w:w="9350" w:type="dxa"/>
            <w:gridSpan w:val="2"/>
          </w:tcPr>
          <w:p w14:paraId="33C6EE44" w14:textId="26BDB41E" w:rsidR="00832FE5" w:rsidRDefault="00832FE5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7313DC7C5B594426B86E81D86950184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2FE5" w14:paraId="4158C858" w14:textId="77777777" w:rsidTr="00B559EE">
        <w:tc>
          <w:tcPr>
            <w:tcW w:w="2723" w:type="dxa"/>
            <w:vAlign w:val="center"/>
          </w:tcPr>
          <w:p w14:paraId="741FAEF6" w14:textId="10CC5B14" w:rsidR="00832FE5" w:rsidRPr="00832FE5" w:rsidRDefault="00832FE5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587663669"/>
            <w:placeholder>
              <w:docPart w:val="2FC9E76269E04D98B8083A10DB4B50A3"/>
            </w:placeholder>
            <w:showingPlcHdr/>
          </w:sdtPr>
          <w:sdtContent>
            <w:tc>
              <w:tcPr>
                <w:tcW w:w="6627" w:type="dxa"/>
              </w:tcPr>
              <w:p w14:paraId="7E87F898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37EFE426" w14:textId="77777777" w:rsidTr="00B559EE">
        <w:tc>
          <w:tcPr>
            <w:tcW w:w="2723" w:type="dxa"/>
            <w:vAlign w:val="center"/>
          </w:tcPr>
          <w:p w14:paraId="060AABD1" w14:textId="43B8E291" w:rsidR="00832FE5" w:rsidRPr="0096274F" w:rsidRDefault="00183922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1721250372"/>
            <w:placeholder>
              <w:docPart w:val="24551DE8D3B64D68A4D007B8C61D63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26E2E37" w14:textId="1B209522" w:rsidR="00832FE5" w:rsidRDefault="00183922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2FE5" w14:paraId="5165891A" w14:textId="77777777" w:rsidTr="00B559EE">
        <w:tc>
          <w:tcPr>
            <w:tcW w:w="2723" w:type="dxa"/>
            <w:vAlign w:val="center"/>
          </w:tcPr>
          <w:p w14:paraId="53B6742C" w14:textId="1B830B5F" w:rsidR="00832FE5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281088364"/>
            <w:placeholder>
              <w:docPart w:val="E47B74449351410CB919E596F94E4EF2"/>
            </w:placeholder>
            <w:showingPlcHdr/>
          </w:sdtPr>
          <w:sdtContent>
            <w:tc>
              <w:tcPr>
                <w:tcW w:w="6627" w:type="dxa"/>
              </w:tcPr>
              <w:p w14:paraId="1993AD21" w14:textId="77777777" w:rsidR="00832FE5" w:rsidRDefault="00832FE5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5C5F28B7" w14:textId="77777777" w:rsidTr="00B559EE">
        <w:tc>
          <w:tcPr>
            <w:tcW w:w="2723" w:type="dxa"/>
            <w:vAlign w:val="center"/>
          </w:tcPr>
          <w:p w14:paraId="2D64930C" w14:textId="0D580060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 w:rsidR="0096274F">
              <w:rPr>
                <w:b/>
                <w:bCs/>
              </w:rPr>
              <w:t>:</w:t>
            </w:r>
          </w:p>
          <w:p w14:paraId="3F499A8A" w14:textId="5F3CE771" w:rsidR="00832FE5" w:rsidRPr="0096274F" w:rsidRDefault="00832FE5" w:rsidP="00B559EE">
            <w:pPr>
              <w:rPr>
                <w:b/>
                <w:bCs/>
              </w:rPr>
            </w:pPr>
          </w:p>
        </w:tc>
        <w:sdt>
          <w:sdtPr>
            <w:id w:val="1049951313"/>
            <w:placeholder>
              <w:docPart w:val="018D15AC4F384366A58845A9FE2D27F6"/>
            </w:placeholder>
            <w:showingPlcHdr/>
          </w:sdtPr>
          <w:sdtContent>
            <w:tc>
              <w:tcPr>
                <w:tcW w:w="6627" w:type="dxa"/>
              </w:tcPr>
              <w:p w14:paraId="05BA6FC9" w14:textId="14E8A386" w:rsidR="00832FE5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62D2A7CC" w14:textId="77777777" w:rsidTr="00B559EE">
        <w:tc>
          <w:tcPr>
            <w:tcW w:w="2723" w:type="dxa"/>
            <w:vAlign w:val="center"/>
          </w:tcPr>
          <w:p w14:paraId="49A9E53F" w14:textId="2B49114E" w:rsidR="00832FE5" w:rsidRPr="0096274F" w:rsidRDefault="00183922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327935284"/>
            <w:placeholder>
              <w:docPart w:val="AB68D2BAFC854515AB4D809741810FCC"/>
            </w:placeholder>
            <w:showingPlcHdr/>
          </w:sdtPr>
          <w:sdtContent>
            <w:tc>
              <w:tcPr>
                <w:tcW w:w="6627" w:type="dxa"/>
              </w:tcPr>
              <w:p w14:paraId="15CC89E4" w14:textId="636AB558" w:rsidR="00832FE5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2FE5" w14:paraId="4F776448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27D84" w14:textId="77777777" w:rsidR="00832FE5" w:rsidRPr="00F4085D" w:rsidRDefault="00832FE5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61A9A" w14:textId="205CCE4E" w:rsidR="00832FE5" w:rsidRDefault="00832FE5" w:rsidP="00B559EE"/>
        </w:tc>
      </w:tr>
      <w:tr w:rsidR="00C7289B" w14:paraId="1FED472A" w14:textId="77777777" w:rsidTr="00B559EE">
        <w:tc>
          <w:tcPr>
            <w:tcW w:w="9350" w:type="dxa"/>
            <w:gridSpan w:val="2"/>
          </w:tcPr>
          <w:p w14:paraId="1566B2FD" w14:textId="24165834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01261063"/>
                <w:placeholder>
                  <w:docPart w:val="58FC12112E8949AAB3E5CC90C53EA5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46490813" w14:textId="77777777" w:rsidTr="00B559EE">
        <w:tc>
          <w:tcPr>
            <w:tcW w:w="2723" w:type="dxa"/>
            <w:vAlign w:val="center"/>
          </w:tcPr>
          <w:p w14:paraId="6CCFD306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1256780330"/>
            <w:placeholder>
              <w:docPart w:val="565B569B6F49473586C831CF5FD2F284"/>
            </w:placeholder>
            <w:showingPlcHdr/>
          </w:sdtPr>
          <w:sdtContent>
            <w:tc>
              <w:tcPr>
                <w:tcW w:w="6627" w:type="dxa"/>
              </w:tcPr>
              <w:p w14:paraId="7BDF72EE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20F3AE6" w14:textId="77777777" w:rsidTr="00B559EE">
        <w:tc>
          <w:tcPr>
            <w:tcW w:w="2723" w:type="dxa"/>
            <w:vAlign w:val="center"/>
          </w:tcPr>
          <w:p w14:paraId="7AC7A53A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411837806"/>
            <w:placeholder>
              <w:docPart w:val="A9A7D53EDE9D4BA6A62E6EC230CA510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81AAA9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2772F649" w14:textId="77777777" w:rsidTr="00B559EE">
        <w:tc>
          <w:tcPr>
            <w:tcW w:w="2723" w:type="dxa"/>
            <w:vAlign w:val="center"/>
          </w:tcPr>
          <w:p w14:paraId="6D534D70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05165977"/>
            <w:placeholder>
              <w:docPart w:val="E94A033843A84C72B8297D4C1C3AA177"/>
            </w:placeholder>
            <w:showingPlcHdr/>
          </w:sdtPr>
          <w:sdtContent>
            <w:tc>
              <w:tcPr>
                <w:tcW w:w="6627" w:type="dxa"/>
              </w:tcPr>
              <w:p w14:paraId="2FCEB14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113C59B" w14:textId="77777777" w:rsidTr="00B559EE">
        <w:tc>
          <w:tcPr>
            <w:tcW w:w="2723" w:type="dxa"/>
            <w:vAlign w:val="center"/>
          </w:tcPr>
          <w:p w14:paraId="005F290A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5DB601EE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1494330682"/>
            <w:placeholder>
              <w:docPart w:val="9240B94525664B969D6F058D7BEB3A7E"/>
            </w:placeholder>
            <w:showingPlcHdr/>
          </w:sdtPr>
          <w:sdtContent>
            <w:tc>
              <w:tcPr>
                <w:tcW w:w="6627" w:type="dxa"/>
              </w:tcPr>
              <w:p w14:paraId="2A74E221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AABA18E" w14:textId="77777777" w:rsidTr="00B559EE">
        <w:tc>
          <w:tcPr>
            <w:tcW w:w="2723" w:type="dxa"/>
            <w:vAlign w:val="center"/>
          </w:tcPr>
          <w:p w14:paraId="4E90BF4C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-900587352"/>
            <w:placeholder>
              <w:docPart w:val="4688C5D7C3374A9EADD47288050891E1"/>
            </w:placeholder>
            <w:showingPlcHdr/>
          </w:sdtPr>
          <w:sdtContent>
            <w:tc>
              <w:tcPr>
                <w:tcW w:w="6627" w:type="dxa"/>
              </w:tcPr>
              <w:p w14:paraId="2207A758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BC9F788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17C1C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30880" w14:textId="0C61EEE4" w:rsidR="00C7289B" w:rsidRDefault="00C7289B" w:rsidP="00B559EE"/>
        </w:tc>
      </w:tr>
      <w:tr w:rsidR="00C7289B" w14:paraId="05D37442" w14:textId="77777777" w:rsidTr="00B559EE">
        <w:tc>
          <w:tcPr>
            <w:tcW w:w="9350" w:type="dxa"/>
            <w:gridSpan w:val="2"/>
          </w:tcPr>
          <w:p w14:paraId="02D6CF18" w14:textId="0DD98788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35902445"/>
                <w:placeholder>
                  <w:docPart w:val="3404B71577C842499743F42E54A8964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ED0264B" w14:textId="77777777" w:rsidTr="00B559EE">
        <w:tc>
          <w:tcPr>
            <w:tcW w:w="2723" w:type="dxa"/>
            <w:vAlign w:val="center"/>
          </w:tcPr>
          <w:p w14:paraId="1C1FC5B9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187575845"/>
            <w:placeholder>
              <w:docPart w:val="F3D1FD7B0D32409693EC9273C0816777"/>
            </w:placeholder>
            <w:showingPlcHdr/>
          </w:sdtPr>
          <w:sdtContent>
            <w:tc>
              <w:tcPr>
                <w:tcW w:w="6627" w:type="dxa"/>
              </w:tcPr>
              <w:p w14:paraId="09F1081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27382C5" w14:textId="77777777" w:rsidTr="00B559EE">
        <w:tc>
          <w:tcPr>
            <w:tcW w:w="2723" w:type="dxa"/>
            <w:vAlign w:val="center"/>
          </w:tcPr>
          <w:p w14:paraId="1259FBD4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714026475"/>
            <w:placeholder>
              <w:docPart w:val="A4188CFFBF9A47EA9D5E9EA9B71E81E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11EB78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08F2C789" w14:textId="77777777" w:rsidTr="00B559EE">
        <w:tc>
          <w:tcPr>
            <w:tcW w:w="2723" w:type="dxa"/>
            <w:vAlign w:val="center"/>
          </w:tcPr>
          <w:p w14:paraId="146C9969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308512633"/>
            <w:placeholder>
              <w:docPart w:val="D5D5405C251B46D3B4170671E78CE17C"/>
            </w:placeholder>
            <w:showingPlcHdr/>
          </w:sdtPr>
          <w:sdtContent>
            <w:tc>
              <w:tcPr>
                <w:tcW w:w="6627" w:type="dxa"/>
              </w:tcPr>
              <w:p w14:paraId="2545FC74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A1A8366" w14:textId="77777777" w:rsidTr="00B559EE">
        <w:tc>
          <w:tcPr>
            <w:tcW w:w="2723" w:type="dxa"/>
            <w:vAlign w:val="center"/>
          </w:tcPr>
          <w:p w14:paraId="64DD7AA1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1FB6649B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202638667"/>
            <w:placeholder>
              <w:docPart w:val="A4A16CC306F74C19A442C7BE7E31CB77"/>
            </w:placeholder>
            <w:showingPlcHdr/>
          </w:sdtPr>
          <w:sdtContent>
            <w:tc>
              <w:tcPr>
                <w:tcW w:w="6627" w:type="dxa"/>
              </w:tcPr>
              <w:p w14:paraId="333E5A49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FB2FC74" w14:textId="77777777" w:rsidTr="00B559EE">
        <w:tc>
          <w:tcPr>
            <w:tcW w:w="2723" w:type="dxa"/>
            <w:vAlign w:val="center"/>
          </w:tcPr>
          <w:p w14:paraId="662FDAEF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650707039"/>
            <w:placeholder>
              <w:docPart w:val="34BCE71166EC4B36A01F1AFF02A77BCE"/>
            </w:placeholder>
            <w:showingPlcHdr/>
          </w:sdtPr>
          <w:sdtContent>
            <w:tc>
              <w:tcPr>
                <w:tcW w:w="6627" w:type="dxa"/>
              </w:tcPr>
              <w:p w14:paraId="54EEFED4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AE15B9F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8BEE7E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93775" w14:textId="3F03BF95" w:rsidR="00C7289B" w:rsidRDefault="00C7289B" w:rsidP="00B559EE"/>
        </w:tc>
      </w:tr>
      <w:tr w:rsidR="00C7289B" w14:paraId="6B066D4C" w14:textId="77777777" w:rsidTr="00B559EE">
        <w:tc>
          <w:tcPr>
            <w:tcW w:w="9350" w:type="dxa"/>
            <w:gridSpan w:val="2"/>
          </w:tcPr>
          <w:p w14:paraId="3EA8C125" w14:textId="69E6A6FA" w:rsidR="00C7289B" w:rsidRDefault="00C7289B" w:rsidP="00B559E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58244973"/>
                <w:placeholder>
                  <w:docPart w:val="59F66AE07D2F48BC87C5B05B021C6F2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28FC0E0D" w14:textId="77777777" w:rsidTr="00B559EE">
        <w:tc>
          <w:tcPr>
            <w:tcW w:w="2723" w:type="dxa"/>
            <w:vAlign w:val="center"/>
          </w:tcPr>
          <w:p w14:paraId="709BFA09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154524714"/>
            <w:placeholder>
              <w:docPart w:val="EB057FD49242475C86D404E1852625F1"/>
            </w:placeholder>
            <w:showingPlcHdr/>
          </w:sdtPr>
          <w:sdtContent>
            <w:tc>
              <w:tcPr>
                <w:tcW w:w="6627" w:type="dxa"/>
              </w:tcPr>
              <w:p w14:paraId="2AD42E2C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A9414F8" w14:textId="77777777" w:rsidTr="00B559EE">
        <w:tc>
          <w:tcPr>
            <w:tcW w:w="2723" w:type="dxa"/>
            <w:vAlign w:val="center"/>
          </w:tcPr>
          <w:p w14:paraId="68B3C7CF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 xml:space="preserve">Date: </w:t>
            </w:r>
          </w:p>
        </w:tc>
        <w:sdt>
          <w:sdtPr>
            <w:id w:val="-1196625735"/>
            <w:placeholder>
              <w:docPart w:val="C5547FEC2D424AC89F5EF1194241933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4054E27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8B26B7" w14:textId="77777777" w:rsidTr="00B559EE">
        <w:tc>
          <w:tcPr>
            <w:tcW w:w="2723" w:type="dxa"/>
            <w:vAlign w:val="center"/>
          </w:tcPr>
          <w:p w14:paraId="4DF55006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Type of Publication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1631595888"/>
            <w:placeholder>
              <w:docPart w:val="0D8457FCED50421FBFF47DE90BEB7DEB"/>
            </w:placeholder>
            <w:showingPlcHdr/>
          </w:sdtPr>
          <w:sdtContent>
            <w:tc>
              <w:tcPr>
                <w:tcW w:w="6627" w:type="dxa"/>
              </w:tcPr>
              <w:p w14:paraId="570BDF8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3254F44" w14:textId="77777777" w:rsidTr="00B559EE">
        <w:tc>
          <w:tcPr>
            <w:tcW w:w="2723" w:type="dxa"/>
            <w:vAlign w:val="center"/>
          </w:tcPr>
          <w:p w14:paraId="5E59312A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Authorship position</w:t>
            </w:r>
            <w:r>
              <w:rPr>
                <w:b/>
                <w:bCs/>
              </w:rPr>
              <w:t>:</w:t>
            </w:r>
          </w:p>
          <w:p w14:paraId="1EC00DAC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1711912965"/>
            <w:placeholder>
              <w:docPart w:val="9C868C514D304142B2BB462525D0C19F"/>
            </w:placeholder>
            <w:showingPlcHdr/>
          </w:sdtPr>
          <w:sdtContent>
            <w:tc>
              <w:tcPr>
                <w:tcW w:w="6627" w:type="dxa"/>
              </w:tcPr>
              <w:p w14:paraId="48D94B29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3D79FB8" w14:textId="77777777" w:rsidTr="00B559EE">
        <w:tc>
          <w:tcPr>
            <w:tcW w:w="2723" w:type="dxa"/>
            <w:vAlign w:val="center"/>
          </w:tcPr>
          <w:p w14:paraId="595EC8B5" w14:textId="77777777" w:rsidR="00C7289B" w:rsidRPr="0096274F" w:rsidRDefault="00C7289B" w:rsidP="00B559EE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PMID or DOI reference:</w:t>
            </w:r>
          </w:p>
        </w:tc>
        <w:sdt>
          <w:sdtPr>
            <w:id w:val="171375152"/>
            <w:placeholder>
              <w:docPart w:val="420C63EF4C984BA28D7EF8C0281244B4"/>
            </w:placeholder>
            <w:showingPlcHdr/>
          </w:sdtPr>
          <w:sdtContent>
            <w:tc>
              <w:tcPr>
                <w:tcW w:w="6627" w:type="dxa"/>
              </w:tcPr>
              <w:p w14:paraId="24469BE7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04273BF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173587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D5429" w14:textId="644E3114" w:rsidR="00C7289B" w:rsidRDefault="00C7289B" w:rsidP="00B559EE"/>
        </w:tc>
      </w:tr>
    </w:tbl>
    <w:p w14:paraId="093D9F82" w14:textId="77777777" w:rsidR="009F0F2E" w:rsidRDefault="009F0F2E"/>
    <w:p w14:paraId="1B2040B6" w14:textId="19FDDD18" w:rsidR="00183922" w:rsidRPr="0096274F" w:rsidRDefault="00183922" w:rsidP="0096274F">
      <w:pPr>
        <w:pStyle w:val="Heading1"/>
        <w:rPr>
          <w:color w:val="00C6FF"/>
          <w:sz w:val="24"/>
          <w:szCs w:val="24"/>
          <w:lang w:val="en-GB"/>
        </w:rPr>
      </w:pPr>
      <w:r w:rsidRPr="0096274F">
        <w:rPr>
          <w:color w:val="00C6FF"/>
          <w:sz w:val="24"/>
          <w:szCs w:val="24"/>
          <w:lang w:val="en-GB"/>
        </w:rPr>
        <w:lastRenderedPageBreak/>
        <w:t>Abstract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183922" w14:paraId="0970376E" w14:textId="77777777" w:rsidTr="00B559EE">
        <w:tc>
          <w:tcPr>
            <w:tcW w:w="9350" w:type="dxa"/>
            <w:gridSpan w:val="2"/>
          </w:tcPr>
          <w:p w14:paraId="13283B1B" w14:textId="5BCF4958" w:rsidR="00183922" w:rsidRDefault="00183922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50186356"/>
                <w:placeholder>
                  <w:docPart w:val="CEEA97E7AF614C1CBC4FDDE69CA3AA9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83922" w14:paraId="4E1063C3" w14:textId="77777777" w:rsidTr="00B559EE">
        <w:tc>
          <w:tcPr>
            <w:tcW w:w="2723" w:type="dxa"/>
            <w:vAlign w:val="center"/>
          </w:tcPr>
          <w:p w14:paraId="310B286A" w14:textId="77777777" w:rsidR="00183922" w:rsidRPr="00832FE5" w:rsidRDefault="00183922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645742277"/>
            <w:placeholder>
              <w:docPart w:val="D216645436A44853B9D6680FB9D4F216"/>
            </w:placeholder>
            <w:showingPlcHdr/>
          </w:sdtPr>
          <w:sdtContent>
            <w:tc>
              <w:tcPr>
                <w:tcW w:w="6627" w:type="dxa"/>
              </w:tcPr>
              <w:p w14:paraId="141A3FDB" w14:textId="77777777" w:rsidR="00183922" w:rsidRDefault="00183922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1D337038" w14:textId="77777777" w:rsidTr="00B559EE">
        <w:tc>
          <w:tcPr>
            <w:tcW w:w="2723" w:type="dxa"/>
            <w:vAlign w:val="center"/>
          </w:tcPr>
          <w:p w14:paraId="65D01A50" w14:textId="4924A37C" w:rsidR="00183922" w:rsidRDefault="00183922" w:rsidP="00B559EE">
            <w:r w:rsidRPr="00F4085D">
              <w:rPr>
                <w:b/>
                <w:bCs/>
              </w:rPr>
              <w:t>Date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-2000873775"/>
            <w:placeholder>
              <w:docPart w:val="3786F71EE61B475EA698C9A14D733D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B8E4D2B" w14:textId="6A25369D" w:rsidR="00183922" w:rsidRDefault="00183922" w:rsidP="00B559E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83922" w14:paraId="13B24CBC" w14:textId="77777777" w:rsidTr="00B559EE">
        <w:tc>
          <w:tcPr>
            <w:tcW w:w="2723" w:type="dxa"/>
            <w:vAlign w:val="center"/>
          </w:tcPr>
          <w:p w14:paraId="0F4EDB8B" w14:textId="2894D5F1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 w:rsidR="0096274F"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 w:rsidR="0096274F">
              <w:rPr>
                <w:b/>
                <w:bCs/>
              </w:rPr>
              <w:t>:</w:t>
            </w:r>
          </w:p>
        </w:tc>
        <w:sdt>
          <w:sdtPr>
            <w:id w:val="-1199621030"/>
            <w:placeholder>
              <w:docPart w:val="87D0AC44B042420B8D3522F3EE5AC257"/>
            </w:placeholder>
            <w:showingPlcHdr/>
          </w:sdtPr>
          <w:sdtContent>
            <w:tc>
              <w:tcPr>
                <w:tcW w:w="6627" w:type="dxa"/>
              </w:tcPr>
              <w:p w14:paraId="5F492236" w14:textId="77777777" w:rsidR="00183922" w:rsidRDefault="00183922" w:rsidP="00B559E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691C7055" w14:textId="77777777" w:rsidTr="00B559EE">
        <w:tc>
          <w:tcPr>
            <w:tcW w:w="2723" w:type="dxa"/>
            <w:vAlign w:val="center"/>
          </w:tcPr>
          <w:p w14:paraId="60318683" w14:textId="70E04162" w:rsidR="00183922" w:rsidRPr="0096274F" w:rsidRDefault="00183922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 w:rsidR="0096274F">
              <w:rPr>
                <w:b/>
                <w:bCs/>
              </w:rPr>
              <w:t>:</w:t>
            </w:r>
          </w:p>
          <w:p w14:paraId="3A3676FA" w14:textId="2C469B83" w:rsidR="00183922" w:rsidRPr="0096274F" w:rsidRDefault="00183922" w:rsidP="00B559EE">
            <w:pPr>
              <w:rPr>
                <w:b/>
                <w:bCs/>
              </w:rPr>
            </w:pPr>
          </w:p>
        </w:tc>
        <w:sdt>
          <w:sdtPr>
            <w:id w:val="-888256031"/>
            <w:placeholder>
              <w:docPart w:val="FC1A1DD11A3A4B60A484EAA97662AFE2"/>
            </w:placeholder>
            <w:showingPlcHdr/>
          </w:sdtPr>
          <w:sdtContent>
            <w:tc>
              <w:tcPr>
                <w:tcW w:w="6627" w:type="dxa"/>
              </w:tcPr>
              <w:p w14:paraId="567F34E1" w14:textId="46994D82" w:rsidR="00183922" w:rsidRDefault="0096274F" w:rsidP="00B559EE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83922" w14:paraId="1F044125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CC440D" w14:textId="77777777" w:rsidR="00183922" w:rsidRPr="00F4085D" w:rsidRDefault="00183922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B70D4" w14:textId="6F3BA785" w:rsidR="00183922" w:rsidRDefault="00183922" w:rsidP="00B559EE"/>
        </w:tc>
      </w:tr>
      <w:tr w:rsidR="00C7289B" w14:paraId="1F0570D2" w14:textId="77777777" w:rsidTr="00B559EE">
        <w:tc>
          <w:tcPr>
            <w:tcW w:w="9350" w:type="dxa"/>
            <w:gridSpan w:val="2"/>
          </w:tcPr>
          <w:p w14:paraId="456DC403" w14:textId="45CE81FC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8584438"/>
                <w:placeholder>
                  <w:docPart w:val="CD7C8CCE3FC645D89B2D643B9035DA3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651554A7" w14:textId="77777777" w:rsidTr="00B559EE">
        <w:tc>
          <w:tcPr>
            <w:tcW w:w="2723" w:type="dxa"/>
            <w:vAlign w:val="center"/>
          </w:tcPr>
          <w:p w14:paraId="2EC5F7F0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779846610"/>
            <w:placeholder>
              <w:docPart w:val="2E5C6EB14FB042D889A0A84C3416E609"/>
            </w:placeholder>
            <w:showingPlcHdr/>
          </w:sdtPr>
          <w:sdtContent>
            <w:tc>
              <w:tcPr>
                <w:tcW w:w="6627" w:type="dxa"/>
              </w:tcPr>
              <w:p w14:paraId="7BC58F3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F9D082B" w14:textId="77777777" w:rsidTr="00B559EE">
        <w:tc>
          <w:tcPr>
            <w:tcW w:w="2723" w:type="dxa"/>
            <w:vAlign w:val="center"/>
          </w:tcPr>
          <w:p w14:paraId="7E5D72BD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888061662"/>
            <w:placeholder>
              <w:docPart w:val="E880F87D6A4346398023EF55CDD29D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207C853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E32194" w14:textId="77777777" w:rsidTr="00B559EE">
        <w:tc>
          <w:tcPr>
            <w:tcW w:w="2723" w:type="dxa"/>
            <w:vAlign w:val="center"/>
          </w:tcPr>
          <w:p w14:paraId="264F48A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-77059246"/>
            <w:placeholder>
              <w:docPart w:val="F2A5A42AFD8A47228A92FFE90356A5B4"/>
            </w:placeholder>
            <w:showingPlcHdr/>
          </w:sdtPr>
          <w:sdtContent>
            <w:tc>
              <w:tcPr>
                <w:tcW w:w="6627" w:type="dxa"/>
              </w:tcPr>
              <w:p w14:paraId="4AA382F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5E3C460" w14:textId="77777777" w:rsidTr="00B559EE">
        <w:tc>
          <w:tcPr>
            <w:tcW w:w="2723" w:type="dxa"/>
            <w:vAlign w:val="center"/>
          </w:tcPr>
          <w:p w14:paraId="0D8C164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523FE189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720403564"/>
            <w:placeholder>
              <w:docPart w:val="C8154094784B44B9B92C5A6A60D6ACD3"/>
            </w:placeholder>
            <w:showingPlcHdr/>
          </w:sdtPr>
          <w:sdtContent>
            <w:tc>
              <w:tcPr>
                <w:tcW w:w="6627" w:type="dxa"/>
              </w:tcPr>
              <w:p w14:paraId="77BC17A3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8923CA1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F1499B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171A8" w14:textId="06B41677" w:rsidR="00C7289B" w:rsidRDefault="00C7289B" w:rsidP="00B559EE"/>
        </w:tc>
      </w:tr>
      <w:tr w:rsidR="00C7289B" w14:paraId="34F2F1BA" w14:textId="77777777" w:rsidTr="00B559EE">
        <w:tc>
          <w:tcPr>
            <w:tcW w:w="9350" w:type="dxa"/>
            <w:gridSpan w:val="2"/>
          </w:tcPr>
          <w:p w14:paraId="5D8E3E25" w14:textId="1646BBDA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36078805"/>
                <w:placeholder>
                  <w:docPart w:val="56739BCA10A54E78AD4599367086B55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0EB70573" w14:textId="77777777" w:rsidTr="00B559EE">
        <w:tc>
          <w:tcPr>
            <w:tcW w:w="2723" w:type="dxa"/>
            <w:vAlign w:val="center"/>
          </w:tcPr>
          <w:p w14:paraId="67302FB4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246114773"/>
            <w:placeholder>
              <w:docPart w:val="520A84043297405099BB9798DB16B0DA"/>
            </w:placeholder>
            <w:showingPlcHdr/>
          </w:sdtPr>
          <w:sdtContent>
            <w:tc>
              <w:tcPr>
                <w:tcW w:w="6627" w:type="dxa"/>
              </w:tcPr>
              <w:p w14:paraId="3EA3030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C170F90" w14:textId="77777777" w:rsidTr="00B559EE">
        <w:tc>
          <w:tcPr>
            <w:tcW w:w="2723" w:type="dxa"/>
            <w:vAlign w:val="center"/>
          </w:tcPr>
          <w:p w14:paraId="1E58B637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555812903"/>
            <w:placeholder>
              <w:docPart w:val="82B2A385369B42768265A12800D160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C53209D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6A5CA7B7" w14:textId="77777777" w:rsidTr="00B559EE">
        <w:tc>
          <w:tcPr>
            <w:tcW w:w="2723" w:type="dxa"/>
            <w:vAlign w:val="center"/>
          </w:tcPr>
          <w:p w14:paraId="0BBCC9B4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2037392826"/>
            <w:placeholder>
              <w:docPart w:val="A420DF8139D746C5A27FA6EF20D27BA3"/>
            </w:placeholder>
            <w:showingPlcHdr/>
          </w:sdtPr>
          <w:sdtContent>
            <w:tc>
              <w:tcPr>
                <w:tcW w:w="6627" w:type="dxa"/>
              </w:tcPr>
              <w:p w14:paraId="6492AF5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91E8486" w14:textId="77777777" w:rsidTr="00B559EE">
        <w:tc>
          <w:tcPr>
            <w:tcW w:w="2723" w:type="dxa"/>
            <w:vAlign w:val="center"/>
          </w:tcPr>
          <w:p w14:paraId="7F9B09E4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79D77E0A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-1358044284"/>
            <w:placeholder>
              <w:docPart w:val="98AFFC1A8FC6455E8F8EA94F6EDBCF6F"/>
            </w:placeholder>
            <w:showingPlcHdr/>
          </w:sdtPr>
          <w:sdtContent>
            <w:tc>
              <w:tcPr>
                <w:tcW w:w="6627" w:type="dxa"/>
              </w:tcPr>
              <w:p w14:paraId="5B0B3C8B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0C56ADD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CEF554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65987" w14:textId="129C6E78" w:rsidR="00C7289B" w:rsidRDefault="00C7289B" w:rsidP="00B559EE"/>
        </w:tc>
      </w:tr>
      <w:tr w:rsidR="00C7289B" w14:paraId="79A36EA9" w14:textId="77777777" w:rsidTr="00B559EE">
        <w:tc>
          <w:tcPr>
            <w:tcW w:w="9350" w:type="dxa"/>
            <w:gridSpan w:val="2"/>
          </w:tcPr>
          <w:p w14:paraId="2CC0C071" w14:textId="79DC16DE" w:rsidR="00C7289B" w:rsidRDefault="00C7289B" w:rsidP="00B559EE">
            <w:r w:rsidRPr="00F4085D">
              <w:rPr>
                <w:b/>
                <w:bCs/>
              </w:rPr>
              <w:t>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106008360"/>
                <w:placeholder>
                  <w:docPart w:val="184FD954C7524848B47C6D010AF8E4E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7289B" w14:paraId="7AE76115" w14:textId="77777777" w:rsidTr="00B559EE">
        <w:tc>
          <w:tcPr>
            <w:tcW w:w="2723" w:type="dxa"/>
            <w:vAlign w:val="center"/>
          </w:tcPr>
          <w:p w14:paraId="0DD951C4" w14:textId="77777777" w:rsidR="00C7289B" w:rsidRPr="00832FE5" w:rsidRDefault="00C7289B" w:rsidP="00B559EE">
            <w:pPr>
              <w:rPr>
                <w:b/>
                <w:bCs/>
              </w:rPr>
            </w:pPr>
            <w:r w:rsidRPr="00832FE5">
              <w:rPr>
                <w:b/>
                <w:bCs/>
              </w:rPr>
              <w:t>Journal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364900316"/>
            <w:placeholder>
              <w:docPart w:val="303CAA3061944C7D970E54BF5B6BC18D"/>
            </w:placeholder>
            <w:showingPlcHdr/>
          </w:sdtPr>
          <w:sdtContent>
            <w:tc>
              <w:tcPr>
                <w:tcW w:w="6627" w:type="dxa"/>
              </w:tcPr>
              <w:p w14:paraId="65229628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741CD052" w14:textId="77777777" w:rsidTr="00B559EE">
        <w:tc>
          <w:tcPr>
            <w:tcW w:w="2723" w:type="dxa"/>
            <w:vAlign w:val="center"/>
          </w:tcPr>
          <w:p w14:paraId="198459B1" w14:textId="77777777" w:rsidR="00C7289B" w:rsidRDefault="00C7289B" w:rsidP="00B559EE">
            <w:r w:rsidRPr="00F4085D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942965616"/>
            <w:placeholder>
              <w:docPart w:val="71A2D71439034300BAEB24681E9556F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0571A6E8" w14:textId="77777777" w:rsidR="00C7289B" w:rsidRDefault="00C7289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7289B" w14:paraId="7D2DB4D9" w14:textId="77777777" w:rsidTr="00B559EE">
        <w:tc>
          <w:tcPr>
            <w:tcW w:w="2723" w:type="dxa"/>
            <w:vAlign w:val="center"/>
          </w:tcPr>
          <w:p w14:paraId="1070C2EB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Auth</w:t>
            </w:r>
            <w:r>
              <w:rPr>
                <w:b/>
                <w:bCs/>
              </w:rPr>
              <w:t>o</w:t>
            </w:r>
            <w:r w:rsidRPr="0096274F">
              <w:rPr>
                <w:b/>
                <w:bCs/>
              </w:rPr>
              <w:t>rship position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38046344"/>
            <w:placeholder>
              <w:docPart w:val="04C0B1F848DA4B71AF7A63F38A038856"/>
            </w:placeholder>
            <w:showingPlcHdr/>
          </w:sdtPr>
          <w:sdtContent>
            <w:tc>
              <w:tcPr>
                <w:tcW w:w="6627" w:type="dxa"/>
              </w:tcPr>
              <w:p w14:paraId="50F25EDA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2A22F46" w14:textId="77777777" w:rsidTr="00B559EE">
        <w:tc>
          <w:tcPr>
            <w:tcW w:w="2723" w:type="dxa"/>
            <w:vAlign w:val="center"/>
          </w:tcPr>
          <w:p w14:paraId="5D7FD900" w14:textId="77777777" w:rsidR="00C7289B" w:rsidRPr="0096274F" w:rsidRDefault="00C7289B" w:rsidP="00183922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DOI link where applicable</w:t>
            </w:r>
            <w:r>
              <w:rPr>
                <w:b/>
                <w:bCs/>
              </w:rPr>
              <w:t>:</w:t>
            </w:r>
          </w:p>
          <w:p w14:paraId="0CB4ABB2" w14:textId="77777777" w:rsidR="00C7289B" w:rsidRPr="0096274F" w:rsidRDefault="00C7289B" w:rsidP="00B559EE">
            <w:pPr>
              <w:rPr>
                <w:b/>
                <w:bCs/>
              </w:rPr>
            </w:pPr>
          </w:p>
        </w:tc>
        <w:sdt>
          <w:sdtPr>
            <w:id w:val="1780908089"/>
            <w:placeholder>
              <w:docPart w:val="77F70604E68E424A9E5E83D93BEFF238"/>
            </w:placeholder>
            <w:showingPlcHdr/>
          </w:sdtPr>
          <w:sdtContent>
            <w:tc>
              <w:tcPr>
                <w:tcW w:w="6627" w:type="dxa"/>
              </w:tcPr>
              <w:p w14:paraId="0A2B8536" w14:textId="77777777" w:rsidR="00C7289B" w:rsidRDefault="00C7289B" w:rsidP="00CA2CEB"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5D62BBFA" w14:textId="77777777" w:rsidTr="00B559E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C7548" w14:textId="77777777" w:rsidR="00C7289B" w:rsidRPr="00F4085D" w:rsidRDefault="00C7289B" w:rsidP="00B559E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C37BB" w14:textId="5F946ABA" w:rsidR="00C7289B" w:rsidRDefault="00C7289B" w:rsidP="00B559EE"/>
        </w:tc>
      </w:tr>
    </w:tbl>
    <w:p w14:paraId="3A45340F" w14:textId="77777777" w:rsidR="008A44A3" w:rsidRDefault="008A44A3" w:rsidP="00C71FAB">
      <w:pPr>
        <w:pStyle w:val="Heading2"/>
        <w:rPr>
          <w:color w:val="0024BB"/>
          <w:sz w:val="28"/>
          <w:szCs w:val="28"/>
        </w:rPr>
      </w:pPr>
    </w:p>
    <w:p w14:paraId="4EFE68D5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GB"/>
        </w:rPr>
      </w:pPr>
      <w:r>
        <w:rPr>
          <w:color w:val="0024BB"/>
          <w:sz w:val="28"/>
          <w:szCs w:val="28"/>
        </w:rPr>
        <w:br w:type="page"/>
      </w:r>
    </w:p>
    <w:p w14:paraId="5889EAE0" w14:textId="0BEAEFCE" w:rsidR="00C71FAB" w:rsidRDefault="00183922" w:rsidP="00C71FAB">
      <w:pPr>
        <w:pStyle w:val="Heading2"/>
        <w:rPr>
          <w:color w:val="0024BB"/>
          <w:sz w:val="28"/>
          <w:szCs w:val="28"/>
        </w:rPr>
      </w:pPr>
      <w:r w:rsidRPr="00183922">
        <w:rPr>
          <w:color w:val="0024BB"/>
          <w:sz w:val="28"/>
          <w:szCs w:val="28"/>
        </w:rPr>
        <w:lastRenderedPageBreak/>
        <w:t>Presentation at National or International Meetings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0"/>
        <w:gridCol w:w="1997"/>
        <w:gridCol w:w="1421"/>
        <w:gridCol w:w="1086"/>
        <w:gridCol w:w="1565"/>
        <w:gridCol w:w="2291"/>
      </w:tblGrid>
      <w:tr w:rsidR="0047459F" w14:paraId="0884F366" w14:textId="77777777" w:rsidTr="0096274F">
        <w:tc>
          <w:tcPr>
            <w:tcW w:w="529" w:type="pct"/>
          </w:tcPr>
          <w:p w14:paraId="0F688267" w14:textId="10EC7136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Title</w:t>
            </w:r>
          </w:p>
        </w:tc>
        <w:tc>
          <w:tcPr>
            <w:tcW w:w="1068" w:type="pct"/>
            <w:vAlign w:val="center"/>
          </w:tcPr>
          <w:p w14:paraId="6ED24491" w14:textId="5E481C0A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Name of conference</w:t>
            </w:r>
          </w:p>
        </w:tc>
        <w:tc>
          <w:tcPr>
            <w:tcW w:w="760" w:type="pct"/>
            <w:vAlign w:val="center"/>
          </w:tcPr>
          <w:p w14:paraId="232E1824" w14:textId="3F8AEFA4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Journal Name</w:t>
            </w:r>
          </w:p>
        </w:tc>
        <w:tc>
          <w:tcPr>
            <w:tcW w:w="581" w:type="pct"/>
          </w:tcPr>
          <w:p w14:paraId="0F2285AC" w14:textId="342E0799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</w:t>
            </w:r>
          </w:p>
        </w:tc>
        <w:tc>
          <w:tcPr>
            <w:tcW w:w="837" w:type="pct"/>
            <w:vAlign w:val="center"/>
          </w:tcPr>
          <w:p w14:paraId="3FE8FCF2" w14:textId="31A70A7C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C71FAB">
              <w:rPr>
                <w:b/>
                <w:bCs/>
                <w:vertAlign w:val="superscript"/>
                <w:lang w:val="en-GB"/>
              </w:rPr>
              <w:t>st</w:t>
            </w:r>
            <w:r>
              <w:rPr>
                <w:b/>
                <w:bCs/>
                <w:lang w:val="en-GB"/>
              </w:rPr>
              <w:t xml:space="preserve"> author or other</w:t>
            </w:r>
          </w:p>
        </w:tc>
        <w:tc>
          <w:tcPr>
            <w:tcW w:w="1225" w:type="pct"/>
            <w:vAlign w:val="center"/>
          </w:tcPr>
          <w:p w14:paraId="139D5541" w14:textId="1226A052" w:rsidR="0047459F" w:rsidRPr="009F0F2E" w:rsidRDefault="0047459F" w:rsidP="0047459F">
            <w:pPr>
              <w:jc w:val="center"/>
              <w:rPr>
                <w:b/>
                <w:bCs/>
                <w:lang w:val="en-GB"/>
              </w:rPr>
            </w:pPr>
            <w:r w:rsidRPr="009F0F2E">
              <w:rPr>
                <w:b/>
                <w:bCs/>
                <w:lang w:val="en-GB"/>
              </w:rPr>
              <w:t>National/ International</w:t>
            </w:r>
          </w:p>
        </w:tc>
      </w:tr>
      <w:tr w:rsidR="0047459F" w14:paraId="4177804B" w14:textId="77777777" w:rsidTr="0096274F">
        <w:trPr>
          <w:trHeight w:val="219"/>
        </w:trPr>
        <w:sdt>
          <w:sdtPr>
            <w:rPr>
              <w:lang w:val="en-GB"/>
            </w:rPr>
            <w:id w:val="121511455"/>
            <w:placeholder>
              <w:docPart w:val="678BDFB0416C4019B382D44ACE761AB6"/>
            </w:placeholder>
            <w:showingPlcHdr/>
          </w:sdtPr>
          <w:sdtContent>
            <w:tc>
              <w:tcPr>
                <w:tcW w:w="529" w:type="pct"/>
              </w:tcPr>
              <w:p w14:paraId="626FB85C" w14:textId="690451A9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48464092"/>
            <w:placeholder>
              <w:docPart w:val="610D6E3E91DD427D9E9ADDC066843901"/>
            </w:placeholder>
            <w:showingPlcHdr/>
          </w:sdtPr>
          <w:sdtContent>
            <w:tc>
              <w:tcPr>
                <w:tcW w:w="1068" w:type="pct"/>
              </w:tcPr>
              <w:p w14:paraId="6F7A4CAB" w14:textId="375F69EF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20474491"/>
            <w:placeholder>
              <w:docPart w:val="D2E98435FC1640E08474D7AA437C09ED"/>
            </w:placeholder>
            <w:showingPlcHdr/>
          </w:sdtPr>
          <w:sdtContent>
            <w:tc>
              <w:tcPr>
                <w:tcW w:w="760" w:type="pct"/>
              </w:tcPr>
              <w:p w14:paraId="339D162D" w14:textId="3627AC61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488394284"/>
            <w:placeholder>
              <w:docPart w:val="16890C57A6C44DE58FA2B753A28AFC7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581" w:type="pct"/>
              </w:tcPr>
              <w:p w14:paraId="4A9A8C71" w14:textId="06FDB310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704A07D1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77000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79FE6625" w14:textId="631AD5C9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59274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38B57151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00285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23C905FF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95555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47459F" w14:paraId="3506AF79" w14:textId="77777777" w:rsidTr="0096274F">
        <w:sdt>
          <w:sdtPr>
            <w:rPr>
              <w:lang w:val="en-GB"/>
            </w:rPr>
            <w:id w:val="1196361063"/>
            <w:placeholder>
              <w:docPart w:val="704488C42CEB4F11AE67A14314E33283"/>
            </w:placeholder>
            <w:showingPlcHdr/>
          </w:sdtPr>
          <w:sdtContent>
            <w:tc>
              <w:tcPr>
                <w:tcW w:w="529" w:type="pct"/>
              </w:tcPr>
              <w:p w14:paraId="763A775A" w14:textId="46085E5A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23151311"/>
            <w:placeholder>
              <w:docPart w:val="1401FA09AFDB4BC8B5C5CFF0C5502F58"/>
            </w:placeholder>
            <w:showingPlcHdr/>
          </w:sdtPr>
          <w:sdtContent>
            <w:tc>
              <w:tcPr>
                <w:tcW w:w="1068" w:type="pct"/>
              </w:tcPr>
              <w:p w14:paraId="20819714" w14:textId="730086A6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1386788"/>
            <w:placeholder>
              <w:docPart w:val="52B82CCA040C4BED9462942E4CDA3F34"/>
            </w:placeholder>
            <w:showingPlcHdr/>
          </w:sdtPr>
          <w:sdtContent>
            <w:tc>
              <w:tcPr>
                <w:tcW w:w="760" w:type="pct"/>
              </w:tcPr>
              <w:p w14:paraId="40C9FE77" w14:textId="1DA8AFD1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45481811"/>
            <w:placeholder>
              <w:docPart w:val="16582943F7414B0BA558DDC2829CA85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581" w:type="pct"/>
              </w:tcPr>
              <w:p w14:paraId="7F060BC9" w14:textId="504E87A9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7B6A69C1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47047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644E2F2C" w14:textId="3C68185C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210579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21BF89F6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32058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4C1C6D4C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505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47459F" w14:paraId="78A29DE4" w14:textId="77777777" w:rsidTr="0096274F">
        <w:sdt>
          <w:sdtPr>
            <w:rPr>
              <w:lang w:val="en-GB"/>
            </w:rPr>
            <w:id w:val="1072630204"/>
            <w:placeholder>
              <w:docPart w:val="6BF66982F77947E7A8306ACFBF3E7DD4"/>
            </w:placeholder>
            <w:showingPlcHdr/>
          </w:sdtPr>
          <w:sdtContent>
            <w:tc>
              <w:tcPr>
                <w:tcW w:w="529" w:type="pct"/>
              </w:tcPr>
              <w:p w14:paraId="270A5A8C" w14:textId="2D3DF18C" w:rsidR="0047459F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53351827"/>
            <w:placeholder>
              <w:docPart w:val="2454C37E8F45498A8416F0C3F816110B"/>
            </w:placeholder>
            <w:showingPlcHdr/>
          </w:sdtPr>
          <w:sdtContent>
            <w:tc>
              <w:tcPr>
                <w:tcW w:w="1068" w:type="pct"/>
              </w:tcPr>
              <w:p w14:paraId="5C867B17" w14:textId="7ED6759F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62275105"/>
            <w:placeholder>
              <w:docPart w:val="4AC54D331F0D478F9703AD53C655AB6D"/>
            </w:placeholder>
            <w:showingPlcHdr/>
          </w:sdtPr>
          <w:sdtContent>
            <w:tc>
              <w:tcPr>
                <w:tcW w:w="760" w:type="pct"/>
              </w:tcPr>
              <w:p w14:paraId="06728C83" w14:textId="55BBE535" w:rsidR="0047459F" w:rsidRDefault="0047459F" w:rsidP="0047459F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21638357"/>
            <w:placeholder>
              <w:docPart w:val="0D676FC3F99545E581E08D9AD3C6CA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581" w:type="pct"/>
              </w:tcPr>
              <w:p w14:paraId="453A796B" w14:textId="10B86C6F" w:rsidR="0047459F" w:rsidRDefault="0096274F" w:rsidP="0047459F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1C4D915C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81079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1</w:t>
            </w:r>
            <w:r w:rsidR="0047459F" w:rsidRPr="00C71FAB">
              <w:rPr>
                <w:vertAlign w:val="superscript"/>
                <w:lang w:val="en-GB"/>
              </w:rPr>
              <w:t>st</w:t>
            </w:r>
            <w:r w:rsidR="0047459F">
              <w:rPr>
                <w:lang w:val="en-GB"/>
              </w:rPr>
              <w:t xml:space="preserve"> author</w:t>
            </w:r>
          </w:p>
          <w:p w14:paraId="60407701" w14:textId="66CE447F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23991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0EC47DCE" w14:textId="77777777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84731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National </w:t>
            </w:r>
          </w:p>
          <w:p w14:paraId="231B0042" w14:textId="7164CC8C" w:rsidR="0047459F" w:rsidRDefault="00000000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05820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59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47459F">
              <w:rPr>
                <w:lang w:val="en-GB"/>
              </w:rPr>
              <w:t xml:space="preserve"> International  </w:t>
            </w:r>
          </w:p>
        </w:tc>
      </w:tr>
      <w:tr w:rsidR="00C7289B" w14:paraId="6D8D7D54" w14:textId="77777777" w:rsidTr="0096274F">
        <w:sdt>
          <w:sdtPr>
            <w:rPr>
              <w:lang w:val="en-GB"/>
            </w:rPr>
            <w:id w:val="2093820627"/>
            <w:placeholder>
              <w:docPart w:val="AB966D56C9014B2FA10724CA65CEAED8"/>
            </w:placeholder>
            <w:showingPlcHdr/>
          </w:sdtPr>
          <w:sdtContent>
            <w:tc>
              <w:tcPr>
                <w:tcW w:w="529" w:type="pct"/>
              </w:tcPr>
              <w:p w14:paraId="26F175F5" w14:textId="1901E0AB" w:rsidR="00C7289B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94818821"/>
            <w:placeholder>
              <w:docPart w:val="8205920D02B240A69013ED99C9E31484"/>
            </w:placeholder>
            <w:showingPlcHdr/>
          </w:sdtPr>
          <w:sdtContent>
            <w:tc>
              <w:tcPr>
                <w:tcW w:w="1068" w:type="pct"/>
              </w:tcPr>
              <w:p w14:paraId="1846F2D3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99339397"/>
            <w:placeholder>
              <w:docPart w:val="22D8F898BA024CDABD0C75E5AB48859D"/>
            </w:placeholder>
            <w:showingPlcHdr/>
          </w:sdtPr>
          <w:sdtContent>
            <w:tc>
              <w:tcPr>
                <w:tcW w:w="760" w:type="pct"/>
              </w:tcPr>
              <w:p w14:paraId="74DE52AE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68081435"/>
            <w:placeholder>
              <w:docPart w:val="2F1F74CAAA74489A9424BCAF5C6F7E1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581" w:type="pct"/>
              </w:tcPr>
              <w:p w14:paraId="1016C8BC" w14:textId="77777777" w:rsidR="00C7289B" w:rsidRDefault="00C7289B" w:rsidP="00CA2CEB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551FA0F3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49699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1</w:t>
            </w:r>
            <w:r w:rsidRPr="00C71FAB"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author</w:t>
            </w:r>
          </w:p>
          <w:p w14:paraId="396E5D26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3848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59F85099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94083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National </w:t>
            </w:r>
          </w:p>
          <w:p w14:paraId="2638D699" w14:textId="0C2B535C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-161227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International  </w:t>
            </w:r>
          </w:p>
        </w:tc>
      </w:tr>
      <w:tr w:rsidR="00C7289B" w14:paraId="23265723" w14:textId="77777777" w:rsidTr="0096274F">
        <w:sdt>
          <w:sdtPr>
            <w:rPr>
              <w:lang w:val="en-GB"/>
            </w:rPr>
            <w:id w:val="-1294604711"/>
            <w:placeholder>
              <w:docPart w:val="5FBF18CCF0454F5A8DFB6B375C108E02"/>
            </w:placeholder>
            <w:showingPlcHdr/>
          </w:sdtPr>
          <w:sdtContent>
            <w:tc>
              <w:tcPr>
                <w:tcW w:w="529" w:type="pct"/>
              </w:tcPr>
              <w:p w14:paraId="0F650B46" w14:textId="264A6974" w:rsidR="00C7289B" w:rsidRDefault="00574D74" w:rsidP="0047459F">
                <w:pPr>
                  <w:rPr>
                    <w:lang w:val="en-GB"/>
                  </w:rPr>
                </w:pPr>
                <w:r w:rsidRPr="00CA2CE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73787568"/>
            <w:placeholder>
              <w:docPart w:val="DBE3FFE383124725BB1C9110E19C2EF5"/>
            </w:placeholder>
            <w:showingPlcHdr/>
          </w:sdtPr>
          <w:sdtContent>
            <w:tc>
              <w:tcPr>
                <w:tcW w:w="1068" w:type="pct"/>
              </w:tcPr>
              <w:p w14:paraId="326E3DD8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000017541"/>
            <w:placeholder>
              <w:docPart w:val="798FD2D37FA34766816DF0FDBED83C30"/>
            </w:placeholder>
            <w:showingPlcHdr/>
          </w:sdtPr>
          <w:sdtContent>
            <w:tc>
              <w:tcPr>
                <w:tcW w:w="760" w:type="pct"/>
              </w:tcPr>
              <w:p w14:paraId="4A4750E6" w14:textId="77777777" w:rsidR="00C7289B" w:rsidRDefault="00C7289B" w:rsidP="00CA2CEB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129060828"/>
            <w:placeholder>
              <w:docPart w:val="7260C146ECD44EC494223927E41F4C9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581" w:type="pct"/>
              </w:tcPr>
              <w:p w14:paraId="2CF761B2" w14:textId="77777777" w:rsidR="00C7289B" w:rsidRDefault="00C7289B" w:rsidP="00CA2CEB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37" w:type="pct"/>
          </w:tcPr>
          <w:p w14:paraId="296BB0D9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449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1</w:t>
            </w:r>
            <w:r w:rsidRPr="00C71FAB"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author</w:t>
            </w:r>
          </w:p>
          <w:p w14:paraId="236C3DBD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21053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Other</w:t>
            </w:r>
          </w:p>
        </w:tc>
        <w:tc>
          <w:tcPr>
            <w:tcW w:w="1225" w:type="pct"/>
          </w:tcPr>
          <w:p w14:paraId="0A894B63" w14:textId="77777777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31907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National </w:t>
            </w:r>
          </w:p>
          <w:p w14:paraId="501DD2A1" w14:textId="78F35B74" w:rsidR="00C7289B" w:rsidRDefault="00C7289B" w:rsidP="0047459F">
            <w:pPr>
              <w:rPr>
                <w:lang w:val="en-GB"/>
              </w:rPr>
            </w:pPr>
            <w:sdt>
              <w:sdtPr>
                <w:rPr>
                  <w:lang w:val="en-GB"/>
                </w:rPr>
                <w:id w:val="131844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International  </w:t>
            </w:r>
          </w:p>
        </w:tc>
      </w:tr>
    </w:tbl>
    <w:p w14:paraId="434F4B1B" w14:textId="77777777" w:rsidR="00C71FAB" w:rsidRDefault="00C71FAB"/>
    <w:p w14:paraId="11FB998D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GB"/>
        </w:rPr>
      </w:pPr>
      <w:r>
        <w:rPr>
          <w:color w:val="0024BB"/>
          <w:sz w:val="28"/>
          <w:szCs w:val="28"/>
        </w:rPr>
        <w:br w:type="page"/>
      </w:r>
    </w:p>
    <w:p w14:paraId="41AE9C1E" w14:textId="110899A9" w:rsidR="0047459F" w:rsidRDefault="0047459F" w:rsidP="0096274F">
      <w:pPr>
        <w:pStyle w:val="Heading2"/>
        <w:rPr>
          <w:color w:val="0024BB"/>
          <w:sz w:val="28"/>
          <w:szCs w:val="28"/>
        </w:rPr>
      </w:pPr>
      <w:r w:rsidRPr="0096274F">
        <w:rPr>
          <w:color w:val="0024BB"/>
          <w:sz w:val="28"/>
          <w:szCs w:val="28"/>
        </w:rPr>
        <w:lastRenderedPageBreak/>
        <w:t>Presentation at Local Meetings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0"/>
        <w:gridCol w:w="3254"/>
        <w:gridCol w:w="2693"/>
        <w:gridCol w:w="1743"/>
      </w:tblGrid>
      <w:tr w:rsidR="0047459F" w14:paraId="60F7AF6E" w14:textId="77777777" w:rsidTr="0096274F">
        <w:tc>
          <w:tcPr>
            <w:tcW w:w="888" w:type="pct"/>
          </w:tcPr>
          <w:p w14:paraId="33325449" w14:textId="7777777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Title</w:t>
            </w:r>
          </w:p>
        </w:tc>
        <w:tc>
          <w:tcPr>
            <w:tcW w:w="1740" w:type="pct"/>
            <w:vAlign w:val="center"/>
          </w:tcPr>
          <w:p w14:paraId="2CD8320A" w14:textId="3442A638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Meeting Name</w:t>
            </w:r>
          </w:p>
        </w:tc>
        <w:tc>
          <w:tcPr>
            <w:tcW w:w="1440" w:type="pct"/>
            <w:vAlign w:val="center"/>
          </w:tcPr>
          <w:p w14:paraId="7D0461FA" w14:textId="2622824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Location</w:t>
            </w:r>
          </w:p>
        </w:tc>
        <w:tc>
          <w:tcPr>
            <w:tcW w:w="932" w:type="pct"/>
          </w:tcPr>
          <w:p w14:paraId="2C2FA470" w14:textId="77777777" w:rsidR="0047459F" w:rsidRPr="009F0F2E" w:rsidRDefault="0047459F" w:rsidP="00B559E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</w:t>
            </w:r>
          </w:p>
        </w:tc>
      </w:tr>
      <w:tr w:rsidR="0047459F" w14:paraId="71CE8F21" w14:textId="77777777" w:rsidTr="0096274F">
        <w:trPr>
          <w:trHeight w:val="219"/>
        </w:trPr>
        <w:sdt>
          <w:sdtPr>
            <w:rPr>
              <w:lang w:val="en-GB"/>
            </w:rPr>
            <w:id w:val="-2136553583"/>
            <w:placeholder>
              <w:docPart w:val="FA30271FEFC348AA9E5C51915CB6B353"/>
            </w:placeholder>
            <w:showingPlcHdr/>
          </w:sdtPr>
          <w:sdtContent>
            <w:tc>
              <w:tcPr>
                <w:tcW w:w="888" w:type="pct"/>
              </w:tcPr>
              <w:p w14:paraId="1912050D" w14:textId="3DF7D817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580986101"/>
            <w:placeholder>
              <w:docPart w:val="C7DD79BF05634BE6B6D98E9117261CC0"/>
            </w:placeholder>
            <w:showingPlcHdr/>
          </w:sdtPr>
          <w:sdtContent>
            <w:tc>
              <w:tcPr>
                <w:tcW w:w="1740" w:type="pct"/>
              </w:tcPr>
              <w:p w14:paraId="63588163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801441857"/>
            <w:placeholder>
              <w:docPart w:val="F6F499A2FD2D495C88CD81BBDDB13A0F"/>
            </w:placeholder>
            <w:showingPlcHdr/>
          </w:sdtPr>
          <w:sdtContent>
            <w:tc>
              <w:tcPr>
                <w:tcW w:w="1440" w:type="pct"/>
              </w:tcPr>
              <w:p w14:paraId="55689F9C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842862582"/>
            <w:placeholder>
              <w:docPart w:val="7545899C29A7415EAA4837157425813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932" w:type="pct"/>
              </w:tcPr>
              <w:p w14:paraId="29C00C0C" w14:textId="064EDE7F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7459F" w14:paraId="61ABF0BF" w14:textId="77777777" w:rsidTr="0096274F">
        <w:sdt>
          <w:sdtPr>
            <w:rPr>
              <w:lang w:val="en-GB"/>
            </w:rPr>
            <w:id w:val="1330407706"/>
            <w:placeholder>
              <w:docPart w:val="8FC07AE71D624C7A8A998C6D74922177"/>
            </w:placeholder>
            <w:showingPlcHdr/>
          </w:sdtPr>
          <w:sdtContent>
            <w:tc>
              <w:tcPr>
                <w:tcW w:w="888" w:type="pct"/>
              </w:tcPr>
              <w:p w14:paraId="1C55D801" w14:textId="35CF4083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89657609"/>
            <w:placeholder>
              <w:docPart w:val="30ABA57C02F84487A8D4F41AF0328B8D"/>
            </w:placeholder>
            <w:showingPlcHdr/>
          </w:sdtPr>
          <w:sdtContent>
            <w:tc>
              <w:tcPr>
                <w:tcW w:w="1740" w:type="pct"/>
              </w:tcPr>
              <w:p w14:paraId="244C7150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608205023"/>
            <w:placeholder>
              <w:docPart w:val="52AFDA73380440E193E8730CAD6C0E05"/>
            </w:placeholder>
            <w:showingPlcHdr/>
          </w:sdtPr>
          <w:sdtContent>
            <w:tc>
              <w:tcPr>
                <w:tcW w:w="1440" w:type="pct"/>
              </w:tcPr>
              <w:p w14:paraId="23A3C076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58443863"/>
            <w:placeholder>
              <w:docPart w:val="F408473D377847658E0C115CF77087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932" w:type="pct"/>
              </w:tcPr>
              <w:p w14:paraId="5C1B43C2" w14:textId="1BB3BFD6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7459F" w14:paraId="2971D0CA" w14:textId="77777777" w:rsidTr="0096274F">
        <w:sdt>
          <w:sdtPr>
            <w:rPr>
              <w:lang w:val="en-GB"/>
            </w:rPr>
            <w:id w:val="-246964315"/>
            <w:placeholder>
              <w:docPart w:val="23CD71F65D7246DDB57DFC123B9A6842"/>
            </w:placeholder>
            <w:showingPlcHdr/>
          </w:sdtPr>
          <w:sdtContent>
            <w:tc>
              <w:tcPr>
                <w:tcW w:w="888" w:type="pct"/>
              </w:tcPr>
              <w:p w14:paraId="1C3FBEBA" w14:textId="462D7B65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2041621689"/>
            <w:placeholder>
              <w:docPart w:val="78922809AE6B4F6CAE9D040E474CC495"/>
            </w:placeholder>
            <w:showingPlcHdr/>
          </w:sdtPr>
          <w:sdtContent>
            <w:tc>
              <w:tcPr>
                <w:tcW w:w="1740" w:type="pct"/>
              </w:tcPr>
              <w:p w14:paraId="5484A928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03820114"/>
            <w:placeholder>
              <w:docPart w:val="0EEE2608357442D7B6730E5BE03166C2"/>
            </w:placeholder>
            <w:showingPlcHdr/>
          </w:sdtPr>
          <w:sdtContent>
            <w:tc>
              <w:tcPr>
                <w:tcW w:w="1440" w:type="pct"/>
              </w:tcPr>
              <w:p w14:paraId="005A373B" w14:textId="77777777" w:rsidR="0047459F" w:rsidRDefault="0047459F" w:rsidP="00B559EE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962449475"/>
            <w:placeholder>
              <w:docPart w:val="C4C73EF8CB824722B9706CD0D33947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932" w:type="pct"/>
              </w:tcPr>
              <w:p w14:paraId="200581CA" w14:textId="4ACB1FF7" w:rsidR="0047459F" w:rsidRDefault="0096274F" w:rsidP="00B559EE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6274F" w14:paraId="33CB5C6E" w14:textId="77777777" w:rsidTr="0096274F">
        <w:sdt>
          <w:sdtPr>
            <w:rPr>
              <w:lang w:val="en-GB"/>
            </w:rPr>
            <w:id w:val="-956871282"/>
            <w:placeholder>
              <w:docPart w:val="37019661A4854A18B73563DE48BC9FCF"/>
            </w:placeholder>
            <w:showingPlcHdr/>
          </w:sdtPr>
          <w:sdtContent>
            <w:tc>
              <w:tcPr>
                <w:tcW w:w="888" w:type="pct"/>
              </w:tcPr>
              <w:p w14:paraId="50315E53" w14:textId="7321CEAA" w:rsidR="0096274F" w:rsidRDefault="0096274F" w:rsidP="00994CF1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539350290"/>
            <w:placeholder>
              <w:docPart w:val="F44508748F414DDEA7A7F204D8CB4FCC"/>
            </w:placeholder>
            <w:showingPlcHdr/>
          </w:sdtPr>
          <w:sdtContent>
            <w:tc>
              <w:tcPr>
                <w:tcW w:w="1740" w:type="pct"/>
              </w:tcPr>
              <w:p w14:paraId="10FC820D" w14:textId="77777777" w:rsidR="0096274F" w:rsidRDefault="0096274F" w:rsidP="00994CF1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69391402"/>
            <w:placeholder>
              <w:docPart w:val="64B41B8DA05740488206EC512FA69B0D"/>
            </w:placeholder>
            <w:showingPlcHdr/>
          </w:sdtPr>
          <w:sdtContent>
            <w:tc>
              <w:tcPr>
                <w:tcW w:w="1440" w:type="pct"/>
              </w:tcPr>
              <w:p w14:paraId="4215F5C7" w14:textId="77777777" w:rsidR="0096274F" w:rsidRDefault="0096274F" w:rsidP="00994CF1">
                <w:pPr>
                  <w:rPr>
                    <w:lang w:val="en-GB"/>
                  </w:rPr>
                </w:pPr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757203126"/>
            <w:placeholder>
              <w:docPart w:val="CA1B9765AA0C4F8DA972583B2303D46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932" w:type="pct"/>
              </w:tcPr>
              <w:p w14:paraId="5F82B0F4" w14:textId="7D9131B9" w:rsidR="0096274F" w:rsidRDefault="0096274F" w:rsidP="00994CF1">
                <w:pPr>
                  <w:rPr>
                    <w:lang w:val="en-GB"/>
                  </w:rPr>
                </w:pPr>
                <w:r w:rsidRPr="00994CF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D4225" w14:paraId="7E7CC689" w14:textId="77777777" w:rsidTr="0096274F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B3929" w14:textId="7EE7B914" w:rsidR="003D4225" w:rsidRDefault="003D4225" w:rsidP="002D7D98"/>
        </w:tc>
      </w:tr>
    </w:tbl>
    <w:p w14:paraId="024FBF5B" w14:textId="77777777" w:rsidR="008A44A3" w:rsidRDefault="008A44A3" w:rsidP="0047459F">
      <w:pPr>
        <w:pStyle w:val="Heading1"/>
      </w:pPr>
    </w:p>
    <w:p w14:paraId="1060F411" w14:textId="77777777" w:rsidR="008A44A3" w:rsidRDefault="008A44A3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322CBAA" w14:textId="486CC8D2" w:rsidR="0047459F" w:rsidRDefault="0047459F" w:rsidP="0047459F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47459F" w14:paraId="121DDBDB" w14:textId="77777777" w:rsidTr="008465BA">
        <w:tc>
          <w:tcPr>
            <w:tcW w:w="2689" w:type="dxa"/>
          </w:tcPr>
          <w:p w14:paraId="3982E4D7" w14:textId="08BAA075" w:rsidR="0047459F" w:rsidRDefault="0047459F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237CF43946054CECA58D4059F5D464DF"/>
            </w:placeholder>
            <w:showingPlcHdr/>
          </w:sdtPr>
          <w:sdtContent>
            <w:tc>
              <w:tcPr>
                <w:tcW w:w="6661" w:type="dxa"/>
              </w:tcPr>
              <w:p w14:paraId="6D91EC29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43A1A4C9" w14:textId="77777777" w:rsidTr="008465BA">
        <w:tc>
          <w:tcPr>
            <w:tcW w:w="2689" w:type="dxa"/>
          </w:tcPr>
          <w:p w14:paraId="1E8816E2" w14:textId="77777777" w:rsidR="0047459F" w:rsidRDefault="0047459F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66DC0BAFFB5944C1A17F331BD044CF5B"/>
            </w:placeholder>
            <w:showingPlcHdr/>
          </w:sdtPr>
          <w:sdtContent>
            <w:tc>
              <w:tcPr>
                <w:tcW w:w="6661" w:type="dxa"/>
              </w:tcPr>
              <w:p w14:paraId="65E2AA06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36590BC8" w14:textId="77777777" w:rsidTr="008465BA">
        <w:tc>
          <w:tcPr>
            <w:tcW w:w="2689" w:type="dxa"/>
          </w:tcPr>
          <w:p w14:paraId="2B3B8F7C" w14:textId="618B2CFD" w:rsidR="0047459F" w:rsidRDefault="0047459F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96A99737D025434D9696998E28F5C9C2"/>
            </w:placeholder>
            <w:showingPlcHdr/>
          </w:sdtPr>
          <w:sdtContent>
            <w:tc>
              <w:tcPr>
                <w:tcW w:w="6661" w:type="dxa"/>
              </w:tcPr>
              <w:p w14:paraId="26FC4112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1E721268" w14:textId="77777777" w:rsidTr="008465BA">
        <w:tc>
          <w:tcPr>
            <w:tcW w:w="2689" w:type="dxa"/>
          </w:tcPr>
          <w:p w14:paraId="1125D2FF" w14:textId="14D7370E" w:rsidR="0047459F" w:rsidRPr="003D4225" w:rsidRDefault="0047459F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206851474"/>
            <w:placeholder>
              <w:docPart w:val="37D43A04B7AF422091CB3337501A22F4"/>
            </w:placeholder>
            <w:showingPlcHdr/>
          </w:sdtPr>
          <w:sdtContent>
            <w:tc>
              <w:tcPr>
                <w:tcW w:w="6661" w:type="dxa"/>
              </w:tcPr>
              <w:p w14:paraId="731C4438" w14:textId="77777777" w:rsidR="0047459F" w:rsidRDefault="0047459F" w:rsidP="008465BA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3CCDCF99" w14:textId="77777777" w:rsidTr="008465BA">
        <w:tc>
          <w:tcPr>
            <w:tcW w:w="2689" w:type="dxa"/>
          </w:tcPr>
          <w:p w14:paraId="1938CF37" w14:textId="01F3DAAD" w:rsidR="0047459F" w:rsidRPr="003D4225" w:rsidRDefault="0047459F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075569655"/>
            <w:placeholder>
              <w:docPart w:val="A5157151B832421AA3B9C068C1547739"/>
            </w:placeholder>
            <w:showingPlcHdr/>
          </w:sdtPr>
          <w:sdtContent>
            <w:tc>
              <w:tcPr>
                <w:tcW w:w="6661" w:type="dxa"/>
              </w:tcPr>
              <w:p w14:paraId="337223A2" w14:textId="77777777" w:rsidR="0047459F" w:rsidRDefault="0047459F" w:rsidP="008465BA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459F" w14:paraId="0565E42A" w14:textId="77777777" w:rsidTr="008465BA">
        <w:tc>
          <w:tcPr>
            <w:tcW w:w="2689" w:type="dxa"/>
          </w:tcPr>
          <w:p w14:paraId="3EA200F1" w14:textId="489B2ABF" w:rsidR="0047459F" w:rsidRPr="0096274F" w:rsidRDefault="0047459F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680AE7A7" w14:textId="34F1DAAA" w:rsidR="0047459F" w:rsidRDefault="0096274F" w:rsidP="008465BA">
            <w:r>
              <w:t xml:space="preserve">Complete </w:t>
            </w:r>
            <w:sdt>
              <w:sdtPr>
                <w:id w:val="93310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A7BF5">
              <w:tab/>
            </w:r>
            <w:r>
              <w:t xml:space="preserve">Ongoing </w:t>
            </w:r>
            <w:sdt>
              <w:sdtPr>
                <w:id w:val="10501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7459F" w14:paraId="062866CB" w14:textId="77777777" w:rsidTr="008465BA">
        <w:tc>
          <w:tcPr>
            <w:tcW w:w="2689" w:type="dxa"/>
          </w:tcPr>
          <w:p w14:paraId="26E5E5B5" w14:textId="50F05526" w:rsidR="0047459F" w:rsidRPr="0096274F" w:rsidRDefault="0047459F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5CAA23B3" w14:textId="2DC2182A" w:rsidR="0047459F" w:rsidRDefault="0096274F" w:rsidP="008465BA">
            <w:r>
              <w:t xml:space="preserve">Yes </w:t>
            </w:r>
            <w:sdt>
              <w:sdtPr>
                <w:id w:val="71662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9966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7459F" w14:paraId="527C65F9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EC15A" w14:textId="53F4A166" w:rsidR="0047459F" w:rsidRDefault="0047459F" w:rsidP="008465BA"/>
        </w:tc>
      </w:tr>
      <w:tr w:rsidR="00DA7BF5" w14:paraId="487FBCC3" w14:textId="77777777" w:rsidTr="008465BA">
        <w:tc>
          <w:tcPr>
            <w:tcW w:w="2689" w:type="dxa"/>
          </w:tcPr>
          <w:p w14:paraId="252AD0DE" w14:textId="67336859" w:rsidR="00DA7BF5" w:rsidRDefault="00DA7BF5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35940420"/>
            <w:placeholder>
              <w:docPart w:val="2BAC9088FBAB426EBC343685F5C0CBA3"/>
            </w:placeholder>
            <w:showingPlcHdr/>
          </w:sdtPr>
          <w:sdtContent>
            <w:tc>
              <w:tcPr>
                <w:tcW w:w="6661" w:type="dxa"/>
              </w:tcPr>
              <w:p w14:paraId="769B8D11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528AD72D" w14:textId="77777777" w:rsidTr="008465BA">
        <w:tc>
          <w:tcPr>
            <w:tcW w:w="2689" w:type="dxa"/>
          </w:tcPr>
          <w:p w14:paraId="67795AC8" w14:textId="77777777" w:rsidR="00DA7BF5" w:rsidRDefault="00DA7BF5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15455713"/>
            <w:placeholder>
              <w:docPart w:val="534F5ABD826E4CB59AC1DC10283C3913"/>
            </w:placeholder>
            <w:showingPlcHdr/>
          </w:sdtPr>
          <w:sdtContent>
            <w:tc>
              <w:tcPr>
                <w:tcW w:w="6661" w:type="dxa"/>
              </w:tcPr>
              <w:p w14:paraId="359C919C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1DBECCF5" w14:textId="77777777" w:rsidTr="008465BA">
        <w:tc>
          <w:tcPr>
            <w:tcW w:w="2689" w:type="dxa"/>
          </w:tcPr>
          <w:p w14:paraId="336DBA75" w14:textId="77777777" w:rsidR="00DA7BF5" w:rsidRDefault="00DA7BF5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1198505094"/>
            <w:placeholder>
              <w:docPart w:val="481AAFE9D99C483A861A4D987AE96816"/>
            </w:placeholder>
            <w:showingPlcHdr/>
          </w:sdtPr>
          <w:sdtContent>
            <w:tc>
              <w:tcPr>
                <w:tcW w:w="6661" w:type="dxa"/>
              </w:tcPr>
              <w:p w14:paraId="1396DD91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72E1725D" w14:textId="77777777" w:rsidTr="008465BA">
        <w:tc>
          <w:tcPr>
            <w:tcW w:w="2689" w:type="dxa"/>
          </w:tcPr>
          <w:p w14:paraId="3BC99F35" w14:textId="77777777" w:rsidR="00DA7BF5" w:rsidRPr="003D4225" w:rsidRDefault="00DA7BF5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1194914428"/>
            <w:placeholder>
              <w:docPart w:val="A1D6205C339F45459EB11FE91EABB5B9"/>
            </w:placeholder>
            <w:showingPlcHdr/>
          </w:sdtPr>
          <w:sdtContent>
            <w:tc>
              <w:tcPr>
                <w:tcW w:w="6661" w:type="dxa"/>
              </w:tcPr>
              <w:p w14:paraId="40ED83AE" w14:textId="77777777" w:rsidR="00DA7BF5" w:rsidRDefault="00DA7BF5" w:rsidP="00994C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2C21C7BE" w14:textId="77777777" w:rsidTr="008465BA">
        <w:tc>
          <w:tcPr>
            <w:tcW w:w="2689" w:type="dxa"/>
          </w:tcPr>
          <w:p w14:paraId="4DED56EA" w14:textId="77777777" w:rsidR="00DA7BF5" w:rsidRPr="003D4225" w:rsidRDefault="00DA7BF5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154058031"/>
            <w:placeholder>
              <w:docPart w:val="7C1953A6AA7748DF8C65B038601F1F22"/>
            </w:placeholder>
            <w:showingPlcHdr/>
          </w:sdtPr>
          <w:sdtContent>
            <w:tc>
              <w:tcPr>
                <w:tcW w:w="6661" w:type="dxa"/>
              </w:tcPr>
              <w:p w14:paraId="252C3609" w14:textId="77777777" w:rsidR="00DA7BF5" w:rsidRDefault="00DA7BF5" w:rsidP="00994CF1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F5" w14:paraId="2C0507CE" w14:textId="77777777" w:rsidTr="008465BA">
        <w:tc>
          <w:tcPr>
            <w:tcW w:w="2689" w:type="dxa"/>
          </w:tcPr>
          <w:p w14:paraId="26F8A103" w14:textId="77777777" w:rsidR="00DA7BF5" w:rsidRPr="0096274F" w:rsidRDefault="00DA7BF5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2B45B387" w14:textId="77777777" w:rsidR="00DA7BF5" w:rsidRDefault="00DA7BF5" w:rsidP="008465BA">
            <w:r>
              <w:t xml:space="preserve">Complete </w:t>
            </w:r>
            <w:sdt>
              <w:sdtPr>
                <w:id w:val="106044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32764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A7BF5" w14:paraId="4F7160AC" w14:textId="77777777" w:rsidTr="008465BA">
        <w:tc>
          <w:tcPr>
            <w:tcW w:w="2689" w:type="dxa"/>
          </w:tcPr>
          <w:p w14:paraId="5809216E" w14:textId="77777777" w:rsidR="00DA7BF5" w:rsidRPr="0096274F" w:rsidRDefault="00DA7BF5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7154709E" w14:textId="77777777" w:rsidR="00DA7BF5" w:rsidRDefault="00DA7BF5" w:rsidP="008465BA">
            <w:r>
              <w:t xml:space="preserve">Yes </w:t>
            </w:r>
            <w:sdt>
              <w:sdtPr>
                <w:id w:val="-111636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1152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A7BF5" w14:paraId="691EB24E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68950" w14:textId="2D606C9C" w:rsidR="00DA7BF5" w:rsidRDefault="00DA7BF5" w:rsidP="008465BA"/>
        </w:tc>
      </w:tr>
      <w:tr w:rsidR="00C7289B" w14:paraId="267D63A4" w14:textId="77777777" w:rsidTr="008465BA">
        <w:tc>
          <w:tcPr>
            <w:tcW w:w="2689" w:type="dxa"/>
          </w:tcPr>
          <w:p w14:paraId="4B32EB68" w14:textId="58D804D1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784425145"/>
            <w:placeholder>
              <w:docPart w:val="4C19198CC0164A85A05A83037B8281B8"/>
            </w:placeholder>
            <w:showingPlcHdr/>
          </w:sdtPr>
          <w:sdtContent>
            <w:tc>
              <w:tcPr>
                <w:tcW w:w="6661" w:type="dxa"/>
              </w:tcPr>
              <w:p w14:paraId="7B7DDC6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BB3972F" w14:textId="77777777" w:rsidTr="008465BA">
        <w:tc>
          <w:tcPr>
            <w:tcW w:w="2689" w:type="dxa"/>
          </w:tcPr>
          <w:p w14:paraId="336446BF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65175978"/>
            <w:placeholder>
              <w:docPart w:val="F9CDBC924E5C40D0837928EED517D01D"/>
            </w:placeholder>
            <w:showingPlcHdr/>
          </w:sdtPr>
          <w:sdtContent>
            <w:tc>
              <w:tcPr>
                <w:tcW w:w="6661" w:type="dxa"/>
              </w:tcPr>
              <w:p w14:paraId="28FAE1C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8960131" w14:textId="77777777" w:rsidTr="008465BA">
        <w:tc>
          <w:tcPr>
            <w:tcW w:w="2689" w:type="dxa"/>
          </w:tcPr>
          <w:p w14:paraId="73BBB964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669706988"/>
            <w:placeholder>
              <w:docPart w:val="EAD4BAF9FB254120A3B5A1C69A0310E7"/>
            </w:placeholder>
            <w:showingPlcHdr/>
          </w:sdtPr>
          <w:sdtContent>
            <w:tc>
              <w:tcPr>
                <w:tcW w:w="6661" w:type="dxa"/>
              </w:tcPr>
              <w:p w14:paraId="03C430EF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6B40BFB" w14:textId="77777777" w:rsidTr="008465BA">
        <w:tc>
          <w:tcPr>
            <w:tcW w:w="2689" w:type="dxa"/>
          </w:tcPr>
          <w:p w14:paraId="4DB86966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1973360730"/>
            <w:placeholder>
              <w:docPart w:val="3364C63037E845EA9157CDBB84E77F38"/>
            </w:placeholder>
            <w:showingPlcHdr/>
          </w:sdtPr>
          <w:sdtContent>
            <w:tc>
              <w:tcPr>
                <w:tcW w:w="6661" w:type="dxa"/>
              </w:tcPr>
              <w:p w14:paraId="36B05B8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2E88E54" w14:textId="77777777" w:rsidTr="008465BA">
        <w:tc>
          <w:tcPr>
            <w:tcW w:w="2689" w:type="dxa"/>
          </w:tcPr>
          <w:p w14:paraId="643C7007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962009644"/>
            <w:placeholder>
              <w:docPart w:val="E827FE944DC84CC3960ECA6F81D57A73"/>
            </w:placeholder>
            <w:showingPlcHdr/>
          </w:sdtPr>
          <w:sdtContent>
            <w:tc>
              <w:tcPr>
                <w:tcW w:w="6661" w:type="dxa"/>
              </w:tcPr>
              <w:p w14:paraId="7DA2A032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C6721F0" w14:textId="77777777" w:rsidTr="008465BA">
        <w:tc>
          <w:tcPr>
            <w:tcW w:w="2689" w:type="dxa"/>
          </w:tcPr>
          <w:p w14:paraId="0EA92993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0AACA5F3" w14:textId="77777777" w:rsidR="00C7289B" w:rsidRDefault="00C7289B" w:rsidP="008465BA">
            <w:r>
              <w:t xml:space="preserve">Complete </w:t>
            </w:r>
            <w:sdt>
              <w:sdtPr>
                <w:id w:val="1727636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75778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91A8147" w14:textId="77777777" w:rsidTr="008465BA">
        <w:tc>
          <w:tcPr>
            <w:tcW w:w="2689" w:type="dxa"/>
          </w:tcPr>
          <w:p w14:paraId="3B8DB2AE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460C836B" w14:textId="77777777" w:rsidR="00C7289B" w:rsidRDefault="00C7289B" w:rsidP="008465BA">
            <w:r>
              <w:t xml:space="preserve">Yes </w:t>
            </w:r>
            <w:sdt>
              <w:sdtPr>
                <w:id w:val="68933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5132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460B41BB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E5FBA" w14:textId="5847E2E3" w:rsidR="00C7289B" w:rsidRDefault="00C7289B" w:rsidP="008465BA"/>
        </w:tc>
      </w:tr>
      <w:tr w:rsidR="00C7289B" w14:paraId="0846B5E4" w14:textId="77777777" w:rsidTr="008465BA">
        <w:tc>
          <w:tcPr>
            <w:tcW w:w="2689" w:type="dxa"/>
          </w:tcPr>
          <w:p w14:paraId="64A040E4" w14:textId="15867F38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87339971"/>
            <w:placeholder>
              <w:docPart w:val="C79101DBF733488894F5DA27445922C1"/>
            </w:placeholder>
            <w:showingPlcHdr/>
          </w:sdtPr>
          <w:sdtContent>
            <w:tc>
              <w:tcPr>
                <w:tcW w:w="6661" w:type="dxa"/>
              </w:tcPr>
              <w:p w14:paraId="72E64DE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24610F95" w14:textId="77777777" w:rsidTr="008465BA">
        <w:tc>
          <w:tcPr>
            <w:tcW w:w="2689" w:type="dxa"/>
          </w:tcPr>
          <w:p w14:paraId="1BBC96C4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264881224"/>
            <w:placeholder>
              <w:docPart w:val="44D1C070BD2F46AFA47825948D0586E2"/>
            </w:placeholder>
            <w:showingPlcHdr/>
          </w:sdtPr>
          <w:sdtContent>
            <w:tc>
              <w:tcPr>
                <w:tcW w:w="6661" w:type="dxa"/>
              </w:tcPr>
              <w:p w14:paraId="2CF093C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772ECE1" w14:textId="77777777" w:rsidTr="008465BA">
        <w:tc>
          <w:tcPr>
            <w:tcW w:w="2689" w:type="dxa"/>
          </w:tcPr>
          <w:p w14:paraId="3A9F9102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1340933699"/>
            <w:placeholder>
              <w:docPart w:val="7C88337E16D4450FA970FACAD2A9DCDE"/>
            </w:placeholder>
            <w:showingPlcHdr/>
          </w:sdtPr>
          <w:sdtContent>
            <w:tc>
              <w:tcPr>
                <w:tcW w:w="6661" w:type="dxa"/>
              </w:tcPr>
              <w:p w14:paraId="168AD751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0D46F88" w14:textId="77777777" w:rsidTr="008465BA">
        <w:tc>
          <w:tcPr>
            <w:tcW w:w="2689" w:type="dxa"/>
          </w:tcPr>
          <w:p w14:paraId="3EF66541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998304312"/>
            <w:placeholder>
              <w:docPart w:val="EA0800859F204290B95CB276982ADFF0"/>
            </w:placeholder>
            <w:showingPlcHdr/>
          </w:sdtPr>
          <w:sdtContent>
            <w:tc>
              <w:tcPr>
                <w:tcW w:w="6661" w:type="dxa"/>
              </w:tcPr>
              <w:p w14:paraId="0D974F93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52D1912" w14:textId="77777777" w:rsidTr="008465BA">
        <w:tc>
          <w:tcPr>
            <w:tcW w:w="2689" w:type="dxa"/>
          </w:tcPr>
          <w:p w14:paraId="70C75F90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639195388"/>
            <w:placeholder>
              <w:docPart w:val="69B4A0CB0ECC41A68583892FE700F161"/>
            </w:placeholder>
            <w:showingPlcHdr/>
          </w:sdtPr>
          <w:sdtContent>
            <w:tc>
              <w:tcPr>
                <w:tcW w:w="6661" w:type="dxa"/>
              </w:tcPr>
              <w:p w14:paraId="2BAA0922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4EBAA60B" w14:textId="77777777" w:rsidTr="008465BA">
        <w:tc>
          <w:tcPr>
            <w:tcW w:w="2689" w:type="dxa"/>
          </w:tcPr>
          <w:p w14:paraId="1E279877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Complete/Ongoing</w:t>
            </w:r>
          </w:p>
        </w:tc>
        <w:tc>
          <w:tcPr>
            <w:tcW w:w="6661" w:type="dxa"/>
          </w:tcPr>
          <w:p w14:paraId="7010C74C" w14:textId="77777777" w:rsidR="00C7289B" w:rsidRDefault="00C7289B" w:rsidP="008465BA">
            <w:r>
              <w:t xml:space="preserve">Complete </w:t>
            </w:r>
            <w:sdt>
              <w:sdtPr>
                <w:id w:val="-128465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-191454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88151B8" w14:textId="77777777" w:rsidTr="008465BA">
        <w:tc>
          <w:tcPr>
            <w:tcW w:w="2689" w:type="dxa"/>
          </w:tcPr>
          <w:p w14:paraId="6980E283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107EB8B9" w14:textId="77777777" w:rsidR="00C7289B" w:rsidRDefault="00C7289B" w:rsidP="008465BA">
            <w:r>
              <w:t xml:space="preserve">Yes </w:t>
            </w:r>
            <w:sdt>
              <w:sdtPr>
                <w:id w:val="148813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6725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7075A640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8E8BE" w14:textId="7545E59C" w:rsidR="00C7289B" w:rsidRDefault="00C7289B" w:rsidP="008465BA"/>
        </w:tc>
      </w:tr>
      <w:tr w:rsidR="00C7289B" w14:paraId="269B0FFD" w14:textId="77777777" w:rsidTr="008465BA">
        <w:tc>
          <w:tcPr>
            <w:tcW w:w="2689" w:type="dxa"/>
          </w:tcPr>
          <w:p w14:paraId="09CFAF37" w14:textId="03EBA9C1" w:rsidR="00C7289B" w:rsidRDefault="00C7289B" w:rsidP="008465B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33239280"/>
            <w:placeholder>
              <w:docPart w:val="F4AFA00F3AA04F009B26C7E0859F8D86"/>
            </w:placeholder>
            <w:showingPlcHdr/>
          </w:sdtPr>
          <w:sdtContent>
            <w:tc>
              <w:tcPr>
                <w:tcW w:w="6661" w:type="dxa"/>
              </w:tcPr>
              <w:p w14:paraId="7F818367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39B0BE0D" w14:textId="77777777" w:rsidTr="008465BA">
        <w:tc>
          <w:tcPr>
            <w:tcW w:w="2689" w:type="dxa"/>
          </w:tcPr>
          <w:p w14:paraId="25C12345" w14:textId="77777777" w:rsidR="00C7289B" w:rsidRDefault="00C7289B" w:rsidP="008465BA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325945858"/>
            <w:placeholder>
              <w:docPart w:val="750F3E48105F4A219716E3D517652BDD"/>
            </w:placeholder>
            <w:showingPlcHdr/>
          </w:sdtPr>
          <w:sdtContent>
            <w:tc>
              <w:tcPr>
                <w:tcW w:w="6661" w:type="dxa"/>
              </w:tcPr>
              <w:p w14:paraId="7D72D70B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25B1AF9" w14:textId="77777777" w:rsidTr="008465BA">
        <w:tc>
          <w:tcPr>
            <w:tcW w:w="2689" w:type="dxa"/>
          </w:tcPr>
          <w:p w14:paraId="4C77D8B5" w14:textId="77777777" w:rsidR="00C7289B" w:rsidRDefault="00C7289B" w:rsidP="008465BA">
            <w:r>
              <w:rPr>
                <w:b/>
                <w:bCs/>
              </w:rPr>
              <w:t>Teaching Delivered</w:t>
            </w:r>
          </w:p>
        </w:tc>
        <w:sdt>
          <w:sdtPr>
            <w:id w:val="-780805689"/>
            <w:placeholder>
              <w:docPart w:val="E4602201EDBE45C0A4D7801A3FAA23BB"/>
            </w:placeholder>
            <w:showingPlcHdr/>
          </w:sdtPr>
          <w:sdtContent>
            <w:tc>
              <w:tcPr>
                <w:tcW w:w="6661" w:type="dxa"/>
              </w:tcPr>
              <w:p w14:paraId="2CC16562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058D12A6" w14:textId="77777777" w:rsidTr="008465BA">
        <w:tc>
          <w:tcPr>
            <w:tcW w:w="2689" w:type="dxa"/>
          </w:tcPr>
          <w:p w14:paraId="4C26890A" w14:textId="77777777" w:rsidR="00C7289B" w:rsidRPr="003D4225" w:rsidRDefault="00C7289B" w:rsidP="008465BA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Audience</w:t>
            </w:r>
            <w:r w:rsidRPr="003D4225">
              <w:rPr>
                <w:b/>
                <w:bCs/>
                <w:lang w:val="en-GB"/>
              </w:rPr>
              <w:t xml:space="preserve"> </w:t>
            </w:r>
          </w:p>
        </w:tc>
        <w:sdt>
          <w:sdtPr>
            <w:id w:val="-203338"/>
            <w:placeholder>
              <w:docPart w:val="B0C76EE11CE846A28D010E244963C118"/>
            </w:placeholder>
            <w:showingPlcHdr/>
          </w:sdtPr>
          <w:sdtContent>
            <w:tc>
              <w:tcPr>
                <w:tcW w:w="6661" w:type="dxa"/>
              </w:tcPr>
              <w:p w14:paraId="7D642284" w14:textId="77777777" w:rsidR="00C7289B" w:rsidRDefault="00C7289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10E14C69" w14:textId="77777777" w:rsidTr="008465BA">
        <w:tc>
          <w:tcPr>
            <w:tcW w:w="2689" w:type="dxa"/>
          </w:tcPr>
          <w:p w14:paraId="101124FA" w14:textId="77777777" w:rsidR="00C7289B" w:rsidRPr="003D4225" w:rsidRDefault="00C7289B" w:rsidP="008465B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745333392"/>
            <w:placeholder>
              <w:docPart w:val="3D0AE7056E4046BAB49458BA51F41EA4"/>
            </w:placeholder>
            <w:showingPlcHdr/>
          </w:sdtPr>
          <w:sdtContent>
            <w:tc>
              <w:tcPr>
                <w:tcW w:w="6661" w:type="dxa"/>
              </w:tcPr>
              <w:p w14:paraId="7CC446E9" w14:textId="77777777" w:rsidR="00C7289B" w:rsidRDefault="00C7289B" w:rsidP="00CA2CEB">
                <w:r w:rsidRPr="00053B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89B" w14:paraId="69A2E811" w14:textId="77777777" w:rsidTr="008465BA">
        <w:tc>
          <w:tcPr>
            <w:tcW w:w="2689" w:type="dxa"/>
          </w:tcPr>
          <w:p w14:paraId="2E3D240C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lastRenderedPageBreak/>
              <w:t>Complete/Ongoing</w:t>
            </w:r>
          </w:p>
        </w:tc>
        <w:tc>
          <w:tcPr>
            <w:tcW w:w="6661" w:type="dxa"/>
          </w:tcPr>
          <w:p w14:paraId="7A9CBA45" w14:textId="77777777" w:rsidR="00C7289B" w:rsidRDefault="00C7289B" w:rsidP="008465BA">
            <w:r>
              <w:t xml:space="preserve">Complete </w:t>
            </w:r>
            <w:sdt>
              <w:sdtPr>
                <w:id w:val="-194160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  <w:t xml:space="preserve">Ongoing </w:t>
            </w:r>
            <w:sdt>
              <w:sdtPr>
                <w:id w:val="82632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65FA1898" w14:textId="77777777" w:rsidTr="008465BA">
        <w:tc>
          <w:tcPr>
            <w:tcW w:w="2689" w:type="dxa"/>
          </w:tcPr>
          <w:p w14:paraId="29ADCFE2" w14:textId="77777777" w:rsidR="00C7289B" w:rsidRPr="0096274F" w:rsidRDefault="00C7289B" w:rsidP="008465BA">
            <w:pPr>
              <w:rPr>
                <w:b/>
                <w:bCs/>
              </w:rPr>
            </w:pPr>
            <w:r w:rsidRPr="0096274F">
              <w:rPr>
                <w:b/>
                <w:bCs/>
              </w:rPr>
              <w:t>Supporting documentation</w:t>
            </w:r>
          </w:p>
        </w:tc>
        <w:tc>
          <w:tcPr>
            <w:tcW w:w="6661" w:type="dxa"/>
          </w:tcPr>
          <w:p w14:paraId="0C0CE6AC" w14:textId="77777777" w:rsidR="00C7289B" w:rsidRDefault="00C7289B" w:rsidP="008465BA">
            <w:r>
              <w:t xml:space="preserve">Yes </w:t>
            </w:r>
            <w:sdt>
              <w:sdtPr>
                <w:id w:val="-132458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4425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7289B" w14:paraId="5E9F3EBF" w14:textId="77777777" w:rsidTr="008465B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E5D54" w14:textId="1050D9A7" w:rsidR="00C7289B" w:rsidRDefault="00C7289B" w:rsidP="008465BA"/>
        </w:tc>
      </w:tr>
    </w:tbl>
    <w:p w14:paraId="443D98AC" w14:textId="77777777" w:rsidR="00C7289B" w:rsidRDefault="00C7289B" w:rsidP="003A0599">
      <w:pPr>
        <w:pStyle w:val="Heading1"/>
      </w:pPr>
    </w:p>
    <w:p w14:paraId="28D7A0F0" w14:textId="77777777" w:rsidR="00C7289B" w:rsidRDefault="00C7289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9AC81AA" w14:textId="0A16D435" w:rsidR="004A7F5A" w:rsidRDefault="004A7F5A" w:rsidP="003A0599">
      <w:pPr>
        <w:pStyle w:val="Heading1"/>
      </w:pPr>
      <w:r w:rsidRPr="003D4225">
        <w:lastRenderedPageBreak/>
        <w:t xml:space="preserve">Leadership and management </w:t>
      </w:r>
    </w:p>
    <w:p w14:paraId="185E71EA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Describe a time you demonstrated leadership in a clinical setting.</w:t>
      </w:r>
    </w:p>
    <w:sdt>
      <w:sdtPr>
        <w:rPr>
          <w:b/>
          <w:bCs/>
        </w:rPr>
        <w:id w:val="1014504855"/>
        <w:placeholder>
          <w:docPart w:val="0707DE9DF52047E3A79D930901434779"/>
        </w:placeholder>
        <w:showingPlcHdr/>
      </w:sdtPr>
      <w:sdtContent>
        <w:p w14:paraId="6FE95F9D" w14:textId="3CC3C96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0211766F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Give an example of how you managed a challenging team situation.</w:t>
      </w:r>
    </w:p>
    <w:sdt>
      <w:sdtPr>
        <w:rPr>
          <w:b/>
          <w:bCs/>
        </w:rPr>
        <w:id w:val="-1247260742"/>
        <w:placeholder>
          <w:docPart w:val="CD7C0BB2576543D59842095D6797B68D"/>
        </w:placeholder>
        <w:showingPlcHdr/>
      </w:sdtPr>
      <w:sdtContent>
        <w:p w14:paraId="583FD6B4" w14:textId="6FC08BA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43552C44" w14:textId="77777777" w:rsidR="00DA7BF5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Describe a service improvement you initiated or contributed to.</w:t>
      </w:r>
    </w:p>
    <w:sdt>
      <w:sdtPr>
        <w:rPr>
          <w:b/>
          <w:bCs/>
        </w:rPr>
        <w:id w:val="-1892642930"/>
        <w:placeholder>
          <w:docPart w:val="4D70DCEC3E01418CA4F58CF46130FB0B"/>
        </w:placeholder>
        <w:showingPlcHdr/>
      </w:sdtPr>
      <w:sdtContent>
        <w:p w14:paraId="0E9AF71C" w14:textId="50DD07D1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60FB1B3" w14:textId="735C9F38" w:rsidR="0047459F" w:rsidRDefault="0047459F" w:rsidP="00DA7BF5">
      <w:pPr>
        <w:pStyle w:val="ListParagraph"/>
        <w:numPr>
          <w:ilvl w:val="0"/>
          <w:numId w:val="15"/>
        </w:numPr>
        <w:rPr>
          <w:b/>
          <w:bCs/>
        </w:rPr>
      </w:pPr>
      <w:r w:rsidRPr="00DA7BF5">
        <w:rPr>
          <w:b/>
          <w:bCs/>
        </w:rPr>
        <w:t>How do you prioritise workload in a busy clinical environment?</w:t>
      </w:r>
    </w:p>
    <w:sdt>
      <w:sdtPr>
        <w:rPr>
          <w:b/>
          <w:bCs/>
        </w:rPr>
        <w:id w:val="1743604602"/>
        <w:placeholder>
          <w:docPart w:val="07E9FA2310C34226B3831C790DDF3720"/>
        </w:placeholder>
        <w:showingPlcHdr/>
      </w:sdtPr>
      <w:sdtContent>
        <w:p w14:paraId="583706A3" w14:textId="68AC669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5CA41211" w14:textId="77777777" w:rsidR="00C7289B" w:rsidRDefault="00C7289B" w:rsidP="00C7289B"/>
    <w:p w14:paraId="2DF7EC50" w14:textId="7345ED0D" w:rsidR="00DA7BF5" w:rsidRDefault="0047459F" w:rsidP="00DA7BF5">
      <w:pPr>
        <w:pStyle w:val="Heading1"/>
      </w:pPr>
      <w:r w:rsidRPr="0047459F">
        <w:t xml:space="preserve">Communication &amp; Professionalism </w:t>
      </w:r>
    </w:p>
    <w:p w14:paraId="05519E1A" w14:textId="77777777" w:rsidR="00DA7BF5" w:rsidRDefault="0047459F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Describe a situation where you had to communicate a difficult message.</w:t>
      </w:r>
    </w:p>
    <w:sdt>
      <w:sdtPr>
        <w:rPr>
          <w:b/>
          <w:bCs/>
        </w:rPr>
        <w:id w:val="840515778"/>
        <w:placeholder>
          <w:docPart w:val="3C8B521DE444442B902E8C66020A0657"/>
        </w:placeholder>
        <w:showingPlcHdr/>
      </w:sdtPr>
      <w:sdtContent>
        <w:p w14:paraId="4D81F93F" w14:textId="57EC83C0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0EE067E7" w14:textId="77777777" w:rsidR="00DA7BF5" w:rsidRDefault="00DA7BF5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H</w:t>
      </w:r>
      <w:r w:rsidR="0047459F" w:rsidRPr="00DA7BF5">
        <w:rPr>
          <w:b/>
          <w:bCs/>
        </w:rPr>
        <w:t>ow do you handle conflict with colleagues?</w:t>
      </w:r>
    </w:p>
    <w:sdt>
      <w:sdtPr>
        <w:rPr>
          <w:b/>
          <w:bCs/>
        </w:rPr>
        <w:id w:val="1163429855"/>
        <w:placeholder>
          <w:docPart w:val="207BA284314D4F19981F88A4FC624D24"/>
        </w:placeholder>
        <w:showingPlcHdr/>
      </w:sdtPr>
      <w:sdtContent>
        <w:p w14:paraId="3AED0BBA" w14:textId="63A09FD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F164071" w14:textId="389D8ABE" w:rsidR="0047459F" w:rsidRDefault="0047459F" w:rsidP="00DA7BF5">
      <w:pPr>
        <w:pStyle w:val="ListParagraph"/>
        <w:numPr>
          <w:ilvl w:val="0"/>
          <w:numId w:val="16"/>
        </w:numPr>
        <w:rPr>
          <w:b/>
          <w:bCs/>
        </w:rPr>
      </w:pPr>
      <w:r w:rsidRPr="00DA7BF5">
        <w:rPr>
          <w:b/>
          <w:bCs/>
        </w:rPr>
        <w:t>Give an example of maintaining professionalism under pressure.</w:t>
      </w:r>
    </w:p>
    <w:sdt>
      <w:sdtPr>
        <w:rPr>
          <w:b/>
          <w:bCs/>
        </w:rPr>
        <w:id w:val="1923448634"/>
        <w:placeholder>
          <w:docPart w:val="3C7120450E75473AA1F5126C6C906BBB"/>
        </w:placeholder>
        <w:showingPlcHdr/>
      </w:sdtPr>
      <w:sdtContent>
        <w:p w14:paraId="553F5D93" w14:textId="1F742D49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6C292896" w14:textId="77777777" w:rsidR="00C7289B" w:rsidRDefault="00C7289B" w:rsidP="00C7289B"/>
    <w:p w14:paraId="03B2F1E4" w14:textId="6121E3B3" w:rsidR="0047459F" w:rsidRPr="0047459F" w:rsidRDefault="0047459F" w:rsidP="00DA7BF5">
      <w:pPr>
        <w:pStyle w:val="Heading1"/>
      </w:pPr>
      <w:r w:rsidRPr="0047459F">
        <w:t>Clinical Governance &amp; Patient Safety</w:t>
      </w:r>
    </w:p>
    <w:p w14:paraId="7A49F0D5" w14:textId="77777777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Describe your involvement in patient safety initiatives.</w:t>
      </w:r>
    </w:p>
    <w:sdt>
      <w:sdtPr>
        <w:rPr>
          <w:b/>
          <w:bCs/>
        </w:rPr>
        <w:id w:val="-923806651"/>
        <w:placeholder>
          <w:docPart w:val="109885A9EE414C869A4027A4693B8146"/>
        </w:placeholder>
        <w:showingPlcHdr/>
      </w:sdtPr>
      <w:sdtContent>
        <w:p w14:paraId="44481CEF" w14:textId="68CF47CA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7B1B6298" w14:textId="77777777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Provide an example of how you identified and addressed a risk.</w:t>
      </w:r>
    </w:p>
    <w:sdt>
      <w:sdtPr>
        <w:rPr>
          <w:b/>
          <w:bCs/>
        </w:rPr>
        <w:id w:val="1467151537"/>
        <w:placeholder>
          <w:docPart w:val="10201C6DA6674D2D8B22DA2723C00F8C"/>
        </w:placeholder>
        <w:showingPlcHdr/>
      </w:sdtPr>
      <w:sdtContent>
        <w:p w14:paraId="6A05640B" w14:textId="47DCFAD6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584C7E10" w14:textId="27CDB63B" w:rsidR="00DA7BF5" w:rsidRDefault="0047459F" w:rsidP="00DA7BF5">
      <w:pPr>
        <w:pStyle w:val="ListParagraph"/>
        <w:numPr>
          <w:ilvl w:val="0"/>
          <w:numId w:val="17"/>
        </w:numPr>
        <w:rPr>
          <w:b/>
          <w:bCs/>
        </w:rPr>
      </w:pPr>
      <w:r w:rsidRPr="00DA7BF5">
        <w:rPr>
          <w:b/>
          <w:bCs/>
        </w:rPr>
        <w:t>How do you ensure high standards of clinical care?</w:t>
      </w:r>
    </w:p>
    <w:sdt>
      <w:sdtPr>
        <w:rPr>
          <w:b/>
          <w:bCs/>
        </w:rPr>
        <w:id w:val="-1451852213"/>
        <w:placeholder>
          <w:docPart w:val="3E50A923093F4B3A87CBA58596740C0F"/>
        </w:placeholder>
        <w:showingPlcHdr/>
      </w:sdtPr>
      <w:sdtContent>
        <w:p w14:paraId="115A820C" w14:textId="369C17A8" w:rsidR="00DA7BF5" w:rsidRPr="00DA7BF5" w:rsidRDefault="00DA7BF5" w:rsidP="00DA7BF5">
          <w:pPr>
            <w:rPr>
              <w:b/>
              <w:bCs/>
            </w:rPr>
          </w:pPr>
          <w:r w:rsidRPr="00994CF1">
            <w:rPr>
              <w:rStyle w:val="PlaceholderText"/>
            </w:rPr>
            <w:t>Click or tap here to enter text.</w:t>
          </w:r>
        </w:p>
      </w:sdtContent>
    </w:sdt>
    <w:p w14:paraId="25784CBE" w14:textId="77777777" w:rsidR="0047459F" w:rsidRPr="0047459F" w:rsidRDefault="0047459F" w:rsidP="0047459F"/>
    <w:sectPr w:rsidR="0047459F" w:rsidRPr="0047459F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2952" w14:textId="77777777" w:rsidR="002B248D" w:rsidRDefault="002B248D" w:rsidP="001B2E81">
      <w:pPr>
        <w:spacing w:after="0" w:line="240" w:lineRule="auto"/>
      </w:pPr>
      <w:r>
        <w:separator/>
      </w:r>
    </w:p>
  </w:endnote>
  <w:endnote w:type="continuationSeparator" w:id="0">
    <w:p w14:paraId="55EABA16" w14:textId="77777777" w:rsidR="002B248D" w:rsidRDefault="002B248D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B22A" w14:textId="77777777" w:rsidR="002B248D" w:rsidRDefault="002B248D" w:rsidP="001B2E81">
      <w:pPr>
        <w:spacing w:after="0" w:line="240" w:lineRule="auto"/>
      </w:pPr>
      <w:r>
        <w:separator/>
      </w:r>
    </w:p>
  </w:footnote>
  <w:footnote w:type="continuationSeparator" w:id="0">
    <w:p w14:paraId="7A6E4BAE" w14:textId="77777777" w:rsidR="002B248D" w:rsidRDefault="002B248D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43A6" w14:textId="088DB84E" w:rsidR="00880DF5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32FE5">
      <w:t>Respiratory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37E60"/>
    <w:multiLevelType w:val="hybridMultilevel"/>
    <w:tmpl w:val="3418F8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284D3B"/>
    <w:multiLevelType w:val="hybridMultilevel"/>
    <w:tmpl w:val="3418F8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866D2"/>
    <w:multiLevelType w:val="hybridMultilevel"/>
    <w:tmpl w:val="DA7C5A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5D2E21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3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4"/>
  </w:num>
  <w:num w:numId="13" w16cid:durableId="1694188166">
    <w:abstractNumId w:val="15"/>
  </w:num>
  <w:num w:numId="14" w16cid:durableId="889731661">
    <w:abstractNumId w:val="16"/>
  </w:num>
  <w:num w:numId="15" w16cid:durableId="1185093319">
    <w:abstractNumId w:val="12"/>
  </w:num>
  <w:num w:numId="16" w16cid:durableId="1817527926">
    <w:abstractNumId w:val="9"/>
  </w:num>
  <w:num w:numId="17" w16cid:durableId="460769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36"/>
    <w:rsid w:val="00041DFE"/>
    <w:rsid w:val="0006063C"/>
    <w:rsid w:val="00060F37"/>
    <w:rsid w:val="00081140"/>
    <w:rsid w:val="000834D5"/>
    <w:rsid w:val="000869BB"/>
    <w:rsid w:val="0015074B"/>
    <w:rsid w:val="00183922"/>
    <w:rsid w:val="001B2E81"/>
    <w:rsid w:val="001C17E4"/>
    <w:rsid w:val="00214ECC"/>
    <w:rsid w:val="002319B9"/>
    <w:rsid w:val="002931FF"/>
    <w:rsid w:val="0029639D"/>
    <w:rsid w:val="002B248D"/>
    <w:rsid w:val="002D7D98"/>
    <w:rsid w:val="002E140B"/>
    <w:rsid w:val="00326F90"/>
    <w:rsid w:val="003729FB"/>
    <w:rsid w:val="003A0599"/>
    <w:rsid w:val="003D4225"/>
    <w:rsid w:val="003E190D"/>
    <w:rsid w:val="0047459F"/>
    <w:rsid w:val="004A41F5"/>
    <w:rsid w:val="004A7F5A"/>
    <w:rsid w:val="004C5511"/>
    <w:rsid w:val="004D6768"/>
    <w:rsid w:val="00532322"/>
    <w:rsid w:val="00547911"/>
    <w:rsid w:val="00574D74"/>
    <w:rsid w:val="00597958"/>
    <w:rsid w:val="005A051B"/>
    <w:rsid w:val="006D0099"/>
    <w:rsid w:val="0075109E"/>
    <w:rsid w:val="007C0991"/>
    <w:rsid w:val="007C3707"/>
    <w:rsid w:val="00821B93"/>
    <w:rsid w:val="00832FE5"/>
    <w:rsid w:val="008525FA"/>
    <w:rsid w:val="00880DF5"/>
    <w:rsid w:val="008A44A3"/>
    <w:rsid w:val="0096274F"/>
    <w:rsid w:val="009A7B67"/>
    <w:rsid w:val="009E4AEB"/>
    <w:rsid w:val="009F0F2E"/>
    <w:rsid w:val="00A0792E"/>
    <w:rsid w:val="00A36383"/>
    <w:rsid w:val="00AA1D8D"/>
    <w:rsid w:val="00B16633"/>
    <w:rsid w:val="00B24AF3"/>
    <w:rsid w:val="00B47730"/>
    <w:rsid w:val="00B8038E"/>
    <w:rsid w:val="00BD4838"/>
    <w:rsid w:val="00C2402C"/>
    <w:rsid w:val="00C71FAB"/>
    <w:rsid w:val="00C7253B"/>
    <w:rsid w:val="00C7289B"/>
    <w:rsid w:val="00C95D05"/>
    <w:rsid w:val="00CB0664"/>
    <w:rsid w:val="00CD745A"/>
    <w:rsid w:val="00DA296B"/>
    <w:rsid w:val="00DA7BF5"/>
    <w:rsid w:val="00E31F06"/>
    <w:rsid w:val="00E9708F"/>
    <w:rsid w:val="00F0690A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5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80D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C6FF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0599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0DF5"/>
    <w:rPr>
      <w:rFonts w:asciiTheme="majorHAnsi" w:eastAsiaTheme="majorEastAsia" w:hAnsiTheme="majorHAnsi" w:cstheme="majorBidi"/>
      <w:b/>
      <w:bCs/>
      <w:color w:val="00C6FF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0F2FF1" w:rsidP="000F2FF1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0F2FF1" w:rsidP="000F2FF1">
          <w:pPr>
            <w:pStyle w:val="5C6BE9DD57B042A78E73AE6C65AB81E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0F2FF1" w:rsidP="000F2FF1">
          <w:pPr>
            <w:pStyle w:val="B94FF17A7DD844238942618D220CAEE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0F2FF1" w:rsidP="000F2FF1">
          <w:pPr>
            <w:pStyle w:val="E3F5175B57004446843F4F317C13BE7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0F2FF1" w:rsidP="000F2FF1">
          <w:pPr>
            <w:pStyle w:val="74CADD3637F3476CAEF2795719E307A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0F2FF1" w:rsidP="000F2FF1">
          <w:pPr>
            <w:pStyle w:val="6E2E25C8BD59485F83A4E1A3EB66C1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0F2FF1" w:rsidP="000F2FF1">
          <w:pPr>
            <w:pStyle w:val="872FF4CA11794B8A841DB2220DF10EA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0F2FF1" w:rsidP="000F2FF1">
          <w:pPr>
            <w:pStyle w:val="4E97BD512F134974B65EC5CE1A1FFA5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0F2FF1" w:rsidP="000F2FF1">
          <w:pPr>
            <w:pStyle w:val="43C24FC1DD4E4C25906C3761C0E44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0F2FF1" w:rsidP="000F2FF1">
          <w:pPr>
            <w:pStyle w:val="6E5B51F8A20C49259CB13015EB12138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0F2FF1" w:rsidP="000F2FF1">
          <w:pPr>
            <w:pStyle w:val="ACA81B7FEB124004A04A95F11ADBD7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0F2FF1" w:rsidP="000F2FF1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3D43A833542A1A3F03B74622B0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15460-B132-4FAF-934E-BC3B90014852}"/>
      </w:docPartPr>
      <w:docPartBody>
        <w:p w:rsidR="0006233D" w:rsidRDefault="000F2FF1" w:rsidP="000F2FF1">
          <w:pPr>
            <w:pStyle w:val="FBB3D43A833542A1A3F03B74622B056A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CB3A1CC0C4137BEF5AA3AD01A1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F77D9-F853-4B81-99A4-78E9F422E65C}"/>
      </w:docPartPr>
      <w:docPartBody>
        <w:p w:rsidR="000F2FF1" w:rsidRDefault="000F2FF1" w:rsidP="000F2FF1">
          <w:pPr>
            <w:pStyle w:val="BE6CB3A1CC0C4137BEF5AA3AD01A100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F6C29A8E2341C69804EBC5D5D2B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F54C3-CD4F-4E61-9996-E45A726A1B82}"/>
      </w:docPartPr>
      <w:docPartBody>
        <w:p w:rsidR="000F2FF1" w:rsidRDefault="000F2FF1" w:rsidP="000F2FF1">
          <w:pPr>
            <w:pStyle w:val="AEF6C29A8E2341C69804EBC5D5D2B68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E894039EC34BBD97FE177B59C4C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6CE3E-351D-4FFF-84F7-75432CA542C6}"/>
      </w:docPartPr>
      <w:docPartBody>
        <w:p w:rsidR="000F2FF1" w:rsidRDefault="000F2FF1" w:rsidP="000F2FF1">
          <w:pPr>
            <w:pStyle w:val="5CE894039EC34BBD97FE177B59C4C5D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E4E994A1743918FB91FC1BDC05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E88A0-055F-4049-A0C7-8DF71A771F19}"/>
      </w:docPartPr>
      <w:docPartBody>
        <w:p w:rsidR="000F2FF1" w:rsidRDefault="000F2FF1" w:rsidP="000F2FF1">
          <w:pPr>
            <w:pStyle w:val="636E4E994A1743918FB91FC1BDC058B5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CEE6A63FD44E29884D4439D260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445D4-9E7B-4EE6-BFB5-1EF3FD82EB97}"/>
      </w:docPartPr>
      <w:docPartBody>
        <w:p w:rsidR="000F2FF1" w:rsidRDefault="000F2FF1" w:rsidP="000F2FF1">
          <w:pPr>
            <w:pStyle w:val="40CCEE6A63FD44E29884D4439D2609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3EEF1403B4AB5A4F6537FB2880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ADA3C-2873-41D5-AABA-1D76CC05A949}"/>
      </w:docPartPr>
      <w:docPartBody>
        <w:p w:rsidR="000F2FF1" w:rsidRDefault="000F2FF1" w:rsidP="000F2FF1">
          <w:pPr>
            <w:pStyle w:val="5923EEF1403B4AB5A4F6537FB2880C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EF609804746BFA6B45158254E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9C8FB-C1AF-45C4-85E2-D29F726F8B1E}"/>
      </w:docPartPr>
      <w:docPartBody>
        <w:p w:rsidR="000F2FF1" w:rsidRDefault="000F2FF1" w:rsidP="000F2FF1">
          <w:pPr>
            <w:pStyle w:val="990EF609804746BFA6B45158254E1CC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68539976DB426FBFE348180E213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3DB58-63E4-4438-A248-2EC907705D73}"/>
      </w:docPartPr>
      <w:docPartBody>
        <w:p w:rsidR="000F2FF1" w:rsidRDefault="000F2FF1" w:rsidP="000F2FF1">
          <w:pPr>
            <w:pStyle w:val="AC68539976DB426FBFE348180E213D1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D1BD045D344618D2A0026986AC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9BEB-7560-4CE8-B157-A31523F210FE}"/>
      </w:docPartPr>
      <w:docPartBody>
        <w:p w:rsidR="000F2FF1" w:rsidRDefault="000F2FF1" w:rsidP="000F2FF1">
          <w:pPr>
            <w:pStyle w:val="990D1BD045D344618D2A0026986ACB4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58CF4FF4F40D08CFF6C7D98285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7C0DB-AE93-4D1D-8919-50F71CB88D1A}"/>
      </w:docPartPr>
      <w:docPartBody>
        <w:p w:rsidR="000F2FF1" w:rsidRDefault="000F2FF1" w:rsidP="000F2FF1">
          <w:pPr>
            <w:pStyle w:val="64D58CF4FF4F40D08CFF6C7D98285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6A8B817F414B3FBB913BF878A1D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38547-4045-42E7-85BF-E4E3675B8302}"/>
      </w:docPartPr>
      <w:docPartBody>
        <w:p w:rsidR="000F2FF1" w:rsidRDefault="000F2FF1" w:rsidP="000F2FF1">
          <w:pPr>
            <w:pStyle w:val="836A8B817F414B3FBB913BF878A1D97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0954396B694DCA81F0643D68B6E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707D6-88DB-44A4-BB84-FF0041D3714E}"/>
      </w:docPartPr>
      <w:docPartBody>
        <w:p w:rsidR="000F2FF1" w:rsidRDefault="000F2FF1" w:rsidP="000F2FF1">
          <w:pPr>
            <w:pStyle w:val="E10954396B694DCA81F0643D68B6E5B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1CEA7FA2B47E1A38B5827965DA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C2C8A-5D8F-4D17-AD3F-DF4E25664BEF}"/>
      </w:docPartPr>
      <w:docPartBody>
        <w:p w:rsidR="000F2FF1" w:rsidRDefault="000F2FF1" w:rsidP="000F2FF1">
          <w:pPr>
            <w:pStyle w:val="EEB1CEA7FA2B47E1A38B5827965DAB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F948ADF85243E4A9375A96BAA7B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8DC90-388C-4265-90EB-F6CBA0151154}"/>
      </w:docPartPr>
      <w:docPartBody>
        <w:p w:rsidR="000F2FF1" w:rsidRDefault="000F2FF1" w:rsidP="000F2FF1">
          <w:pPr>
            <w:pStyle w:val="89F948ADF85243E4A9375A96BAA7B8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841703EAB24BBAB6F4E3734DE5A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99A71-8876-454F-AFB9-ACD6818F8DF0}"/>
      </w:docPartPr>
      <w:docPartBody>
        <w:p w:rsidR="000F2FF1" w:rsidRDefault="000F2FF1" w:rsidP="000F2FF1">
          <w:pPr>
            <w:pStyle w:val="9D841703EAB24BBAB6F4E3734DE5A90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B32E1ADBAF403D9E6C38567FB5E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D8BE9-3B8E-45C3-B5D0-2178D33821FA}"/>
      </w:docPartPr>
      <w:docPartBody>
        <w:p w:rsidR="000F2FF1" w:rsidRDefault="000F2FF1" w:rsidP="000F2FF1">
          <w:pPr>
            <w:pStyle w:val="12B32E1ADBAF403D9E6C38567FB5E2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860214DA049CB9E22862C1E520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19841-5FC1-4C5D-BD2E-C5FE70416B16}"/>
      </w:docPartPr>
      <w:docPartBody>
        <w:p w:rsidR="000F2FF1" w:rsidRDefault="0006233D" w:rsidP="0006233D">
          <w:pPr>
            <w:pStyle w:val="43C860214DA049CB9E22862C1E520133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D2DDAF846B041B8902BB154EE24F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78F6A-C381-4316-8C77-4E0505549590}"/>
      </w:docPartPr>
      <w:docPartBody>
        <w:p w:rsidR="000F2FF1" w:rsidRDefault="000F2FF1" w:rsidP="000F2FF1">
          <w:pPr>
            <w:pStyle w:val="BD2DDAF846B041B8902BB154EE24FC0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83952943F4B4B802F128292745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C62B5-45C4-4FB2-86D9-F118691FCFE7}"/>
      </w:docPartPr>
      <w:docPartBody>
        <w:p w:rsidR="000F2FF1" w:rsidRDefault="000F2FF1" w:rsidP="000F2FF1">
          <w:pPr>
            <w:pStyle w:val="58483952943F4B4B802F128292745EA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B470012D64B2CA74AF8580DE55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DA074-525F-4941-A560-D08D7F0F6E8A}"/>
      </w:docPartPr>
      <w:docPartBody>
        <w:p w:rsidR="000F2FF1" w:rsidRDefault="000F2FF1" w:rsidP="000F2FF1">
          <w:pPr>
            <w:pStyle w:val="DF7B470012D64B2CA74AF8580DE55A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00A98C22B54DD996448D43BD9FF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C0EE2-BBD3-4035-BB26-C3FC903B3DCD}"/>
      </w:docPartPr>
      <w:docPartBody>
        <w:p w:rsidR="000F2FF1" w:rsidRDefault="000F2FF1" w:rsidP="000F2FF1">
          <w:pPr>
            <w:pStyle w:val="6E00A98C22B54DD996448D43BD9FF17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9C600C0D0B4CE1BF4F212FEEF15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D0459-445A-4257-8C27-DE3250383D2A}"/>
      </w:docPartPr>
      <w:docPartBody>
        <w:p w:rsidR="000F2FF1" w:rsidRDefault="0006233D" w:rsidP="0006233D">
          <w:pPr>
            <w:pStyle w:val="929C600C0D0B4CE1BF4F212FEEF15EDE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BEA59A68644D72BE4E561ADB6D9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08E7E-2ED4-4FDD-B9E9-E42A489D1587}"/>
      </w:docPartPr>
      <w:docPartBody>
        <w:p w:rsidR="000F2FF1" w:rsidRDefault="000F2FF1" w:rsidP="000F2FF1">
          <w:pPr>
            <w:pStyle w:val="7DBEA59A68644D72BE4E561ADB6D9D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ECA03B79274218B19DC1F1F329A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64C3E-6ADC-4898-9FEA-054B4995F672}"/>
      </w:docPartPr>
      <w:docPartBody>
        <w:p w:rsidR="000F2FF1" w:rsidRDefault="000F2FF1" w:rsidP="000F2FF1">
          <w:pPr>
            <w:pStyle w:val="DCECA03B79274218B19DC1F1F329ADC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B5158B5994AC2BCB4F5C813C9D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6FEC6-6C3F-46E9-9E65-AEA60B6D2FC2}"/>
      </w:docPartPr>
      <w:docPartBody>
        <w:p w:rsidR="000F2FF1" w:rsidRDefault="000F2FF1" w:rsidP="000F2FF1">
          <w:pPr>
            <w:pStyle w:val="80BB5158B5994AC2BCB4F5C813C9D8A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46D06FEC54099A1ED25626069B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B9F8A-D973-4147-B4BE-E61A14494AD2}"/>
      </w:docPartPr>
      <w:docPartBody>
        <w:p w:rsidR="000F2FF1" w:rsidRDefault="000F2FF1" w:rsidP="000F2FF1">
          <w:pPr>
            <w:pStyle w:val="4FE46D06FEC54099A1ED25626069B6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84BD60B97D4CB1AC1763FF62800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1E04E-1634-4F18-9C98-C810248D7077}"/>
      </w:docPartPr>
      <w:docPartBody>
        <w:p w:rsidR="000F2FF1" w:rsidRDefault="000F2FF1" w:rsidP="000F2FF1">
          <w:pPr>
            <w:pStyle w:val="EE84BD60B97D4CB1AC1763FF62800D1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BC4D5ED714C2DA3DEC935B9E8B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A8ADF-EE0C-476E-9C33-9495B99EED60}"/>
      </w:docPartPr>
      <w:docPartBody>
        <w:p w:rsidR="000F2FF1" w:rsidRDefault="000F2FF1" w:rsidP="000F2FF1">
          <w:pPr>
            <w:pStyle w:val="98CBC4D5ED714C2DA3DEC935B9E8B7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DB8AE9A23641849CE784561674A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82A0F-BCBA-4A38-A82F-4738EED357B6}"/>
      </w:docPartPr>
      <w:docPartBody>
        <w:p w:rsidR="000F2FF1" w:rsidRDefault="000F2FF1" w:rsidP="000F2FF1">
          <w:pPr>
            <w:pStyle w:val="43DB8AE9A23641849CE784561674A09C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FA13A95F984D8394DC41917BF39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C266A-64C1-4194-9264-61DDE108FDE0}"/>
      </w:docPartPr>
      <w:docPartBody>
        <w:p w:rsidR="000F2FF1" w:rsidRDefault="000F2FF1" w:rsidP="000F2FF1">
          <w:pPr>
            <w:pStyle w:val="62FA13A95F984D8394DC41917BF39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90880660149008236D452A05D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3FAD1-5B08-4918-88E2-914201811D68}"/>
      </w:docPartPr>
      <w:docPartBody>
        <w:p w:rsidR="000F2FF1" w:rsidRDefault="000F2FF1" w:rsidP="000F2FF1">
          <w:pPr>
            <w:pStyle w:val="2F890880660149008236D452A05D359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C400748014FD9A86F883B28B8D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ED88D-89B5-410D-85E1-8F7EAF2708A0}"/>
      </w:docPartPr>
      <w:docPartBody>
        <w:p w:rsidR="000F2FF1" w:rsidRDefault="000F2FF1" w:rsidP="000F2FF1">
          <w:pPr>
            <w:pStyle w:val="CBDC400748014FD9A86F883B28B8D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16FF6B00004F4D8B633F5AA1A33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F1331-502C-4A99-9254-A5AEF9FC6691}"/>
      </w:docPartPr>
      <w:docPartBody>
        <w:p w:rsidR="000F2FF1" w:rsidRDefault="000F2FF1" w:rsidP="000F2FF1">
          <w:pPr>
            <w:pStyle w:val="E816FF6B00004F4D8B633F5AA1A33F4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EBCA7932D44A6B988B5CFEB84A5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4A340-B5CA-4C0D-9F50-4D9789650C49}"/>
      </w:docPartPr>
      <w:docPartBody>
        <w:p w:rsidR="000F2FF1" w:rsidRDefault="000F2FF1" w:rsidP="000F2FF1">
          <w:pPr>
            <w:pStyle w:val="77EBCA7932D44A6B988B5CFEB84A52E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123C53024A4A7CA662972421CBE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8C3D8-2E48-4630-B8B5-3BF763E03A24}"/>
      </w:docPartPr>
      <w:docPartBody>
        <w:p w:rsidR="000F2FF1" w:rsidRDefault="000F2FF1" w:rsidP="000F2FF1">
          <w:pPr>
            <w:pStyle w:val="FB123C53024A4A7CA662972421CBED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177CD5168042899B8B6CD00F06D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A1859-F7A5-42FA-87B9-02B311BE5C0B}"/>
      </w:docPartPr>
      <w:docPartBody>
        <w:p w:rsidR="000F2FF1" w:rsidRDefault="000F2FF1" w:rsidP="000F2FF1">
          <w:pPr>
            <w:pStyle w:val="9A177CD5168042899B8B6CD00F06DA64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97A66AD12F4E4BB9F4AC58DC294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EB0E1-AA2E-4498-8286-029FB7E17649}"/>
      </w:docPartPr>
      <w:docPartBody>
        <w:p w:rsidR="000F2FF1" w:rsidRDefault="000F2FF1" w:rsidP="000F2FF1">
          <w:pPr>
            <w:pStyle w:val="6997A66AD12F4E4BB9F4AC58DC294E3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A4AB91616548879E51F36DFF2BA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CC77-AA87-4EC9-BF73-EAB59D69CD25}"/>
      </w:docPartPr>
      <w:docPartBody>
        <w:p w:rsidR="000F2FF1" w:rsidRDefault="000F2FF1" w:rsidP="000F2FF1">
          <w:pPr>
            <w:pStyle w:val="67A4AB91616548879E51F36DFF2BA24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CDB858CF5D4425B14CF6B868BC0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E9DAB-CF90-40AD-9800-B420D61675E7}"/>
      </w:docPartPr>
      <w:docPartBody>
        <w:p w:rsidR="000F2FF1" w:rsidRDefault="000F2FF1" w:rsidP="000F2FF1">
          <w:pPr>
            <w:pStyle w:val="02CDB858CF5D4425B14CF6B868BC0F9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901ADFA524D6CB7E146C084A69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B1809-1657-4C2C-A975-488BA4695BEA}"/>
      </w:docPartPr>
      <w:docPartBody>
        <w:p w:rsidR="000F2FF1" w:rsidRDefault="000F2FF1" w:rsidP="000F2FF1">
          <w:pPr>
            <w:pStyle w:val="0E3901ADFA524D6CB7E146C084A69A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FAD3F80C74E4393031BAE5F988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ABCB-B073-4A8C-8B69-E413F8FFEEF9}"/>
      </w:docPartPr>
      <w:docPartBody>
        <w:p w:rsidR="000F2FF1" w:rsidRDefault="000F2FF1" w:rsidP="000F2FF1">
          <w:pPr>
            <w:pStyle w:val="294FAD3F80C74E4393031BAE5F988F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421D8B2184C3C8DAFE2AF4DDC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13FA-D96F-4DC1-8999-D91FF607C833}"/>
      </w:docPartPr>
      <w:docPartBody>
        <w:p w:rsidR="000F2FF1" w:rsidRDefault="000F2FF1" w:rsidP="000F2FF1">
          <w:pPr>
            <w:pStyle w:val="DF7421D8B2184C3C8DAFE2AF4DDC9E6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78211B681456B8FB57F02992B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AAB26-356F-453B-8333-B151AF9322CD}"/>
      </w:docPartPr>
      <w:docPartBody>
        <w:p w:rsidR="000F2FF1" w:rsidRDefault="000F2FF1" w:rsidP="000F2FF1">
          <w:pPr>
            <w:pStyle w:val="A9D78211B681456B8FB57F02992BE397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AE50CE717E443DBAB020334A5751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1C84A-9331-4929-8C2C-89A774A52AEE}"/>
      </w:docPartPr>
      <w:docPartBody>
        <w:p w:rsidR="000F2FF1" w:rsidRDefault="000F2FF1" w:rsidP="000F2FF1">
          <w:pPr>
            <w:pStyle w:val="1AE50CE717E443DBAB020334A5751A2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0EBD24F82A4717B355B32781A44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F2EFD-6A34-44CC-A588-5965C8AEC03C}"/>
      </w:docPartPr>
      <w:docPartBody>
        <w:p w:rsidR="000F2FF1" w:rsidRDefault="000F2FF1" w:rsidP="000F2FF1">
          <w:pPr>
            <w:pStyle w:val="AB0EBD24F82A4717B355B32781A44A9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3DC7C5B594426B86E81D869501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27624-2BF7-45D3-A06B-C2EAA35B4035}"/>
      </w:docPartPr>
      <w:docPartBody>
        <w:p w:rsidR="000F2FF1" w:rsidRDefault="000F2FF1" w:rsidP="000F2FF1">
          <w:pPr>
            <w:pStyle w:val="7313DC7C5B594426B86E81D86950184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9E76269E04D98B8083A10DB4B5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9F8B0-59F6-4E75-971E-575422A01417}"/>
      </w:docPartPr>
      <w:docPartBody>
        <w:p w:rsidR="000F2FF1" w:rsidRDefault="000F2FF1" w:rsidP="000F2FF1">
          <w:pPr>
            <w:pStyle w:val="2FC9E76269E04D98B8083A10DB4B50A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B74449351410CB919E596F94E4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5344-5E8E-45D1-BE68-569DCFD40927}"/>
      </w:docPartPr>
      <w:docPartBody>
        <w:p w:rsidR="000F2FF1" w:rsidRDefault="000F2FF1" w:rsidP="000F2FF1">
          <w:pPr>
            <w:pStyle w:val="E47B74449351410CB919E596F94E4E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EA97E7AF614C1CBC4FDDE69CA3A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EC97F-90A0-40A4-B5E3-1A9514BFB9BD}"/>
      </w:docPartPr>
      <w:docPartBody>
        <w:p w:rsidR="000F2FF1" w:rsidRDefault="000F2FF1" w:rsidP="000F2FF1">
          <w:pPr>
            <w:pStyle w:val="CEEA97E7AF614C1CBC4FDDE69CA3AA9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16645436A44853B9D6680FB9D4F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B62BA-C394-4737-B7BF-C76E215FEF69}"/>
      </w:docPartPr>
      <w:docPartBody>
        <w:p w:rsidR="000F2FF1" w:rsidRDefault="000F2FF1" w:rsidP="000F2FF1">
          <w:pPr>
            <w:pStyle w:val="D216645436A44853B9D6680FB9D4F21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0AC44B042420B8D3522F3EE5AC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8AF20-AA3A-472D-A12C-0C7954E7735A}"/>
      </w:docPartPr>
      <w:docPartBody>
        <w:p w:rsidR="000F2FF1" w:rsidRDefault="000F2FF1" w:rsidP="000F2FF1">
          <w:pPr>
            <w:pStyle w:val="87D0AC44B042420B8D3522F3EE5AC25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51DE8D3B64D68A4D007B8C61D6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AB30-1DDB-4FBB-8B0D-17471D27DF2C}"/>
      </w:docPartPr>
      <w:docPartBody>
        <w:p w:rsidR="000F2FF1" w:rsidRDefault="000F2FF1" w:rsidP="000F2FF1">
          <w:pPr>
            <w:pStyle w:val="24551DE8D3B64D68A4D007B8C61D6390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86F71EE61B475EA698C9A14D733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8BAA-5F5B-4119-839D-870964662DA2}"/>
      </w:docPartPr>
      <w:docPartBody>
        <w:p w:rsidR="000F2FF1" w:rsidRDefault="000F2FF1" w:rsidP="000F2FF1">
          <w:pPr>
            <w:pStyle w:val="3786F71EE61B475EA698C9A14D733DB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0D6E3E91DD427D9E9ADDC066843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1F6A8-4D1F-4672-B164-32007BA3D831}"/>
      </w:docPartPr>
      <w:docPartBody>
        <w:p w:rsidR="000F2FF1" w:rsidRDefault="000F2FF1" w:rsidP="000F2FF1">
          <w:pPr>
            <w:pStyle w:val="610D6E3E91DD427D9E9ADDC0668439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E98435FC1640E08474D7AA437C0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10CB9-1D0E-4313-BBCB-3A505EDE9C22}"/>
      </w:docPartPr>
      <w:docPartBody>
        <w:p w:rsidR="000F2FF1" w:rsidRDefault="000F2FF1" w:rsidP="000F2FF1">
          <w:pPr>
            <w:pStyle w:val="D2E98435FC1640E08474D7AA437C09E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01FA09AFDB4BC8B5C5CFF0C5502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22DEA-F731-425D-83FF-1BF8912DA1CC}"/>
      </w:docPartPr>
      <w:docPartBody>
        <w:p w:rsidR="000F2FF1" w:rsidRDefault="000F2FF1" w:rsidP="000F2FF1">
          <w:pPr>
            <w:pStyle w:val="1401FA09AFDB4BC8B5C5CFF0C5502F58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82CCA040C4BED9462942E4CDA3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F13A0-8E19-4D26-B088-EC5CB2BBA6E6}"/>
      </w:docPartPr>
      <w:docPartBody>
        <w:p w:rsidR="000F2FF1" w:rsidRDefault="000F2FF1" w:rsidP="000F2FF1">
          <w:pPr>
            <w:pStyle w:val="52B82CCA040C4BED9462942E4CDA3F34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4C37E8F45498A8416F0C3F8161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23F3-77E9-46E5-B37F-65BF2DCFBA4A}"/>
      </w:docPartPr>
      <w:docPartBody>
        <w:p w:rsidR="000F2FF1" w:rsidRDefault="000F2FF1" w:rsidP="000F2FF1">
          <w:pPr>
            <w:pStyle w:val="2454C37E8F45498A8416F0C3F816110B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C54D331F0D478F9703AD53C655A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C641E-B3D5-4D7E-A7E3-49B87E9635A6}"/>
      </w:docPartPr>
      <w:docPartBody>
        <w:p w:rsidR="000F2FF1" w:rsidRDefault="000F2FF1" w:rsidP="000F2FF1">
          <w:pPr>
            <w:pStyle w:val="4AC54D331F0D478F9703AD53C655AB6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D79BF05634BE6B6D98E9117261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6A5DA-ABB0-4E4D-93CD-02DE98DD7384}"/>
      </w:docPartPr>
      <w:docPartBody>
        <w:p w:rsidR="000F2FF1" w:rsidRDefault="000F2FF1" w:rsidP="000F2FF1">
          <w:pPr>
            <w:pStyle w:val="C7DD79BF05634BE6B6D98E9117261CC0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499A2FD2D495C88CD81BBDDB13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2324-B9E7-4BDD-9C4B-F3F2B0355F79}"/>
      </w:docPartPr>
      <w:docPartBody>
        <w:p w:rsidR="000F2FF1" w:rsidRDefault="000F2FF1" w:rsidP="000F2FF1">
          <w:pPr>
            <w:pStyle w:val="F6F499A2FD2D495C88CD81BBDDB13A0F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BA57C02F84487A8D4F41AF0328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44F19-60F8-4A9F-88A0-372A6C95E67E}"/>
      </w:docPartPr>
      <w:docPartBody>
        <w:p w:rsidR="000F2FF1" w:rsidRDefault="000F2FF1" w:rsidP="000F2FF1">
          <w:pPr>
            <w:pStyle w:val="30ABA57C02F84487A8D4F41AF0328B8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AFDA73380440E193E8730CAD6C0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A37C4-D8D1-48FE-8EDA-86C586CD55FB}"/>
      </w:docPartPr>
      <w:docPartBody>
        <w:p w:rsidR="000F2FF1" w:rsidRDefault="000F2FF1" w:rsidP="000F2FF1">
          <w:pPr>
            <w:pStyle w:val="52AFDA73380440E193E8730CAD6C0E0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922809AE6B4F6CAE9D040E474CC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B0C7D-80A3-464B-8174-9D5ED1EC0136}"/>
      </w:docPartPr>
      <w:docPartBody>
        <w:p w:rsidR="000F2FF1" w:rsidRDefault="000F2FF1" w:rsidP="000F2FF1">
          <w:pPr>
            <w:pStyle w:val="78922809AE6B4F6CAE9D040E474CC495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E2608357442D7B6730E5BE0316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92439-491A-44AB-8BA6-3655373C00EF}"/>
      </w:docPartPr>
      <w:docPartBody>
        <w:p w:rsidR="000F2FF1" w:rsidRDefault="000F2FF1" w:rsidP="000F2FF1">
          <w:pPr>
            <w:pStyle w:val="0EEE2608357442D7B6730E5BE03166C2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CF43946054CECA58D4059F5D46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732D0-A32B-41F3-BB93-D7268EED4F2F}"/>
      </w:docPartPr>
      <w:docPartBody>
        <w:p w:rsidR="000F2FF1" w:rsidRDefault="000F2FF1" w:rsidP="000F2FF1">
          <w:pPr>
            <w:pStyle w:val="237CF43946054CECA58D4059F5D464D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DC0BAFFB5944C1A17F331BD044C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90AB1-6ECD-4824-BB11-1A0F29F056C8}"/>
      </w:docPartPr>
      <w:docPartBody>
        <w:p w:rsidR="000F2FF1" w:rsidRDefault="000F2FF1" w:rsidP="000F2FF1">
          <w:pPr>
            <w:pStyle w:val="66DC0BAFFB5944C1A17F331BD044CF5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99737D025434D9696998E28F5C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6C0AE-51D3-4501-B098-DBC34E43068B}"/>
      </w:docPartPr>
      <w:docPartBody>
        <w:p w:rsidR="000F2FF1" w:rsidRDefault="000F2FF1" w:rsidP="000F2FF1">
          <w:pPr>
            <w:pStyle w:val="96A99737D025434D9696998E28F5C9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D43A04B7AF422091CB3337501A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5392F-6594-4A97-83CC-A2E89BF607C4}"/>
      </w:docPartPr>
      <w:docPartBody>
        <w:p w:rsidR="000F2FF1" w:rsidRDefault="000F2FF1" w:rsidP="000F2FF1">
          <w:pPr>
            <w:pStyle w:val="37D43A04B7AF422091CB3337501A22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157151B832421AA3B9C068C154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56116-2265-46A9-BEE2-C59300AFB469}"/>
      </w:docPartPr>
      <w:docPartBody>
        <w:p w:rsidR="000F2FF1" w:rsidRDefault="000F2FF1" w:rsidP="000F2FF1">
          <w:pPr>
            <w:pStyle w:val="A5157151B832421AA3B9C068C1547739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57CFD5A9547CBB94B24EFAF5D4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47707-837A-4621-99CD-AD195AEEFB95}"/>
      </w:docPartPr>
      <w:docPartBody>
        <w:p w:rsidR="000F2FF1" w:rsidRDefault="000F2FF1" w:rsidP="000F2FF1">
          <w:pPr>
            <w:pStyle w:val="43C57CFD5A9547CBB94B24EFAF5D4DB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9BE16A9654046B9DBB15CF8AA3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9F4CC-D30E-4C5A-A05C-FB2842C440CF}"/>
      </w:docPartPr>
      <w:docPartBody>
        <w:p w:rsidR="000F2FF1" w:rsidRDefault="000F2FF1" w:rsidP="000F2FF1">
          <w:pPr>
            <w:pStyle w:val="7319BE16A9654046B9DBB15CF8AA32E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27BB32D6548C984E18A7B7F2AE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4AFD5-9E28-4016-9BD4-4E0655593B5C}"/>
      </w:docPartPr>
      <w:docPartBody>
        <w:p w:rsidR="000F2FF1" w:rsidRDefault="000F2FF1" w:rsidP="000F2FF1">
          <w:pPr>
            <w:pStyle w:val="02727BB32D6548C984E18A7B7F2AE9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E4935E74A9422F931102D327270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C0772-9857-4969-9F1B-138757112B94}"/>
      </w:docPartPr>
      <w:docPartBody>
        <w:p w:rsidR="000F2FF1" w:rsidRDefault="000F2FF1" w:rsidP="000F2FF1">
          <w:pPr>
            <w:pStyle w:val="4BE4935E74A9422F931102D3272708D9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2CCB44459B4F37848740A9B9EB5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D8214-E008-4506-BBE0-01E3D90B40DE}"/>
      </w:docPartPr>
      <w:docPartBody>
        <w:p w:rsidR="000F2FF1" w:rsidRDefault="000F2FF1" w:rsidP="000F2FF1">
          <w:pPr>
            <w:pStyle w:val="752CCB44459B4F37848740A9B9EB50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6E595638B64ECEA984406F21B9D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7F178-D618-42EF-96DC-0935C741806D}"/>
      </w:docPartPr>
      <w:docPartBody>
        <w:p w:rsidR="000F2FF1" w:rsidRDefault="000F2FF1" w:rsidP="000F2FF1">
          <w:pPr>
            <w:pStyle w:val="366E595638B64ECEA984406F21B9DD3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83133E41A4095A96BFF99BC6C4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57FCE-E2B4-4B63-8ADA-AA2D764D1DB8}"/>
      </w:docPartPr>
      <w:docPartBody>
        <w:p w:rsidR="000F2FF1" w:rsidRDefault="000F2FF1" w:rsidP="000F2FF1">
          <w:pPr>
            <w:pStyle w:val="88583133E41A4095A96BFF99BC6C4C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E23687DE494AF4B4C2F920C1978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E9843-B5C9-42AF-ABDD-209EFFD9712B}"/>
      </w:docPartPr>
      <w:docPartBody>
        <w:p w:rsidR="000F2FF1" w:rsidRDefault="000F2FF1" w:rsidP="000F2FF1">
          <w:pPr>
            <w:pStyle w:val="85E23687DE494AF4B4C2F920C1978D00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89289120624D85ACA3301EEC6F5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A0194-D214-430D-B44E-1D841C959796}"/>
      </w:docPartPr>
      <w:docPartBody>
        <w:p w:rsidR="000F2FF1" w:rsidRDefault="000F2FF1" w:rsidP="000F2FF1">
          <w:pPr>
            <w:pStyle w:val="DE89289120624D85ACA3301EEC6F514D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78E11B7F054291969ADA5E35851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1F71B-FFB5-48DC-B0BE-FFEE59700404}"/>
      </w:docPartPr>
      <w:docPartBody>
        <w:p w:rsidR="000F2FF1" w:rsidRDefault="000F2FF1" w:rsidP="000F2FF1">
          <w:pPr>
            <w:pStyle w:val="CB78E11B7F054291969ADA5E358518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D15AC4F384366A58845A9FE2D2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D3D99-2973-4BC8-9CE0-A1928A8788F7}"/>
      </w:docPartPr>
      <w:docPartBody>
        <w:p w:rsidR="000F2FF1" w:rsidRDefault="000F2FF1" w:rsidP="000F2FF1">
          <w:pPr>
            <w:pStyle w:val="018D15AC4F384366A58845A9FE2D27F6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68D2BAFC854515AB4D809741810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EF21E-8E7A-4E16-9DEF-3733424E5284}"/>
      </w:docPartPr>
      <w:docPartBody>
        <w:p w:rsidR="000F2FF1" w:rsidRDefault="000F2FF1" w:rsidP="000F2FF1">
          <w:pPr>
            <w:pStyle w:val="AB68D2BAFC854515AB4D809741810FCC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A1DD11A3A4B60A484EAA97662A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71EEA-C748-43FE-A05C-1B4016702660}"/>
      </w:docPartPr>
      <w:docPartBody>
        <w:p w:rsidR="000F2FF1" w:rsidRDefault="000F2FF1" w:rsidP="000F2FF1">
          <w:pPr>
            <w:pStyle w:val="FC1A1DD11A3A4B60A484EAA97662AFE2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BDFB0416C4019B382D44ACE761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A719-7C77-461F-97E9-DA01CED93CA4}"/>
      </w:docPartPr>
      <w:docPartBody>
        <w:p w:rsidR="000F2FF1" w:rsidRDefault="000F2FF1" w:rsidP="000F2FF1">
          <w:pPr>
            <w:pStyle w:val="678BDFB0416C4019B382D44ACE761AB6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890C57A6C44DE58FA2B753A28AF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6564A-EED2-4E9B-A022-8520C46EFC2D}"/>
      </w:docPartPr>
      <w:docPartBody>
        <w:p w:rsidR="000F2FF1" w:rsidRDefault="000F2FF1" w:rsidP="000F2FF1">
          <w:pPr>
            <w:pStyle w:val="16890C57A6C44DE58FA2B753A28AFC7E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488C42CEB4F11AE67A14314E33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4DEB0-344F-46CD-9443-08C55EB8A3B1}"/>
      </w:docPartPr>
      <w:docPartBody>
        <w:p w:rsidR="000F2FF1" w:rsidRDefault="000F2FF1" w:rsidP="000F2FF1">
          <w:pPr>
            <w:pStyle w:val="704488C42CEB4F11AE67A14314E33283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582943F7414B0BA558DDC2829CA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98CE4-229D-489A-BC22-40BDBEE322A7}"/>
      </w:docPartPr>
      <w:docPartBody>
        <w:p w:rsidR="000F2FF1" w:rsidRDefault="000F2FF1" w:rsidP="000F2FF1">
          <w:pPr>
            <w:pStyle w:val="16582943F7414B0BA558DDC2829CA85B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676FC3F99545E581E08D9AD3C6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4F365-7F8E-4836-93F8-3FBEA8DDD0C2}"/>
      </w:docPartPr>
      <w:docPartBody>
        <w:p w:rsidR="000F2FF1" w:rsidRDefault="000F2FF1" w:rsidP="000F2FF1">
          <w:pPr>
            <w:pStyle w:val="0D676FC3F99545E581E08D9AD3C6CABD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30271FEFC348AA9E5C51915CB6B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BB934-EA67-4DBC-9109-1E9844F196C6}"/>
      </w:docPartPr>
      <w:docPartBody>
        <w:p w:rsidR="000F2FF1" w:rsidRDefault="000F2FF1" w:rsidP="000F2FF1">
          <w:pPr>
            <w:pStyle w:val="FA30271FEFC348AA9E5C51915CB6B353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5899C29A7415EAA48371574258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8E09A-40B9-4824-9211-993EAA9757C6}"/>
      </w:docPartPr>
      <w:docPartBody>
        <w:p w:rsidR="000F2FF1" w:rsidRDefault="000F2FF1" w:rsidP="000F2FF1">
          <w:pPr>
            <w:pStyle w:val="7545899C29A7415EAA48371574258135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FC07AE71D624C7A8A998C6D74922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9BB5A-4036-4EA3-B411-395CC6892586}"/>
      </w:docPartPr>
      <w:docPartBody>
        <w:p w:rsidR="000F2FF1" w:rsidRDefault="000F2FF1" w:rsidP="000F2FF1">
          <w:pPr>
            <w:pStyle w:val="8FC07AE71D624C7A8A998C6D74922177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8473D377847658E0C115CF7708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587C4-A833-4E4B-89D2-4BA3426ED8D7}"/>
      </w:docPartPr>
      <w:docPartBody>
        <w:p w:rsidR="000F2FF1" w:rsidRDefault="000F2FF1" w:rsidP="000F2FF1">
          <w:pPr>
            <w:pStyle w:val="F408473D377847658E0C115CF77087BE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CD71F65D7246DDB57DFC123B9A6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BA797-E5BA-497F-A728-5CF9331D189D}"/>
      </w:docPartPr>
      <w:docPartBody>
        <w:p w:rsidR="000F2FF1" w:rsidRDefault="000F2FF1" w:rsidP="000F2FF1">
          <w:pPr>
            <w:pStyle w:val="23CD71F65D7246DDB57DFC123B9A6842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C73EF8CB824722B9706CD0D3394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81D93-6FB5-458C-BD1A-BB7AF45CEC20}"/>
      </w:docPartPr>
      <w:docPartBody>
        <w:p w:rsidR="000F2FF1" w:rsidRDefault="000F2FF1" w:rsidP="000F2FF1">
          <w:pPr>
            <w:pStyle w:val="C4C73EF8CB824722B9706CD0D33947C4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019661A4854A18B73563DE48BC9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78017-57A2-4CF4-AD97-70F993F6AA11}"/>
      </w:docPartPr>
      <w:docPartBody>
        <w:p w:rsidR="000F2FF1" w:rsidRDefault="000F2FF1" w:rsidP="000F2FF1">
          <w:pPr>
            <w:pStyle w:val="37019661A4854A18B73563DE48BC9FCF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508748F414DDEA7A7F204D8CB4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7A74C-5251-406E-B444-C9FCE9C0CB2F}"/>
      </w:docPartPr>
      <w:docPartBody>
        <w:p w:rsidR="000F2FF1" w:rsidRDefault="000F2FF1" w:rsidP="000F2FF1">
          <w:pPr>
            <w:pStyle w:val="F44508748F414DDEA7A7F204D8CB4FCC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B41B8DA05740488206EC512FA69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C089C-BC6E-4A2E-8A02-A8BF5C4441D3}"/>
      </w:docPartPr>
      <w:docPartBody>
        <w:p w:rsidR="000F2FF1" w:rsidRDefault="000F2FF1" w:rsidP="000F2FF1">
          <w:pPr>
            <w:pStyle w:val="64B41B8DA05740488206EC512FA69B0D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B9765AA0C4F8DA972583B2303D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68ECE-A644-483C-9F1B-ACFEB86B3C4B}"/>
      </w:docPartPr>
      <w:docPartBody>
        <w:p w:rsidR="000F2FF1" w:rsidRDefault="000F2FF1" w:rsidP="000F2FF1">
          <w:pPr>
            <w:pStyle w:val="CA1B9765AA0C4F8DA972583B2303D46B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07DE9DF52047E3A79D93090143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CD002-45BD-4A41-890B-6EA167893F26}"/>
      </w:docPartPr>
      <w:docPartBody>
        <w:p w:rsidR="000F2FF1" w:rsidRDefault="000F2FF1" w:rsidP="000F2FF1">
          <w:pPr>
            <w:pStyle w:val="0707DE9DF52047E3A79D930901434779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C0BB2576543D59842095D6797B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980D7-A547-4E90-8E87-49D111C1142C}"/>
      </w:docPartPr>
      <w:docPartBody>
        <w:p w:rsidR="000F2FF1" w:rsidRDefault="000F2FF1" w:rsidP="000F2FF1">
          <w:pPr>
            <w:pStyle w:val="CD7C0BB2576543D59842095D6797B68D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0DCEC3E01418CA4F58CF46130F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DCAB4-BD8E-4800-B3A5-3304455F13C3}"/>
      </w:docPartPr>
      <w:docPartBody>
        <w:p w:rsidR="000F2FF1" w:rsidRDefault="000F2FF1" w:rsidP="000F2FF1">
          <w:pPr>
            <w:pStyle w:val="4D70DCEC3E01418CA4F58CF46130FB0B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9FA2310C34226B3831C790DDF3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67CF8-D74A-41AB-AD7B-8D531F9B1EF9}"/>
      </w:docPartPr>
      <w:docPartBody>
        <w:p w:rsidR="000F2FF1" w:rsidRDefault="000F2FF1" w:rsidP="000F2FF1">
          <w:pPr>
            <w:pStyle w:val="07E9FA2310C34226B3831C790DDF3720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8B521DE444442B902E8C66020A0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DDDEA-0427-4C66-85CE-77A6B2521D8B}"/>
      </w:docPartPr>
      <w:docPartBody>
        <w:p w:rsidR="000F2FF1" w:rsidRDefault="000F2FF1" w:rsidP="000F2FF1">
          <w:pPr>
            <w:pStyle w:val="3C8B521DE444442B902E8C66020A0657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7BA284314D4F19981F88A4FC624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FCA12-13B5-4827-B513-670EBCC9B9B5}"/>
      </w:docPartPr>
      <w:docPartBody>
        <w:p w:rsidR="000F2FF1" w:rsidRDefault="000F2FF1" w:rsidP="000F2FF1">
          <w:pPr>
            <w:pStyle w:val="207BA284314D4F19981F88A4FC624D24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7120450E75473AA1F5126C6C906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8B5B-5640-4F87-8949-3383C8A5C759}"/>
      </w:docPartPr>
      <w:docPartBody>
        <w:p w:rsidR="000F2FF1" w:rsidRDefault="000F2FF1" w:rsidP="000F2FF1">
          <w:pPr>
            <w:pStyle w:val="3C7120450E75473AA1F5126C6C906BBB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9885A9EE414C869A4027A4693B8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4A166-B37F-4CC2-B886-B3CD8D37D518}"/>
      </w:docPartPr>
      <w:docPartBody>
        <w:p w:rsidR="000F2FF1" w:rsidRDefault="000F2FF1" w:rsidP="000F2FF1">
          <w:pPr>
            <w:pStyle w:val="109885A9EE414C869A4027A4693B8146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01C6DA6674D2D8B22DA2723C00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A50DE-75CF-4624-B9F3-108D15D74466}"/>
      </w:docPartPr>
      <w:docPartBody>
        <w:p w:rsidR="000F2FF1" w:rsidRDefault="000F2FF1" w:rsidP="000F2FF1">
          <w:pPr>
            <w:pStyle w:val="10201C6DA6674D2D8B22DA2723C00F8C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50A923093F4B3A87CBA58596740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197E5-EB9A-4126-9C0A-3A7BAA05C258}"/>
      </w:docPartPr>
      <w:docPartBody>
        <w:p w:rsidR="000F2FF1" w:rsidRDefault="000F2FF1" w:rsidP="000F2FF1">
          <w:pPr>
            <w:pStyle w:val="3E50A923093F4B3A87CBA58596740C0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C9088FBAB426EBC343685F5C0C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3A610-182C-4975-831E-099EB000EC75}"/>
      </w:docPartPr>
      <w:docPartBody>
        <w:p w:rsidR="000F2FF1" w:rsidRDefault="000F2FF1" w:rsidP="000F2FF1">
          <w:pPr>
            <w:pStyle w:val="2BAC9088FBAB426EBC343685F5C0CBA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F5ABD826E4CB59AC1DC10283C3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35378-C5F8-4B7D-A589-386B5BFE990A}"/>
      </w:docPartPr>
      <w:docPartBody>
        <w:p w:rsidR="000F2FF1" w:rsidRDefault="000F2FF1" w:rsidP="000F2FF1">
          <w:pPr>
            <w:pStyle w:val="534F5ABD826E4CB59AC1DC10283C391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1AAFE9D99C483A861A4D987AE96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F0E7-E889-46AB-8D76-0FA0E7AA3CE9}"/>
      </w:docPartPr>
      <w:docPartBody>
        <w:p w:rsidR="000F2FF1" w:rsidRDefault="000F2FF1" w:rsidP="000F2FF1">
          <w:pPr>
            <w:pStyle w:val="481AAFE9D99C483A861A4D987AE9681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D6205C339F45459EB11FE91EAB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90F34-0B27-42C1-9C6B-49673F9062B4}"/>
      </w:docPartPr>
      <w:docPartBody>
        <w:p w:rsidR="000F2FF1" w:rsidRDefault="000F2FF1" w:rsidP="000F2FF1">
          <w:pPr>
            <w:pStyle w:val="A1D6205C339F45459EB11FE91EABB5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953A6AA7748DF8C65B038601F1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0F132-C873-493F-9C81-3C970FE74E49}"/>
      </w:docPartPr>
      <w:docPartBody>
        <w:p w:rsidR="000F2FF1" w:rsidRDefault="000F2FF1" w:rsidP="000F2FF1">
          <w:pPr>
            <w:pStyle w:val="7C1953A6AA7748DF8C65B038601F1F22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7EDF4462C42D699720A7922D30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30142-FA14-4306-97CB-8C7F787A0A6A}"/>
      </w:docPartPr>
      <w:docPartBody>
        <w:p w:rsidR="00000000" w:rsidRDefault="000F2FF1" w:rsidP="000F2FF1">
          <w:pPr>
            <w:pStyle w:val="6E27EDF4462C42D699720A7922D3021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FBF5A0E8C34ACC9AB087B09F715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FD0E5-A901-4B2B-90FE-3CEF64840E4F}"/>
      </w:docPartPr>
      <w:docPartBody>
        <w:p w:rsidR="00000000" w:rsidRDefault="000F2FF1" w:rsidP="000F2FF1">
          <w:pPr>
            <w:pStyle w:val="7FFBF5A0E8C34ACC9AB087B09F7153B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0CEBCD0D95447BA156A44D902E5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A1B23-EF12-4B1C-8724-B1FE48F3C6AB}"/>
      </w:docPartPr>
      <w:docPartBody>
        <w:p w:rsidR="00000000" w:rsidRDefault="000F2FF1" w:rsidP="000F2FF1">
          <w:pPr>
            <w:pStyle w:val="070CEBCD0D95447BA156A44D902E572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3BE4D4ADD9435EA8FAFA8523AAB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375B0-FD9B-4F71-B00C-525AE6BD87C5}"/>
      </w:docPartPr>
      <w:docPartBody>
        <w:p w:rsidR="00000000" w:rsidRDefault="000F2FF1" w:rsidP="000F2FF1">
          <w:pPr>
            <w:pStyle w:val="073BE4D4ADD9435EA8FAFA8523AAB03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E9A1EB91CC47E1870654D615EF7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4D37F-6CBA-42DF-B271-EE4C4742FA21}"/>
      </w:docPartPr>
      <w:docPartBody>
        <w:p w:rsidR="00000000" w:rsidRDefault="000F2FF1" w:rsidP="000F2FF1">
          <w:pPr>
            <w:pStyle w:val="25E9A1EB91CC47E1870654D615EF79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4B6748D544FAD8FEEC5D3283C5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79B3F-2A9F-4296-88A3-D5F615E09A87}"/>
      </w:docPartPr>
      <w:docPartBody>
        <w:p w:rsidR="00000000" w:rsidRDefault="000F2FF1" w:rsidP="000F2FF1">
          <w:pPr>
            <w:pStyle w:val="D5B4B6748D544FAD8FEEC5D3283C5BE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3791CC4EB4D8A9ADDCFF303032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1254A-EFEC-40BF-8868-1999B6AA3372}"/>
      </w:docPartPr>
      <w:docPartBody>
        <w:p w:rsidR="00000000" w:rsidRDefault="000F2FF1" w:rsidP="000F2FF1">
          <w:pPr>
            <w:pStyle w:val="9993791CC4EB4D8A9ADDCFF303032C3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7670D251ED4DC3A722B065D324F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AF7A7-8D0C-42F0-A968-7A9DCCA5361D}"/>
      </w:docPartPr>
      <w:docPartBody>
        <w:p w:rsidR="00000000" w:rsidRDefault="000F2FF1" w:rsidP="000F2FF1">
          <w:pPr>
            <w:pStyle w:val="A47670D251ED4DC3A722B065D324F50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87548EFE1C47F79861BD0E5D32D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A897A-6F6A-40D6-B6F2-E84B642C462A}"/>
      </w:docPartPr>
      <w:docPartBody>
        <w:p w:rsidR="00000000" w:rsidRDefault="000F2FF1" w:rsidP="000F2FF1">
          <w:pPr>
            <w:pStyle w:val="FD87548EFE1C47F79861BD0E5D32D10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2BA4F8CFDFD4AADBCB70286BECD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41CE6-FEEA-4179-8EB7-ED3AD8D3B307}"/>
      </w:docPartPr>
      <w:docPartBody>
        <w:p w:rsidR="00000000" w:rsidRDefault="000F2FF1" w:rsidP="000F2FF1">
          <w:pPr>
            <w:pStyle w:val="E2BA4F8CFDFD4AADBCB70286BECDA06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5E9D41D1044DF8B84D529F6F829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CC6B9-A1B2-4270-9055-35AB94FD58E2}"/>
      </w:docPartPr>
      <w:docPartBody>
        <w:p w:rsidR="00000000" w:rsidRDefault="000F2FF1" w:rsidP="000F2FF1">
          <w:pPr>
            <w:pStyle w:val="F85E9D41D1044DF8B84D529F6F8291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9C8F9B4881424AB395885245D86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F9164-53F9-4F51-BBDD-0E3687DEB147}"/>
      </w:docPartPr>
      <w:docPartBody>
        <w:p w:rsidR="00000000" w:rsidRDefault="000F2FF1" w:rsidP="000F2FF1">
          <w:pPr>
            <w:pStyle w:val="089C8F9B4881424AB395885245D867C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02B09088A43CC894641FCE5E69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BE501-B7CF-43AA-839B-E91B104DDB46}"/>
      </w:docPartPr>
      <w:docPartBody>
        <w:p w:rsidR="00000000" w:rsidRDefault="000F2FF1" w:rsidP="000F2FF1">
          <w:pPr>
            <w:pStyle w:val="58F02B09088A43CC894641FCE5E693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CAAF56CE64E109CC7FED2056DD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E9D8E-1457-4235-87D5-CBF2362423CA}"/>
      </w:docPartPr>
      <w:docPartBody>
        <w:p w:rsidR="00000000" w:rsidRDefault="000F2FF1" w:rsidP="000F2FF1">
          <w:pPr>
            <w:pStyle w:val="117CAAF56CE64E109CC7FED2056DDD6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03F03C0C84EA5AFE40DAB3E69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21881-B1E7-4F50-B5B0-DA54DB2785A0}"/>
      </w:docPartPr>
      <w:docPartBody>
        <w:p w:rsidR="00000000" w:rsidRDefault="000F2FF1" w:rsidP="000F2FF1">
          <w:pPr>
            <w:pStyle w:val="44A03F03C0C84EA5AFE40DAB3E694A7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1F40CD0424DBA83EE842DC6C9D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B1EE7-B55C-4B70-9113-423635CDA205}"/>
      </w:docPartPr>
      <w:docPartBody>
        <w:p w:rsidR="00000000" w:rsidRDefault="000F2FF1" w:rsidP="000F2FF1">
          <w:pPr>
            <w:pStyle w:val="65C1F40CD0424DBA83EE842DC6C9D87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778583C60D4B25BDD7D716A7D3E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5945D-1409-410B-9D7F-B9FD948279B8}"/>
      </w:docPartPr>
      <w:docPartBody>
        <w:p w:rsidR="00000000" w:rsidRDefault="000F2FF1" w:rsidP="000F2FF1">
          <w:pPr>
            <w:pStyle w:val="24778583C60D4B25BDD7D716A7D3E5C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3650C949114E7480D8BBF9AB425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CFED7-EE0F-49CC-8743-3CA26EC98A44}"/>
      </w:docPartPr>
      <w:docPartBody>
        <w:p w:rsidR="00000000" w:rsidRDefault="000F2FF1" w:rsidP="000F2FF1">
          <w:pPr>
            <w:pStyle w:val="753650C949114E7480D8BBF9AB425D7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BA07E71C84E7683218CBF6C2D7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E3394-EA07-4620-990D-F8F3B7427FA7}"/>
      </w:docPartPr>
      <w:docPartBody>
        <w:p w:rsidR="00000000" w:rsidRDefault="000F2FF1" w:rsidP="000F2FF1">
          <w:pPr>
            <w:pStyle w:val="291BA07E71C84E7683218CBF6C2D72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B1967D9E24D1085F469E5C8920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20686-E88E-43BA-992B-BC10A5E8B40F}"/>
      </w:docPartPr>
      <w:docPartBody>
        <w:p w:rsidR="00000000" w:rsidRDefault="000F2FF1" w:rsidP="000F2FF1">
          <w:pPr>
            <w:pStyle w:val="679B1967D9E24D1085F469E5C8920D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6F04E67ED421BA511255E22C63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6621B-310D-4D88-A58B-E53F50453FED}"/>
      </w:docPartPr>
      <w:docPartBody>
        <w:p w:rsidR="00000000" w:rsidRDefault="000F2FF1" w:rsidP="000F2FF1">
          <w:pPr>
            <w:pStyle w:val="DDA6F04E67ED421BA511255E22C63B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AFEAF99CD42969DBF8AB8AACB1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4C33-4B34-4020-B0E4-1847AF21AD85}"/>
      </w:docPartPr>
      <w:docPartBody>
        <w:p w:rsidR="00000000" w:rsidRDefault="000F2FF1" w:rsidP="000F2FF1">
          <w:pPr>
            <w:pStyle w:val="0ECAFEAF99CD42969DBF8AB8AACB111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6CCD615E446209C528F573FD21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07EEE-A5AC-4D0B-8C7A-A91C9517698D}"/>
      </w:docPartPr>
      <w:docPartBody>
        <w:p w:rsidR="00000000" w:rsidRDefault="000F2FF1" w:rsidP="000F2FF1">
          <w:pPr>
            <w:pStyle w:val="4E76CCD615E446209C528F573FD21A1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81F1A545C4EA095A93A9A87060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B1C19-6E45-49BB-A1A5-686AC5B5EF77}"/>
      </w:docPartPr>
      <w:docPartBody>
        <w:p w:rsidR="00000000" w:rsidRDefault="000F2FF1" w:rsidP="000F2FF1">
          <w:pPr>
            <w:pStyle w:val="5EF81F1A545C4EA095A93A9A8706041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CB8BE92B1841959A683EF8189FC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32AB9-5E82-48AC-9200-9DC60545E328}"/>
      </w:docPartPr>
      <w:docPartBody>
        <w:p w:rsidR="00000000" w:rsidRDefault="000F2FF1" w:rsidP="000F2FF1">
          <w:pPr>
            <w:pStyle w:val="83CB8BE92B1841959A683EF8189FC420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E8EC979CA445FC83F8B7CCD49D9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D8BA1-069D-4C38-826A-D588890C3287}"/>
      </w:docPartPr>
      <w:docPartBody>
        <w:p w:rsidR="00000000" w:rsidRDefault="000F2FF1" w:rsidP="000F2FF1">
          <w:pPr>
            <w:pStyle w:val="1CE8EC979CA445FC83F8B7CCD49D92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E179FBB4094890849C03C026C88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7C823-642A-4782-B7FE-09F13E26F3AA}"/>
      </w:docPartPr>
      <w:docPartBody>
        <w:p w:rsidR="00000000" w:rsidRDefault="000F2FF1" w:rsidP="000F2FF1">
          <w:pPr>
            <w:pStyle w:val="7BE179FBB4094890849C03C026C8808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79501789A3401FB2FFB2BAC9650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047F5-8E2E-42D4-8C47-66D1AA4A3FDC}"/>
      </w:docPartPr>
      <w:docPartBody>
        <w:p w:rsidR="00000000" w:rsidRDefault="000F2FF1" w:rsidP="000F2FF1">
          <w:pPr>
            <w:pStyle w:val="3379501789A3401FB2FFB2BAC9650C1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FA96809064C719AF1B38E453DE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578E8-6D20-4D8D-A0E1-25EDCAEE734B}"/>
      </w:docPartPr>
      <w:docPartBody>
        <w:p w:rsidR="00000000" w:rsidRDefault="000F2FF1" w:rsidP="000F2FF1">
          <w:pPr>
            <w:pStyle w:val="542FA96809064C719AF1B38E453DEE6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68AEB3E1884E02A3A3E5FB5E37F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7DCC6-AB80-4BCC-8351-F3F5BC84CA72}"/>
      </w:docPartPr>
      <w:docPartBody>
        <w:p w:rsidR="00000000" w:rsidRDefault="000F2FF1" w:rsidP="000F2FF1">
          <w:pPr>
            <w:pStyle w:val="0468AEB3E1884E02A3A3E5FB5E37F28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1D6325FE5244E9B744E7AC851E0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1CA91-72E4-4EB3-9D9F-6BCD652921D6}"/>
      </w:docPartPr>
      <w:docPartBody>
        <w:p w:rsidR="00000000" w:rsidRDefault="000F2FF1" w:rsidP="000F2FF1">
          <w:pPr>
            <w:pStyle w:val="9C1D6325FE5244E9B744E7AC851E06F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C12112E8949AAB3E5CC90C53EA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B4118-F0C9-4B5F-A783-4BB8773D2112}"/>
      </w:docPartPr>
      <w:docPartBody>
        <w:p w:rsidR="00000000" w:rsidRDefault="000F2FF1" w:rsidP="000F2FF1">
          <w:pPr>
            <w:pStyle w:val="58FC12112E8949AAB3E5CC90C53EA58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B569B6F49473586C831CF5FD2F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259E2-72B8-4FA3-9A75-ECFF7143EBA9}"/>
      </w:docPartPr>
      <w:docPartBody>
        <w:p w:rsidR="00000000" w:rsidRDefault="000F2FF1" w:rsidP="000F2FF1">
          <w:pPr>
            <w:pStyle w:val="565B569B6F49473586C831CF5FD2F2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A7D53EDE9D4BA6A62E6EC230CA5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3C040-4A87-46C7-AE10-63D9BA797650}"/>
      </w:docPartPr>
      <w:docPartBody>
        <w:p w:rsidR="00000000" w:rsidRDefault="000F2FF1" w:rsidP="000F2FF1">
          <w:pPr>
            <w:pStyle w:val="A9A7D53EDE9D4BA6A62E6EC230CA510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94A033843A84C72B8297D4C1C3A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366C8-E7E1-4B11-BCAC-7CEA0317B97B}"/>
      </w:docPartPr>
      <w:docPartBody>
        <w:p w:rsidR="00000000" w:rsidRDefault="000F2FF1" w:rsidP="000F2FF1">
          <w:pPr>
            <w:pStyle w:val="E94A033843A84C72B8297D4C1C3AA1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40B94525664B969D6F058D7BEB3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CD83D-17AA-42B0-9055-4C90EF99BA06}"/>
      </w:docPartPr>
      <w:docPartBody>
        <w:p w:rsidR="00000000" w:rsidRDefault="000F2FF1" w:rsidP="000F2FF1">
          <w:pPr>
            <w:pStyle w:val="9240B94525664B969D6F058D7BEB3A7E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88C5D7C3374A9EADD4728805089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5C92D-83B7-42A5-AF60-C6B0BD23B6D1}"/>
      </w:docPartPr>
      <w:docPartBody>
        <w:p w:rsidR="00000000" w:rsidRDefault="000F2FF1" w:rsidP="000F2FF1">
          <w:pPr>
            <w:pStyle w:val="4688C5D7C3374A9EADD47288050891E1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04B71577C842499743F42E54A89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28CF-5839-43D5-BC7C-73960B516CDD}"/>
      </w:docPartPr>
      <w:docPartBody>
        <w:p w:rsidR="00000000" w:rsidRDefault="000F2FF1" w:rsidP="000F2FF1">
          <w:pPr>
            <w:pStyle w:val="3404B71577C842499743F42E54A896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D1FD7B0D32409693EC9273C081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F5F38-7F53-4D55-8597-CCB5268F1787}"/>
      </w:docPartPr>
      <w:docPartBody>
        <w:p w:rsidR="00000000" w:rsidRDefault="000F2FF1" w:rsidP="000F2FF1">
          <w:pPr>
            <w:pStyle w:val="F3D1FD7B0D32409693EC9273C081677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88CFFBF9A47EA9D5E9EA9B71E8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C3ACC-7A3F-4AF1-90F2-886E965C3D33}"/>
      </w:docPartPr>
      <w:docPartBody>
        <w:p w:rsidR="00000000" w:rsidRDefault="000F2FF1" w:rsidP="000F2FF1">
          <w:pPr>
            <w:pStyle w:val="A4188CFFBF9A47EA9D5E9EA9B71E81E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D5405C251B46D3B4170671E78CE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1FC79-5BB6-4170-8140-5825213B89FF}"/>
      </w:docPartPr>
      <w:docPartBody>
        <w:p w:rsidR="00000000" w:rsidRDefault="000F2FF1" w:rsidP="000F2FF1">
          <w:pPr>
            <w:pStyle w:val="D5D5405C251B46D3B4170671E78CE1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16CC306F74C19A442C7BE7E31C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732B4-F478-4DF9-A75B-384E2A45C441}"/>
      </w:docPartPr>
      <w:docPartBody>
        <w:p w:rsidR="00000000" w:rsidRDefault="000F2FF1" w:rsidP="000F2FF1">
          <w:pPr>
            <w:pStyle w:val="A4A16CC306F74C19A442C7BE7E31CB77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CE71166EC4B36A01F1AFF02A77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4C012-8EBE-409E-A8D8-5FC0EC17FF0F}"/>
      </w:docPartPr>
      <w:docPartBody>
        <w:p w:rsidR="00000000" w:rsidRDefault="000F2FF1" w:rsidP="000F2FF1">
          <w:pPr>
            <w:pStyle w:val="34BCE71166EC4B36A01F1AFF02A77BCE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F66AE07D2F48BC87C5B05B021C6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9221-FB35-44D5-BBB7-352F880A27D9}"/>
      </w:docPartPr>
      <w:docPartBody>
        <w:p w:rsidR="00000000" w:rsidRDefault="000F2FF1" w:rsidP="000F2FF1">
          <w:pPr>
            <w:pStyle w:val="59F66AE07D2F48BC87C5B05B021C6F2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57FD49242475C86D404E185262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E2D78-B822-499C-8EF4-51A975C69062}"/>
      </w:docPartPr>
      <w:docPartBody>
        <w:p w:rsidR="00000000" w:rsidRDefault="000F2FF1" w:rsidP="000F2FF1">
          <w:pPr>
            <w:pStyle w:val="EB057FD49242475C86D404E1852625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47FEC2D424AC89F5EF119424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5C9F-7A88-4666-ADB3-EE1CDF221BDF}"/>
      </w:docPartPr>
      <w:docPartBody>
        <w:p w:rsidR="00000000" w:rsidRDefault="000F2FF1" w:rsidP="000F2FF1">
          <w:pPr>
            <w:pStyle w:val="C5547FEC2D424AC89F5EF11942419338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8457FCED50421FBFF47DE90BEB7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EFD78-80AB-4799-A02F-076E6F8B20F4}"/>
      </w:docPartPr>
      <w:docPartBody>
        <w:p w:rsidR="00000000" w:rsidRDefault="000F2FF1" w:rsidP="000F2FF1">
          <w:pPr>
            <w:pStyle w:val="0D8457FCED50421FBFF47DE90BEB7DE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68C514D304142B2BB462525D0C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32FBE-29CD-4A25-87A8-7E374B881FAE}"/>
      </w:docPartPr>
      <w:docPartBody>
        <w:p w:rsidR="00000000" w:rsidRDefault="000F2FF1" w:rsidP="000F2FF1">
          <w:pPr>
            <w:pStyle w:val="9C868C514D304142B2BB462525D0C19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C63EF4C984BA28D7EF8C02812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A4B33-99FC-4ABC-8503-9C0238039FB6}"/>
      </w:docPartPr>
      <w:docPartBody>
        <w:p w:rsidR="00000000" w:rsidRDefault="000F2FF1" w:rsidP="000F2FF1">
          <w:pPr>
            <w:pStyle w:val="420C63EF4C984BA28D7EF8C0281244B4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C8CCE3FC645D89B2D643B9035D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4CD1-54E8-48CA-B722-77A6FB2B1BD6}"/>
      </w:docPartPr>
      <w:docPartBody>
        <w:p w:rsidR="00000000" w:rsidRDefault="000F2FF1" w:rsidP="000F2FF1">
          <w:pPr>
            <w:pStyle w:val="CD7C8CCE3FC645D89B2D643B9035DA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C6EB14FB042D889A0A84C3416E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15B8-C8CB-4345-85FF-722902AB1F77}"/>
      </w:docPartPr>
      <w:docPartBody>
        <w:p w:rsidR="00000000" w:rsidRDefault="000F2FF1" w:rsidP="000F2FF1">
          <w:pPr>
            <w:pStyle w:val="2E5C6EB14FB042D889A0A84C3416E60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0F87D6A4346398023EF55CDD29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1C58-FFBD-4479-B25A-63612F9FF9A4}"/>
      </w:docPartPr>
      <w:docPartBody>
        <w:p w:rsidR="00000000" w:rsidRDefault="000F2FF1" w:rsidP="000F2FF1">
          <w:pPr>
            <w:pStyle w:val="E880F87D6A4346398023EF55CDD29DD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A5A42AFD8A47228A92FFE90356A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BB0B0-9C7C-40B4-A853-CF51D915FECB}"/>
      </w:docPartPr>
      <w:docPartBody>
        <w:p w:rsidR="00000000" w:rsidRDefault="000F2FF1" w:rsidP="000F2FF1">
          <w:pPr>
            <w:pStyle w:val="F2A5A42AFD8A47228A92FFE90356A5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54094784B44B9B92C5A6A60D6A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39CB7-1E12-4A61-ABB9-8816D18261D4}"/>
      </w:docPartPr>
      <w:docPartBody>
        <w:p w:rsidR="00000000" w:rsidRDefault="000F2FF1" w:rsidP="000F2FF1">
          <w:pPr>
            <w:pStyle w:val="C8154094784B44B9B92C5A6A60D6ACD3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739BCA10A54E78AD4599367086B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C32F6-F98E-4BDC-A791-8181D79EAD94}"/>
      </w:docPartPr>
      <w:docPartBody>
        <w:p w:rsidR="00000000" w:rsidRDefault="000F2FF1" w:rsidP="000F2FF1">
          <w:pPr>
            <w:pStyle w:val="56739BCA10A54E78AD4599367086B55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A84043297405099BB9798DB16B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4BBFB-9F89-48BF-BDB3-EF8403B5CBE2}"/>
      </w:docPartPr>
      <w:docPartBody>
        <w:p w:rsidR="00000000" w:rsidRDefault="000F2FF1" w:rsidP="000F2FF1">
          <w:pPr>
            <w:pStyle w:val="520A84043297405099BB9798DB16B0D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2A385369B42768265A12800D16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910D7-A4B8-4292-BD14-D755F12B4550}"/>
      </w:docPartPr>
      <w:docPartBody>
        <w:p w:rsidR="00000000" w:rsidRDefault="000F2FF1" w:rsidP="000F2FF1">
          <w:pPr>
            <w:pStyle w:val="82B2A385369B42768265A12800D160B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20DF8139D746C5A27FA6EF20D27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2D8C6-1F8D-4F4A-8390-0CBD05218268}"/>
      </w:docPartPr>
      <w:docPartBody>
        <w:p w:rsidR="00000000" w:rsidRDefault="000F2FF1" w:rsidP="000F2FF1">
          <w:pPr>
            <w:pStyle w:val="A420DF8139D746C5A27FA6EF20D27BA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FFC1A8FC6455E8F8EA94F6EDBC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F3F4D-56AF-4869-A4FF-A8AA9C6E5F23}"/>
      </w:docPartPr>
      <w:docPartBody>
        <w:p w:rsidR="00000000" w:rsidRDefault="000F2FF1" w:rsidP="000F2FF1">
          <w:pPr>
            <w:pStyle w:val="98AFFC1A8FC6455E8F8EA94F6EDBCF6F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4FD954C7524848B47C6D010AF8E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6B9AE-1A74-401D-B627-3BEB4EB47DA5}"/>
      </w:docPartPr>
      <w:docPartBody>
        <w:p w:rsidR="00000000" w:rsidRDefault="000F2FF1" w:rsidP="000F2FF1">
          <w:pPr>
            <w:pStyle w:val="184FD954C7524848B47C6D010AF8E4E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CAA3061944C7D970E54BF5B6BC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789D1-DA52-4EE5-BC91-6DCCE35681D9}"/>
      </w:docPartPr>
      <w:docPartBody>
        <w:p w:rsidR="00000000" w:rsidRDefault="000F2FF1" w:rsidP="000F2FF1">
          <w:pPr>
            <w:pStyle w:val="303CAA3061944C7D970E54BF5B6BC18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2D71439034300BAEB24681E95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28136-2E25-4D69-8AF9-5F685F3277D6}"/>
      </w:docPartPr>
      <w:docPartBody>
        <w:p w:rsidR="00000000" w:rsidRDefault="000F2FF1" w:rsidP="000F2FF1">
          <w:pPr>
            <w:pStyle w:val="71A2D71439034300BAEB24681E9556F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C0B1F848DA4B71AF7A63F38A038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4EDD5-896A-4BBF-A6E2-B3CD4F680FF9}"/>
      </w:docPartPr>
      <w:docPartBody>
        <w:p w:rsidR="00000000" w:rsidRDefault="000F2FF1" w:rsidP="000F2FF1">
          <w:pPr>
            <w:pStyle w:val="04C0B1F848DA4B71AF7A63F38A0388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F70604E68E424A9E5E83D93BEFF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25DC8-B1F7-4893-89D9-465532396239}"/>
      </w:docPartPr>
      <w:docPartBody>
        <w:p w:rsidR="00000000" w:rsidRDefault="000F2FF1" w:rsidP="000F2FF1">
          <w:pPr>
            <w:pStyle w:val="77F70604E68E424A9E5E83D93BEFF2381"/>
          </w:pPr>
          <w:r w:rsidRPr="00994C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E3FFE383124725BB1C9110E19C2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11A34-5126-4A91-B52B-E5E9BAB03C51}"/>
      </w:docPartPr>
      <w:docPartBody>
        <w:p w:rsidR="00000000" w:rsidRDefault="000F2FF1" w:rsidP="000F2FF1">
          <w:pPr>
            <w:pStyle w:val="DBE3FFE383124725BB1C9110E19C2EF5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8FD2D37FA34766816DF0FDBED83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E318B-6C86-4915-BF59-C9D68AC88F05}"/>
      </w:docPartPr>
      <w:docPartBody>
        <w:p w:rsidR="00000000" w:rsidRDefault="000F2FF1" w:rsidP="000F2FF1">
          <w:pPr>
            <w:pStyle w:val="798FD2D37FA34766816DF0FDBED83C30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0C146ECD44EC494223927E41F4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68CA2-761B-4674-8AEC-45A1BE6606C2}"/>
      </w:docPartPr>
      <w:docPartBody>
        <w:p w:rsidR="00000000" w:rsidRDefault="000F2FF1" w:rsidP="000F2FF1">
          <w:pPr>
            <w:pStyle w:val="7260C146ECD44EC494223927E41F4C9D1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05920D02B240A69013ED99C9E31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5A87E-08F9-42C9-88D5-0BCE08678DD3}"/>
      </w:docPartPr>
      <w:docPartBody>
        <w:p w:rsidR="00000000" w:rsidRDefault="000F2FF1" w:rsidP="000F2FF1">
          <w:pPr>
            <w:pStyle w:val="8205920D02B240A69013ED99C9E31484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D8F898BA024CDABD0C75E5AB488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50303-A37A-4429-B382-22D6EB0B4848}"/>
      </w:docPartPr>
      <w:docPartBody>
        <w:p w:rsidR="00000000" w:rsidRDefault="000F2FF1" w:rsidP="000F2FF1">
          <w:pPr>
            <w:pStyle w:val="22D8F898BA024CDABD0C75E5AB48859D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F74CAAA74489A9424BCAF5C6F7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3128-FA1B-4302-A598-F7379242E374}"/>
      </w:docPartPr>
      <w:docPartBody>
        <w:p w:rsidR="00000000" w:rsidRDefault="000F2FF1" w:rsidP="000F2FF1">
          <w:pPr>
            <w:pStyle w:val="2F1F74CAAA74489A9424BCAF5C6F7E181"/>
          </w:pPr>
          <w:r w:rsidRPr="00994C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19198CC0164A85A05A83037B828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77CDC-B6FA-4D4A-9AD9-EF970221B4BD}"/>
      </w:docPartPr>
      <w:docPartBody>
        <w:p w:rsidR="00000000" w:rsidRDefault="000F2FF1" w:rsidP="000F2FF1">
          <w:pPr>
            <w:pStyle w:val="4C19198CC0164A85A05A83037B8281B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DBC924E5C40D0837928EED517D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C44A7-3D14-47CE-814C-E96E02BE88C0}"/>
      </w:docPartPr>
      <w:docPartBody>
        <w:p w:rsidR="00000000" w:rsidRDefault="000F2FF1" w:rsidP="000F2FF1">
          <w:pPr>
            <w:pStyle w:val="F9CDBC924E5C40D0837928EED517D0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4BAF9FB254120A3B5A1C69A031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CCDC1-2F66-4608-93A2-F288692C695C}"/>
      </w:docPartPr>
      <w:docPartBody>
        <w:p w:rsidR="00000000" w:rsidRDefault="000F2FF1" w:rsidP="000F2FF1">
          <w:pPr>
            <w:pStyle w:val="EAD4BAF9FB254120A3B5A1C69A0310E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4C63037E845EA9157CDBB84E77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4E094-046B-45AC-B5DC-AE0C331591B0}"/>
      </w:docPartPr>
      <w:docPartBody>
        <w:p w:rsidR="00000000" w:rsidRDefault="000F2FF1" w:rsidP="000F2FF1">
          <w:pPr>
            <w:pStyle w:val="3364C63037E845EA9157CDBB84E77F3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27FE944DC84CC3960ECA6F81D57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FC8CF-5DFE-4D14-AB4E-E420AF8FEE7A}"/>
      </w:docPartPr>
      <w:docPartBody>
        <w:p w:rsidR="00000000" w:rsidRDefault="000F2FF1" w:rsidP="000F2FF1">
          <w:pPr>
            <w:pStyle w:val="E827FE944DC84CC3960ECA6F81D57A73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9101DBF733488894F5DA2744592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0E627-F96F-4E1C-B922-7E1C0162F942}"/>
      </w:docPartPr>
      <w:docPartBody>
        <w:p w:rsidR="00000000" w:rsidRDefault="000F2FF1" w:rsidP="000F2FF1">
          <w:pPr>
            <w:pStyle w:val="C79101DBF733488894F5DA27445922C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1C070BD2F46AFA47825948D058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12C54-D7A0-4C20-80A1-3EE5399299C5}"/>
      </w:docPartPr>
      <w:docPartBody>
        <w:p w:rsidR="00000000" w:rsidRDefault="000F2FF1" w:rsidP="000F2FF1">
          <w:pPr>
            <w:pStyle w:val="44D1C070BD2F46AFA47825948D0586E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8337E16D4450FA970FACAD2A9D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F4EF9-49A8-4327-9671-6FB190316BEE}"/>
      </w:docPartPr>
      <w:docPartBody>
        <w:p w:rsidR="00000000" w:rsidRDefault="000F2FF1" w:rsidP="000F2FF1">
          <w:pPr>
            <w:pStyle w:val="7C88337E16D4450FA970FACAD2A9DC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0800859F204290B95CB276982AD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2D101-C434-4B1E-990E-DB44CDF37FA2}"/>
      </w:docPartPr>
      <w:docPartBody>
        <w:p w:rsidR="00000000" w:rsidRDefault="000F2FF1" w:rsidP="000F2FF1">
          <w:pPr>
            <w:pStyle w:val="EA0800859F204290B95CB276982ADFF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4A0CB0ECC41A68583892FE700F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F5E1C-5110-4D07-A910-C7E3F222DFE7}"/>
      </w:docPartPr>
      <w:docPartBody>
        <w:p w:rsidR="00000000" w:rsidRDefault="000F2FF1" w:rsidP="000F2FF1">
          <w:pPr>
            <w:pStyle w:val="69B4A0CB0ECC41A68583892FE700F161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AFA00F3AA04F009B26C7E0859F8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78D2F-EF8C-4EA3-A694-C3757E1C6E86}"/>
      </w:docPartPr>
      <w:docPartBody>
        <w:p w:rsidR="00000000" w:rsidRDefault="000F2FF1" w:rsidP="000F2FF1">
          <w:pPr>
            <w:pStyle w:val="F4AFA00F3AA04F009B26C7E0859F8D8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F3E48105F4A219716E3D517652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92E74-A367-43FA-9C8D-EBBB18776C74}"/>
      </w:docPartPr>
      <w:docPartBody>
        <w:p w:rsidR="00000000" w:rsidRDefault="000F2FF1" w:rsidP="000F2FF1">
          <w:pPr>
            <w:pStyle w:val="750F3E48105F4A219716E3D517652B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02201EDBE45C0A4D7801A3FAA2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296C9-7FEB-445E-97E0-6B623E436480}"/>
      </w:docPartPr>
      <w:docPartBody>
        <w:p w:rsidR="00000000" w:rsidRDefault="000F2FF1" w:rsidP="000F2FF1">
          <w:pPr>
            <w:pStyle w:val="E4602201EDBE45C0A4D7801A3FAA23B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76EE11CE846A28D010E244963C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8817D-E234-41DC-BF75-CD2A9971B34B}"/>
      </w:docPartPr>
      <w:docPartBody>
        <w:p w:rsidR="00000000" w:rsidRDefault="000F2FF1" w:rsidP="000F2FF1">
          <w:pPr>
            <w:pStyle w:val="B0C76EE11CE846A28D010E244963C11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AE7056E4046BAB49458BA51F41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E60AE-0FC5-44FC-8470-80F0381C0D97}"/>
      </w:docPartPr>
      <w:docPartBody>
        <w:p w:rsidR="00000000" w:rsidRDefault="000F2FF1" w:rsidP="000F2FF1">
          <w:pPr>
            <w:pStyle w:val="3D0AE7056E4046BAB49458BA51F41EA41"/>
          </w:pPr>
          <w:r w:rsidRPr="00053B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F66982F77947E7A8306ACFBF3E7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6BD42-1104-426B-BC99-553B8E43BEFA}"/>
      </w:docPartPr>
      <w:docPartBody>
        <w:p w:rsidR="00000000" w:rsidRDefault="000F2FF1" w:rsidP="000F2FF1">
          <w:pPr>
            <w:pStyle w:val="6BF66982F77947E7A8306ACFBF3E7DD4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966D56C9014B2FA10724CA65CEA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D9668-0C1F-4D51-BAF5-A47683718869}"/>
      </w:docPartPr>
      <w:docPartBody>
        <w:p w:rsidR="00000000" w:rsidRDefault="000F2FF1" w:rsidP="000F2FF1">
          <w:pPr>
            <w:pStyle w:val="AB966D56C9014B2FA10724CA65CEAED8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BF18CCF0454F5A8DFB6B375C108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01698-572E-4700-BF81-015EAB88C600}"/>
      </w:docPartPr>
      <w:docPartBody>
        <w:p w:rsidR="00000000" w:rsidRDefault="000F2FF1" w:rsidP="000F2FF1">
          <w:pPr>
            <w:pStyle w:val="5FBF18CCF0454F5A8DFB6B375C108E02"/>
          </w:pPr>
          <w:r w:rsidRPr="00CA2CE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6233D"/>
    <w:rsid w:val="000F2FF1"/>
    <w:rsid w:val="001063D2"/>
    <w:rsid w:val="00321A34"/>
    <w:rsid w:val="0033193A"/>
    <w:rsid w:val="003E190D"/>
    <w:rsid w:val="004161F5"/>
    <w:rsid w:val="005A051B"/>
    <w:rsid w:val="006239E1"/>
    <w:rsid w:val="00667F4B"/>
    <w:rsid w:val="006D0099"/>
    <w:rsid w:val="009A5C93"/>
    <w:rsid w:val="009D3254"/>
    <w:rsid w:val="00B302C0"/>
    <w:rsid w:val="00BD0B7C"/>
    <w:rsid w:val="00F0690A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FF1"/>
    <w:rPr>
      <w:color w:val="666666"/>
    </w:rPr>
  </w:style>
  <w:style w:type="paragraph" w:customStyle="1" w:styleId="2EAF284CAC53452CB5545AAB5C171207">
    <w:name w:val="2EAF284CAC53452CB5545AAB5C171207"/>
    <w:rsid w:val="000F2FF1"/>
  </w:style>
  <w:style w:type="paragraph" w:customStyle="1" w:styleId="6E27EDF4462C42D699720A7922D3021E">
    <w:name w:val="6E27EDF4462C42D699720A7922D3021E"/>
    <w:rsid w:val="000F2FF1"/>
  </w:style>
  <w:style w:type="paragraph" w:customStyle="1" w:styleId="7FFBF5A0E8C34ACC9AB087B09F7153B6">
    <w:name w:val="7FFBF5A0E8C34ACC9AB087B09F7153B6"/>
    <w:rsid w:val="000F2FF1"/>
  </w:style>
  <w:style w:type="paragraph" w:customStyle="1" w:styleId="070CEBCD0D95447BA156A44D902E5724">
    <w:name w:val="070CEBCD0D95447BA156A44D902E5724"/>
    <w:rsid w:val="000F2FF1"/>
  </w:style>
  <w:style w:type="paragraph" w:customStyle="1" w:styleId="073BE4D4ADD9435EA8FAFA8523AAB034">
    <w:name w:val="073BE4D4ADD9435EA8FAFA8523AAB034"/>
    <w:rsid w:val="000F2FF1"/>
  </w:style>
  <w:style w:type="paragraph" w:customStyle="1" w:styleId="25E9A1EB91CC47E1870654D615EF79DD">
    <w:name w:val="25E9A1EB91CC47E1870654D615EF79DD"/>
    <w:rsid w:val="000F2FF1"/>
  </w:style>
  <w:style w:type="paragraph" w:customStyle="1" w:styleId="D5B4B6748D544FAD8FEEC5D3283C5BE6">
    <w:name w:val="D5B4B6748D544FAD8FEEC5D3283C5BE6"/>
    <w:rsid w:val="000F2FF1"/>
  </w:style>
  <w:style w:type="paragraph" w:customStyle="1" w:styleId="9993791CC4EB4D8A9ADDCFF303032C33">
    <w:name w:val="9993791CC4EB4D8A9ADDCFF303032C33"/>
    <w:rsid w:val="000F2FF1"/>
  </w:style>
  <w:style w:type="paragraph" w:customStyle="1" w:styleId="1C4F7EC019584E35A3D22504D9D8D891">
    <w:name w:val="1C4F7EC019584E35A3D22504D9D8D891"/>
    <w:rsid w:val="000F2FF1"/>
  </w:style>
  <w:style w:type="paragraph" w:customStyle="1" w:styleId="A47670D251ED4DC3A722B065D324F506">
    <w:name w:val="A47670D251ED4DC3A722B065D324F506"/>
    <w:rsid w:val="000F2FF1"/>
  </w:style>
  <w:style w:type="paragraph" w:customStyle="1" w:styleId="FD87548EFE1C47F79861BD0E5D32D10C">
    <w:name w:val="FD87548EFE1C47F79861BD0E5D32D10C"/>
    <w:rsid w:val="000F2FF1"/>
  </w:style>
  <w:style w:type="paragraph" w:customStyle="1" w:styleId="E2BA4F8CFDFD4AADBCB70286BECDA067">
    <w:name w:val="E2BA4F8CFDFD4AADBCB70286BECDA067"/>
    <w:rsid w:val="000F2FF1"/>
  </w:style>
  <w:style w:type="paragraph" w:customStyle="1" w:styleId="F85E9D41D1044DF8B84D529F6F829177">
    <w:name w:val="F85E9D41D1044DF8B84D529F6F829177"/>
    <w:rsid w:val="000F2FF1"/>
  </w:style>
  <w:style w:type="paragraph" w:customStyle="1" w:styleId="089C8F9B4881424AB395885245D867CD">
    <w:name w:val="089C8F9B4881424AB395885245D867CD"/>
    <w:rsid w:val="000F2FF1"/>
  </w:style>
  <w:style w:type="paragraph" w:customStyle="1" w:styleId="58F02B09088A43CC894641FCE5E69364">
    <w:name w:val="58F02B09088A43CC894641FCE5E69364"/>
    <w:rsid w:val="000F2FF1"/>
  </w:style>
  <w:style w:type="paragraph" w:customStyle="1" w:styleId="117CAAF56CE64E109CC7FED2056DDD63">
    <w:name w:val="117CAAF56CE64E109CC7FED2056DDD63"/>
    <w:rsid w:val="000F2FF1"/>
  </w:style>
  <w:style w:type="paragraph" w:customStyle="1" w:styleId="43C860214DA049CB9E22862C1E520133">
    <w:name w:val="43C860214DA049CB9E22862C1E520133"/>
    <w:rsid w:val="0006233D"/>
  </w:style>
  <w:style w:type="paragraph" w:customStyle="1" w:styleId="4D4C0F910DC2412DB11CB5622CFD6E8A">
    <w:name w:val="4D4C0F910DC2412DB11CB5622CFD6E8A"/>
    <w:rsid w:val="000F2FF1"/>
  </w:style>
  <w:style w:type="paragraph" w:customStyle="1" w:styleId="44A03F03C0C84EA5AFE40DAB3E694A7B">
    <w:name w:val="44A03F03C0C84EA5AFE40DAB3E694A7B"/>
    <w:rsid w:val="000F2FF1"/>
  </w:style>
  <w:style w:type="paragraph" w:customStyle="1" w:styleId="65C1F40CD0424DBA83EE842DC6C9D879">
    <w:name w:val="65C1F40CD0424DBA83EE842DC6C9D879"/>
    <w:rsid w:val="000F2FF1"/>
  </w:style>
  <w:style w:type="paragraph" w:customStyle="1" w:styleId="24778583C60D4B25BDD7D716A7D3E5CA">
    <w:name w:val="24778583C60D4B25BDD7D716A7D3E5CA"/>
    <w:rsid w:val="000F2FF1"/>
  </w:style>
  <w:style w:type="paragraph" w:customStyle="1" w:styleId="929C600C0D0B4CE1BF4F212FEEF15EDE">
    <w:name w:val="929C600C0D0B4CE1BF4F212FEEF15EDE"/>
    <w:rsid w:val="0006233D"/>
  </w:style>
  <w:style w:type="paragraph" w:customStyle="1" w:styleId="753650C949114E7480D8BBF9AB425D75">
    <w:name w:val="753650C949114E7480D8BBF9AB425D75"/>
    <w:rsid w:val="000F2FF1"/>
  </w:style>
  <w:style w:type="paragraph" w:customStyle="1" w:styleId="291BA07E71C84E7683218CBF6C2D727C">
    <w:name w:val="291BA07E71C84E7683218CBF6C2D727C"/>
    <w:rsid w:val="000F2FF1"/>
  </w:style>
  <w:style w:type="paragraph" w:customStyle="1" w:styleId="679B1967D9E24D1085F469E5C8920DDE">
    <w:name w:val="679B1967D9E24D1085F469E5C8920DDE"/>
    <w:rsid w:val="000F2FF1"/>
  </w:style>
  <w:style w:type="paragraph" w:customStyle="1" w:styleId="DDA6F04E67ED421BA511255E22C63BF6">
    <w:name w:val="DDA6F04E67ED421BA511255E22C63BF6"/>
    <w:rsid w:val="000F2FF1"/>
  </w:style>
  <w:style w:type="paragraph" w:customStyle="1" w:styleId="5BD2CF42D5404AA285D637C2FC1E3935">
    <w:name w:val="5BD2CF42D5404AA285D637C2FC1E3935"/>
    <w:rsid w:val="0006233D"/>
  </w:style>
  <w:style w:type="paragraph" w:customStyle="1" w:styleId="45149C3A1B07407699525F988CA30BEE">
    <w:name w:val="45149C3A1B07407699525F988CA30BEE"/>
    <w:rsid w:val="000F2FF1"/>
  </w:style>
  <w:style w:type="paragraph" w:customStyle="1" w:styleId="0ECAFEAF99CD42969DBF8AB8AACB1117">
    <w:name w:val="0ECAFEAF99CD42969DBF8AB8AACB1117"/>
    <w:rsid w:val="000F2FF1"/>
  </w:style>
  <w:style w:type="paragraph" w:customStyle="1" w:styleId="4E76CCD615E446209C528F573FD21A19">
    <w:name w:val="4E76CCD615E446209C528F573FD21A19"/>
    <w:rsid w:val="000F2FF1"/>
  </w:style>
  <w:style w:type="paragraph" w:customStyle="1" w:styleId="5EF81F1A545C4EA095A93A9A8706041A">
    <w:name w:val="5EF81F1A545C4EA095A93A9A8706041A"/>
    <w:rsid w:val="000F2FF1"/>
  </w:style>
  <w:style w:type="paragraph" w:customStyle="1" w:styleId="83CB8BE92B1841959A683EF8189FC420">
    <w:name w:val="83CB8BE92B1841959A683EF8189FC420"/>
    <w:rsid w:val="000F2FF1"/>
  </w:style>
  <w:style w:type="paragraph" w:customStyle="1" w:styleId="1CE8EC979CA445FC83F8B7CCD49D921D">
    <w:name w:val="1CE8EC979CA445FC83F8B7CCD49D921D"/>
    <w:rsid w:val="000F2FF1"/>
  </w:style>
  <w:style w:type="paragraph" w:customStyle="1" w:styleId="4882423245FD43E79156601B1F71D616">
    <w:name w:val="4882423245FD43E79156601B1F71D616"/>
    <w:rsid w:val="000F2FF1"/>
  </w:style>
  <w:style w:type="paragraph" w:customStyle="1" w:styleId="CB78D7DB5D044AB9B2888C3AF9E4BE81">
    <w:name w:val="CB78D7DB5D044AB9B2888C3AF9E4BE81"/>
    <w:rsid w:val="0006233D"/>
  </w:style>
  <w:style w:type="paragraph" w:customStyle="1" w:styleId="7BE179FBB4094890849C03C026C88080">
    <w:name w:val="7BE179FBB4094890849C03C026C88080"/>
    <w:rsid w:val="000F2FF1"/>
  </w:style>
  <w:style w:type="paragraph" w:customStyle="1" w:styleId="3379501789A3401FB2FFB2BAC9650C15">
    <w:name w:val="3379501789A3401FB2FFB2BAC9650C15"/>
    <w:rsid w:val="000F2FF1"/>
  </w:style>
  <w:style w:type="paragraph" w:customStyle="1" w:styleId="542FA96809064C719AF1B38E453DEE66">
    <w:name w:val="542FA96809064C719AF1B38E453DEE66"/>
    <w:rsid w:val="000F2FF1"/>
  </w:style>
  <w:style w:type="paragraph" w:customStyle="1" w:styleId="0468AEB3E1884E02A3A3E5FB5E37F286">
    <w:name w:val="0468AEB3E1884E02A3A3E5FB5E37F286"/>
    <w:rsid w:val="000F2FF1"/>
  </w:style>
  <w:style w:type="paragraph" w:customStyle="1" w:styleId="9C1D6325FE5244E9B744E7AC851E06FA">
    <w:name w:val="9C1D6325FE5244E9B744E7AC851E06FA"/>
    <w:rsid w:val="000F2FF1"/>
  </w:style>
  <w:style w:type="paragraph" w:customStyle="1" w:styleId="0E226546B8D44B60B58F40ED03008924">
    <w:name w:val="0E226546B8D44B60B58F40ED03008924"/>
    <w:rsid w:val="000F2FF1"/>
  </w:style>
  <w:style w:type="paragraph" w:customStyle="1" w:styleId="58FC12112E8949AAB3E5CC90C53EA583">
    <w:name w:val="58FC12112E8949AAB3E5CC90C53EA583"/>
    <w:rsid w:val="000F2FF1"/>
  </w:style>
  <w:style w:type="paragraph" w:customStyle="1" w:styleId="565B569B6F49473586C831CF5FD2F284">
    <w:name w:val="565B569B6F49473586C831CF5FD2F284"/>
    <w:rsid w:val="000F2FF1"/>
  </w:style>
  <w:style w:type="paragraph" w:customStyle="1" w:styleId="A9A7D53EDE9D4BA6A62E6EC230CA5109">
    <w:name w:val="A9A7D53EDE9D4BA6A62E6EC230CA5109"/>
    <w:rsid w:val="000F2FF1"/>
  </w:style>
  <w:style w:type="paragraph" w:customStyle="1" w:styleId="E94A033843A84C72B8297D4C1C3AA177">
    <w:name w:val="E94A033843A84C72B8297D4C1C3AA177"/>
    <w:rsid w:val="000F2FF1"/>
  </w:style>
  <w:style w:type="paragraph" w:customStyle="1" w:styleId="9240B94525664B969D6F058D7BEB3A7E">
    <w:name w:val="9240B94525664B969D6F058D7BEB3A7E"/>
    <w:rsid w:val="000F2FF1"/>
  </w:style>
  <w:style w:type="paragraph" w:customStyle="1" w:styleId="4688C5D7C3374A9EADD47288050891E1">
    <w:name w:val="4688C5D7C3374A9EADD47288050891E1"/>
    <w:rsid w:val="000F2FF1"/>
  </w:style>
  <w:style w:type="paragraph" w:customStyle="1" w:styleId="B48FDE8E092445D6B2BD23D968AB01AC">
    <w:name w:val="B48FDE8E092445D6B2BD23D968AB01AC"/>
    <w:rsid w:val="000F2FF1"/>
  </w:style>
  <w:style w:type="paragraph" w:customStyle="1" w:styleId="3404B71577C842499743F42E54A8964F">
    <w:name w:val="3404B71577C842499743F42E54A8964F"/>
    <w:rsid w:val="000F2FF1"/>
  </w:style>
  <w:style w:type="paragraph" w:customStyle="1" w:styleId="F3D1FD7B0D32409693EC9273C0816777">
    <w:name w:val="F3D1FD7B0D32409693EC9273C0816777"/>
    <w:rsid w:val="000F2FF1"/>
  </w:style>
  <w:style w:type="paragraph" w:customStyle="1" w:styleId="A4188CFFBF9A47EA9D5E9EA9B71E81E1">
    <w:name w:val="A4188CFFBF9A47EA9D5E9EA9B71E81E1"/>
    <w:rsid w:val="000F2FF1"/>
  </w:style>
  <w:style w:type="paragraph" w:customStyle="1" w:styleId="D5D5405C251B46D3B4170671E78CE17C">
    <w:name w:val="D5D5405C251B46D3B4170671E78CE17C"/>
    <w:rsid w:val="000F2FF1"/>
  </w:style>
  <w:style w:type="paragraph" w:customStyle="1" w:styleId="A4A16CC306F74C19A442C7BE7E31CB77">
    <w:name w:val="A4A16CC306F74C19A442C7BE7E31CB77"/>
    <w:rsid w:val="000F2FF1"/>
  </w:style>
  <w:style w:type="paragraph" w:customStyle="1" w:styleId="34BCE71166EC4B36A01F1AFF02A77BCE">
    <w:name w:val="34BCE71166EC4B36A01F1AFF02A77BCE"/>
    <w:rsid w:val="000F2FF1"/>
  </w:style>
  <w:style w:type="paragraph" w:customStyle="1" w:styleId="5C41158B058F46B7AC1780996701C345">
    <w:name w:val="5C41158B058F46B7AC1780996701C345"/>
    <w:rsid w:val="000F2FF1"/>
  </w:style>
  <w:style w:type="paragraph" w:customStyle="1" w:styleId="59F66AE07D2F48BC87C5B05B021C6F2F">
    <w:name w:val="59F66AE07D2F48BC87C5B05B021C6F2F"/>
    <w:rsid w:val="000F2FF1"/>
  </w:style>
  <w:style w:type="paragraph" w:customStyle="1" w:styleId="EB057FD49242475C86D404E1852625F1">
    <w:name w:val="EB057FD49242475C86D404E1852625F1"/>
    <w:rsid w:val="000F2FF1"/>
  </w:style>
  <w:style w:type="paragraph" w:customStyle="1" w:styleId="C5547FEC2D424AC89F5EF11942419338">
    <w:name w:val="C5547FEC2D424AC89F5EF11942419338"/>
    <w:rsid w:val="000F2FF1"/>
  </w:style>
  <w:style w:type="paragraph" w:customStyle="1" w:styleId="167B4A52C0DF4B9693CF26632B22B1E6">
    <w:name w:val="167B4A52C0DF4B9693CF26632B22B1E6"/>
    <w:rsid w:val="0006233D"/>
  </w:style>
  <w:style w:type="paragraph" w:customStyle="1" w:styleId="0D8457FCED50421FBFF47DE90BEB7DEB">
    <w:name w:val="0D8457FCED50421FBFF47DE90BEB7DEB"/>
    <w:rsid w:val="000F2FF1"/>
  </w:style>
  <w:style w:type="paragraph" w:customStyle="1" w:styleId="9C868C514D304142B2BB462525D0C19F">
    <w:name w:val="9C868C514D304142B2BB462525D0C19F"/>
    <w:rsid w:val="000F2FF1"/>
  </w:style>
  <w:style w:type="paragraph" w:customStyle="1" w:styleId="420C63EF4C984BA28D7EF8C0281244B4">
    <w:name w:val="420C63EF4C984BA28D7EF8C0281244B4"/>
    <w:rsid w:val="000F2FF1"/>
  </w:style>
  <w:style w:type="paragraph" w:customStyle="1" w:styleId="84DAE818B34D45EF9382F2392474FC30">
    <w:name w:val="84DAE818B34D45EF9382F2392474FC30"/>
    <w:rsid w:val="000F2FF1"/>
  </w:style>
  <w:style w:type="paragraph" w:customStyle="1" w:styleId="CD7C8CCE3FC645D89B2D643B9035DA37">
    <w:name w:val="CD7C8CCE3FC645D89B2D643B9035DA37"/>
    <w:rsid w:val="000F2FF1"/>
  </w:style>
  <w:style w:type="paragraph" w:customStyle="1" w:styleId="2E5C6EB14FB042D889A0A84C3416E609">
    <w:name w:val="2E5C6EB14FB042D889A0A84C3416E609"/>
    <w:rsid w:val="000F2FF1"/>
  </w:style>
  <w:style w:type="paragraph" w:customStyle="1" w:styleId="E880F87D6A4346398023EF55CDD29DDA">
    <w:name w:val="E880F87D6A4346398023EF55CDD29DDA"/>
    <w:rsid w:val="000F2FF1"/>
  </w:style>
  <w:style w:type="paragraph" w:customStyle="1" w:styleId="F2A5A42AFD8A47228A92FFE90356A5B4">
    <w:name w:val="F2A5A42AFD8A47228A92FFE90356A5B4"/>
    <w:rsid w:val="000F2FF1"/>
  </w:style>
  <w:style w:type="paragraph" w:customStyle="1" w:styleId="C8154094784B44B9B92C5A6A60D6ACD3">
    <w:name w:val="C8154094784B44B9B92C5A6A60D6ACD3"/>
    <w:rsid w:val="000F2FF1"/>
  </w:style>
  <w:style w:type="paragraph" w:customStyle="1" w:styleId="A55F83DFA2934E049931589A412589DF">
    <w:name w:val="A55F83DFA2934E049931589A412589DF"/>
    <w:rsid w:val="000F2FF1"/>
  </w:style>
  <w:style w:type="paragraph" w:customStyle="1" w:styleId="56739BCA10A54E78AD4599367086B559">
    <w:name w:val="56739BCA10A54E78AD4599367086B559"/>
    <w:rsid w:val="000F2FF1"/>
  </w:style>
  <w:style w:type="paragraph" w:customStyle="1" w:styleId="3C07AA79C5CD4CFAA2F8D0454B86851F">
    <w:name w:val="3C07AA79C5CD4CFAA2F8D0454B86851F"/>
    <w:rsid w:val="0006233D"/>
  </w:style>
  <w:style w:type="paragraph" w:customStyle="1" w:styleId="520A84043297405099BB9798DB16B0DA">
    <w:name w:val="520A84043297405099BB9798DB16B0DA"/>
    <w:rsid w:val="000F2FF1"/>
  </w:style>
  <w:style w:type="paragraph" w:customStyle="1" w:styleId="82B2A385369B42768265A12800D160BE">
    <w:name w:val="82B2A385369B42768265A12800D160BE"/>
    <w:rsid w:val="000F2FF1"/>
  </w:style>
  <w:style w:type="paragraph" w:customStyle="1" w:styleId="A420DF8139D746C5A27FA6EF20D27BA3">
    <w:name w:val="A420DF8139D746C5A27FA6EF20D27BA3"/>
    <w:rsid w:val="000F2FF1"/>
  </w:style>
  <w:style w:type="paragraph" w:customStyle="1" w:styleId="98AFFC1A8FC6455E8F8EA94F6EDBCF6F">
    <w:name w:val="98AFFC1A8FC6455E8F8EA94F6EDBCF6F"/>
    <w:rsid w:val="000F2FF1"/>
  </w:style>
  <w:style w:type="paragraph" w:customStyle="1" w:styleId="8DFE4C6C0D1240D98FD2AC2B3E43FE39">
    <w:name w:val="8DFE4C6C0D1240D98FD2AC2B3E43FE39"/>
    <w:rsid w:val="000F2FF1"/>
  </w:style>
  <w:style w:type="paragraph" w:customStyle="1" w:styleId="184FD954C7524848B47C6D010AF8E4E4">
    <w:name w:val="184FD954C7524848B47C6D010AF8E4E4"/>
    <w:rsid w:val="000F2FF1"/>
  </w:style>
  <w:style w:type="paragraph" w:customStyle="1" w:styleId="303CAA3061944C7D970E54BF5B6BC18D">
    <w:name w:val="303CAA3061944C7D970E54BF5B6BC18D"/>
    <w:rsid w:val="000F2FF1"/>
  </w:style>
  <w:style w:type="paragraph" w:customStyle="1" w:styleId="71A2D71439034300BAEB24681E9556F4">
    <w:name w:val="71A2D71439034300BAEB24681E9556F4"/>
    <w:rsid w:val="000F2FF1"/>
  </w:style>
  <w:style w:type="paragraph" w:customStyle="1" w:styleId="04C0B1F848DA4B71AF7A63F38A038856">
    <w:name w:val="04C0B1F848DA4B71AF7A63F38A038856"/>
    <w:rsid w:val="000F2FF1"/>
  </w:style>
  <w:style w:type="paragraph" w:customStyle="1" w:styleId="77F70604E68E424A9E5E83D93BEFF238">
    <w:name w:val="77F70604E68E424A9E5E83D93BEFF238"/>
    <w:rsid w:val="000F2FF1"/>
  </w:style>
  <w:style w:type="paragraph" w:customStyle="1" w:styleId="8B64D24988B74191A792EA289A82D5FC">
    <w:name w:val="8B64D24988B74191A792EA289A82D5FC"/>
    <w:rsid w:val="000F2FF1"/>
  </w:style>
  <w:style w:type="paragraph" w:customStyle="1" w:styleId="DBE3FFE383124725BB1C9110E19C2EF5">
    <w:name w:val="DBE3FFE383124725BB1C9110E19C2EF5"/>
    <w:rsid w:val="000F2FF1"/>
  </w:style>
  <w:style w:type="paragraph" w:customStyle="1" w:styleId="798FD2D37FA34766816DF0FDBED83C30">
    <w:name w:val="798FD2D37FA34766816DF0FDBED83C30"/>
    <w:rsid w:val="000F2FF1"/>
  </w:style>
  <w:style w:type="paragraph" w:customStyle="1" w:styleId="7260C146ECD44EC494223927E41F4C9D">
    <w:name w:val="7260C146ECD44EC494223927E41F4C9D"/>
    <w:rsid w:val="000F2FF1"/>
  </w:style>
  <w:style w:type="paragraph" w:customStyle="1" w:styleId="3A3C89CDD516471D929FFDD413D8BB11">
    <w:name w:val="3A3C89CDD516471D929FFDD413D8BB11"/>
    <w:rsid w:val="000F2FF1"/>
  </w:style>
  <w:style w:type="paragraph" w:customStyle="1" w:styleId="8205920D02B240A69013ED99C9E31484">
    <w:name w:val="8205920D02B240A69013ED99C9E31484"/>
    <w:rsid w:val="000F2FF1"/>
  </w:style>
  <w:style w:type="paragraph" w:customStyle="1" w:styleId="22D8F898BA024CDABD0C75E5AB48859D">
    <w:name w:val="22D8F898BA024CDABD0C75E5AB48859D"/>
    <w:rsid w:val="000F2FF1"/>
  </w:style>
  <w:style w:type="paragraph" w:customStyle="1" w:styleId="2F1F74CAAA74489A9424BCAF5C6F7E18">
    <w:name w:val="2F1F74CAAA74489A9424BCAF5C6F7E18"/>
    <w:rsid w:val="000F2FF1"/>
  </w:style>
  <w:style w:type="paragraph" w:customStyle="1" w:styleId="ADA26C0B7BDF4FB7A9265ED858B84C13">
    <w:name w:val="ADA26C0B7BDF4FB7A9265ED858B84C13"/>
    <w:rsid w:val="000F2FF1"/>
  </w:style>
  <w:style w:type="paragraph" w:customStyle="1" w:styleId="4C19198CC0164A85A05A83037B8281B8">
    <w:name w:val="4C19198CC0164A85A05A83037B8281B8"/>
    <w:rsid w:val="000F2FF1"/>
  </w:style>
  <w:style w:type="paragraph" w:customStyle="1" w:styleId="F9CDBC924E5C40D0837928EED517D01D">
    <w:name w:val="F9CDBC924E5C40D0837928EED517D01D"/>
    <w:rsid w:val="000F2FF1"/>
  </w:style>
  <w:style w:type="paragraph" w:customStyle="1" w:styleId="EAD4BAF9FB254120A3B5A1C69A0310E7">
    <w:name w:val="EAD4BAF9FB254120A3B5A1C69A0310E7"/>
    <w:rsid w:val="000F2FF1"/>
  </w:style>
  <w:style w:type="paragraph" w:customStyle="1" w:styleId="3364C63037E845EA9157CDBB84E77F38">
    <w:name w:val="3364C63037E845EA9157CDBB84E77F38"/>
    <w:rsid w:val="000F2FF1"/>
  </w:style>
  <w:style w:type="paragraph" w:customStyle="1" w:styleId="E827FE944DC84CC3960ECA6F81D57A73">
    <w:name w:val="E827FE944DC84CC3960ECA6F81D57A73"/>
    <w:rsid w:val="000F2FF1"/>
  </w:style>
  <w:style w:type="paragraph" w:customStyle="1" w:styleId="4662275C2AA046E08F0E9A046D4185F6">
    <w:name w:val="4662275C2AA046E08F0E9A046D4185F6"/>
    <w:rsid w:val="000F2FF1"/>
  </w:style>
  <w:style w:type="paragraph" w:customStyle="1" w:styleId="C79101DBF733488894F5DA27445922C1">
    <w:name w:val="C79101DBF733488894F5DA27445922C1"/>
    <w:rsid w:val="000F2FF1"/>
  </w:style>
  <w:style w:type="paragraph" w:customStyle="1" w:styleId="44D1C070BD2F46AFA47825948D0586E2">
    <w:name w:val="44D1C070BD2F46AFA47825948D0586E2"/>
    <w:rsid w:val="000F2FF1"/>
  </w:style>
  <w:style w:type="paragraph" w:customStyle="1" w:styleId="7C88337E16D4450FA970FACAD2A9DCDE">
    <w:name w:val="7C88337E16D4450FA970FACAD2A9DCDE"/>
    <w:rsid w:val="000F2FF1"/>
  </w:style>
  <w:style w:type="paragraph" w:customStyle="1" w:styleId="EA0800859F204290B95CB276982ADFF0">
    <w:name w:val="EA0800859F204290B95CB276982ADFF0"/>
    <w:rsid w:val="000F2FF1"/>
  </w:style>
  <w:style w:type="paragraph" w:customStyle="1" w:styleId="69B4A0CB0ECC41A68583892FE700F161">
    <w:name w:val="69B4A0CB0ECC41A68583892FE700F161"/>
    <w:rsid w:val="000F2FF1"/>
  </w:style>
  <w:style w:type="paragraph" w:customStyle="1" w:styleId="F6CBA0195A77409683338706B16E573F">
    <w:name w:val="F6CBA0195A77409683338706B16E573F"/>
    <w:rsid w:val="000F2FF1"/>
  </w:style>
  <w:style w:type="paragraph" w:customStyle="1" w:styleId="F4AFA00F3AA04F009B26C7E0859F8D86">
    <w:name w:val="F4AFA00F3AA04F009B26C7E0859F8D86"/>
    <w:rsid w:val="000F2FF1"/>
  </w:style>
  <w:style w:type="paragraph" w:customStyle="1" w:styleId="750F3E48105F4A219716E3D517652BDD">
    <w:name w:val="750F3E48105F4A219716E3D517652BDD"/>
    <w:rsid w:val="000F2FF1"/>
  </w:style>
  <w:style w:type="paragraph" w:customStyle="1" w:styleId="E4602201EDBE45C0A4D7801A3FAA23BB">
    <w:name w:val="E4602201EDBE45C0A4D7801A3FAA23BB"/>
    <w:rsid w:val="000F2FF1"/>
  </w:style>
  <w:style w:type="paragraph" w:customStyle="1" w:styleId="B0C76EE11CE846A28D010E244963C118">
    <w:name w:val="B0C76EE11CE846A28D010E244963C118"/>
    <w:rsid w:val="000F2FF1"/>
  </w:style>
  <w:style w:type="paragraph" w:customStyle="1" w:styleId="3D0AE7056E4046BAB49458BA51F41EA4">
    <w:name w:val="3D0AE7056E4046BAB49458BA51F41EA4"/>
    <w:rsid w:val="000F2FF1"/>
  </w:style>
  <w:style w:type="paragraph" w:customStyle="1" w:styleId="1734C0B0E50C4165979C1D1CD6EF5118">
    <w:name w:val="1734C0B0E50C4165979C1D1CD6EF511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">
    <w:name w:val="FBB3D43A833542A1A3F03B74622B056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CB3A1CC0C4137BEF5AA3AD01A1007">
    <w:name w:val="BE6CB3A1CC0C4137BEF5AA3AD01A100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F6C29A8E2341C69804EBC5D5D2B681">
    <w:name w:val="AEF6C29A8E2341C69804EBC5D5D2B6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E894039EC34BBD97FE177B59C4C5D6">
    <w:name w:val="5CE894039EC34BBD97FE177B59C4C5D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6E4E994A1743918FB91FC1BDC058B5">
    <w:name w:val="636E4E994A1743918FB91FC1BDC058B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CEE6A63FD44E29884D4439D2609C3">
    <w:name w:val="40CCEE6A63FD44E29884D4439D2609C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23EEF1403B4AB5A4F6537FB2880C52">
    <w:name w:val="5923EEF1403B4AB5A4F6537FB2880C5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EF609804746BFA6B45158254E1CCC">
    <w:name w:val="990EF609804746BFA6B45158254E1C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68539976DB426FBFE348180E213D1C">
    <w:name w:val="AC68539976DB426FBFE348180E213D1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D1BD045D344618D2A0026986ACB40">
    <w:name w:val="990D1BD045D344618D2A0026986ACB4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D58CF4FF4F40D08CFF6C7D98285CB2">
    <w:name w:val="64D58CF4FF4F40D08CFF6C7D98285CB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6A8B817F414B3FBB913BF878A1D976">
    <w:name w:val="836A8B817F414B3FBB913BF878A1D97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0954396B694DCA81F0643D68B6E5BE">
    <w:name w:val="E10954396B694DCA81F0643D68B6E5B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B1CEA7FA2B47E1A38B5827965DABDD">
    <w:name w:val="EEB1CEA7FA2B47E1A38B5827965DABD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F948ADF85243E4A9375A96BAA7B8BA">
    <w:name w:val="89F948ADF85243E4A9375A96BAA7B8B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841703EAB24BBAB6F4E3734DE5A904">
    <w:name w:val="9D841703EAB24BBAB6F4E3734DE5A90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B32E1ADBAF403D9E6C38567FB5E27F">
    <w:name w:val="12B32E1ADBAF403D9E6C38567FB5E27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2DDAF846B041B8902BB154EE24FC09">
    <w:name w:val="BD2DDAF846B041B8902BB154EE24FC0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83952943F4B4B802F128292745EAA">
    <w:name w:val="58483952943F4B4B802F128292745EA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B470012D64B2CA74AF8580DE55A0F">
    <w:name w:val="DF7B470012D64B2CA74AF8580DE55A0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00A98C22B54DD996448D43BD9FF176">
    <w:name w:val="6E00A98C22B54DD996448D43BD9FF17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BEA59A68644D72BE4E561ADB6D9DC3">
    <w:name w:val="7DBEA59A68644D72BE4E561ADB6D9DC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ECA03B79274218B19DC1F1F329ADC9">
    <w:name w:val="DCECA03B79274218B19DC1F1F329ADC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BB5158B5994AC2BCB4F5C813C9D8AA">
    <w:name w:val="80BB5158B5994AC2BCB4F5C813C9D8A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46D06FEC54099A1ED25626069B67F">
    <w:name w:val="4FE46D06FEC54099A1ED25626069B67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67526E54144B829E5D6D251EDE987A">
    <w:name w:val="6D67526E54144B829E5D6D251EDE987A"/>
    <w:rsid w:val="0006233D"/>
  </w:style>
  <w:style w:type="paragraph" w:customStyle="1" w:styleId="43C24FC1DD4E4C25906C3761C0E444F2">
    <w:name w:val="43C24FC1DD4E4C25906C3761C0E444F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84BD60B97D4CB1AC1763FF62800D15">
    <w:name w:val="EE84BD60B97D4CB1AC1763FF62800D1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CBC4D5ED714C2DA3DEC935B9E8B7B1">
    <w:name w:val="98CBC4D5ED714C2DA3DEC935B9E8B7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DB8AE9A23641849CE784561674A09C">
    <w:name w:val="43DB8AE9A23641849CE784561674A09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FA13A95F984D8394DC41917BF39972">
    <w:name w:val="62FA13A95F984D8394DC41917BF3997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890880660149008236D452A05D359D">
    <w:name w:val="2F890880660149008236D452A05D359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C400748014FD9A86F883B28B8D062">
    <w:name w:val="CBDC400748014FD9A86F883B28B8D06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6FF6B00004F4D8B633F5AA1A33F46">
    <w:name w:val="E816FF6B00004F4D8B633F5AA1A33F4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31D9452C7548D6B8D52D81979A6D18">
    <w:name w:val="CB31D9452C7548D6B8D52D81979A6D18"/>
    <w:rsid w:val="0006233D"/>
  </w:style>
  <w:style w:type="paragraph" w:customStyle="1" w:styleId="77EBCA7932D44A6B988B5CFEB84A52ED">
    <w:name w:val="77EBCA7932D44A6B988B5CFEB84A52E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123C53024A4A7CA662972421CBED51">
    <w:name w:val="FB123C53024A4A7CA662972421CBED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B2E01E052149A79CFE64D54E02476E">
    <w:name w:val="B8B2E01E052149A79CFE64D54E02476E"/>
    <w:rsid w:val="0006233D"/>
  </w:style>
  <w:style w:type="paragraph" w:customStyle="1" w:styleId="9A177CD5168042899B8B6CD00F06DA64">
    <w:name w:val="9A177CD5168042899B8B6CD00F06DA6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97A66AD12F4E4BB9F4AC58DC294E3C">
    <w:name w:val="6997A66AD12F4E4BB9F4AC58DC294E3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A4AB91616548879E51F36DFF2BA248">
    <w:name w:val="67A4AB91616548879E51F36DFF2BA24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CDB858CF5D4425B14CF6B868BC0F96">
    <w:name w:val="02CDB858CF5D4425B14CF6B868BC0F9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3901ADFA524D6CB7E146C084A69A65">
    <w:name w:val="0E3901ADFA524D6CB7E146C084A69A6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7EDF4462C42D699720A7922D3021E1">
    <w:name w:val="6E27EDF4462C42D699720A7922D3021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FBF5A0E8C34ACC9AB087B09F7153B61">
    <w:name w:val="7FFBF5A0E8C34ACC9AB087B09F7153B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0CEBCD0D95447BA156A44D902E57241">
    <w:name w:val="070CEBCD0D95447BA156A44D902E572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3BE4D4ADD9435EA8FAFA8523AAB0341">
    <w:name w:val="073BE4D4ADD9435EA8FAFA8523AAB03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E9A1EB91CC47E1870654D615EF79DD1">
    <w:name w:val="25E9A1EB91CC47E1870654D615EF79D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6748D544FAD8FEEC5D3283C5BE61">
    <w:name w:val="D5B4B6748D544FAD8FEEC5D3283C5BE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3791CC4EB4D8A9ADDCFF303032C331">
    <w:name w:val="9993791CC4EB4D8A9ADDCFF303032C3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7670D251ED4DC3A722B065D324F5061">
    <w:name w:val="A47670D251ED4DC3A722B065D324F50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87548EFE1C47F79861BD0E5D32D10C1">
    <w:name w:val="FD87548EFE1C47F79861BD0E5D32D10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2BA4F8CFDFD4AADBCB70286BECDA0671">
    <w:name w:val="E2BA4F8CFDFD4AADBCB70286BECDA06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85E9D41D1044DF8B84D529F6F8291771">
    <w:name w:val="F85E9D41D1044DF8B84D529F6F8291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9C8F9B4881424AB395885245D867CD1">
    <w:name w:val="089C8F9B4881424AB395885245D867C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F02B09088A43CC894641FCE5E693641">
    <w:name w:val="58F02B09088A43CC894641FCE5E6936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7CAAF56CE64E109CC7FED2056DDD631">
    <w:name w:val="117CAAF56CE64E109CC7FED2056DDD6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A03F03C0C84EA5AFE40DAB3E694A7B1">
    <w:name w:val="44A03F03C0C84EA5AFE40DAB3E694A7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C1F40CD0424DBA83EE842DC6C9D8791">
    <w:name w:val="65C1F40CD0424DBA83EE842DC6C9D87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778583C60D4B25BDD7D716A7D3E5CA1">
    <w:name w:val="24778583C60D4B25BDD7D716A7D3E5C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650C949114E7480D8BBF9AB425D751">
    <w:name w:val="753650C949114E7480D8BBF9AB425D7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1BA07E71C84E7683218CBF6C2D727C1">
    <w:name w:val="291BA07E71C84E7683218CBF6C2D727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9B1967D9E24D1085F469E5C8920DDE1">
    <w:name w:val="679B1967D9E24D1085F469E5C8920DD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A6F04E67ED421BA511255E22C63BF61">
    <w:name w:val="DDA6F04E67ED421BA511255E22C63BF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4FAD3F80C74E4393031BAE5F988F41">
    <w:name w:val="294FAD3F80C74E4393031BAE5F988F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421D8B2184C3C8DAFE2AF4DDC9E65">
    <w:name w:val="DF7421D8B2184C3C8DAFE2AF4DDC9E6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D78211B681456B8FB57F02992BE397">
    <w:name w:val="A9D78211B681456B8FB57F02992BE39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E50CE717E443DBAB020334A5751A29">
    <w:name w:val="1AE50CE717E443DBAB020334A5751A2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EBD24F82A4717B355B32781A44A95">
    <w:name w:val="AB0EBD24F82A4717B355B32781A44A9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57CFD5A9547CBB94B24EFAF5D4DB9">
    <w:name w:val="43C57CFD5A9547CBB94B24EFAF5D4DB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9BE16A9654046B9DBB15CF8AA32E8">
    <w:name w:val="7319BE16A9654046B9DBB15CF8AA32E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727BB32D6548C984E18A7B7F2AE992">
    <w:name w:val="02727BB32D6548C984E18A7B7F2AE99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E4935E74A9422F931102D3272708D9">
    <w:name w:val="4BE4935E74A9422F931102D3272708D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2CCB44459B4F37848740A9B9EB5051">
    <w:name w:val="752CCB44459B4F37848740A9B9EB50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6E595638B64ECEA984406F21B9DD36">
    <w:name w:val="366E595638B64ECEA984406F21B9DD3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583133E41A4095A96BFF99BC6C4C18">
    <w:name w:val="88583133E41A4095A96BFF99BC6C4C1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E23687DE494AF4B4C2F920C1978D00">
    <w:name w:val="85E23687DE494AF4B4C2F920C1978D0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89289120624D85ACA3301EEC6F514D">
    <w:name w:val="DE89289120624D85ACA3301EEC6F514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11B7F054291969ADA5E35851822">
    <w:name w:val="CB78E11B7F054291969ADA5E3585182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CAFEAF99CD42969DBF8AB8AACB11171">
    <w:name w:val="0ECAFEAF99CD42969DBF8AB8AACB111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76CCD615E446209C528F573FD21A191">
    <w:name w:val="4E76CCD615E446209C528F573FD21A1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F81F1A545C4EA095A93A9A8706041A1">
    <w:name w:val="5EF81F1A545C4EA095A93A9A8706041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CB8BE92B1841959A683EF8189FC4201">
    <w:name w:val="83CB8BE92B1841959A683EF8189FC42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E8EC979CA445FC83F8B7CCD49D921D1">
    <w:name w:val="1CE8EC979CA445FC83F8B7CCD49D921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E179FBB4094890849C03C026C880801">
    <w:name w:val="7BE179FBB4094890849C03C026C8808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79501789A3401FB2FFB2BAC9650C151">
    <w:name w:val="3379501789A3401FB2FFB2BAC9650C1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2FA96809064C719AF1B38E453DEE661">
    <w:name w:val="542FA96809064C719AF1B38E453DEE6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68AEB3E1884E02A3A3E5FB5E37F2861">
    <w:name w:val="0468AEB3E1884E02A3A3E5FB5E37F28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1D6325FE5244E9B744E7AC851E06FA1">
    <w:name w:val="9C1D6325FE5244E9B744E7AC851E06F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3DC7C5B594426B86E81D869501846">
    <w:name w:val="7313DC7C5B594426B86E81D86950184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C9E76269E04D98B8083A10DB4B50A3">
    <w:name w:val="2FC9E76269E04D98B8083A10DB4B50A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51DE8D3B64D68A4D007B8C61D6390">
    <w:name w:val="24551DE8D3B64D68A4D007B8C61D639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7B74449351410CB919E596F94E4EF2">
    <w:name w:val="E47B74449351410CB919E596F94E4EF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8D15AC4F384366A58845A9FE2D27F6">
    <w:name w:val="018D15AC4F384366A58845A9FE2D27F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68D2BAFC854515AB4D809741810FCC">
    <w:name w:val="AB68D2BAFC854515AB4D809741810F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FC12112E8949AAB3E5CC90C53EA5831">
    <w:name w:val="58FC12112E8949AAB3E5CC90C53EA58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5B569B6F49473586C831CF5FD2F2841">
    <w:name w:val="565B569B6F49473586C831CF5FD2F28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A7D53EDE9D4BA6A62E6EC230CA51091">
    <w:name w:val="A9A7D53EDE9D4BA6A62E6EC230CA510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4A033843A84C72B8297D4C1C3AA1771">
    <w:name w:val="E94A033843A84C72B8297D4C1C3AA1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40B94525664B969D6F058D7BEB3A7E1">
    <w:name w:val="9240B94525664B969D6F058D7BEB3A7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88C5D7C3374A9EADD47288050891E11">
    <w:name w:val="4688C5D7C3374A9EADD47288050891E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4B71577C842499743F42E54A8964F1">
    <w:name w:val="3404B71577C842499743F42E54A8964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D1FD7B0D32409693EC9273C08167771">
    <w:name w:val="F3D1FD7B0D32409693EC9273C08167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188CFFBF9A47EA9D5E9EA9B71E81E11">
    <w:name w:val="A4188CFFBF9A47EA9D5E9EA9B71E81E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D5405C251B46D3B4170671E78CE17C1">
    <w:name w:val="D5D5405C251B46D3B4170671E78CE17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A16CC306F74C19A442C7BE7E31CB771">
    <w:name w:val="A4A16CC306F74C19A442C7BE7E31CB7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CE71166EC4B36A01F1AFF02A77BCE1">
    <w:name w:val="34BCE71166EC4B36A01F1AFF02A77BC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F66AE07D2F48BC87C5B05B021C6F2F1">
    <w:name w:val="59F66AE07D2F48BC87C5B05B021C6F2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057FD49242475C86D404E1852625F11">
    <w:name w:val="EB057FD49242475C86D404E1852625F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547FEC2D424AC89F5EF119424193381">
    <w:name w:val="C5547FEC2D424AC89F5EF119424193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8457FCED50421FBFF47DE90BEB7DEB1">
    <w:name w:val="0D8457FCED50421FBFF47DE90BEB7DE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868C514D304142B2BB462525D0C19F1">
    <w:name w:val="9C868C514D304142B2BB462525D0C19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0C63EF4C984BA28D7EF8C0281244B41">
    <w:name w:val="420C63EF4C984BA28D7EF8C0281244B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EA97E7AF614C1CBC4FDDE69CA3AA9E">
    <w:name w:val="CEEA97E7AF614C1CBC4FDDE69CA3AA9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16645436A44853B9D6680FB9D4F216">
    <w:name w:val="D216645436A44853B9D6680FB9D4F21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86F71EE61B475EA698C9A14D733DBD">
    <w:name w:val="3786F71EE61B475EA698C9A14D733DB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D0AC44B042420B8D3522F3EE5AC257">
    <w:name w:val="87D0AC44B042420B8D3522F3EE5AC25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1A1DD11A3A4B60A484EAA97662AFE2">
    <w:name w:val="FC1A1DD11A3A4B60A484EAA97662AFE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7C8CCE3FC645D89B2D643B9035DA371">
    <w:name w:val="CD7C8CCE3FC645D89B2D643B9035DA3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5C6EB14FB042D889A0A84C3416E6091">
    <w:name w:val="2E5C6EB14FB042D889A0A84C3416E60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80F87D6A4346398023EF55CDD29DDA1">
    <w:name w:val="E880F87D6A4346398023EF55CDD29DD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A5A42AFD8A47228A92FFE90356A5B41">
    <w:name w:val="F2A5A42AFD8A47228A92FFE90356A5B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154094784B44B9B92C5A6A60D6ACD31">
    <w:name w:val="C8154094784B44B9B92C5A6A60D6ACD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739BCA10A54E78AD4599367086B5591">
    <w:name w:val="56739BCA10A54E78AD4599367086B55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A84043297405099BB9798DB16B0DA1">
    <w:name w:val="520A84043297405099BB9798DB16B0DA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2A385369B42768265A12800D160BE1">
    <w:name w:val="82B2A385369B42768265A12800D160B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20DF8139D746C5A27FA6EF20D27BA31">
    <w:name w:val="A420DF8139D746C5A27FA6EF20D27BA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AFFC1A8FC6455E8F8EA94F6EDBCF6F1">
    <w:name w:val="98AFFC1A8FC6455E8F8EA94F6EDBCF6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4FD954C7524848B47C6D010AF8E4E41">
    <w:name w:val="184FD954C7524848B47C6D010AF8E4E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3CAA3061944C7D970E54BF5B6BC18D1">
    <w:name w:val="303CAA3061944C7D970E54BF5B6BC18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A2D71439034300BAEB24681E9556F41">
    <w:name w:val="71A2D71439034300BAEB24681E9556F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C0B1F848DA4B71AF7A63F38A0388561">
    <w:name w:val="04C0B1F848DA4B71AF7A63F38A03885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F70604E68E424A9E5E83D93BEFF2381">
    <w:name w:val="77F70604E68E424A9E5E83D93BEFF2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8BDFB0416C4019B382D44ACE761AB6">
    <w:name w:val="678BDFB0416C4019B382D44ACE761AB6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0D6E3E91DD427D9E9ADDC066843901">
    <w:name w:val="610D6E3E91DD427D9E9ADDC0668439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E98435FC1640E08474D7AA437C09ED">
    <w:name w:val="D2E98435FC1640E08474D7AA437C09E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890C57A6C44DE58FA2B753A28AFC7E">
    <w:name w:val="16890C57A6C44DE58FA2B753A28AFC7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488C42CEB4F11AE67A14314E33283">
    <w:name w:val="704488C42CEB4F11AE67A14314E3328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01FA09AFDB4BC8B5C5CFF0C5502F58">
    <w:name w:val="1401FA09AFDB4BC8B5C5CFF0C5502F5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B82CCA040C4BED9462942E4CDA3F34">
    <w:name w:val="52B82CCA040C4BED9462942E4CDA3F3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582943F7414B0BA558DDC2829CA85B">
    <w:name w:val="16582943F7414B0BA558DDC2829CA85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F66982F77947E7A8306ACFBF3E7DD4">
    <w:name w:val="6BF66982F77947E7A8306ACFBF3E7DD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4C37E8F45498A8416F0C3F816110B">
    <w:name w:val="2454C37E8F45498A8416F0C3F816110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C54D331F0D478F9703AD53C655AB6D">
    <w:name w:val="4AC54D331F0D478F9703AD53C655AB6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676FC3F99545E581E08D9AD3C6CABD">
    <w:name w:val="0D676FC3F99545E581E08D9AD3C6CAB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966D56C9014B2FA10724CA65CEAED8">
    <w:name w:val="AB966D56C9014B2FA10724CA65CEAED8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05920D02B240A69013ED99C9E314841">
    <w:name w:val="8205920D02B240A69013ED99C9E3148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D8F898BA024CDABD0C75E5AB48859D1">
    <w:name w:val="22D8F898BA024CDABD0C75E5AB48859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1F74CAAA74489A9424BCAF5C6F7E181">
    <w:name w:val="2F1F74CAAA74489A9424BCAF5C6F7E1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BF18CCF0454F5A8DFB6B375C108E02">
    <w:name w:val="5FBF18CCF0454F5A8DFB6B375C108E0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E3FFE383124725BB1C9110E19C2EF51">
    <w:name w:val="DBE3FFE383124725BB1C9110E19C2EF5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8FD2D37FA34766816DF0FDBED83C301">
    <w:name w:val="798FD2D37FA34766816DF0FDBED83C3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60C146ECD44EC494223927E41F4C9D1">
    <w:name w:val="7260C146ECD44EC494223927E41F4C9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30271FEFC348AA9E5C51915CB6B353">
    <w:name w:val="FA30271FEFC348AA9E5C51915CB6B353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DD79BF05634BE6B6D98E9117261CC0">
    <w:name w:val="C7DD79BF05634BE6B6D98E9117261CC0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F499A2FD2D495C88CD81BBDDB13A0F">
    <w:name w:val="F6F499A2FD2D495C88CD81BBDDB13A0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45899C29A7415EAA48371574258135">
    <w:name w:val="7545899C29A7415EAA4837157425813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C07AE71D624C7A8A998C6D74922177">
    <w:name w:val="8FC07AE71D624C7A8A998C6D74922177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ABA57C02F84487A8D4F41AF0328B8D">
    <w:name w:val="30ABA57C02F84487A8D4F41AF0328B8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FDA73380440E193E8730CAD6C0E05">
    <w:name w:val="52AFDA73380440E193E8730CAD6C0E0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08473D377847658E0C115CF77087BE">
    <w:name w:val="F408473D377847658E0C115CF77087BE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CD71F65D7246DDB57DFC123B9A6842">
    <w:name w:val="23CD71F65D7246DDB57DFC123B9A684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922809AE6B4F6CAE9D040E474CC495">
    <w:name w:val="78922809AE6B4F6CAE9D040E474CC495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EE2608357442D7B6730E5BE03166C2">
    <w:name w:val="0EEE2608357442D7B6730E5BE03166C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C73EF8CB824722B9706CD0D33947C4">
    <w:name w:val="C4C73EF8CB824722B9706CD0D33947C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019661A4854A18B73563DE48BC9FCF">
    <w:name w:val="37019661A4854A18B73563DE48BC9FC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508748F414DDEA7A7F204D8CB4FCC">
    <w:name w:val="F44508748F414DDEA7A7F204D8CB4FCC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B41B8DA05740488206EC512FA69B0D">
    <w:name w:val="64B41B8DA05740488206EC512FA69B0D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1B9765AA0C4F8DA972583B2303D46B">
    <w:name w:val="CA1B9765AA0C4F8DA972583B2303D46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7CF43946054CECA58D4059F5D464DF">
    <w:name w:val="237CF43946054CECA58D4059F5D464DF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DC0BAFFB5944C1A17F331BD044CF5B">
    <w:name w:val="66DC0BAFFB5944C1A17F331BD044CF5B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99737D025434D9696998E28F5C9C2">
    <w:name w:val="96A99737D025434D9696998E28F5C9C2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D43A04B7AF422091CB3337501A22F4">
    <w:name w:val="37D43A04B7AF422091CB3337501A22F4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157151B832421AA3B9C068C1547739">
    <w:name w:val="A5157151B832421AA3B9C068C1547739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C9088FBAB426EBC343685F5C0CBA31">
    <w:name w:val="2BAC9088FBAB426EBC343685F5C0CBA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4F5ABD826E4CB59AC1DC10283C39131">
    <w:name w:val="534F5ABD826E4CB59AC1DC10283C391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1AAFE9D99C483A861A4D987AE968161">
    <w:name w:val="481AAFE9D99C483A861A4D987AE9681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D6205C339F45459EB11FE91EABB5B91">
    <w:name w:val="A1D6205C339F45459EB11FE91EABB5B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1953A6AA7748DF8C65B038601F1F221">
    <w:name w:val="7C1953A6AA7748DF8C65B038601F1F22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19198CC0164A85A05A83037B8281B81">
    <w:name w:val="4C19198CC0164A85A05A83037B8281B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CDBC924E5C40D0837928EED517D01D1">
    <w:name w:val="F9CDBC924E5C40D0837928EED517D01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D4BAF9FB254120A3B5A1C69A0310E71">
    <w:name w:val="EAD4BAF9FB254120A3B5A1C69A0310E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4C63037E845EA9157CDBB84E77F381">
    <w:name w:val="3364C63037E845EA9157CDBB84E77F3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27FE944DC84CC3960ECA6F81D57A731">
    <w:name w:val="E827FE944DC84CC3960ECA6F81D57A73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9101DBF733488894F5DA27445922C11">
    <w:name w:val="C79101DBF733488894F5DA27445922C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D1C070BD2F46AFA47825948D0586E21">
    <w:name w:val="44D1C070BD2F46AFA47825948D0586E2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88337E16D4450FA970FACAD2A9DCDE1">
    <w:name w:val="7C88337E16D4450FA970FACAD2A9DCDE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0800859F204290B95CB276982ADFF01">
    <w:name w:val="EA0800859F204290B95CB276982ADFF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B4A0CB0ECC41A68583892FE700F1611">
    <w:name w:val="69B4A0CB0ECC41A68583892FE700F161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AFA00F3AA04F009B26C7E0859F8D861">
    <w:name w:val="F4AFA00F3AA04F009B26C7E0859F8D8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0F3E48105F4A219716E3D517652BDD1">
    <w:name w:val="750F3E48105F4A219716E3D517652BD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602201EDBE45C0A4D7801A3FAA23BB1">
    <w:name w:val="E4602201EDBE45C0A4D7801A3FAA23B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C76EE11CE846A28D010E244963C1181">
    <w:name w:val="B0C76EE11CE846A28D010E244963C118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0AE7056E4046BAB49458BA51F41EA41">
    <w:name w:val="3D0AE7056E4046BAB49458BA51F41EA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07DE9DF52047E3A79D9309014347791">
    <w:name w:val="0707DE9DF52047E3A79D930901434779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7C0BB2576543D59842095D6797B68D1">
    <w:name w:val="CD7C0BB2576543D59842095D6797B68D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70DCEC3E01418CA4F58CF46130FB0B1">
    <w:name w:val="4D70DCEC3E01418CA4F58CF46130FB0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E9FA2310C34226B3831C790DDF37201">
    <w:name w:val="07E9FA2310C34226B3831C790DDF3720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8B521DE444442B902E8C66020A06571">
    <w:name w:val="3C8B521DE444442B902E8C66020A0657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7BA284314D4F19981F88A4FC624D241">
    <w:name w:val="207BA284314D4F19981F88A4FC624D24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7120450E75473AA1F5126C6C906BBB1">
    <w:name w:val="3C7120450E75473AA1F5126C6C906BBB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9885A9EE414C869A4027A4693B81461">
    <w:name w:val="109885A9EE414C869A4027A4693B8146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01C6DA6674D2D8B22DA2723C00F8C1">
    <w:name w:val="10201C6DA6674D2D8B22DA2723C00F8C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E50A923093F4B3A87CBA58596740C0F1">
    <w:name w:val="3E50A923093F4B3A87CBA58596740C0F1"/>
    <w:rsid w:val="000F2FF1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809353E7B64640ADAF562C4B00AA10">
    <w:name w:val="71809353E7B64640ADAF562C4B00AA10"/>
    <w:rsid w:val="0006233D"/>
  </w:style>
  <w:style w:type="paragraph" w:customStyle="1" w:styleId="40081FABF62C464DB060486A2BAC9B5E">
    <w:name w:val="40081FABF62C464DB060486A2BAC9B5E"/>
    <w:rsid w:val="0006233D"/>
  </w:style>
  <w:style w:type="paragraph" w:customStyle="1" w:styleId="004DF58CD564483AB629793626CEB1FF">
    <w:name w:val="004DF58CD564483AB629793626CEB1FF"/>
    <w:rsid w:val="0006233D"/>
  </w:style>
  <w:style w:type="paragraph" w:customStyle="1" w:styleId="1734C0B0E50C4165979C1D1CD6EF51184">
    <w:name w:val="1734C0B0E50C4165979C1D1CD6EF5118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4">
    <w:name w:val="F4D6CB2241074A76A75ACE4A72F3BACA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4">
    <w:name w:val="5C6BE9DD57B042A78E73AE6C65AB81E9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4">
    <w:name w:val="B94FF17A7DD844238942618D220CAEE0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4">
    <w:name w:val="96F24E541B0145AAA4C1F913603E646E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4">
    <w:name w:val="2C3A3162D80445F78DDE0C5B1FC1D376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4">
    <w:name w:val="3BB3224C02224BE9B27FBD8B4FA44C85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B3D43A833542A1A3F03B74622B056A4">
    <w:name w:val="FBB3D43A833542A1A3F03B74622B056A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CB3A1CC0C4137BEF5AA3AD01A10075">
    <w:name w:val="BE6CB3A1CC0C4137BEF5AA3AD01A1007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F6C29A8E2341C69804EBC5D5D2B6815">
    <w:name w:val="AEF6C29A8E2341C69804EBC5D5D2B681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E894039EC34BBD97FE177B59C4C5D65">
    <w:name w:val="5CE894039EC34BBD97FE177B59C4C5D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6E4E994A1743918FB91FC1BDC058B55">
    <w:name w:val="636E4E994A1743918FB91FC1BDC058B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CCEE6A63FD44E29884D4439D2609C35">
    <w:name w:val="40CCEE6A63FD44E29884D4439D2609C3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23EEF1403B4AB5A4F6537FB2880C525">
    <w:name w:val="5923EEF1403B4AB5A4F6537FB2880C5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EF609804746BFA6B45158254E1CCC5">
    <w:name w:val="990EF609804746BFA6B45158254E1CCC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68539976DB426FBFE348180E213D1C5">
    <w:name w:val="AC68539976DB426FBFE348180E213D1C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0D1BD045D344618D2A0026986ACB405">
    <w:name w:val="990D1BD045D344618D2A0026986ACB40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D58CF4FF4F40D08CFF6C7D98285CB25">
    <w:name w:val="64D58CF4FF4F40D08CFF6C7D98285CB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6A8B817F414B3FBB913BF878A1D9765">
    <w:name w:val="836A8B817F414B3FBB913BF878A1D97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0954396B694DCA81F0643D68B6E5BE5">
    <w:name w:val="E10954396B694DCA81F0643D68B6E5BE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B1CEA7FA2B47E1A38B5827965DABDD5">
    <w:name w:val="EEB1CEA7FA2B47E1A38B5827965DABD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F948ADF85243E4A9375A96BAA7B8BA5">
    <w:name w:val="89F948ADF85243E4A9375A96BAA7B8BA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841703EAB24BBAB6F4E3734DE5A9045">
    <w:name w:val="9D841703EAB24BBAB6F4E3734DE5A904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B32E1ADBAF403D9E6C38567FB5E27F5">
    <w:name w:val="12B32E1ADBAF403D9E6C38567FB5E27F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2DDAF846B041B8902BB154EE24FC095">
    <w:name w:val="BD2DDAF846B041B8902BB154EE24FC09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483952943F4B4B802F128292745EAA5">
    <w:name w:val="58483952943F4B4B802F128292745EAA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B470012D64B2CA74AF8580DE55A0F5">
    <w:name w:val="DF7B470012D64B2CA74AF8580DE55A0F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00A98C22B54DD996448D43BD9FF1765">
    <w:name w:val="6E00A98C22B54DD996448D43BD9FF17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BEA59A68644D72BE4E561ADB6D9DC35">
    <w:name w:val="7DBEA59A68644D72BE4E561ADB6D9DC3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ECA03B79274218B19DC1F1F329ADC95">
    <w:name w:val="DCECA03B79274218B19DC1F1F329ADC9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BB5158B5994AC2BCB4F5C813C9D8AA5">
    <w:name w:val="80BB5158B5994AC2BCB4F5C813C9D8AA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E46D06FEC54099A1ED25626069B67F5">
    <w:name w:val="4FE46D06FEC54099A1ED25626069B67F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4">
    <w:name w:val="872FF4CA11794B8A841DB2220DF10EA6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4">
    <w:name w:val="4E97BD512F134974B65EC5CE1A1FFA5C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4">
    <w:name w:val="43C24FC1DD4E4C25906C3761C0E444F2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4">
    <w:name w:val="6E5B51F8A20C49259CB13015EB121389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4">
    <w:name w:val="ACA81B7FEB124004A04A95F11ADBD7A7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4">
    <w:name w:val="E3F5175B57004446843F4F317C13BE7C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4">
    <w:name w:val="6E2E25C8BD59485F83A4E1A3EB66C1CA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4">
    <w:name w:val="74CADD3637F3476CAEF2795719E307AF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84BD60B97D4CB1AC1763FF62800D155">
    <w:name w:val="EE84BD60B97D4CB1AC1763FF62800D1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CBC4D5ED714C2DA3DEC935B9E8B7B15">
    <w:name w:val="98CBC4D5ED714C2DA3DEC935B9E8B7B1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DB8AE9A23641849CE784561674A09C5">
    <w:name w:val="43DB8AE9A23641849CE784561674A09C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FA13A95F984D8394DC41917BF399725">
    <w:name w:val="62FA13A95F984D8394DC41917BF3997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890880660149008236D452A05D359D5">
    <w:name w:val="2F890880660149008236D452A05D359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C400748014FD9A86F883B28B8D0625">
    <w:name w:val="CBDC400748014FD9A86F883B28B8D06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16FF6B00004F4D8B633F5AA1A33F465">
    <w:name w:val="E816FF6B00004F4D8B633F5AA1A33F4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EBCA7932D44A6B988B5CFEB84A52ED5">
    <w:name w:val="77EBCA7932D44A6B988B5CFEB84A52E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123C53024A4A7CA662972421CBED515">
    <w:name w:val="FB123C53024A4A7CA662972421CBED51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177CD5168042899B8B6CD00F06DA645">
    <w:name w:val="9A177CD5168042899B8B6CD00F06DA64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97A66AD12F4E4BB9F4AC58DC294E3C5">
    <w:name w:val="6997A66AD12F4E4BB9F4AC58DC294E3C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A4AB91616548879E51F36DFF2BA2485">
    <w:name w:val="67A4AB91616548879E51F36DFF2BA248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CDB858CF5D4425B14CF6B868BC0F965">
    <w:name w:val="02CDB858CF5D4425B14CF6B868BC0F9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3901ADFA524D6CB7E146C084A69A655">
    <w:name w:val="0E3901ADFA524D6CB7E146C084A69A6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4FAD3F80C74E4393031BAE5F988F415">
    <w:name w:val="294FAD3F80C74E4393031BAE5F988F41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F7421D8B2184C3C8DAFE2AF4DDC9E655">
    <w:name w:val="DF7421D8B2184C3C8DAFE2AF4DDC9E6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D78211B681456B8FB57F02992BE3975">
    <w:name w:val="A9D78211B681456B8FB57F02992BE397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E50CE717E443DBAB020334A5751A295">
    <w:name w:val="1AE50CE717E443DBAB020334A5751A29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0EBD24F82A4717B355B32781A44A955">
    <w:name w:val="AB0EBD24F82A4717B355B32781A44A9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57CFD5A9547CBB94B24EFAF5D4DB93">
    <w:name w:val="43C57CFD5A9547CBB94B24EFAF5D4DB9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9BE16A9654046B9DBB15CF8AA32E83">
    <w:name w:val="7319BE16A9654046B9DBB15CF8AA32E8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727BB32D6548C984E18A7B7F2AE9923">
    <w:name w:val="02727BB32D6548C984E18A7B7F2AE992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E4935E74A9422F931102D3272708D93">
    <w:name w:val="4BE4935E74A9422F931102D3272708D9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2CCB44459B4F37848740A9B9EB50513">
    <w:name w:val="752CCB44459B4F37848740A9B9EB5051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6E595638B64ECEA984406F21B9DD363">
    <w:name w:val="366E595638B64ECEA984406F21B9DD36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583133E41A4095A96BFF99BC6C4C183">
    <w:name w:val="88583133E41A4095A96BFF99BC6C4C18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E23687DE494AF4B4C2F920C1978D003">
    <w:name w:val="85E23687DE494AF4B4C2F920C1978D00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89289120624D85ACA3301EEC6F514D3">
    <w:name w:val="DE89289120624D85ACA3301EEC6F514D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78E11B7F054291969ADA5E358518223">
    <w:name w:val="CB78E11B7F054291969ADA5E358518223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13DC7C5B594426B86E81D8695018465">
    <w:name w:val="7313DC7C5B594426B86E81D86950184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C9E76269E04D98B8083A10DB4B50A35">
    <w:name w:val="2FC9E76269E04D98B8083A10DB4B50A3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51DE8D3B64D68A4D007B8C61D63905">
    <w:name w:val="24551DE8D3B64D68A4D007B8C61D6390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7B74449351410CB919E596F94E4EF25">
    <w:name w:val="E47B74449351410CB919E596F94E4EF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8D15AC4F384366A58845A9FE2D27F62">
    <w:name w:val="018D15AC4F384366A58845A9FE2D27F6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68D2BAFC854515AB4D809741810FCC2">
    <w:name w:val="AB68D2BAFC854515AB4D809741810FCC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EA97E7AF614C1CBC4FDDE69CA3AA9E5">
    <w:name w:val="CEEA97E7AF614C1CBC4FDDE69CA3AA9E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16645436A44853B9D6680FB9D4F2165">
    <w:name w:val="D216645436A44853B9D6680FB9D4F216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86F71EE61B475EA698C9A14D733DBD5">
    <w:name w:val="3786F71EE61B475EA698C9A14D733DB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D0AC44B042420B8D3522F3EE5AC2575">
    <w:name w:val="87D0AC44B042420B8D3522F3EE5AC257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1A1DD11A3A4B60A484EAA97662AFE22">
    <w:name w:val="FC1A1DD11A3A4B60A484EAA97662AFE2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8BDFB0416C4019B382D44ACE761AB62">
    <w:name w:val="678BDFB0416C4019B382D44ACE761AB6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0D6E3E91DD427D9E9ADDC0668439015">
    <w:name w:val="610D6E3E91DD427D9E9ADDC066843901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E98435FC1640E08474D7AA437C09ED5">
    <w:name w:val="D2E98435FC1640E08474D7AA437C09E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890C57A6C44DE58FA2B753A28AFC7E2">
    <w:name w:val="16890C57A6C44DE58FA2B753A28AFC7E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488C42CEB4F11AE67A14314E332832">
    <w:name w:val="704488C42CEB4F11AE67A14314E33283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01FA09AFDB4BC8B5C5CFF0C5502F585">
    <w:name w:val="1401FA09AFDB4BC8B5C5CFF0C5502F58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B82CCA040C4BED9462942E4CDA3F345">
    <w:name w:val="52B82CCA040C4BED9462942E4CDA3F34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582943F7414B0BA558DDC2829CA85B2">
    <w:name w:val="16582943F7414B0BA558DDC2829CA85B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454C37E8F45498A8416F0C3F816110B5">
    <w:name w:val="2454C37E8F45498A8416F0C3F816110B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C54D331F0D478F9703AD53C655AB6D5">
    <w:name w:val="4AC54D331F0D478F9703AD53C655AB6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676FC3F99545E581E08D9AD3C6CABD2">
    <w:name w:val="0D676FC3F99545E581E08D9AD3C6CABD2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30271FEFC348AA9E5C51915CB6B3531">
    <w:name w:val="FA30271FEFC348AA9E5C51915CB6B353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7DD79BF05634BE6B6D98E9117261CC05">
    <w:name w:val="C7DD79BF05634BE6B6D98E9117261CC0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F499A2FD2D495C88CD81BBDDB13A0F5">
    <w:name w:val="F6F499A2FD2D495C88CD81BBDDB13A0F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45899C29A7415EAA483715742581351">
    <w:name w:val="7545899C29A7415EAA48371574258135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C07AE71D624C7A8A998C6D749221771">
    <w:name w:val="8FC07AE71D624C7A8A998C6D74922177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ABA57C02F84487A8D4F41AF0328B8D5">
    <w:name w:val="30ABA57C02F84487A8D4F41AF0328B8D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AFDA73380440E193E8730CAD6C0E055">
    <w:name w:val="52AFDA73380440E193E8730CAD6C0E0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08473D377847658E0C115CF77087BE1">
    <w:name w:val="F408473D377847658E0C115CF77087BE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CD71F65D7246DDB57DFC123B9A68421">
    <w:name w:val="23CD71F65D7246DDB57DFC123B9A6842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922809AE6B4F6CAE9D040E474CC4955">
    <w:name w:val="78922809AE6B4F6CAE9D040E474CC495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EE2608357442D7B6730E5BE03166C25">
    <w:name w:val="0EEE2608357442D7B6730E5BE03166C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C73EF8CB824722B9706CD0D33947C41">
    <w:name w:val="C4C73EF8CB824722B9706CD0D33947C4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019661A4854A18B73563DE48BC9FCF1">
    <w:name w:val="37019661A4854A18B73563DE48BC9FCF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508748F414DDEA7A7F204D8CB4FCC1">
    <w:name w:val="F44508748F414DDEA7A7F204D8CB4FCC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B41B8DA05740488206EC512FA69B0D1">
    <w:name w:val="64B41B8DA05740488206EC512FA69B0D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1B9765AA0C4F8DA972583B2303D46B1">
    <w:name w:val="CA1B9765AA0C4F8DA972583B2303D46B1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7CF43946054CECA58D4059F5D464DF5">
    <w:name w:val="237CF43946054CECA58D4059F5D464DF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DC0BAFFB5944C1A17F331BD044CF5B5">
    <w:name w:val="66DC0BAFFB5944C1A17F331BD044CF5B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99737D025434D9696998E28F5C9C25">
    <w:name w:val="96A99737D025434D9696998E28F5C9C2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D43A04B7AF422091CB3337501A22F45">
    <w:name w:val="37D43A04B7AF422091CB3337501A22F4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157151B832421AA3B9C068C15477395">
    <w:name w:val="A5157151B832421AA3B9C068C15477395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07DE9DF52047E3A79D930901434779">
    <w:name w:val="0707DE9DF52047E3A79D930901434779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7C0BB2576543D59842095D6797B68D">
    <w:name w:val="CD7C0BB2576543D59842095D6797B68D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70DCEC3E01418CA4F58CF46130FB0B">
    <w:name w:val="4D70DCEC3E01418CA4F58CF46130FB0B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E9FA2310C34226B3831C790DDF3720">
    <w:name w:val="07E9FA2310C34226B3831C790DDF3720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8B521DE444442B902E8C66020A0657">
    <w:name w:val="3C8B521DE444442B902E8C66020A0657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7BA284314D4F19981F88A4FC624D24">
    <w:name w:val="207BA284314D4F19981F88A4FC624D24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7120450E75473AA1F5126C6C906BBB">
    <w:name w:val="3C7120450E75473AA1F5126C6C906BBB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9885A9EE414C869A4027A4693B8146">
    <w:name w:val="109885A9EE414C869A4027A4693B8146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01C6DA6674D2D8B22DA2723C00F8C">
    <w:name w:val="10201C6DA6674D2D8B22DA2723C00F8C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E50A923093F4B3A87CBA58596740C0F">
    <w:name w:val="3E50A923093F4B3A87CBA58596740C0F"/>
    <w:rsid w:val="0006233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A7B618D46C4154B082B4AC7A5B0DC6">
    <w:name w:val="80A7B618D46C4154B082B4AC7A5B0DC6"/>
    <w:rsid w:val="0006233D"/>
  </w:style>
  <w:style w:type="paragraph" w:customStyle="1" w:styleId="2BAC9088FBAB426EBC343685F5C0CBA3">
    <w:name w:val="2BAC9088FBAB426EBC343685F5C0CBA3"/>
    <w:rsid w:val="0006233D"/>
  </w:style>
  <w:style w:type="paragraph" w:customStyle="1" w:styleId="534F5ABD826E4CB59AC1DC10283C3913">
    <w:name w:val="534F5ABD826E4CB59AC1DC10283C3913"/>
    <w:rsid w:val="0006233D"/>
  </w:style>
  <w:style w:type="paragraph" w:customStyle="1" w:styleId="481AAFE9D99C483A861A4D987AE96816">
    <w:name w:val="481AAFE9D99C483A861A4D987AE96816"/>
    <w:rsid w:val="0006233D"/>
  </w:style>
  <w:style w:type="paragraph" w:customStyle="1" w:styleId="A1D6205C339F45459EB11FE91EABB5B9">
    <w:name w:val="A1D6205C339F45459EB11FE91EABB5B9"/>
    <w:rsid w:val="0006233D"/>
  </w:style>
  <w:style w:type="paragraph" w:customStyle="1" w:styleId="7C1953A6AA7748DF8C65B038601F1F22">
    <w:name w:val="7C1953A6AA7748DF8C65B038601F1F22"/>
    <w:rsid w:val="000623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08469-7768-4856-967C-BCF375C7EC9C}"/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2026-09-04T10:09:00Z</dcterms:created>
  <dcterms:modified xsi:type="dcterms:W3CDTF">2026-09-10T11:59:00Z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